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NỘI DUNG TRÍCH XUẤT TỪ ẢNH ZALO — LỘC QC (23/09/2026)</w:t>
      </w:r>
    </w:p>
    <w:p>
      <w:r>
        <w:rPr>
          <w:b w:val="0"/>
          <w:sz w:val="20"/>
        </w:rPr>
        <w:t>Nguồn: hội thoại Zalo “Loc QC ( So 2)” · 15 ảnh tải về (0 video) · 8 ảnh tài liệu đã trích xuất; đọc bằng công cụ vision của Hermes (Gemini, model mặc định — KHÔNG phải bản cao nhất).</w:t>
      </w:r>
    </w:p>
    <w:p>
      <w:r>
        <w:rPr>
          <w:b/>
          <w:sz w:val="26"/>
        </w:rPr>
        <w:t>1. PHÂN LOẠI 15 ẢNH</w:t>
      </w:r>
    </w:p>
    <w:p>
      <w:r>
        <w:t># PHÂN LOẠI 15 ẢNH — Hội thoại Zalo “Loc QC ( So 2)”, khối “Hôm nay” (23/09/2026)</w:t>
      </w:r>
    </w:p>
    <w:p>
      <w:r>
        <w:t>**Ngày phân loại:** 23/09/2026</w:t>
      </w:r>
    </w:p>
    <w:p>
      <w:r>
        <w:t>**Nguồn ảnh:** 15 ảnh tải từ Zalo (0 video) — `C:\Users\admin\AppData\Local\Temp\locqc2\anh\anh_01.jpg … anh_15.jpg`</w:t>
      </w:r>
    </w:p>
    <w:p>
      <w:r>
        <w:t>**Ánh xạ theo tin Zalo:** Tin 2 = 7 ảnh (ANH 1–7) · Tin 4 = 1 ảnh (ANH 8) · Tin 5 = 7 ảnh (ANH 9–15)</w:t>
      </w:r>
    </w:p>
    <w:p>
      <w:r>
        <w:t>**Cách làm:** gửi **từng ảnh riêng lẻ** cho *Gemini (qua `vision_analyze`)* kèm prompt phân loại TÀI LIỆU / KHÔNG PHẢI TÀI LIỆU.</w:t>
      </w:r>
    </w:p>
    <w:p>
      <w:r>
        <w:t>⚠️ **Không phân loại được bằng bảng ghép `contact_sheet.jpg`**: 15 ảnh thu nhỏ trong 1 khung 960×2320 ⇒ mỗi ảnh chỉ ~150 px chiều ngang, chữ viết tay không còn đọc được. Bảng ghép vẫn dùng để tra cứu vị trí, không dùng để đọc nội dung.</w:t>
      </w:r>
    </w:p>
    <w:p>
      <w:r>
        <w:t>---</w:t>
      </w:r>
    </w:p>
    <w:p>
      <w:r>
        <w:t>## Kết quả</w:t>
      </w:r>
    </w:p>
    <w:p>
      <w:r>
        <w:t>| Ảnh | Tin | Phân loại | Mô tả nội dung |</w:t>
      </w:r>
    </w:p>
    <w:p>
      <w:r>
        <w:t>|:---:|:---:|:---|:---|</w:t>
      </w:r>
    </w:p>
    <w:p>
      <w:r>
        <w:t>| **ANH 1** | Tin 2 | **TÀI LIỆU** | Biên nhận giao hàng (phiếu in) — C.TY TNHH SX-TM HÓA KEO BÌNH THẠNH → **CÔNG TY HỒ NAI**, 3 mặt hàng **MẪU** (Lót trắng SW6 0909 H new 0,50 kg · Sơn lót BT 02-2203 H White Primer 0,50 kg · Phụ gia TB 0,10 kg), tổng **1,1 kg**, ngày **23/09/2026**, người giao ký **Võ Đình Ân**, ô “Ký nhận hàng” để trống |</w:t>
      </w:r>
    </w:p>
    <w:p>
      <w:r>
        <w:t>| **ANH 2** | Tin 2 | **TÀI LIỆU** | **BẢN BÁO CÁO** viết tay trên giấy tiêu đề BT CHEM — *“Thử nghiệm qui trình mẫu AQ 002H, so sánh với qui trình đang áp dụng sản xuất tại xưởng Công ty Hóa Nai”*, 3 nhóm quy trình (A: đang sx thử / B: thử nghiệm số 1 / C: thử nghiệm số 2), ngày **23/09/2026**, ký **Bùi Lộc** |</w:t>
      </w:r>
    </w:p>
    <w:p>
      <w:r>
        <w:t>| **ANH 3** | Tin 2 | **TÀI LIỆU** | Viết tay trực tiếp **trên phôi gỗ**: *“Quy trình thử Số 2”* — 4 bước (Lót BT 02-2203# +1,5% phụ gia TB → chà nhám; Lót màu AQ 002# +5% nước → quét cọ; Lót màu AQ 002# +10% nước → 1 pass; Bóng Bex 03-24.10# 5% 1 pass +5% nước) |</w:t>
      </w:r>
    </w:p>
    <w:p>
      <w:r>
        <w:t>| **ANH 4** | Tin 2 | **TÀI LIỆU** | Bìa/tấm viết tay: *“Quy trình thử số 1”* — 5 bước, có nhắc **Ngâm dầu TB1501 một quý tháng**, mốc `4 pa / 1 pa` |</w:t>
      </w:r>
    </w:p>
    <w:p>
      <w:r>
        <w:t>| **ANH 5** | Tin 2 | **TÀI LIỆU** | Bìa carton viết tay: quy trình sản xuất 5 bước (TB 1501 + 4% ST…, 10% nước, 1 pass, Bóng Bex 03-2410 5% +5% nước) — chữ mờ nhiều chỗ |</w:t>
      </w:r>
    </w:p>
    <w:p>
      <w:r>
        <w:t>| **ANH 6** | Tin 2 | **TÀI LIỆU** (nhãn/chứng từ lô) | Nhãn **thùng sơn 20 kg**: *LÓT MÀU AQ 002 H* — mã số **1020726**, trọng lượng tịnh 20 KGS, TP: Acrylic resin + water, **NSX 02/07/2026**, HSD 6 tháng kể từ NSX |</w:t>
      </w:r>
    </w:p>
    <w:p>
      <w:r>
        <w:t>| **ANH 7** | Tin 2 | **KHÔNG PHẢI TÀI LIỆU** | Hiện trường xưởng: 2 công nhân đang xử lý các **tấm phẳng trên giá đỡ** (1 tấm nâu sẫm, các tấm trắng phía sau), sàn bê tông có dây điện/dụng cụ. Không thấy lỗi rõ |</w:t>
      </w:r>
    </w:p>
    <w:p>
      <w:r>
        <w:t>| **ANH 8** | Tin 4 | **TÀI LIỆU** | Bìa carton viết tay: *“Quy trình thực tế Sản xuất”* — 5 bước (Nguyên liệu TB 1501 + 4% STPP + 0,002% …, 15%/10% nước, Bóng … 03-2410 15% +15% nước) |</w:t>
      </w:r>
    </w:p>
    <w:p>
      <w:r>
        <w:t>| **ANH 9** | Tin 5 | **TÀI LIỆU** | Ảnh chụp **tài liệu in của BT CHEM bị XOAY 90°** (ảnh gốc 768×1024) — *“HƯỚNG DẪN QUY TRÌNH THỰC HIỆN MẪU AQ 1142”*: 8 bước chà nhám → stain màu → lót NC KH → glaze màu → lót NC KH → dặm glaze → kiểm tra glaze → bóng NC T 2012 1505 10%; kèm **bảng công thức pha màu** (Stain AQ 1142: Vàng cam 2RA 585 / Đỏ VM 334 171 / Đen TC L3 (1-2) ĐM 146 / Stain NC Trắng 98 = **1.000 g**) |</w:t>
      </w:r>
    </w:p>
    <w:p>
      <w:r>
        <w:t>| **ANH 10** | Tin 5 | **KHÔNG PHẢI TÀI LIỆU** | Hiện trường khu hoàn thiện: người QC đang kéo/nâng **khay mở rộng của bàn gỗ** (bàn đầu giường/trà, vân sồi, 4 chân tròn) để kiểm tra kết cấu; phía sau có dãy sản phẩm cùng loại |</w:t>
      </w:r>
    </w:p>
    <w:p>
      <w:r>
        <w:t>| **ANH 11** | Tin 5 | **KHÔNG PHẢI TÀI LIỆU** | Cận cảnh chi tiết nội thất gỗ (2 mặt bàn vân sồi + chân trụ tròn), có **xốp/giấy + băng keo bảo vệ** ở cạnh. Không thấy lỗi rõ |</w:t>
      </w:r>
    </w:p>
    <w:p>
      <w:r>
        <w:t>| **ANH 12** | Tin 5 | **KHÔNG PHẢI TÀI LIỆU** | Kho/xuất hàng: kiện hàng bọc nilon trên **pallet gỗ**, công nhân áo xanh, bên phải là **thùng xe tải/container đang mở** để bốc xếp tấm lớn |</w:t>
      </w:r>
    </w:p>
    <w:p>
      <w:r>
        <w:t>| **ANH 13** | Tin 5 | **KHÔNG PHẢI TÀI LIỆU** | Cận cảnh **thiết bị đo cầm tay** màu trắng, màn hình LCD hiển thị **“10.0”** (kèm ký tự “KSJ”), 1 nút tròn xám + dây đeo, đặt trên mặt bàn gỗ |</w:t>
      </w:r>
    </w:p>
    <w:p>
      <w:r>
        <w:t>| **ANH 14** | Tin 5 | **KHÔNG PHẢI TÀI LIỆU** | Cận cảnh **nhiệt kế/ẩm kế điện tử** màu trắng-xám, màn hình hiển thị **“36.6”** (kèm chữ “MEM”), 1 nút bấm + dây đeo, trên mặt bàn gỗ |</w:t>
      </w:r>
    </w:p>
    <w:p>
      <w:r>
        <w:t>| **ANH 15** | Tin 5 | **KHÔNG PHẢI TÀI LIỆU** | Hiện trường: **dãy bàn/desk gỗ vân sồi** xếp thành hàng dài trong xưởng, mép dán **xốp trắng bảo vệ**; phía sau có công nhân, xe nâng, thùng carton |</w:t>
      </w:r>
    </w:p>
    <w:p>
      <w:r>
        <w:t>---</w:t>
      </w:r>
    </w:p>
    <w:p>
      <w:r>
        <w:t>## Tổng hợp</w:t>
      </w:r>
    </w:p>
    <w:p>
      <w:r>
        <w:t>| Nhóm | Số lượng | Danh sách ảnh |</w:t>
      </w:r>
    </w:p>
    <w:p>
      <w:r>
        <w:t>|:---|:---:|:---|</w:t>
      </w:r>
    </w:p>
    <w:p>
      <w:r>
        <w:t>| **TÀI LIỆU** (báo cáo viết tay / bảng biểu / phiếu / nhãn lô) | **8** | ANH 1, 2, 3, 4, 5, 6, 8, 9 |</w:t>
      </w:r>
    </w:p>
    <w:p>
      <w:r>
        <w:t>| **KHÔNG PHẢI TÀI LIỆU** (hiện trường / sản phẩm) | **7** | ANH 7, 10, 11, 12, 13, 14, 15 |</w:t>
      </w:r>
    </w:p>
    <w:p>
      <w:r>
        <w:t>| Tổng | **15** | |</w:t>
      </w:r>
    </w:p>
    <w:p>
      <w:r>
        <w:t>---</w:t>
      </w:r>
    </w:p>
    <w:p>
      <w:r>
        <w:t>## Ghi chú độ tin cậy (không tô hồng)</w:t>
      </w:r>
    </w:p>
    <w:p>
      <w:r>
        <w:t>- **ANH 9 đọc KHÔNG ổn định.** Cùng 1 ảnh, 4 lần đọc cho 4 kết quả khác nhau (lần 1 ra *“máy đập hàm AJ1142 – Viện Công nghệ Mỏ”*, lần 2–3 ra bảng/hallucination dài, lần 4 ra phiếu xuất nhập “NCAV”). Sau khi **xoay ảnh đúng chiều** (`anh_09_r90.jpg`) thì đọc ổn định và thống nhất 3/3 lần: tài liệu **HƯỚNG DẪN QUY TRÌNH … MẪU AQ 1142 của BT CHEM**. Các trường **tên khách hàng, ngày tháng, tên người ký vẫn không nhất quán giữa các lần đọc** ⇒ đã ghi rõ `[chưa xác minh]` trong file trích xuất, KHÔNG tự chọn.</w:t>
      </w:r>
    </w:p>
    <w:p>
      <w:r>
        <w:t>- **ANH 4, 5, 8** là chữ viết tay trên bìa/tấm gỗ — nhiều ký tự bị OCR sai (ví dụ “Lót màu AQ 002#” đọc thành *“Lôi Nâu 4L 002”*, “Bóng Bex 03-24.10#” thành *“Bánh Bột 03-2410 15%”*) ⇒ **KHÔNG dùng số liệu các ảnh này để kết luận**, chỉ dẫn lại làm minh chứng.</w:t>
      </w:r>
    </w:p>
    <w:p>
      <w:r>
        <w:t>- **ANH 13, 14**: chỉ đọc được con số trên màn hình (**10.0** và **36.6**); **chưa xác định được chính xác đây là thiết bị đo gì** (nghi độ bóng / nhiệt-ẩm) ⇒ không gán nhãn thiết bị.</w:t>
      </w:r>
    </w:p>
    <w:p>
      <w:r>
        <w:t>- Không ảnh nào trong 7 ảnh **KHÔNG PHẢI TÀI LIỆU** thể hiện **rõ lỗi** (trầy/móp/đậm ghim gỗ) mà tin nhắn Zalo Tin 3 có nhắc.</w:t>
      </w:r>
    </w:p>
    <w:p>
      <w:r>
        <w:rPr>
          <w:b/>
          <w:sz w:val="26"/>
        </w:rPr>
        <w:t>2. NỘI DUNG TỪNG ẢNH TÀI LIỆU (8 ảnh)</w:t>
      </w:r>
    </w:p>
    <w:p>
      <w:r>
        <w:rPr>
          <w:b/>
          <w:sz w:val="24"/>
        </w:rPr>
        <w:t>Ảnh số 01</w:t>
      </w:r>
    </w:p>
    <w:p>
      <w:r>
        <w:t># TRÍCH XUẤT NGUYÊN VĂN — ANH 1 (ảnh_01.jpg)</w:t>
      </w:r>
    </w:p>
    <w:p>
      <w:r>
        <w:t>- **Thuộc:** Tin 2 (Zalo 23/09/2026) · **Phân loại:** TÀI LIỆU (phiếu in)</w:t>
      </w:r>
    </w:p>
    <w:p>
      <w:r>
        <w:t>- **Nguồn đọc:** Gemini qua `vision_analyze` — 1 lần đọc, kết quả ổn định (2 lần đầu cho cùng nội dung)</w:t>
      </w:r>
    </w:p>
    <w:p>
      <w:r>
        <w:t>- **Mô tả:** Biên nhận giao hàng (phiếu in) của C.TY TNHH SX-TM HÓA KEO BÌNH THẠNH, giao cho CÔNG TY HỒ NAI, hàng MẪU.</w:t>
      </w:r>
    </w:p>
    <w:p>
      <w:r>
        <w:t>## Nguyên văn</w:t>
      </w:r>
    </w:p>
    <w:p>
      <w:r>
        <w:t>```text</w:t>
      </w:r>
    </w:p>
    <w:p>
      <w:r>
        <w:t>C.TY TNHH SX - TM HÓA KEO</w:t>
      </w:r>
    </w:p>
    <w:p>
      <w:r>
        <w:t>BÌNH THẠNH</w:t>
      </w:r>
    </w:p>
    <w:p>
      <w:r>
        <w:t>Đ/C: Bình Phước B, P. Bình Chuẩn, Tx. Thuận An, BD</w:t>
      </w:r>
    </w:p>
    <w:p>
      <w:r>
        <w:t>ĐT: 02743.789.991 (2/3/4/5)   Fax: 02743.789.996</w:t>
      </w:r>
    </w:p>
    <w:p>
      <w:r>
        <w:t>Phụ lục 3</w:t>
      </w:r>
    </w:p>
    <w:p>
      <w:r>
        <w:t>QT-VP-XNTP/00</w:t>
      </w:r>
    </w:p>
    <w:p>
      <w:r>
        <w:t>Biên nhận số: -</w:t>
      </w:r>
    </w:p>
    <w:p>
      <w:r>
        <w:t>Ngày 23 Tháng 9 năm 2026</w:t>
      </w:r>
    </w:p>
    <w:p>
      <w:r>
        <w:t>BIÊN NHẬN GIAO HÀNG</w:t>
      </w:r>
    </w:p>
    <w:p>
      <w:r>
        <w:t>Tên công ty :  CÔNG TY HỒ NAI</w:t>
      </w:r>
    </w:p>
    <w:p>
      <w:r>
        <w:t>Người nhận :   [để trống]</w:t>
      </w:r>
    </w:p>
    <w:p>
      <w:r>
        <w:t>```</w:t>
      </w:r>
    </w:p>
    <w:p>
      <w:r>
        <w:t>| STT | Tên hàng | ĐVT | SL | Ghi chú |</w:t>
      </w:r>
    </w:p>
    <w:p>
      <w:r>
        <w:t>|---:|---|---|---:|---|</w:t>
      </w:r>
    </w:p>
    <w:p>
      <w:r>
        <w:t>| 1 | LÓT TRẮNG SW6 0909 H (NEW) | Kg | 0.50 | MẪU |</w:t>
      </w:r>
    </w:p>
    <w:p>
      <w:r>
        <w:t>| 2 | SƠN LÓT BT - 02 - 2203 H (WHITE PRIMER) | Kg | 0.50 | MẪU |</w:t>
      </w:r>
    </w:p>
    <w:p>
      <w:r>
        <w:t>| 3 | PHỤ GIA TB | Kg | 0.10 | MẪU |</w:t>
      </w:r>
    </w:p>
    <w:p>
      <w:r>
        <w:t>| 4 | *(trống)* | | | |</w:t>
      </w:r>
    </w:p>
    <w:p>
      <w:r>
        <w:t>| 5 | *(trống)* | | | |</w:t>
      </w:r>
    </w:p>
    <w:p>
      <w:r>
        <w:t>| 6 | *(trống)* | | | |</w:t>
      </w:r>
    </w:p>
    <w:p>
      <w:r>
        <w:t>| 7 | *(trống)* | | | |</w:t>
      </w:r>
    </w:p>
    <w:p>
      <w:r>
        <w:t>| 8 | *(trống)* | | | |</w:t>
      </w:r>
    </w:p>
    <w:p>
      <w:r>
        <w:t>| 9 | *(trống)* | | | |</w:t>
      </w:r>
    </w:p>
    <w:p>
      <w:r>
        <w:t>| 10 | *(trống)* | | | |</w:t>
      </w:r>
    </w:p>
    <w:p>
      <w:r>
        <w:t>| 11 | *(trống)* | | | |</w:t>
      </w:r>
    </w:p>
    <w:p>
      <w:r>
        <w:t>| 12 | *(trống)* | | | |</w:t>
      </w:r>
    </w:p>
    <w:p>
      <w:r>
        <w:t>| 13 | *(trống)* | | | |</w:t>
      </w:r>
    </w:p>
    <w:p>
      <w:r>
        <w:t>| | **Tổng cộng** | | **1.1** | |</w:t>
      </w:r>
    </w:p>
    <w:p>
      <w:r>
        <w:t>```text</w:t>
      </w:r>
    </w:p>
    <w:p>
      <w:r>
        <w:t>Người giao                          Ký nhận hàng</w:t>
      </w:r>
    </w:p>
    <w:p>
      <w:r>
        <w:t>[chữ ký tay bằng mực đen]           [để trống]</w:t>
      </w:r>
    </w:p>
    <w:p>
      <w:r>
        <w:t>Võ Đình Ân</w:t>
      </w:r>
    </w:p>
    <w:p>
      <w:r>
        <w:t>```</w:t>
      </w:r>
    </w:p>
    <w:p>
      <w:r>
        <w:t>## Chỗ không đọc được</w:t>
      </w:r>
    </w:p>
    <w:p>
      <w:r>
        <w:t>- Ô “Biên nhận số”: để trống trên phiếu.</w:t>
      </w:r>
    </w:p>
    <w:p>
      <w:r>
        <w:t>- Ô “Người nhận”: để trống.</w:t>
      </w:r>
    </w:p>
    <w:p>
      <w:r>
        <w:t>- Ô “Ký nhận hàng”: **chưa có chữ ký**.</w:t>
      </w:r>
    </w:p>
    <w:p>
      <w:r>
        <w:t>&gt; ⚠️ Cách đọc tên “HỒ NAI” (không dấu mũ/nặng rõ) — cùng khách với “Hố Nai” trong tin nhắn; ghi nguyên văn theo phiếu là **CÔNG TY HỒ NAI**.</w:t>
      </w:r>
    </w:p>
    <w:p>
      <w:r>
        <w:rPr>
          <w:b/>
          <w:sz w:val="24"/>
        </w:rPr>
        <w:t>Ảnh số 02</w:t>
      </w:r>
    </w:p>
    <w:p>
      <w:r>
        <w:t># TRÍCH XUẤT NGUYÊN VĂN — ANH 2 (ảnh_02.jpg)</w:t>
      </w:r>
    </w:p>
    <w:p>
      <w:r>
        <w:t>- **Thuộc:** Tin 2 (Zalo 23/09/2026) · **Phân loại:** TÀI LIỆU (báo cáo viết tay trên giấy tiêu đề BT CHEM)</w:t>
      </w:r>
    </w:p>
    <w:p>
      <w:r>
        <w:t>- **Nguồn đọc:** Gemini qua `vision_analyze` — 1 lần đọc</w:t>
      </w:r>
    </w:p>
    <w:p>
      <w:r>
        <w:t>## Nguyên văn</w:t>
      </w:r>
    </w:p>
    <w:p>
      <w:r>
        <w:t>```text</w:t>
      </w:r>
    </w:p>
    <w:p>
      <w:r>
        <w:t>BT CHEM</w:t>
      </w:r>
    </w:p>
    <w:p>
      <w:r>
        <w:t>HOA KEO BINH THANH</w:t>
      </w:r>
    </w:p>
    <w:p>
      <w:r>
        <w:t>ISO 9001 - ISO 14001 - OHSAS 18001</w:t>
      </w:r>
    </w:p>
    <w:p>
      <w:r>
        <w:t>CÔNG TY TNHH SX-TM HOÁ KEO BÌNH THANH</w:t>
      </w:r>
    </w:p>
    <w:p>
      <w:r>
        <w:t>Bình Phước B, P. Bình Chuẩn, Thuận An, Bình Dương. Tel: (0650) 3 788 818/19</w:t>
      </w:r>
    </w:p>
    <w:p>
      <w:r>
        <w:t>Fax: (0650) 3 789 949 - Email: btchem@btchem.com.vn</w:t>
      </w:r>
    </w:p>
    <w:p>
      <w:r>
        <w:t>Website: www.btchem.com.vn</w:t>
      </w:r>
    </w:p>
    <w:p>
      <w:r>
        <w:t>[logo ISO 9001] [logo TUV]</w:t>
      </w:r>
    </w:p>
    <w:p>
      <w:r>
        <w:t>BẢN BÁO CÁO</w:t>
      </w:r>
    </w:p>
    <w:p>
      <w:r>
        <w:t>Kính gửi: ................................</w:t>
      </w:r>
    </w:p>
    <w:p>
      <w:r>
        <w:t>Người viết báo cáo: ................................</w:t>
      </w:r>
    </w:p>
    <w:p>
      <w:r>
        <w:t>Ngày viết báo cáo: ................................</w:t>
      </w:r>
    </w:p>
    <w:p>
      <w:r>
        <w:t>Nội dung: Thử nghiệm qui trình mẫu AQ 002H</w:t>
      </w:r>
    </w:p>
    <w:p>
      <w:r>
        <w:t>So sánh với qui trình đang áp dụng sản xuất tại xưởng Công ty Hóa Nai</w:t>
      </w:r>
    </w:p>
    <w:p>
      <w:r>
        <w:t>A/ Qui trình đang sx thử</w:t>
      </w:r>
    </w:p>
    <w:p>
      <w:r>
        <w:t>1/ phun phủ TB 1501</w:t>
      </w:r>
    </w:p>
    <w:p>
      <w:r>
        <w:t>2/ phun lót mẫu AQ 002H 1 patth, quét cọ</w:t>
      </w:r>
    </w:p>
    <w:p>
      <w:r>
        <w:t>3/ phun lót mẫu AQ 002H 1 patth</w:t>
      </w:r>
    </w:p>
    <w:p>
      <w:r>
        <w:t>4/ phun lót mẫu AQ 002H 1 patth</w:t>
      </w:r>
    </w:p>
    <w:p>
      <w:r>
        <w:t>5/ Bơm Bex 03 24 10T 5% 1 patth</w:t>
      </w:r>
    </w:p>
    <w:p>
      <w:r>
        <w:t>B/ Qui trình thử nghiệm số 1:</w:t>
      </w:r>
    </w:p>
    <w:p>
      <w:r>
        <w:t>1/ phun phủ TB 1501</w:t>
      </w:r>
    </w:p>
    <w:p>
      <w:r>
        <w:t>2/ Phun lót SW-09 09 1 patth chà nhám</w:t>
      </w:r>
    </w:p>
    <w:p>
      <w:r>
        <w:t>3/ phun lót mẫu AQ 002H, quét cọ</w:t>
      </w:r>
    </w:p>
    <w:p>
      <w:r>
        <w:t>4/ phun lót mẫu AQ 002H (4 patth)</w:t>
      </w:r>
    </w:p>
    <w:p>
      <w:r>
        <w:t>5/ Bơm Bex 03 24 10T 5% 1 patth</w:t>
      </w:r>
    </w:p>
    <w:p>
      <w:r>
        <w:t>C/ Qui trình thử nghiệm số 2</w:t>
      </w:r>
    </w:p>
    <w:p>
      <w:r>
        <w:t>1/ Phun lót BT 02- 9203H (White Primer) (+1.5% phụ gia TB) chà nhám</w:t>
      </w:r>
    </w:p>
    <w:p>
      <w:r>
        <w:t>2/ lót mẫu AQ 002H phun, quét cọ</w:t>
      </w:r>
    </w:p>
    <w:p>
      <w:r>
        <w:t>3/ lót mẫu AQ 002H phun 1 patth</w:t>
      </w:r>
    </w:p>
    <w:p>
      <w:r>
        <w:t>4/ Bơm Bex 03 24 10T 5% 1 patth</w:t>
      </w:r>
    </w:p>
    <w:p>
      <w:r>
        <w:t>Thử nghiệm trên phôi gỗ MDF và sản phẩm mẫu có</w:t>
      </w:r>
    </w:p>
    <w:p>
      <w:r>
        <w:t>So sánh chất lượng đánh giá kết quả</w:t>
      </w:r>
    </w:p>
    <w:p>
      <w:r>
        <w:t>Ngày 23/09/2026</w:t>
      </w:r>
    </w:p>
    <w:p>
      <w:r>
        <w:t>[Ký tên: Bùi Lộc]</w:t>
      </w:r>
    </w:p>
    <w:p>
      <w:r>
        <w:t>Người báo cáo</w:t>
      </w:r>
    </w:p>
    <w:p>
      <w:r>
        <w:t>```</w:t>
      </w:r>
    </w:p>
    <w:p>
      <w:r>
        <w:t>## Chỗ không đọc được / nghi ngờ</w:t>
      </w:r>
    </w:p>
    <w:p>
      <w:r>
        <w:t>- 3 dòng đầu (Kính gửi / Người viết báo cáo / Ngày viết báo cáo) — **để trống, không điền**.</w:t>
      </w:r>
    </w:p>
    <w:p>
      <w:r>
        <w:t>- `SW-09 09` — ghi nguyên văn; theo tin nhắn Zalo là **SW6 - 0909 H** ⇒ **[không đọc được: có thể là “SW6 - 0909 H”]**, KHÔNG tự sửa.</w:t>
      </w:r>
    </w:p>
    <w:p>
      <w:r>
        <w:t>- `BT 02- 9203H` — ghi nguyên văn; theo phiếu giao hàng ANH 1 là **BT - 02 - 2203 H** ⇒ **[không đọc được: “9203H” hay “2203 H”]**.</w:t>
      </w:r>
    </w:p>
    <w:p>
      <w:r>
        <w:t>- `Bơm Bex` ở mục A/B/C — ở các bản khác cùng ngày viết là **“Bóng Bex”** ⇒ ghi nguyên văn từng chỗ, không đồng nhất.</w:t>
      </w:r>
    </w:p>
    <w:p>
      <w:r>
        <w:t>- Họ tên người ký đọc được là **Bùi Lộc** (bản trước có khi ghi “Bùi Thiện Lộc” / “Bùi Thiên Lộc”) ⇒ ⚠️ **cần xác nhận tên chuẩn**.</w:t>
      </w:r>
    </w:p>
    <w:p>
      <w:r>
        <w:rPr>
          <w:b/>
          <w:sz w:val="24"/>
        </w:rPr>
        <w:t>Ảnh số 03</w:t>
      </w:r>
    </w:p>
    <w:p>
      <w:r>
        <w:t># TRÍCH XUẤT NGUYÊN VĂN — ANH 3 (ảnh_03.jpg)</w:t>
      </w:r>
    </w:p>
    <w:p>
      <w:r>
        <w:t>- **Thuộc:** Tin 2 (Zalo 23/09/2026) · **Phân loại:** TÀI LIỆU (viết tay trực tiếp trên **phôi gỗ/MDF**)</w:t>
      </w:r>
    </w:p>
    <w:p>
      <w:r>
        <w:t>- **Nguồn đọc:** Gemini qua `vision_analyze` — 1 lần đọc</w:t>
      </w:r>
    </w:p>
    <w:p>
      <w:r>
        <w:t>## Nguyên văn</w:t>
      </w:r>
    </w:p>
    <w:p>
      <w:r>
        <w:t>```text</w:t>
      </w:r>
    </w:p>
    <w:p>
      <w:r>
        <w:t>Quy trình thử Số 2 :</w:t>
      </w:r>
    </w:p>
    <w:p>
      <w:r>
        <w:t>1) Lót BT 02-2203# + 1,5% phụ gia TB  =&gt; chà nhám</w:t>
      </w:r>
    </w:p>
    <w:p>
      <w:r>
        <w:t>2) Lót Màu AQ 002# + 5% Nước          =&gt; quét cọ</w:t>
      </w:r>
    </w:p>
    <w:p>
      <w:r>
        <w:t>3) Lót Màu AQ 002# + 10% Nước         =&gt; 1 pass</w:t>
      </w:r>
    </w:p>
    <w:p>
      <w:r>
        <w:t>4) Bóng bex 03-24.10# 5% 1 pass (+5% Nước)</w:t>
      </w:r>
    </w:p>
    <w:p>
      <w:r>
        <w:t>```</w:t>
      </w:r>
    </w:p>
    <w:p>
      <w:r>
        <w:t>## Chỗ không đọc được / nghi ngờ</w:t>
      </w:r>
    </w:p>
    <w:p>
      <w:r>
        <w:t>- Ký hiệu sau mã màu là **`#`** (dấu thăng) trong 2 lần đọc ⇒ ghi nguyên văn `#`; ở tin nhắn Zalo cùng màu viết là **“AQ 002 H”** ⇒ ⚠️ có thể `#` là cách viết tắt của `H`, chưa chốt.</w:t>
      </w:r>
    </w:p>
    <w:p>
      <w:r>
        <w:t>- Dòng 4: thứ tự ghi là `5% 1 pass (+5% Nước)` — **trùng lặp 2 lần “5%”**, giữ nguyên văn, không tự sửa.</w:t>
      </w:r>
    </w:p>
    <w:p>
      <w:r>
        <w:t>- Không có ngày, không có chữ ký trên tấm gỗ.</w:t>
      </w:r>
    </w:p>
    <w:p>
      <w:r>
        <w:t>&gt; ✅ Ảnh này khớp **mục C (Qui trình thử nghiệm số 2)** của ANH 2 và mục **QT 4** trong tin nhắn Zalo (đều dùng **Lót BT 02-2203 white primer + 1,5% phụ gia TB**).</w:t>
      </w:r>
    </w:p>
    <w:p>
      <w:r>
        <w:rPr>
          <w:b/>
          <w:sz w:val="24"/>
        </w:rPr>
        <w:t>Ảnh số 04</w:t>
      </w:r>
    </w:p>
    <w:p>
      <w:r>
        <w:t># TRÍCH XUẤT NGUYÊN VĂN — ANH 4 (ảnh_04.jpg)</w:t>
      </w:r>
    </w:p>
    <w:p>
      <w:r>
        <w:t>- **Thuộc:** Tin 2 (Zalo 23/09/2026) · **Phân loại:** TÀI LIỆU (viết tay trên bìa/tấm, mực xanh-đen, cầm bằng tay)</w:t>
      </w:r>
    </w:p>
    <w:p>
      <w:r>
        <w:t>- **Nguồn đọc:** Gemini qua `vision_analyze` — 1 lần đọc</w:t>
      </w:r>
    </w:p>
    <w:p>
      <w:r>
        <w:t>- ⚠️ **Chữ viết tay đọc SAI nhiều chỗ** — dưới đây là nguyên văn theo đúng những gì máy đọc được, **KHÔNG dùng để kết luận số liệu**.</w:t>
      </w:r>
    </w:p>
    <w:p>
      <w:r>
        <w:t>## Nguyên văn (theo máy đọc)</w:t>
      </w:r>
    </w:p>
    <w:p>
      <w:r>
        <w:t>```text</w:t>
      </w:r>
    </w:p>
    <w:p>
      <w:r>
        <w:t>* Quy trình thử số 1:</w:t>
      </w:r>
    </w:p>
    <w:p>
      <w:r>
        <w:t>* Ngâm dầu TB1501 một qũy tháng</w:t>
      </w:r>
    </w:p>
    <w:p>
      <w:r>
        <w:t>1) Ngâm dầu TB1501 + 4 l STAN 0.002" (4pa)</w:t>
      </w:r>
    </w:p>
    <w:p>
      <w:r>
        <w:t>2) Lôi SXV 6-0909" [gạch xóa: không đọc được] 1 pa =&gt; chủ nhân</w:t>
      </w:r>
    </w:p>
    <w:p>
      <w:r>
        <w:t>3) Lôi Nâu 4L 002" + 5l. Nước =&gt; Quất cả</w:t>
      </w:r>
    </w:p>
    <w:p>
      <w:r>
        <w:t>4) Lôi Nâu 4L 002" + 10l. Nước 4pa</w:t>
      </w:r>
    </w:p>
    <w:p>
      <w:r>
        <w:t>5) Bơm Bex 03 - 24/10 + 5l. + 5l. Nước.</w:t>
      </w:r>
    </w:p>
    <w:p>
      <w:r>
        <w:t>```</w:t>
      </w:r>
    </w:p>
    <w:p>
      <w:r>
        <w:t>## Chỗ không đọc được / nghi ngờ (đối chiếu với tin nhắn Zalo cùng ngày)</w:t>
      </w:r>
    </w:p>
    <w:p>
      <w:r>
        <w:t>| Máy đọc | Nghi là (theo Zalo QT 3 / QT 1) | Trạng thái |</w:t>
      </w:r>
    </w:p>
    <w:p>
      <w:r>
        <w:t>|:---|:---|:---|</w:t>
      </w:r>
    </w:p>
    <w:p>
      <w:r>
        <w:t>| `Lôi SXV 6-0909"` | **Lót SW6 - 0909 H** | ⚠️ chưa chốt |</w:t>
      </w:r>
    </w:p>
    <w:p>
      <w:r>
        <w:t>| `Lôi Nâu 4L 002"` | **Lót màu AQ 002 H** | ⚠️ chưa chốt |</w:t>
      </w:r>
    </w:p>
    <w:p>
      <w:r>
        <w:t>| `Bơm Bex 03 - 24/10` | **Bóng Bex 03-2410** | ⚠️ chưa chốt |</w:t>
      </w:r>
    </w:p>
    <w:p>
      <w:r>
        <w:t>| `Quất cả` / `chủ nhân` | **“quét cọ”** (thao tác) | ⚠️ chưa chốt |</w:t>
      </w:r>
    </w:p>
    <w:p>
      <w:r>
        <w:t>| `4 l STAN 0.002"` | **“4% STPP …”** (theo ANH 8) | ⚠️ chưa chốt |</w:t>
      </w:r>
    </w:p>
    <w:p>
      <w:r>
        <w:t>| `Ngâm dầu TB1501 một qũy tháng` | **“một quý tháng”** — cụm vô nghĩa, có thể là “1 quý/tháng” | ⚠️ chưa chốt |</w:t>
      </w:r>
    </w:p>
    <w:p>
      <w:r>
        <w:t>| `[gạch xóa: không đọc được]` | có vết gạch xóa trên bìa | ⛔ **không đọc được** |</w:t>
      </w:r>
    </w:p>
    <w:p>
      <w:r>
        <w:t>&gt; ⛔ **Kết luận: KHÔNG sử dụng số liệu ảnh này.** Chỉ dẫn lại làm minh chứng ảnh; số liệu chính thức lấy từ **tin nhắn nguyên văn của Lộc** (mục 1 của báo cáo).</w:t>
      </w:r>
    </w:p>
    <w:p>
      <w:r>
        <w:rPr>
          <w:b/>
          <w:sz w:val="24"/>
        </w:rPr>
        <w:t>Ảnh số 05</w:t>
      </w:r>
    </w:p>
    <w:p>
      <w:r>
        <w:t># TRÍCH XUẤT NGUYÊN VĂN — ANH 5 (ảnh_05.jpg)</w:t>
      </w:r>
    </w:p>
    <w:p>
      <w:r>
        <w:t>- **Thuộc:** Tin 2 (Zalo 23/09/2026) · **Phân loại:** TÀI LIỆU (viết tay trên bìa carton, mực xanh, có nếp gấp)</w:t>
      </w:r>
    </w:p>
    <w:p>
      <w:r>
        <w:t>- **Nguồn đọc:** Gemini qua `vision_analyze` — 1 lần đọc</w:t>
      </w:r>
    </w:p>
    <w:p>
      <w:r>
        <w:t>- ⚠️ **Nghi ngờ máy trích xuất lại ĐÚNG nội dung của ANH 4** (cùng chủ đề “quy trình thực tế/TB 1501–AQ 002”) ⇒ phải đối chiếu 2 ảnh gốc bằng mắt trước khi dùng.</w:t>
      </w:r>
    </w:p>
    <w:p>
      <w:r>
        <w:t>## Nguyên văn (theo máy đọc)</w:t>
      </w:r>
    </w:p>
    <w:p>
      <w:r>
        <w:t>```text</w:t>
      </w:r>
    </w:p>
    <w:p>
      <w:r>
        <w:t>+ Quy trình cán tiền thực tế Tổng sản xuất:</w:t>
      </w:r>
    </w:p>
    <w:p>
      <w:r>
        <w:t>* Ngăn dầu TB 1501 mồi gỗ</w:t>
      </w:r>
    </w:p>
    <w:p>
      <w:r>
        <w:t>1) Ngăn dầu TB 1501 + 4% ST[không đọc được: 1 ký tự]n 10 002" (8p[không đọc được: 1 ký tự]m)</w:t>
      </w:r>
    </w:p>
    <w:p>
      <w:r>
        <w:t>2) Lõi Nến AQ 002" + 10% Nước 1 p[không đọc được: 1 ký tự]nh =&gt; chủ nhân</w:t>
      </w:r>
    </w:p>
    <w:p>
      <w:r>
        <w:t>3) Lõi Nến AQ 002" + 5% Nước Quế cốt</w:t>
      </w:r>
    </w:p>
    <w:p>
      <w:r>
        <w:t>4) Lõi Nến AQ 002" + 10% Nước 1 p[không đọc được: 1 ký tự]nh</w:t>
      </w:r>
    </w:p>
    <w:p>
      <w:r>
        <w:t>5) Bông B[không đọc được: 1 ký tự]x 03-24 10" 5% + 5% Nước 1 p[không đọc được: 1 ký tự]nh</w:t>
      </w:r>
    </w:p>
    <w:p>
      <w:r>
        <w:t>```</w:t>
      </w:r>
    </w:p>
    <w:p>
      <w:r>
        <w:t>## Chỗ không đọc được / nghi ngờ</w:t>
      </w:r>
    </w:p>
    <w:p>
      <w:r>
        <w:t>| Máy đọc | Nghi là | Trạng thái |</w:t>
      </w:r>
    </w:p>
    <w:p>
      <w:r>
        <w:t>|:---|:---|:---|</w:t>
      </w:r>
    </w:p>
    <w:p>
      <w:r>
        <w:t>| `Quy trình cán tiền thực tế Tổng sản xuất` | **“Quy trình sản xuất thực tế …”** | ⚠️ chưa chốt |</w:t>
      </w:r>
    </w:p>
    <w:p>
      <w:r>
        <w:t>| `Ngăn dầu TB 1501 mồi gỗ` | **“Ngâm dầu TB 1501 …”** | ⚠️ chưa chốt |</w:t>
      </w:r>
    </w:p>
    <w:p>
      <w:r>
        <w:t>| `Lõi Nến AQ 002"` | **“Lót màu AQ 002 H”** | ⚠️ chưa chốt |</w:t>
      </w:r>
    </w:p>
    <w:p>
      <w:r>
        <w:t>| `Bông B…x 03-24 10"` | **“Bóng Bex 03-2410”** | ⚠️ chưa chốt |</w:t>
      </w:r>
    </w:p>
    <w:p>
      <w:r>
        <w:t>| `ST…n 10 002"` | **“STPP”** | ⚠️ chưa chốt |</w:t>
      </w:r>
    </w:p>
    <w:p>
      <w:r>
        <w:t>| `1 p…nh` / `chủ nhân` | **“1 pass”** / **“quét cọ”** | ⚠️ chưa chốt |</w:t>
      </w:r>
    </w:p>
    <w:p>
      <w:r>
        <w:t>&gt; ⛔ **Kết luận: KHÔNG sử dụng số liệu ảnh này.** Chỉ dẫn lại làm minh chứng.</w:t>
      </w:r>
    </w:p>
    <w:p>
      <w:r>
        <w:rPr>
          <w:b/>
          <w:sz w:val="24"/>
        </w:rPr>
        <w:t>Ảnh số 06</w:t>
      </w:r>
    </w:p>
    <w:p>
      <w:r>
        <w:t># TRÍCH XUẤT NGUYÊN VĂN — ANH 6 (ảnh_06.jpg)</w:t>
      </w:r>
    </w:p>
    <w:p>
      <w:r>
        <w:t>- **Thuộc:** Tin 2 (Zalo 23/09/2026) · **Phân loại:** TÀI LIỆU (nhãn/chứng từ lô dán trên thùng sơn)</w:t>
      </w:r>
    </w:p>
    <w:p>
      <w:r>
        <w:t>- **Nguồn đọc:** Gemini qua `vision_analyze` — 1 lần đọc</w:t>
      </w:r>
    </w:p>
    <w:p>
      <w:r>
        <w:t>- **Mô tả:** Thùng nhựa 20 kg đựng nguyên liệu, có 2 nhãn: nhãn giấy nhỏ (dán trên) + nhãn in lớn (giữa thân thùng)</w:t>
      </w:r>
    </w:p>
    <w:p>
      <w:r>
        <w:t>## Nguyên văn</w:t>
      </w:r>
    </w:p>
    <w:p>
      <w:r>
        <w:t>```text</w:t>
      </w:r>
    </w:p>
    <w:p>
      <w:r>
        <w:t>[NHÃN NHỎ PHÍA TRÊN]</w:t>
      </w:r>
    </w:p>
    <w:p>
      <w:r>
        <w:t>LÓT MÀU AQ 002 H</w:t>
      </w:r>
    </w:p>
    <w:p>
      <w:r>
        <w:t>1020726</w:t>
      </w:r>
    </w:p>
    <w:p>
      <w:r>
        <w:t>20KGS</w:t>
      </w:r>
    </w:p>
    <w:p>
      <w:r>
        <w:t>```</w:t>
      </w:r>
    </w:p>
    <w:p>
      <w:r>
        <w:t>```text</w:t>
      </w:r>
    </w:p>
    <w:p>
      <w:r>
        <w:t>[NHÃN LỚN]</w:t>
      </w:r>
    </w:p>
    <w:p>
      <w:r>
        <w:t>[Logo] BT CHEM</w:t>
      </w:r>
    </w:p>
    <w:p>
      <w:r>
        <w:t>HÓA KEO BÌNH THẠNH</w:t>
      </w:r>
    </w:p>
    <w:p>
      <w:r>
        <w:t>www.btchem.com.vn</w:t>
      </w:r>
    </w:p>
    <w:p>
      <w:r>
        <w:t>Water-based Sealer</w:t>
      </w:r>
    </w:p>
    <w:p>
      <w:r>
        <w:t>TÊN SẢN PHẨM / Product name</w:t>
      </w:r>
    </w:p>
    <w:p>
      <w:r>
        <w:t>LÓT MÀU AQ 002 H</w:t>
      </w:r>
    </w:p>
    <w:p>
      <w:r>
        <w:t>MÃ SỐ: 1020726</w:t>
      </w:r>
    </w:p>
    <w:p>
      <w:r>
        <w:t>TRỌNG LƯỢNG TỊNH: 20 KGS</w:t>
      </w:r>
    </w:p>
    <w:p>
      <w:r>
        <w:t>THÀNH PHẦN: Acrylic resin, water</w:t>
      </w:r>
    </w:p>
    <w:p>
      <w:r>
        <w:t>NSX / Mfg date: 02/07/2026</w:t>
      </w:r>
    </w:p>
    <w:p>
      <w:r>
        <w:t>HẠN SỬ DỤNG / Shelf life: 6 tháng kể từ ngày sản xuất</w:t>
      </w:r>
    </w:p>
    <w:p>
      <w:r>
        <w:t>(6 months from date of manufacture)</w:t>
      </w:r>
    </w:p>
    <w:p>
      <w:r>
        <w:t>LƯU Ý: Sản phẩm dùng để pha màu, không dùng trực tiếp với nước.</w:t>
      </w:r>
    </w:p>
    <w:p>
      <w:r>
        <w:t>Bảo quản nơi khô ráo, thoáng mát, tránh ánh nắng trực tiếp.</w:t>
      </w:r>
    </w:p>
    <w:p>
      <w:r>
        <w:t>Đậy kín nắp sau khi sử dụng. Để xa tầm tay trẻ em.</w:t>
      </w:r>
    </w:p>
    <w:p>
      <w:r>
        <w:t>SẢN XUẤT VÀ PHÂN PHỐI SƠN GỖ CAO CẤP</w:t>
      </w:r>
    </w:p>
    <w:p>
      <w:r>
        <w:t>```</w:t>
      </w:r>
    </w:p>
    <w:p>
      <w:r>
        <w:t>## Chỗ không đọc được</w:t>
      </w:r>
    </w:p>
    <w:p>
      <w:r>
        <w:t>- `[không đọc được: phần dưới nhãn — thông tin công ty, địa chỉ, điện thoại, email bị mờ/khuất]`</w:t>
      </w:r>
    </w:p>
    <w:p>
      <w:r>
        <w:t>- Thùng đậy nắp, không thấy hư hỏng.</w:t>
      </w:r>
    </w:p>
    <w:p>
      <w:r>
        <w:t>&gt; 📌 **Số lô/MSSX nghi ngờ:** mã trên nhãn là **1020726** = **ngày 10/07/2026 (MSSX 1020726)** hoặc **0?/0?/26** khác ⇒ ⚠️ **đề nghị QC xác nhận MSSX đúng**, không tự suy (bản tin nhắn không nêu số lô).</w:t>
      </w:r>
    </w:p>
    <w:p>
      <w:r>
        <w:t>&gt; ✅ **Đối chiếu được:** NSX in trên nhãn **02/07/2026** — MSNX khác với mã số **1020726**; nếu theo nếp mã hóa của BT Chem thì `1020726` phải đọc là `1-020726` (ngày 02/07/2026) ⇒ **khớp NSX 02/07/2026**. Ghi cả hai khả năng, chưa chốt.</w:t>
      </w:r>
    </w:p>
    <w:p>
      <w:r>
        <w:rPr>
          <w:b/>
          <w:sz w:val="24"/>
        </w:rPr>
        <w:t>Ảnh số 08</w:t>
      </w:r>
    </w:p>
    <w:p>
      <w:r>
        <w:t># TRÍCH XUẤT NGUYÊN VĂN — ANH 8 (ảnh_08.jpg)</w:t>
      </w:r>
    </w:p>
    <w:p>
      <w:r>
        <w:t>- **Thuộc:** Tin 4 (Zalo 23/09/2026 — tin ảnh đơn lẻ) · **Phân loại:** TÀI LIỆU (viết tay trên bìa carton, mực đen)</w:t>
      </w:r>
    </w:p>
    <w:p>
      <w:r>
        <w:t>- **Nguồn đọc:** Gemini qua `vision_analyze` — 1 lần đọc</w:t>
      </w:r>
    </w:p>
    <w:p>
      <w:r>
        <w:t>- ⚠️ **Chữ viết tay đọc SAI nhiều chỗ** — dưới đây là nguyên văn theo máy đọc, **KHÔNG dùng để kết luận số liệu**.</w:t>
      </w:r>
    </w:p>
    <w:p>
      <w:r>
        <w:t>## Nguyên văn (theo máy đọc)</w:t>
      </w:r>
    </w:p>
    <w:p>
      <w:r>
        <w:t>```text</w:t>
      </w:r>
    </w:p>
    <w:p>
      <w:r>
        <w:t>* Quy trình thực tế Sản xuất.</w:t>
      </w:r>
    </w:p>
    <w:p>
      <w:r>
        <w:t>* Nguyên liệu 13 1501 [không đọc được: mắt/mất] phở thay</w:t>
      </w:r>
    </w:p>
    <w:p>
      <w:r>
        <w:t>1) Nguyên liệu 13 1501 + 4% STPP + 0,002% (Agar)</w:t>
      </w:r>
    </w:p>
    <w:p>
      <w:r>
        <w:t>2) Lô Mì A 0,002% + 15% Nước quậy</w:t>
      </w:r>
    </w:p>
    <w:p>
      <w:r>
        <w:t>3) Lô Mì A 0,002% + 10% Nước (Agar)</w:t>
      </w:r>
    </w:p>
    <w:p>
      <w:r>
        <w:t>4) Lô Mì A 0,002% + 10% Nước (Agar)</w:t>
      </w:r>
    </w:p>
    <w:p>
      <w:r>
        <w:t>5) Bánh Bột 03-2410 15% + 15% Nước (Agar)</w:t>
      </w:r>
    </w:p>
    <w:p>
      <w:r>
        <w:t>```</w:t>
      </w:r>
    </w:p>
    <w:p>
      <w:r>
        <w:t>## Chỗ không đọc được / nghi ngờ</w:t>
      </w:r>
    </w:p>
    <w:p>
      <w:r>
        <w:t>| Máy đọc | Nghi là (theo ANH 5 và tin nhắn Zalo) | Trạng thái |</w:t>
      </w:r>
    </w:p>
    <w:p>
      <w:r>
        <w:t>|:---|:---|:---|</w:t>
      </w:r>
    </w:p>
    <w:p>
      <w:r>
        <w:t>| `Nguyên liệu 13 1501` | **“Ngâm dầu TB 1501”** | ⚠️ chưa chốt |</w:t>
      </w:r>
    </w:p>
    <w:p>
      <w:r>
        <w:t>| `Lô Mì A 0,002%` | **“Lót màu AQ 002 H”** | ⚠️ chưa chốt |</w:t>
      </w:r>
    </w:p>
    <w:p>
      <w:r>
        <w:t>| `Bánh Bột 03-2410` | **“Bóng Bex 03-2410”** | ⚠️ chưa chốt |</w:t>
      </w:r>
    </w:p>
    <w:p>
      <w:r>
        <w:t>| `(Agar)` | **“(Agar)” hay “(1 pass)”?** | ⛔ **cả 2 đều vô lý** — nghi máy đọc sai |</w:t>
      </w:r>
    </w:p>
    <w:p>
      <w:r>
        <w:t>| `15% Nước` / `10% Nước` | đối chiếu Zalo: **5% / 10% nước** | ⚠️ lệch nhau — chưa chốt |</w:t>
      </w:r>
    </w:p>
    <w:p>
      <w:r>
        <w:t>| `[không đọc được: mắt/mất phở thay]` | — | ⛔ **không đọc được** |</w:t>
      </w:r>
    </w:p>
    <w:p>
      <w:r>
        <w:t>&gt; ⛔ **Kết luận: KHÔNG sử dụng số liệu ảnh này.** Chỉ dẫn lại làm minh chứng ảnh.</w:t>
      </w:r>
    </w:p>
    <w:p>
      <w:r>
        <w:rPr>
          <w:b/>
          <w:sz w:val="24"/>
        </w:rPr>
        <w:t>Ảnh số 09</w:t>
      </w:r>
    </w:p>
    <w:p>
      <w:r>
        <w:t># TRÍCH XUẤT NGUYÊN VĂN — ANH 9 (ảnh_09.jpg)</w:t>
      </w:r>
    </w:p>
    <w:p>
      <w:r>
        <w:t>- **Thuộc:** Tin 5 (Zalo 23/09/2026) · **Phân loại:** TÀI LIỆU (ảnh chụp tài liệu in của BT CHEM)</w:t>
      </w:r>
    </w:p>
    <w:p>
      <w:r>
        <w:t>- ⚠️ **ẢNH GỐC BỊ XOAY 90°** (768×1024). Đã tạo bản xoay `anh_09_r90.jpg` để đọc — **bản đọc dưới đây lấy từ `anh_09_r90.jpg`**.</w:t>
      </w:r>
    </w:p>
    <w:p>
      <w:r>
        <w:t>- **Nguồn đọc:** Gemini qua `vision_analyze` — **5 lần đọc**, trong đó 3 lần trên bản đã xoay đúng chiều cho kết quả **thống nhất**; 2 lần đọc ảnh gốc (chưa xoay) cho **kết quả hoàn toàn khác** ⇒ xem mục “Cảnh báo độ tin cậy”.</w:t>
      </w:r>
    </w:p>
    <w:p>
      <w:r>
        <w:t>## Nguyên văn (đọc trên bản xoay đúng chiều)</w:t>
      </w:r>
    </w:p>
    <w:p>
      <w:r>
        <w:t>```text</w:t>
      </w:r>
    </w:p>
    <w:p>
      <w:r>
        <w:t>BT CHEM</w:t>
      </w:r>
    </w:p>
    <w:p>
      <w:r>
        <w:t>[địa chỉ / điện thoại / email / MST / số tài khoản: không đọc được — bị mờ &amp; lóa]</w:t>
      </w:r>
    </w:p>
    <w:p>
      <w:r>
        <w:t>HƯỚNG DẪN QUY TRÌNH THỰC HIỆN MẪU: AQ 1142</w:t>
      </w:r>
    </w:p>
    <w:p>
      <w:r>
        <w:t>[góc phải: HĐKT  02.10.25]</w:t>
      </w:r>
    </w:p>
    <w:p>
      <w:r>
        <w:t>KHÁCH HÀNG :  [chưa xác minh — xem cảnh báo dưới]</w:t>
      </w:r>
    </w:p>
    <w:p>
      <w:r>
        <w:t>LOẠI GỖ    :  ASH + VENEER ASH</w:t>
      </w:r>
    </w:p>
    <w:p>
      <w:r>
        <w:t>SẢN PHẨM   :  HÀNG TRONG NHÀ (INDOOR)</w:t>
      </w:r>
    </w:p>
    <w:p>
      <w:r>
        <w:t>ĐỘ BÓNG    :  10%</w:t>
      </w:r>
    </w:p>
    <w:p>
      <w:r>
        <w:t>NGÀY       :  [chưa xác minh]</w:t>
      </w:r>
    </w:p>
    <w:p>
      <w:r>
        <w:t>```</w:t>
      </w:r>
    </w:p>
    <w:p>
      <w:r>
        <w:t>### Bảng quy trình (8 bước)</w:t>
      </w:r>
    </w:p>
    <w:p>
      <w:r>
        <w:t>| Bước | Hóa chất sử dụng | Tỉ lệ | Độ nhớt (±1) | Phương pháp &amp; phương tiện | Thời gian khô |</w:t>
      </w:r>
    </w:p>
    <w:p>
      <w:r>
        <w:t>|:---|:---|:---|:---|:---|:---|</w:t>
      </w:r>
    </w:p>
    <w:p>
      <w:r>
        <w:t>| *(mở đầu)* | Chà nhám bề mặt gỗ — nhám **#240**, trám trét khuyết tật | | | | |</w:t>
      </w:r>
    </w:p>
    <w:p>
      <w:r>
        <w:t>| 1- Stain màu | Stain AQ 1142 | 10 | | Phun bằng súng sơn theo màu + Chà Light | 10–15 phút, Chà nhám #240 |</w:t>
      </w:r>
    </w:p>
    <w:p>
      <w:r>
        <w:t>| | Dung môi NC 02 | 150 | | | |</w:t>
      </w:r>
    </w:p>
    <w:p>
      <w:r>
        <w:t>| 2- Lót NC KH | Lót NC KH | 100 | 16–18 giây (Cup NK2) | Phun bằng súng sơn (1 Path) | 30–45 phút, Chà nhám #320 |</w:t>
      </w:r>
    </w:p>
    <w:p>
      <w:r>
        <w:t>| | Dung môi NC 02 | 100 | | | |</w:t>
      </w:r>
    </w:p>
    <w:p>
      <w:r>
        <w:t>| 3- Glaze màu | Glaze màu AQ 1142 | 100 | | Phun bằng súng sơn + Kiểm tra Bùi nhùi + Quét cọ + Chà Light | 30–45 phút |</w:t>
      </w:r>
    </w:p>
    <w:p>
      <w:r>
        <w:t>| | Glaze | 30 | | | |</w:t>
      </w:r>
    </w:p>
    <w:p>
      <w:r>
        <w:t>| | Dung môi Pegasol | 670 | | | |</w:t>
      </w:r>
    </w:p>
    <w:p>
      <w:r>
        <w:t>| 4- Lót NC KH | Lót NC KH | 100 | 16–18 giây (Cup NK2) | Phun bằng súng sơn (1 Path) | 30–45 phút, Chà nhám #320 |</w:t>
      </w:r>
    </w:p>
    <w:p>
      <w:r>
        <w:t>| | Dung môi NC 02 | 100 | | | |</w:t>
      </w:r>
    </w:p>
    <w:p>
      <w:r>
        <w:t>| 5- Dặm Glaze màu | Glaze màu AQ 1142 | 100 | | Phun bằng súng sơn + Quét cọ + Kiểm tra Bùi nhùi | 30–45 phút |</w:t>
      </w:r>
    </w:p>
    <w:p>
      <w:r>
        <w:t>| | Glaze | 30 | | | |</w:t>
      </w:r>
    </w:p>
    <w:p>
      <w:r>
        <w:t>| | Dung môi Pegasol | 670 | | | |</w:t>
      </w:r>
    </w:p>
    <w:p>
      <w:r>
        <w:t>| 6- Bóng NC T 2012 1505 10% | Bóng NC T 2012 1505 10% | 100 | 10–12 giây (Cup NK2) | Phun bằng súng sơn (1 Path) | 30–45 phút, Chà nhám #320 |</w:t>
      </w:r>
    </w:p>
    <w:p>
      <w:r>
        <w:t>| | Dung môi NC 02 | 150 | | | |</w:t>
      </w:r>
    </w:p>
    <w:p>
      <w:r>
        <w:t>| 7- Dặm màu | Stain AQ 1142 | 10 | | Đậm bằng súng sơn so màu theo màu | 30–45 phút |</w:t>
      </w:r>
    </w:p>
    <w:p>
      <w:r>
        <w:t>| | Dung môi NC 02 | 150 | | | |</w:t>
      </w:r>
    </w:p>
    <w:p>
      <w:r>
        <w:t>| *(7b)* Kiểm tra Glaze màu | Glaze màu AQ 1142 | 100 | | Phun bằng súng sơn + Quét cọ + Kiểm tra Bùi nhùi + Chà Light | |</w:t>
      </w:r>
    </w:p>
    <w:p>
      <w:r>
        <w:t>| | Glaze | 30 | | | |</w:t>
      </w:r>
    </w:p>
    <w:p>
      <w:r>
        <w:t>| | Dung môi Pegasol | 670 | | | |</w:t>
      </w:r>
    </w:p>
    <w:p>
      <w:r>
        <w:t>| 8- Bóng NC T 2012 1505 10% | Bóng NC T 2012 1505 10% | 100 | 10–12 giây (Cup NK2) | Phun bằng súng sơn (1 Path) | **Sau 8→12 giờ kiểm tra SP đạt → đóng gói** |</w:t>
      </w:r>
    </w:p>
    <w:p>
      <w:r>
        <w:t>| | Dung môi NC 02 | 150 | | | |</w:t>
      </w:r>
    </w:p>
    <w:p>
      <w:r>
        <w:t>### LƯU Ý SỬ DỤNG SƠN (nguyên văn, đọc được)</w:t>
      </w:r>
    </w:p>
    <w:p>
      <w:r>
        <w:t>```text</w:t>
      </w:r>
    </w:p>
    <w:p>
      <w:r>
        <w:t>❖ LƯU Ý SỬ DỤNG SƠN:</w:t>
      </w:r>
    </w:p>
    <w:p>
      <w:r>
        <w:t>- Thùng, can chứa đựng sơn, màu, dung môi… phải được đậy kín nắp và bảo quản nơi khô ráo</w:t>
      </w:r>
    </w:p>
    <w:p>
      <w:r>
        <w:t>thoáng mát, không làm mất nhãn mác.</w:t>
      </w:r>
    </w:p>
    <w:p>
      <w:r>
        <w:t>- Quậy kỹ hộp sơn, màu… trước khi pha và trước khi sơn.</w:t>
      </w:r>
    </w:p>
    <w:p>
      <w:r>
        <w:t>- Trên đây là Quy trình thực hiện mẫu AQ 1142, [không đọc được: …] Khi áp dụng sản xuất</w:t>
      </w:r>
    </w:p>
    <w:p>
      <w:r>
        <w:t>thực tế có thể điều chỉnh các thông số kỹ thuật (độ nhớt, thời gian khô, số lớp…) cho</w:t>
      </w:r>
    </w:p>
    <w:p>
      <w:r>
        <w:t>phù hợp với điều kiện thực tế của xưởng.</w:t>
      </w:r>
    </w:p>
    <w:p>
      <w:r>
        <w:t>- [không đọc được: …] và mặt hàng sản xuất (bàn, ghế, tủ …) và các bước công đoạn trong</w:t>
      </w:r>
    </w:p>
    <w:p>
      <w:r>
        <w:t>quy trình sản xuất tại nhà máy có thể thay đổi phù hợp theo yêu cầu chất lượng</w:t>
      </w:r>
    </w:p>
    <w:p>
      <w:r>
        <w:t>[không đọc được: …]</w:t>
      </w:r>
    </w:p>
    <w:p>
      <w:r>
        <w:t>- Vào những ngày nắng nóng, hanh khô nhiệt độ nhà xưởng lên cao (39–40 °C trở lên, độ ẩm</w:t>
      </w:r>
    </w:p>
    <w:p>
      <w:r>
        <w:t>không khí thấp 40–50%), hoặc vào những thời điểm sáng sớm, mưa, độ ẩm cao</w:t>
      </w:r>
    </w:p>
    <w:p>
      <w:r>
        <w:t>[không đọc được: …] đề nghị nhà máy tăng cường chất làm khô … vào hộp sơn, hoặc sơn</w:t>
      </w:r>
    </w:p>
    <w:p>
      <w:r>
        <w:t>(bóng 4→6%) để hạn chế hiện tượng màng sơn bị hạp, hanh khô, mờ…</w:t>
      </w:r>
    </w:p>
    <w:p>
      <w:r>
        <w:t>```</w:t>
      </w:r>
    </w:p>
    <w:p>
      <w:r>
        <w:t>### Bảng công thức pha màu (đơn vị Gram)</w:t>
      </w:r>
    </w:p>
    <w:p>
      <w:r>
        <w:t>| **Stain AQ 1142** | Số lượng (Gr) | **Glaze màu AQ 1142** | Số lượng (Gr) |</w:t>
      </w:r>
    </w:p>
    <w:p>
      <w:r>
        <w:t>|:---|---:|:---|---:|</w:t>
      </w:r>
    </w:p>
    <w:p>
      <w:r>
        <w:t>| 1- Vàng cam 2RA | **585** | 1- Glaze màu BR 51-2912 | **667** |</w:t>
      </w:r>
    </w:p>
    <w:p>
      <w:r>
        <w:t>| 2- Đỏ VM 334 | **171** | 2- Đen PB 1012 (1-2) PE | **167** |</w:t>
      </w:r>
    </w:p>
    <w:p>
      <w:r>
        <w:t>| 3- Đen TC L3 (1-2) ĐM | **146** | 3- Glaze | **166** |</w:t>
      </w:r>
    </w:p>
    <w:p>
      <w:r>
        <w:t>| 4- Stain NC Trắng | **98** | | |</w:t>
      </w:r>
    </w:p>
    <w:p>
      <w:r>
        <w:t>| **Tổng** | **1000** | **Tổng** | **1000** |</w:t>
      </w:r>
    </w:p>
    <w:p>
      <w:r>
        <w:t>```text</w:t>
      </w:r>
    </w:p>
    <w:p>
      <w:r>
        <w:t>KỸ THUẬT</w:t>
      </w:r>
    </w:p>
    <w:p>
      <w:r>
        <w:t>[chữ ký tay]</w:t>
      </w:r>
    </w:p>
    <w:p>
      <w:r>
        <w:t>[chưa xác minh tên người ký]</w:t>
      </w:r>
    </w:p>
    <w:p>
      <w:r>
        <w:t>```</w:t>
      </w:r>
    </w:p>
    <w:p>
      <w:r>
        <w:t>## ⚠️ CẢNH BÁO ĐỘ TIN CẬY (đọc kỹ trước khi dùng số liệu)</w:t>
      </w:r>
    </w:p>
    <w:p>
      <w:r>
        <w:t>**5 lần đọc cho 3 kết quả KHÁC NHAU:**</w:t>
      </w:r>
    </w:p>
    <w:p>
      <w:r>
        <w:t>| Lần | Ảnh dùng | Kết quả máy đọc | Đánh giá |</w:t>
      </w:r>
    </w:p>
    <w:p>
      <w:r>
        <w:t>|:---:|:---|:---|:---|</w:t>
      </w:r>
    </w:p>
    <w:p>
      <w:r>
        <w:t>| 1 | ảnh gốc (chưa xoay) | *“HƯỚNG DẪN QUY TRÌNH THÍ NGHIỆM MÁY ĐẬP HÀM AJ1142 — VIỆN CÔNG NGHỆ MỎ – VINACOMIN”* | ⛔ **sai/hallucination** |</w:t>
      </w:r>
    </w:p>
    <w:p>
      <w:r>
        <w:t>| 2 | cắt dải (0–360) | *“HƯỚNG DẪN QUY TRÌNH SƠN — BT CHEM, khách Công ty Hồ Nai”* | ⚠️ một phần khớp |</w:t>
      </w:r>
    </w:p>
    <w:p>
      <w:r>
        <w:t>| 3 | cắt dải (340–720) | *“MÁY ĐO NỒNG ĐỘ CỒN TRONG HƠI THỞ, 100 dòng bảng”* | ⛔ **hallucination rõ rệt** |</w:t>
      </w:r>
    </w:p>
    <w:p>
      <w:r>
        <w:t>| 4 | **bản xoay r90 – toàn ảnh** | *“HƯỚNG DẪN QUY TRÌNH THỰC HIỆN MẪU: AQ 1142 — 8 bước + bảng pha màu 1000 g”* | ✅ hợp lý, khớp Zalo |</w:t>
      </w:r>
    </w:p>
    <w:p>
      <w:r>
        <w:t>| 5 | **bản xoay r90 – 2 dải cắt** | Trùng khớp lần 4 (cùng 8 bước, cùng bảng pha màu 585/171/146/98 = 1000) | ✅ **thống nhất 3/3** |</w:t>
      </w:r>
    </w:p>
    <w:p>
      <w:r>
        <w:t>**Các trường KHÔNG nhất quán giữa các lần đọc — ghi là [chưa xác minh]:**</w:t>
      </w:r>
    </w:p>
    <w:p>
      <w:r>
        <w:t>| Trường | Lần đọc 1 | Lần đọc 2 | Lần đọc 4/5 | Kết luận |</w:t>
      </w:r>
    </w:p>
    <w:p>
      <w:r>
        <w:t>|:---|:---|:---|:---|:---|</w:t>
      </w:r>
    </w:p>
    <w:p>
      <w:r>
        <w:t>| Tên khách hàng | — | CÔNG TY HỒ NAI | *“CÔNG TY HỒ NAI”* (lần 4) · *“CÔNG TY TNHH GỖ AN CƯ”* (lần 5-dải trên) | ⛔ **[chưa xác minh]** |</w:t>
      </w:r>
    </w:p>
    <w:p>
      <w:r>
        <w:t>| Mã màu | AJ1142 | AQ 1142 / AG 1142 | AQ 1142 / AG 1142 | `A`–`G`/`Q` lẫn: đọc **AQ 1142** theo Zalo, ghi rõ nghi ngờ |</w:t>
      </w:r>
    </w:p>
    <w:p>
      <w:r>
        <w:t>| Ngày tài liệu | — | 30/09/2025 | 30/09/2025 (lần 4) · **18/04/2019** (lần 5-dải dưới) | ⛔ **[chưa xác minh]** |</w:t>
      </w:r>
    </w:p>
    <w:p>
      <w:r>
        <w:t>| Người ký | — | — | **NGUYỄN THỊ THANH HUYỀN** (lần 4) · **Nguyễn Văn Bình** (lần 5-dải dưới) | ⛔ **[chưa xác minh]** |</w:t>
      </w:r>
    </w:p>
    <w:p>
      <w:r>
        <w:t>**Chỉ những phần sau là ĐỌC ĐƯỢC ỔN ĐỊNH (lặp lại ≥2 lần độc lập):**</w:t>
      </w:r>
    </w:p>
    <w:p>
      <w:r>
        <w:t>- Tiêu đề là **HƯỚNG DẪN QUY TRÌNH … MẪU AQ 1142** của **BT CHEM**;</w:t>
      </w:r>
    </w:p>
    <w:p>
      <w:r>
        <w:t>- **LOẠI GỖ: ASH + VENEER ASH**, **SẢN PHẨM: HÀNG TRONG NHÀ (INDOOR)**, **ĐỘ BÓNG: 10%**;</w:t>
      </w:r>
    </w:p>
    <w:p>
      <w:r>
        <w:t>- **8 bước quy trình NC** (chà nhám → stain → lót NC KH → glaze → lót NC KH → dặm glaze → kiểm tra glaze → bóng NC T 2012 1505 10%);</w:t>
      </w:r>
    </w:p>
    <w:p>
      <w:r>
        <w:t>- **Bảng công thức pha màu Stain AQ 1142 = 1.000 g** (585 / 171 / 146 / 98) và **Glaze màu AQ 1142 = 1.000 g** (667 / 167 / 166).</w:t>
      </w:r>
    </w:p>
    <w:p>
      <w:r>
        <w:rPr>
          <w:b/>
          <w:sz w:val="26"/>
        </w:rPr>
        <w:t>3. NHỮNG CHỖ CHƯA CHẮC (theo báo cáo)</w:t>
      </w:r>
    </w:p>
    <w:p>
      <w:r>
        <w:t>Ghi chú những chỗ CHƯA CHẮC (không tô hồng)</w:t>
      </w:r>
    </w:p>
    <w:p>
      <w:r>
        <w:t>1. ⚠️ **Model đọc ảnh:** dùng **Gemini qua công cụ `vision_analyze` của Hermes** (model mặc định do Hermes cấu hình), **KHÔNG** dùng web Gemini và **KHÔNG** chọn *Pro + tư duy mở rộng* như mục 22/09. **Lý do:** web Gemini **chưa gửi được prompt** và lần thử API đầu tiên trả **HTTP 503**; **không có lựa chọn “model cao nhất” nào được chọn trong lượt này** ⇒ **ghi rõ để không hiểu nhầm**. Nếu chủ nhân cần bản đọc bằng model cao, phải **đọc lại toàn bộ 8 ảnh tài liệu**.</w:t>
      </w:r>
    </w:p>
    <w:p>
      <w:r>
        <w:t>2. ⚠️ **ANH 9 (quy trình AQ 1142) đọc KHÔNG ổn định** — 5 lần đọc, 3 kết quả khác nhau; **tên khách hàng, ngày, người ký, mã AQ/AG đều chưa xác minh**. Chỉ nên dùng **cấu trúc 8 bước** và **2 bảng công thức pha màu tổng 1.000 g**. Đề nghị Lộc gửi lại **ảnh đúng chiều / bản scan**.</w:t>
      </w:r>
    </w:p>
    <w:p>
      <w:r>
        <w:t>3. ⚠️ **ANH 4, 5, 8 đọc sai nặng** (chữ viết tay trên bìa) ⇒ **không dùng số liệu**; cần **bản anh Lộc tự gõ** nếu muốn lấy số.</w:t>
      </w:r>
    </w:p>
    <w:p>
      <w:r>
        <w:t>4. ⚠️ **Không có ảnh nào thể hiện RÕ lỗi** (trầy / móp / đậm ghim gỗ) mà Tin 3 nêu ⇒ 3 ảnh chèn vào báo cáo là **ảnh hiện trường/sản phẩm chung**, **không phải ảnh bằng chứng lỗi**. Nếu cần ảnh lỗi để mở vụ KPH thì **phải xin Lộc chụp lại**.</w:t>
      </w:r>
    </w:p>
    <w:p>
      <w:r>
        <w:t>5. ⚠️ **ANH 13 / ANH 14**: chỉ đọc được số trên màn hình (**“10.0”** và **“36.6”**), **chưa xác định chính xác là thiết bị đo gì** (nghi độ bóng / nhiệt-ẩm nhưng **không gán nhãn**) ⇒ nếu cần dùng số này cho hồ sơ thì phải xác minh thiết bị.</w:t>
      </w:r>
    </w:p>
    <w:p>
      <w:r>
        <w:t>6. ⚠️ **ANH 1 “CÔNG TY HỒ NAI”** ghi nguyên văn theo phiếu; **chưa chắc khớp “Hố Nai” / “Hố Nai 2”** trong danh mục nhà máy ⇒ đề nghị xác nhận khi lập chứng từ.</w:t>
      </w:r>
    </w:p>
    <w:p>
      <w:r>
        <w:t>7. ⚠️ **Tên người ký** trong hội thoại/hồ sơ có 2 cách viết: *“Bùi Thiện Lộc”* / *“Bùi Thiên Lộc”* / *“Bùi Lộc”* — mục này ghi theo **Bùi Thiên Lộc**, **chưa chốt**.</w:t>
      </w:r>
    </w:p>
    <w:p>
      <w:r>
        <w:t>8. ✅ **ĐÃ ĐỐI CHIẾU ĐƯỢC:** 3 mặt hàng MẪU trên phiếu giao hàng (ảnh 1) khớp đúng 3 nguyên liệu Lộc nêu trong Tin 1 (lót SW6-0909 H cho QT3 · primer white 02-2203 cho QT4 · phụ gia TB).</w:t>
      </w:r>
    </w:p>
    <w:p>
      <w:r>
        <w:t>9. ✅ **Số byte file `Locqc.md`:** **168.674 → 194.573 byte** (+25.899) · đã sao lưu thành `Locqc_backup_20260923_2000.md` trước khi ghi · ghi nguyên tử qua `.tmp_ghi` → `os.replace()` · **chỉ THÊM 1 mục ở cuối**, không sửa mục cũ.</w:t>
      </w:r>
    </w:p>
    <w:p>
      <w:r>
        <w:t>10. 📌 **Ảnh:** 15 ảnh tải về từ Zalo ngày 23/09/2026 (**0 video**) · **8 ảnh tài liệu đã trích xuất** · **3 ảnh hiện trường đã chèn** (ANH 7, 10, 15) · **4 ảnh không dùng** (ANH 11, 12, 13, 14).</w:t>
      </w:r>
    </w:p>
    <w:p>
      <w:r>
        <w:t>11. ⛔ **CHƯA ghi gì vào CSDL KPH** (`su_co_kph` / `ho_so_kph` / portal) — mục 5 chỉ là **ĐỀ XUẤT**, chờ chủ nhân chốt.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