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CÔNG TY TNHH SXTM HÓA KEO BÌNH THẠNH</w:t>
      </w:r>
    </w:p>
    <w:p>
      <w:r>
        <w:t>Phụ lục: 01B</w:t>
        <w:br/>
        <w:t>Mã quy trình: QT-KT-SPM/02</w:t>
        <w:br/>
      </w:r>
    </w:p>
    <w:p>
      <w:pPr>
        <w:pStyle w:val="Title"/>
      </w:pPr>
      <w:r>
        <w:t>BÁO CÁO KẾT QUẢ KIỂM TRA ỔN ĐỊNH MÀU SƠN PKP KW 536H</w:t>
      </w:r>
    </w:p>
    <w:p>
      <w:r>
        <w:t>Số báo cáo kiểm tra: 03.02 - 0626</w:t>
        <w:br/>
        <w:t>Ngày kiểm tra: 01/07/2026</w:t>
        <w:br/>
        <w:t>Người báo cáo: Nguyễn Thị Yến (Bộ phận QC1)</w:t>
        <w:br/>
        <w:t>Ngày lập báo cáo: 22/07/2026</w:t>
        <w:br/>
      </w:r>
    </w:p>
    <w:p>
      <w:pPr>
        <w:pStyle w:val="Heading1"/>
      </w:pPr>
      <w:r>
        <w:t>A. Thông tin sản phẩm &amp; Mục đích kiểm tra</w:t>
      </w:r>
    </w:p>
    <w:p>
      <w:r>
        <w:t>• Tên sản phẩm: Sơn màu PKP KW 536H</w:t>
      </w:r>
    </w:p>
    <w:p>
      <w:r>
        <w:t>• Nguyên nhân &amp; Mục đích: Kiểm tra độ ổn định màu sắc theo thời gian khi sử dụng phụ gia HV-BEX và phụ gia CX 5%.</w:t>
      </w:r>
    </w:p>
    <w:p>
      <w:pPr>
        <w:pStyle w:val="Heading1"/>
      </w:pPr>
      <w:r>
        <w:t>B. Phương pháp / Quy trình thực hiện</w:t>
      </w:r>
    </w:p>
    <w:p>
      <w:r>
        <w:t>• Pha chế công thức màu:</w:t>
        <w:br/>
        <w:t xml:space="preserve">  - Mẫu đối chứng: Không có phụ gia.</w:t>
        <w:br/>
        <w:t xml:space="preserve">  - Mẫu HV-BEX: Sử dụng 5% phụ gia HV-BEX.</w:t>
        <w:br/>
        <w:t xml:space="preserve">  - Mẫu CX: Sử dụng 5% phụ gia CX 5%.</w:t>
      </w:r>
    </w:p>
    <w:p>
      <w:r>
        <w:t>• Quy trình tiến hành:</w:t>
        <w:br/>
        <w:t xml:space="preserve">  - Khuấy đều hỗn hợp bằng máy khuấy với tốc độ 30 vòng/phút trong thời gian 5 phút.</w:t>
        <w:br/>
        <w:t xml:space="preserve">  - Kéo màng sơn bằng thước kéo cỡ 76 µ lên giấy thử màu.</w:t>
        <w:br/>
        <w:t xml:space="preserve">  - Phun mẫu lên tấm MDF đã lót trắng WS1.</w:t>
        <w:br/>
        <w:t xml:space="preserve">  - Tiến hành đo giá trị màu Lab của từng mẫu lúc mới pha bằng máy so màu Spectro I.</w:t>
        <w:br/>
        <w:t xml:space="preserve">  - So sánh giá trị Lab của mẫu mới pha với mẫu sau 1 ngày, 3 ngày và 10 ngày.</w:t>
      </w:r>
    </w:p>
    <w:p>
      <w:pPr>
        <w:pStyle w:val="Heading1"/>
      </w:pPr>
      <w:r>
        <w:t>C. Kết quả kiểm tra chi tiết</w:t>
      </w:r>
    </w:p>
    <w:p>
      <w:pPr>
        <w:pStyle w:val="Heading2"/>
      </w:pPr>
      <w:r>
        <w:t>1. Kiểm tra công thức sản xuất (Đánh giá sau 1 ngày)</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Công thức</w:t>
            </w:r>
          </w:p>
        </w:tc>
        <w:tc>
          <w:tcPr>
            <w:tcW w:type="dxa" w:w="1440"/>
          </w:tcPr>
          <w:p>
            <w:r>
              <w:t>Mẫu thử</w:t>
            </w:r>
          </w:p>
        </w:tc>
        <w:tc>
          <w:tcPr>
            <w:tcW w:type="dxa" w:w="1440"/>
          </w:tcPr>
          <w:p>
            <w:r>
              <w:t>Lab Mới Pha</w:t>
            </w:r>
          </w:p>
        </w:tc>
        <w:tc>
          <w:tcPr>
            <w:tcW w:type="dxa" w:w="1440"/>
          </w:tcPr>
          <w:p>
            <w:r>
              <w:t>Lab Sau 1 Ngày</w:t>
            </w:r>
          </w:p>
        </w:tc>
        <w:tc>
          <w:tcPr>
            <w:tcW w:type="dxa" w:w="1440"/>
          </w:tcPr>
          <w:p>
            <w:r>
              <w:t>Độ lệch ΔLab (ΔL)</w:t>
            </w:r>
          </w:p>
        </w:tc>
        <w:tc>
          <w:tcPr>
            <w:tcW w:type="dxa" w:w="1440"/>
          </w:tcPr>
          <w:p>
            <w:r>
              <w:t>Nhận xét</w:t>
            </w:r>
          </w:p>
        </w:tc>
      </w:tr>
      <w:tr>
        <w:tc>
          <w:tcPr>
            <w:tcW w:type="dxa" w:w="1440"/>
          </w:tcPr>
          <w:p>
            <w:r>
              <w:t>Không có phụ gia</w:t>
            </w:r>
          </w:p>
        </w:tc>
        <w:tc>
          <w:tcPr>
            <w:tcW w:type="dxa" w:w="1440"/>
          </w:tcPr>
          <w:p>
            <w:r>
              <w:t>Phun gỗ</w:t>
            </w:r>
          </w:p>
        </w:tc>
        <w:tc>
          <w:tcPr>
            <w:tcW w:type="dxa" w:w="1440"/>
          </w:tcPr>
          <w:p>
            <w:r>
              <w:t>36.80</w:t>
              <w:br/>
              <w:t>-1.37</w:t>
              <w:br/>
              <w:t>-4.55</w:t>
            </w:r>
          </w:p>
        </w:tc>
        <w:tc>
          <w:tcPr>
            <w:tcW w:type="dxa" w:w="1440"/>
          </w:tcPr>
          <w:p>
            <w:r>
              <w:t>38.10</w:t>
              <w:br/>
              <w:t>-1.53</w:t>
              <w:br/>
              <w:t>-4.69</w:t>
            </w:r>
          </w:p>
        </w:tc>
        <w:tc>
          <w:tcPr>
            <w:tcW w:type="dxa" w:w="1440"/>
          </w:tcPr>
          <w:p>
            <w:r>
              <w:t>ΔL: 1.30</w:t>
            </w:r>
          </w:p>
        </w:tc>
        <w:tc>
          <w:tcPr>
            <w:tcW w:type="dxa" w:w="1440"/>
          </w:tcPr>
          <w:p>
            <w:r>
              <w:t>- Kéo giấy: cả 3 mẫu có hiện tượng sậm màu hơn khi để qua ngày (ΔL từ -0.85 đến -1.02).</w:t>
              <w:br/>
              <w:br/>
              <w:t>- Phun gỗ: cả 3 mẫu có hiện tượng trắng/nhạt màu đi khi để qua ngày (ΔL từ 1.03 đến 1.30).</w:t>
            </w:r>
          </w:p>
        </w:tc>
      </w:tr>
      <w:tr>
        <w:tc>
          <w:tcPr>
            <w:tcW w:type="dxa" w:w="1440"/>
          </w:tcPr>
          <w:p>
            <w:r/>
          </w:p>
        </w:tc>
        <w:tc>
          <w:tcPr>
            <w:tcW w:type="dxa" w:w="1440"/>
          </w:tcPr>
          <w:p>
            <w:r>
              <w:t>Kéo giấy</w:t>
            </w:r>
          </w:p>
        </w:tc>
        <w:tc>
          <w:tcPr>
            <w:tcW w:type="dxa" w:w="1440"/>
          </w:tcPr>
          <w:p>
            <w:r>
              <w:t>42.37</w:t>
              <w:br/>
              <w:t>-1.72</w:t>
              <w:br/>
              <w:t>-5.24</w:t>
            </w:r>
          </w:p>
        </w:tc>
        <w:tc>
          <w:tcPr>
            <w:tcW w:type="dxa" w:w="1440"/>
          </w:tcPr>
          <w:p>
            <w:r>
              <w:t>41.35</w:t>
              <w:br/>
              <w:t>-1.56</w:t>
              <w:br/>
              <w:t>-5.40</w:t>
            </w:r>
          </w:p>
        </w:tc>
        <w:tc>
          <w:tcPr>
            <w:tcW w:type="dxa" w:w="1440"/>
          </w:tcPr>
          <w:p>
            <w:r>
              <w:t>ΔL: -1.02</w:t>
            </w:r>
          </w:p>
        </w:tc>
        <w:tc>
          <w:tcPr>
            <w:tcW w:type="dxa" w:w="1440"/>
          </w:tcPr>
          <w:p>
            <w:r/>
          </w:p>
        </w:tc>
      </w:tr>
      <w:tr>
        <w:tc>
          <w:tcPr>
            <w:tcW w:type="dxa" w:w="1440"/>
          </w:tcPr>
          <w:p>
            <w:r>
              <w:t>Sử dụng 5% HV-BEX</w:t>
            </w:r>
          </w:p>
        </w:tc>
        <w:tc>
          <w:tcPr>
            <w:tcW w:type="dxa" w:w="1440"/>
          </w:tcPr>
          <w:p>
            <w:r>
              <w:t>Phun gỗ</w:t>
            </w:r>
          </w:p>
        </w:tc>
        <w:tc>
          <w:tcPr>
            <w:tcW w:type="dxa" w:w="1440"/>
          </w:tcPr>
          <w:p>
            <w:r>
              <w:t>36.78</w:t>
              <w:br/>
              <w:t>-1.40</w:t>
              <w:br/>
              <w:t>-4.51</w:t>
            </w:r>
          </w:p>
        </w:tc>
        <w:tc>
          <w:tcPr>
            <w:tcW w:type="dxa" w:w="1440"/>
          </w:tcPr>
          <w:p>
            <w:r>
              <w:t>38.07</w:t>
              <w:br/>
              <w:t>-1.47</w:t>
              <w:br/>
              <w:t>-4.76</w:t>
            </w:r>
          </w:p>
        </w:tc>
        <w:tc>
          <w:tcPr>
            <w:tcW w:type="dxa" w:w="1440"/>
          </w:tcPr>
          <w:p>
            <w:r>
              <w:t>ΔL: 1.29</w:t>
            </w:r>
          </w:p>
        </w:tc>
        <w:tc>
          <w:tcPr>
            <w:tcW w:type="dxa" w:w="1440"/>
          </w:tcPr>
          <w:p>
            <w:r/>
          </w:p>
        </w:tc>
      </w:tr>
      <w:tr>
        <w:tc>
          <w:tcPr>
            <w:tcW w:type="dxa" w:w="1440"/>
          </w:tcPr>
          <w:p>
            <w:r/>
          </w:p>
        </w:tc>
        <w:tc>
          <w:tcPr>
            <w:tcW w:type="dxa" w:w="1440"/>
          </w:tcPr>
          <w:p>
            <w:r>
              <w:t>Kéo giấy</w:t>
            </w:r>
          </w:p>
        </w:tc>
        <w:tc>
          <w:tcPr>
            <w:tcW w:type="dxa" w:w="1440"/>
          </w:tcPr>
          <w:p>
            <w:r>
              <w:t>39.87</w:t>
              <w:br/>
              <w:t>-1.58</w:t>
              <w:br/>
              <w:t>-4.97</w:t>
            </w:r>
          </w:p>
        </w:tc>
        <w:tc>
          <w:tcPr>
            <w:tcW w:type="dxa" w:w="1440"/>
          </w:tcPr>
          <w:p>
            <w:r>
              <w:t>39.02</w:t>
              <w:br/>
              <w:t>-1.52</w:t>
              <w:br/>
              <w:t>-4.92</w:t>
            </w:r>
          </w:p>
        </w:tc>
        <w:tc>
          <w:tcPr>
            <w:tcW w:type="dxa" w:w="1440"/>
          </w:tcPr>
          <w:p>
            <w:r>
              <w:t>ΔL: -0.85</w:t>
            </w:r>
          </w:p>
        </w:tc>
        <w:tc>
          <w:tcPr>
            <w:tcW w:type="dxa" w:w="1440"/>
          </w:tcPr>
          <w:p>
            <w:r/>
          </w:p>
        </w:tc>
      </w:tr>
      <w:tr>
        <w:tc>
          <w:tcPr>
            <w:tcW w:type="dxa" w:w="1440"/>
          </w:tcPr>
          <w:p>
            <w:r>
              <w:t>Sử dụng 5% CX 5%</w:t>
            </w:r>
          </w:p>
        </w:tc>
        <w:tc>
          <w:tcPr>
            <w:tcW w:type="dxa" w:w="1440"/>
          </w:tcPr>
          <w:p>
            <w:r>
              <w:t>Phun gỗ</w:t>
            </w:r>
          </w:p>
        </w:tc>
        <w:tc>
          <w:tcPr>
            <w:tcW w:type="dxa" w:w="1440"/>
          </w:tcPr>
          <w:p>
            <w:r>
              <w:t>36.74</w:t>
              <w:br/>
              <w:t>-1.37</w:t>
              <w:br/>
              <w:t>-4.61</w:t>
            </w:r>
          </w:p>
        </w:tc>
        <w:tc>
          <w:tcPr>
            <w:tcW w:type="dxa" w:w="1440"/>
          </w:tcPr>
          <w:p>
            <w:r>
              <w:t>37.77</w:t>
              <w:br/>
              <w:t>-1.43</w:t>
              <w:br/>
              <w:t>-4.73</w:t>
            </w:r>
          </w:p>
        </w:tc>
        <w:tc>
          <w:tcPr>
            <w:tcW w:type="dxa" w:w="1440"/>
          </w:tcPr>
          <w:p>
            <w:r>
              <w:t>ΔL: 1.03</w:t>
            </w:r>
          </w:p>
        </w:tc>
        <w:tc>
          <w:tcPr>
            <w:tcW w:type="dxa" w:w="1440"/>
          </w:tcPr>
          <w:p>
            <w:r/>
          </w:p>
        </w:tc>
      </w:tr>
      <w:tr>
        <w:tc>
          <w:tcPr>
            <w:tcW w:type="dxa" w:w="1440"/>
          </w:tcPr>
          <w:p>
            <w:r/>
          </w:p>
        </w:tc>
        <w:tc>
          <w:tcPr>
            <w:tcW w:type="dxa" w:w="1440"/>
          </w:tcPr>
          <w:p>
            <w:r>
              <w:t>Kéo giấy</w:t>
            </w:r>
          </w:p>
        </w:tc>
        <w:tc>
          <w:tcPr>
            <w:tcW w:type="dxa" w:w="1440"/>
          </w:tcPr>
          <w:p>
            <w:r>
              <w:t>39.58</w:t>
              <w:br/>
              <w:t>-1.45</w:t>
              <w:br/>
              <w:t>-5.19</w:t>
            </w:r>
          </w:p>
        </w:tc>
        <w:tc>
          <w:tcPr>
            <w:tcW w:type="dxa" w:w="1440"/>
          </w:tcPr>
          <w:p>
            <w:r>
              <w:t>38.38</w:t>
              <w:br/>
              <w:t>-1.45</w:t>
              <w:br/>
              <w:t>-5.19</w:t>
            </w:r>
          </w:p>
        </w:tc>
        <w:tc>
          <w:tcPr>
            <w:tcW w:type="dxa" w:w="1440"/>
          </w:tcPr>
          <w:p>
            <w:r>
              <w:t>ΔL: -1.20</w:t>
            </w:r>
          </w:p>
        </w:tc>
        <w:tc>
          <w:tcPr>
            <w:tcW w:type="dxa" w:w="1440"/>
          </w:tcPr>
          <w:p>
            <w:r/>
          </w:p>
        </w:tc>
      </w:tr>
    </w:tbl>
    <w:p>
      <w:pPr>
        <w:pStyle w:val="Heading2"/>
      </w:pPr>
      <w:r>
        <w:t>2. Kiểm tra màu đơn trong công thức (Phương pháp Kéo giấy)</w:t>
      </w:r>
    </w:p>
    <w:p>
      <w:r>
        <w:t>Bóng trắng + 7% màu đơn. Theo dõi sau 3 ngày và 10 ngày:</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Màu đơn (7%)</w:t>
            </w:r>
          </w:p>
        </w:tc>
        <w:tc>
          <w:tcPr>
            <w:tcW w:type="dxa" w:w="1234"/>
          </w:tcPr>
          <w:p>
            <w:r>
              <w:t>Lab Mới Pha</w:t>
            </w:r>
          </w:p>
        </w:tc>
        <w:tc>
          <w:tcPr>
            <w:tcW w:type="dxa" w:w="1234"/>
          </w:tcPr>
          <w:p>
            <w:r>
              <w:t>Lab Sau 3 Ngày</w:t>
            </w:r>
          </w:p>
        </w:tc>
        <w:tc>
          <w:tcPr>
            <w:tcW w:type="dxa" w:w="1234"/>
          </w:tcPr>
          <w:p>
            <w:r>
              <w:t>ΔLab (Sau 3 ngày)</w:t>
            </w:r>
          </w:p>
        </w:tc>
        <w:tc>
          <w:tcPr>
            <w:tcW w:type="dxa" w:w="1234"/>
          </w:tcPr>
          <w:p>
            <w:r>
              <w:t>Lab Sau 10 Ngày</w:t>
            </w:r>
          </w:p>
        </w:tc>
        <w:tc>
          <w:tcPr>
            <w:tcW w:type="dxa" w:w="1234"/>
          </w:tcPr>
          <w:p>
            <w:r>
              <w:t>ΔLab (Sau 10 ngày)</w:t>
            </w:r>
          </w:p>
        </w:tc>
        <w:tc>
          <w:tcPr>
            <w:tcW w:type="dxa" w:w="1234"/>
          </w:tcPr>
          <w:p>
            <w:r>
              <w:t>Nhận xét chi tiết</w:t>
            </w:r>
          </w:p>
        </w:tc>
      </w:tr>
      <w:tr>
        <w:tc>
          <w:tcPr>
            <w:tcW w:type="dxa" w:w="1234"/>
          </w:tcPr>
          <w:p>
            <w:r>
              <w:t>Vàng C26W</w:t>
            </w:r>
          </w:p>
        </w:tc>
        <w:tc>
          <w:tcPr>
            <w:tcW w:type="dxa" w:w="1234"/>
          </w:tcPr>
          <w:p>
            <w:r>
              <w:t>81.69</w:t>
              <w:br/>
              <w:t>8.88</w:t>
              <w:br/>
              <w:t>31.34</w:t>
            </w:r>
          </w:p>
        </w:tc>
        <w:tc>
          <w:tcPr>
            <w:tcW w:type="dxa" w:w="1234"/>
          </w:tcPr>
          <w:p>
            <w:r>
              <w:t>81.75</w:t>
              <w:br/>
              <w:t>8.89</w:t>
              <w:br/>
              <w:t>31.37</w:t>
            </w:r>
          </w:p>
        </w:tc>
        <w:tc>
          <w:tcPr>
            <w:tcW w:type="dxa" w:w="1234"/>
          </w:tcPr>
          <w:p>
            <w:r>
              <w:t>L: 0.06</w:t>
              <w:br/>
              <w:t>a: 0.01</w:t>
              <w:br/>
              <w:t>b: 0.03</w:t>
            </w:r>
          </w:p>
        </w:tc>
        <w:tc>
          <w:tcPr>
            <w:tcW w:type="dxa" w:w="1234"/>
          </w:tcPr>
          <w:p>
            <w:r>
              <w:t>81.46</w:t>
              <w:br/>
              <w:t>8.78</w:t>
              <w:br/>
              <w:t>31.12</w:t>
            </w:r>
          </w:p>
        </w:tc>
        <w:tc>
          <w:tcPr>
            <w:tcW w:type="dxa" w:w="1234"/>
          </w:tcPr>
          <w:p>
            <w:r>
              <w:t>L: -0.23</w:t>
              <w:br/>
              <w:t>a: -0.10</w:t>
              <w:br/>
              <w:t>b: -0.22</w:t>
            </w:r>
          </w:p>
        </w:tc>
        <w:tc>
          <w:tcPr>
            <w:tcW w:type="dxa" w:w="1234"/>
          </w:tcPr>
          <w:p>
            <w:r>
              <w:t>Không đổi màu đáng kể sau 3 ngày và 10 ngày.</w:t>
            </w:r>
          </w:p>
        </w:tc>
      </w:tr>
      <w:tr>
        <w:tc>
          <w:tcPr>
            <w:tcW w:type="dxa" w:w="1234"/>
          </w:tcPr>
          <w:p>
            <w:r>
              <w:t>Đỏ BT 01H</w:t>
            </w:r>
          </w:p>
        </w:tc>
        <w:tc>
          <w:tcPr>
            <w:tcW w:type="dxa" w:w="1234"/>
          </w:tcPr>
          <w:p>
            <w:r>
              <w:t>55.43</w:t>
              <w:br/>
              <w:t>51.14</w:t>
              <w:br/>
              <w:t>12.32</w:t>
            </w:r>
          </w:p>
        </w:tc>
        <w:tc>
          <w:tcPr>
            <w:tcW w:type="dxa" w:w="1234"/>
          </w:tcPr>
          <w:p>
            <w:r>
              <w:t>55.75</w:t>
              <w:br/>
              <w:t>49.96</w:t>
              <w:br/>
              <w:t>11.59</w:t>
            </w:r>
          </w:p>
        </w:tc>
        <w:tc>
          <w:tcPr>
            <w:tcW w:type="dxa" w:w="1234"/>
          </w:tcPr>
          <w:p>
            <w:r>
              <w:t>L: 0.32</w:t>
              <w:br/>
              <w:t>a: -1.18</w:t>
              <w:br/>
              <w:t>b: -0.73</w:t>
            </w:r>
          </w:p>
        </w:tc>
        <w:tc>
          <w:tcPr>
            <w:tcW w:type="dxa" w:w="1234"/>
          </w:tcPr>
          <w:p>
            <w:r>
              <w:t>55.63</w:t>
              <w:br/>
              <w:t>50.33</w:t>
              <w:br/>
              <w:t>11.76</w:t>
            </w:r>
          </w:p>
        </w:tc>
        <w:tc>
          <w:tcPr>
            <w:tcW w:type="dxa" w:w="1234"/>
          </w:tcPr>
          <w:p>
            <w:r>
              <w:t>L: 0.20</w:t>
              <w:br/>
              <w:t>a: -0.81</w:t>
              <w:br/>
              <w:t>b: -0.56</w:t>
            </w:r>
          </w:p>
        </w:tc>
        <w:tc>
          <w:tcPr>
            <w:tcW w:type="dxa" w:w="1234"/>
          </w:tcPr>
          <w:p>
            <w:r>
              <w:t>Không đổi màu sau 3 ngày và 10 ngày.</w:t>
            </w:r>
          </w:p>
        </w:tc>
      </w:tr>
      <w:tr>
        <w:tc>
          <w:tcPr>
            <w:tcW w:type="dxa" w:w="1234"/>
          </w:tcPr>
          <w:p>
            <w:r>
              <w:t>Đen BT 01H (066)</w:t>
            </w:r>
          </w:p>
        </w:tc>
        <w:tc>
          <w:tcPr>
            <w:tcW w:type="dxa" w:w="1234"/>
          </w:tcPr>
          <w:p>
            <w:r>
              <w:t>38.46</w:t>
              <w:br/>
              <w:t>-1.03</w:t>
              <w:br/>
              <w:t>-7.43</w:t>
            </w:r>
          </w:p>
        </w:tc>
        <w:tc>
          <w:tcPr>
            <w:tcW w:type="dxa" w:w="1234"/>
          </w:tcPr>
          <w:p>
            <w:r>
              <w:t>38.42</w:t>
              <w:br/>
              <w:t>-0.98</w:t>
              <w:br/>
              <w:t>-7.42</w:t>
            </w:r>
          </w:p>
        </w:tc>
        <w:tc>
          <w:tcPr>
            <w:tcW w:type="dxa" w:w="1234"/>
          </w:tcPr>
          <w:p>
            <w:r>
              <w:t>L: -0.04</w:t>
              <w:br/>
              <w:t>a: 0.05</w:t>
              <w:br/>
              <w:t>b: 0.01</w:t>
            </w:r>
          </w:p>
        </w:tc>
        <w:tc>
          <w:tcPr>
            <w:tcW w:type="dxa" w:w="1234"/>
          </w:tcPr>
          <w:p>
            <w:r>
              <w:t>37.63</w:t>
              <w:br/>
              <w:t>-0.95</w:t>
              <w:br/>
              <w:t>-7.27</w:t>
            </w:r>
          </w:p>
        </w:tc>
        <w:tc>
          <w:tcPr>
            <w:tcW w:type="dxa" w:w="1234"/>
          </w:tcPr>
          <w:p>
            <w:r>
              <w:t>L: -0.83</w:t>
              <w:br/>
              <w:t>a: 0.08</w:t>
              <w:br/>
              <w:t>b: 0.16</w:t>
            </w:r>
          </w:p>
        </w:tc>
        <w:tc>
          <w:tcPr>
            <w:tcW w:type="dxa" w:w="1234"/>
          </w:tcPr>
          <w:p>
            <w:r>
              <w:t>- Sau 3 ngày: không đổi.</w:t>
              <w:br/>
              <w:t>- Sau 10 ngày: sậm màu hơn nhẹ.</w:t>
            </w:r>
          </w:p>
        </w:tc>
      </w:tr>
      <w:tr>
        <w:tc>
          <w:tcPr>
            <w:tcW w:type="dxa" w:w="1234"/>
          </w:tcPr>
          <w:p>
            <w:r>
              <w:t>Đen BT 01H (SBK 07)</w:t>
            </w:r>
          </w:p>
        </w:tc>
        <w:tc>
          <w:tcPr>
            <w:tcW w:type="dxa" w:w="1234"/>
          </w:tcPr>
          <w:p>
            <w:r>
              <w:t>35.28</w:t>
              <w:br/>
              <w:t>-0.87</w:t>
              <w:br/>
              <w:t>-4.89</w:t>
            </w:r>
          </w:p>
        </w:tc>
        <w:tc>
          <w:tcPr>
            <w:tcW w:type="dxa" w:w="1234"/>
          </w:tcPr>
          <w:p>
            <w:r>
              <w:t>35.36</w:t>
              <w:br/>
              <w:t>-0.90</w:t>
              <w:br/>
              <w:t>-4.86</w:t>
            </w:r>
          </w:p>
        </w:tc>
        <w:tc>
          <w:tcPr>
            <w:tcW w:type="dxa" w:w="1234"/>
          </w:tcPr>
          <w:p>
            <w:r>
              <w:t>L: 0.08</w:t>
              <w:br/>
              <w:t>a: -0.03</w:t>
              <w:br/>
              <w:t>b: 0.03</w:t>
            </w:r>
          </w:p>
        </w:tc>
        <w:tc>
          <w:tcPr>
            <w:tcW w:type="dxa" w:w="1234"/>
          </w:tcPr>
          <w:p>
            <w:r>
              <w:t>35.29</w:t>
              <w:br/>
              <w:t>-0.87</w:t>
              <w:br/>
              <w:t>-4.87</w:t>
            </w:r>
          </w:p>
        </w:tc>
        <w:tc>
          <w:tcPr>
            <w:tcW w:type="dxa" w:w="1234"/>
          </w:tcPr>
          <w:p>
            <w:r>
              <w:t>L: 0.01</w:t>
              <w:br/>
              <w:t>a: 0.00</w:t>
              <w:br/>
              <w:t>b: 0.02</w:t>
            </w:r>
          </w:p>
        </w:tc>
        <w:tc>
          <w:tcPr>
            <w:tcW w:type="dxa" w:w="1234"/>
          </w:tcPr>
          <w:p>
            <w:r>
              <w:t>Không đổi màu sau 3 ngày và 10 ngày (Rất ổn định).</w:t>
            </w:r>
          </w:p>
        </w:tc>
      </w:tr>
      <w:tr>
        <w:tc>
          <w:tcPr>
            <w:tcW w:type="dxa" w:w="1234"/>
          </w:tcPr>
          <w:p>
            <w:r>
              <w:t>Đen BT 01H (2026)</w:t>
            </w:r>
          </w:p>
        </w:tc>
        <w:tc>
          <w:tcPr>
            <w:tcW w:type="dxa" w:w="1234"/>
          </w:tcPr>
          <w:p>
            <w:r>
              <w:t>39.39</w:t>
              <w:br/>
              <w:t>-1.22</w:t>
              <w:br/>
              <w:t>-6.46</w:t>
            </w:r>
          </w:p>
        </w:tc>
        <w:tc>
          <w:tcPr>
            <w:tcW w:type="dxa" w:w="1234"/>
          </w:tcPr>
          <w:p>
            <w:r>
              <w:t>40.70</w:t>
              <w:br/>
              <w:t>-1.28</w:t>
              <w:br/>
              <w:t>-7.08</w:t>
            </w:r>
          </w:p>
        </w:tc>
        <w:tc>
          <w:tcPr>
            <w:tcW w:type="dxa" w:w="1234"/>
          </w:tcPr>
          <w:p>
            <w:r>
              <w:t>L: 1.31</w:t>
              <w:br/>
              <w:t>a: -0.06</w:t>
              <w:br/>
              <w:t>b: -0.62</w:t>
            </w:r>
          </w:p>
        </w:tc>
        <w:tc>
          <w:tcPr>
            <w:tcW w:type="dxa" w:w="1234"/>
          </w:tcPr>
          <w:p>
            <w:r>
              <w:t>41.60</w:t>
              <w:br/>
              <w:t>-1.30</w:t>
              <w:br/>
              <w:t>-7.39</w:t>
            </w:r>
          </w:p>
        </w:tc>
        <w:tc>
          <w:tcPr>
            <w:tcW w:type="dxa" w:w="1234"/>
          </w:tcPr>
          <w:p>
            <w:r>
              <w:t>L: 2.21</w:t>
              <w:br/>
              <w:t>a: -0.08</w:t>
              <w:br/>
              <w:t>b: -0.93</w:t>
            </w:r>
          </w:p>
        </w:tc>
        <w:tc>
          <w:tcPr>
            <w:tcW w:type="dxa" w:w="1234"/>
          </w:tcPr>
          <w:p>
            <w:r>
              <w:t>- Sau 3 ngày và 10 ngày: Mất màu, trắng lên rất rõ rệt.</w:t>
            </w:r>
          </w:p>
        </w:tc>
      </w:tr>
      <w:tr>
        <w:tc>
          <w:tcPr>
            <w:tcW w:type="dxa" w:w="1234"/>
          </w:tcPr>
          <w:p>
            <w:r>
              <w:t>Đen MA 100H</w:t>
            </w:r>
          </w:p>
        </w:tc>
        <w:tc>
          <w:tcPr>
            <w:tcW w:type="dxa" w:w="1234"/>
          </w:tcPr>
          <w:p>
            <w:r>
              <w:t>34.41</w:t>
              <w:br/>
              <w:t>-1.00</w:t>
              <w:br/>
              <w:t>-6.03</w:t>
            </w:r>
          </w:p>
        </w:tc>
        <w:tc>
          <w:tcPr>
            <w:tcW w:type="dxa" w:w="1234"/>
          </w:tcPr>
          <w:p>
            <w:r>
              <w:t>35.09</w:t>
              <w:br/>
              <w:t>-0.97</w:t>
              <w:br/>
              <w:t>-6.30</w:t>
            </w:r>
          </w:p>
        </w:tc>
        <w:tc>
          <w:tcPr>
            <w:tcW w:type="dxa" w:w="1234"/>
          </w:tcPr>
          <w:p>
            <w:r>
              <w:t>L: 0.68</w:t>
              <w:br/>
              <w:t>a: 0.03</w:t>
              <w:br/>
              <w:t>b: -0.27</w:t>
            </w:r>
          </w:p>
        </w:tc>
        <w:tc>
          <w:tcPr>
            <w:tcW w:type="dxa" w:w="1234"/>
          </w:tcPr>
          <w:p>
            <w:r>
              <w:t>35.31</w:t>
              <w:br/>
              <w:t>-1.03</w:t>
              <w:br/>
              <w:t>-6.65</w:t>
            </w:r>
          </w:p>
        </w:tc>
        <w:tc>
          <w:tcPr>
            <w:tcW w:type="dxa" w:w="1234"/>
          </w:tcPr>
          <w:p>
            <w:r>
              <w:t>L: 0.90</w:t>
              <w:br/>
              <w:t>a: -0.03</w:t>
              <w:br/>
              <w:t>b: -0.62</w:t>
            </w:r>
          </w:p>
        </w:tc>
        <w:tc>
          <w:tcPr>
            <w:tcW w:type="dxa" w:w="1234"/>
          </w:tcPr>
          <w:p>
            <w:r>
              <w:t>- Sau 3 ngày và 10 ngày: Trắng lên rõ rệt (mất màu).</w:t>
            </w:r>
          </w:p>
        </w:tc>
      </w:tr>
      <w:tr>
        <w:tc>
          <w:tcPr>
            <w:tcW w:type="dxa" w:w="1234"/>
          </w:tcPr>
          <w:p>
            <w:r>
              <w:t>Xanh lá G7BW</w:t>
            </w:r>
          </w:p>
        </w:tc>
        <w:tc>
          <w:tcPr>
            <w:tcW w:type="dxa" w:w="1234"/>
          </w:tcPr>
          <w:p>
            <w:r>
              <w:t>64.65</w:t>
              <w:br/>
              <w:t>-39.19</w:t>
              <w:br/>
              <w:t>0.20</w:t>
            </w:r>
          </w:p>
        </w:tc>
        <w:tc>
          <w:tcPr>
            <w:tcW w:type="dxa" w:w="1234"/>
          </w:tcPr>
          <w:p>
            <w:r>
              <w:t>64.66</w:t>
              <w:br/>
              <w:t>-39.34</w:t>
              <w:br/>
              <w:t>0.14</w:t>
            </w:r>
          </w:p>
        </w:tc>
        <w:tc>
          <w:tcPr>
            <w:tcW w:type="dxa" w:w="1234"/>
          </w:tcPr>
          <w:p>
            <w:r>
              <w:t>L: 0.01</w:t>
              <w:br/>
              <w:t>a: -0.15</w:t>
              <w:br/>
              <w:t>b: -0.06</w:t>
            </w:r>
          </w:p>
        </w:tc>
        <w:tc>
          <w:tcPr>
            <w:tcW w:type="dxa" w:w="1234"/>
          </w:tcPr>
          <w:p>
            <w:r>
              <w:t>64.48</w:t>
              <w:br/>
              <w:t>-40.81</w:t>
              <w:br/>
              <w:t>0.03</w:t>
            </w:r>
          </w:p>
        </w:tc>
        <w:tc>
          <w:tcPr>
            <w:tcW w:type="dxa" w:w="1234"/>
          </w:tcPr>
          <w:p>
            <w:r>
              <w:t>L: -0.17</w:t>
              <w:br/>
              <w:t>a: -1.62</w:t>
              <w:br/>
              <w:t>b: -0.17</w:t>
            </w:r>
          </w:p>
        </w:tc>
        <w:tc>
          <w:tcPr>
            <w:tcW w:type="dxa" w:w="1234"/>
          </w:tcPr>
          <w:p>
            <w:r>
              <w:t>Không đổi sau 3 ngày và 10 ngày.</w:t>
            </w:r>
          </w:p>
        </w:tc>
      </w:tr>
      <w:tr>
        <w:tc>
          <w:tcPr>
            <w:tcW w:type="dxa" w:w="1234"/>
          </w:tcPr>
          <w:p>
            <w:r>
              <w:t>Màu PKP KW 536H</w:t>
              <w:br/>
              <w:t>- Đen SBK 07</w:t>
              <w:br/>
              <w:t>- Phụ gia CX 5%</w:t>
            </w:r>
          </w:p>
        </w:tc>
        <w:tc>
          <w:tcPr>
            <w:tcW w:type="dxa" w:w="1234"/>
          </w:tcPr>
          <w:p>
            <w:r>
              <w:t>34.93</w:t>
              <w:br/>
              <w:t>-1.38</w:t>
              <w:br/>
              <w:t>-3.26</w:t>
            </w:r>
          </w:p>
        </w:tc>
        <w:tc>
          <w:tcPr>
            <w:tcW w:type="dxa" w:w="1234"/>
          </w:tcPr>
          <w:p>
            <w:r>
              <w:t>34.90</w:t>
              <w:br/>
              <w:t>-1.47</w:t>
              <w:br/>
              <w:t>-3.21</w:t>
            </w:r>
          </w:p>
        </w:tc>
        <w:tc>
          <w:tcPr>
            <w:tcW w:type="dxa" w:w="1234"/>
          </w:tcPr>
          <w:p>
            <w:r>
              <w:t>L: -0.03</w:t>
              <w:br/>
              <w:t>a: -0.09</w:t>
              <w:br/>
              <w:t>b: 0.05</w:t>
            </w:r>
          </w:p>
        </w:tc>
        <w:tc>
          <w:tcPr>
            <w:tcW w:type="dxa" w:w="1234"/>
          </w:tcPr>
          <w:p>
            <w:r>
              <w:t>34.88</w:t>
              <w:br/>
              <w:t>-1.35</w:t>
              <w:br/>
              <w:t>-3.17</w:t>
            </w:r>
          </w:p>
        </w:tc>
        <w:tc>
          <w:tcPr>
            <w:tcW w:type="dxa" w:w="1234"/>
          </w:tcPr>
          <w:p>
            <w:r>
              <w:t>L: -0.05</w:t>
              <w:br/>
              <w:t>a: 0.03</w:t>
              <w:br/>
              <w:t>b: 0.09</w:t>
            </w:r>
          </w:p>
        </w:tc>
        <w:tc>
          <w:tcPr>
            <w:tcW w:type="dxa" w:w="1234"/>
          </w:tcPr>
          <w:p>
            <w:r>
              <w:t>Không đổi màu sau 3 ngày và 10 ngày (Đạt yêu cầu ổn định).</w:t>
            </w:r>
          </w:p>
        </w:tc>
      </w:tr>
      <w:tr>
        <w:tc>
          <w:tcPr>
            <w:tcW w:type="dxa" w:w="1234"/>
          </w:tcPr>
          <w:p>
            <w:r>
              <w:t>Màu PKP KW 536H</w:t>
              <w:br/>
              <w:t>- Đen SBK 07</w:t>
              <w:br/>
              <w:t>- Phụ gia HV-BEX</w:t>
            </w:r>
          </w:p>
        </w:tc>
        <w:tc>
          <w:tcPr>
            <w:tcW w:type="dxa" w:w="1234"/>
          </w:tcPr>
          <w:p>
            <w:r>
              <w:t>35.35</w:t>
              <w:br/>
              <w:t>-1.45</w:t>
              <w:br/>
              <w:t>-3.24</w:t>
            </w:r>
          </w:p>
        </w:tc>
        <w:tc>
          <w:tcPr>
            <w:tcW w:type="dxa" w:w="1234"/>
          </w:tcPr>
          <w:p>
            <w:r>
              <w:t>35.34</w:t>
              <w:br/>
              <w:t>-1.36</w:t>
              <w:br/>
              <w:t>-3.29</w:t>
            </w:r>
          </w:p>
        </w:tc>
        <w:tc>
          <w:tcPr>
            <w:tcW w:type="dxa" w:w="1234"/>
          </w:tcPr>
          <w:p>
            <w:r>
              <w:t>L: -0.01</w:t>
              <w:br/>
              <w:t>a: 0.09</w:t>
              <w:br/>
              <w:t>b: -0.05</w:t>
            </w:r>
          </w:p>
        </w:tc>
        <w:tc>
          <w:tcPr>
            <w:tcW w:type="dxa" w:w="1234"/>
          </w:tcPr>
          <w:p>
            <w:r>
              <w:t>35.21</w:t>
              <w:br/>
              <w:t>-1.39</w:t>
              <w:br/>
              <w:t>-3.28</w:t>
            </w:r>
          </w:p>
        </w:tc>
        <w:tc>
          <w:tcPr>
            <w:tcW w:type="dxa" w:w="1234"/>
          </w:tcPr>
          <w:p>
            <w:r>
              <w:t>L: -0.14</w:t>
              <w:br/>
              <w:t>a: 0.06</w:t>
              <w:br/>
              <w:t>b: -0.04</w:t>
            </w:r>
          </w:p>
        </w:tc>
        <w:tc>
          <w:tcPr>
            <w:tcW w:type="dxa" w:w="1234"/>
          </w:tcPr>
          <w:p>
            <w:r>
              <w:t>Không đổi sau 3 ngày và 10 ngày.</w:t>
            </w:r>
          </w:p>
        </w:tc>
      </w:tr>
    </w:tbl>
    <w:p>
      <w:pPr>
        <w:pStyle w:val="Heading2"/>
      </w:pPr>
      <w:r>
        <w:t>3. Kiểm tra màu đơn trong công thức (Phương pháp Phun gỗ/thẻ)</w:t>
      </w:r>
    </w:p>
    <w:p>
      <w:r>
        <w:t>Bóng trắng + 7% màu đơn. Theo dõi sau 3 ngày và 10 ngày:</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Màu đơn (7%)</w:t>
            </w:r>
          </w:p>
        </w:tc>
        <w:tc>
          <w:tcPr>
            <w:tcW w:type="dxa" w:w="1234"/>
          </w:tcPr>
          <w:p>
            <w:r>
              <w:t>Lab Mới Pha</w:t>
            </w:r>
          </w:p>
        </w:tc>
        <w:tc>
          <w:tcPr>
            <w:tcW w:type="dxa" w:w="1234"/>
          </w:tcPr>
          <w:p>
            <w:r>
              <w:t>Lab Sau 3 Ngày</w:t>
            </w:r>
          </w:p>
        </w:tc>
        <w:tc>
          <w:tcPr>
            <w:tcW w:type="dxa" w:w="1234"/>
          </w:tcPr>
          <w:p>
            <w:r>
              <w:t>ΔLab (Sau 3 ngày)</w:t>
            </w:r>
          </w:p>
        </w:tc>
        <w:tc>
          <w:tcPr>
            <w:tcW w:type="dxa" w:w="1234"/>
          </w:tcPr>
          <w:p>
            <w:r>
              <w:t>Lab Sau 10 Ngày</w:t>
            </w:r>
          </w:p>
        </w:tc>
        <w:tc>
          <w:tcPr>
            <w:tcW w:type="dxa" w:w="1234"/>
          </w:tcPr>
          <w:p>
            <w:r>
              <w:t>ΔLab (Sau 10 ngày)</w:t>
            </w:r>
          </w:p>
        </w:tc>
        <w:tc>
          <w:tcPr>
            <w:tcW w:type="dxa" w:w="1234"/>
          </w:tcPr>
          <w:p>
            <w:r>
              <w:t>Nhận xét chi tiết</w:t>
            </w:r>
          </w:p>
        </w:tc>
      </w:tr>
      <w:tr>
        <w:tc>
          <w:tcPr>
            <w:tcW w:type="dxa" w:w="1234"/>
          </w:tcPr>
          <w:p>
            <w:r>
              <w:t>Vàng C26W</w:t>
            </w:r>
          </w:p>
        </w:tc>
        <w:tc>
          <w:tcPr>
            <w:tcW w:type="dxa" w:w="1234"/>
          </w:tcPr>
          <w:p>
            <w:r>
              <w:t>82.93</w:t>
              <w:br/>
              <w:t>8.40</w:t>
              <w:br/>
              <w:t>31.32</w:t>
            </w:r>
          </w:p>
        </w:tc>
        <w:tc>
          <w:tcPr>
            <w:tcW w:type="dxa" w:w="1234"/>
          </w:tcPr>
          <w:p>
            <w:r>
              <w:t>82.10</w:t>
              <w:br/>
              <w:t>8.25</w:t>
              <w:br/>
              <w:t>30.92</w:t>
            </w:r>
          </w:p>
        </w:tc>
        <w:tc>
          <w:tcPr>
            <w:tcW w:type="dxa" w:w="1234"/>
          </w:tcPr>
          <w:p>
            <w:r>
              <w:t>L: -0.83</w:t>
              <w:br/>
              <w:t>a: -0.15</w:t>
              <w:br/>
              <w:t>b: -0.40</w:t>
            </w:r>
          </w:p>
        </w:tc>
        <w:tc>
          <w:tcPr>
            <w:tcW w:type="dxa" w:w="1234"/>
          </w:tcPr>
          <w:p>
            <w:r>
              <w:t>82.03</w:t>
              <w:br/>
              <w:t>8.15</w:t>
              <w:br/>
              <w:t>30.91</w:t>
            </w:r>
          </w:p>
        </w:tc>
        <w:tc>
          <w:tcPr>
            <w:tcW w:type="dxa" w:w="1234"/>
          </w:tcPr>
          <w:p>
            <w:r>
              <w:t>L: -0.90</w:t>
              <w:br/>
              <w:t>a: -0.25</w:t>
              <w:br/>
              <w:t>b: -0.41</w:t>
            </w:r>
          </w:p>
        </w:tc>
        <w:tc>
          <w:tcPr>
            <w:tcW w:type="dxa" w:w="1234"/>
          </w:tcPr>
          <w:p>
            <w:r>
              <w:t>- Sau 3 ngày và 10 ngày: màu sậm hơn.</w:t>
            </w:r>
          </w:p>
        </w:tc>
      </w:tr>
      <w:tr>
        <w:tc>
          <w:tcPr>
            <w:tcW w:type="dxa" w:w="1234"/>
          </w:tcPr>
          <w:p>
            <w:r>
              <w:t>Đỏ BT 01H</w:t>
            </w:r>
          </w:p>
        </w:tc>
        <w:tc>
          <w:tcPr>
            <w:tcW w:type="dxa" w:w="1234"/>
          </w:tcPr>
          <w:p>
            <w:r>
              <w:t>55.48</w:t>
              <w:br/>
              <w:t>52.88</w:t>
              <w:br/>
              <w:t>13.17</w:t>
            </w:r>
          </w:p>
        </w:tc>
        <w:tc>
          <w:tcPr>
            <w:tcW w:type="dxa" w:w="1234"/>
          </w:tcPr>
          <w:p>
            <w:r>
              <w:t>55.91</w:t>
              <w:br/>
              <w:t>51.38</w:t>
              <w:br/>
              <w:t>12.24</w:t>
            </w:r>
          </w:p>
        </w:tc>
        <w:tc>
          <w:tcPr>
            <w:tcW w:type="dxa" w:w="1234"/>
          </w:tcPr>
          <w:p>
            <w:r>
              <w:t>L: 0.43</w:t>
              <w:br/>
              <w:t>a: -1.50</w:t>
              <w:br/>
              <w:t>b: -0.93</w:t>
            </w:r>
          </w:p>
        </w:tc>
        <w:tc>
          <w:tcPr>
            <w:tcW w:type="dxa" w:w="1234"/>
          </w:tcPr>
          <w:p>
            <w:r>
              <w:t>55.70</w:t>
              <w:br/>
              <w:t>51.76</w:t>
              <w:br/>
              <w:t>12.45</w:t>
            </w:r>
          </w:p>
        </w:tc>
        <w:tc>
          <w:tcPr>
            <w:tcW w:type="dxa" w:w="1234"/>
          </w:tcPr>
          <w:p>
            <w:r>
              <w:t>L: 0.22</w:t>
              <w:br/>
              <w:t>a: -1.12</w:t>
              <w:br/>
              <w:t>b: -0.72</w:t>
            </w:r>
          </w:p>
        </w:tc>
        <w:tc>
          <w:tcPr>
            <w:tcW w:type="dxa" w:w="1234"/>
          </w:tcPr>
          <w:p>
            <w:r>
              <w:t>Không đổi màu sau 3 ngày và 10 ngày.</w:t>
            </w:r>
          </w:p>
        </w:tc>
      </w:tr>
      <w:tr>
        <w:tc>
          <w:tcPr>
            <w:tcW w:type="dxa" w:w="1234"/>
          </w:tcPr>
          <w:p>
            <w:r>
              <w:t>Đen BT 01H (066)</w:t>
            </w:r>
          </w:p>
        </w:tc>
        <w:tc>
          <w:tcPr>
            <w:tcW w:type="dxa" w:w="1234"/>
          </w:tcPr>
          <w:p>
            <w:r>
              <w:t>38.71</w:t>
              <w:br/>
              <w:t>-1.02</w:t>
              <w:br/>
              <w:t>-7.84</w:t>
            </w:r>
          </w:p>
        </w:tc>
        <w:tc>
          <w:tcPr>
            <w:tcW w:type="dxa" w:w="1234"/>
          </w:tcPr>
          <w:p>
            <w:r>
              <w:t>39.89</w:t>
              <w:br/>
              <w:t>-1.13</w:t>
              <w:br/>
              <w:t>-8.27</w:t>
            </w:r>
          </w:p>
        </w:tc>
        <w:tc>
          <w:tcPr>
            <w:tcW w:type="dxa" w:w="1234"/>
          </w:tcPr>
          <w:p>
            <w:r>
              <w:t>L: 1.18</w:t>
              <w:br/>
              <w:t>a: -0.11</w:t>
              <w:br/>
              <w:t>b: -0.43</w:t>
            </w:r>
          </w:p>
        </w:tc>
        <w:tc>
          <w:tcPr>
            <w:tcW w:type="dxa" w:w="1234"/>
          </w:tcPr>
          <w:p>
            <w:r>
              <w:t>39.25</w:t>
              <w:br/>
              <w:t>-1.05</w:t>
              <w:br/>
              <w:t>-8.03</w:t>
            </w:r>
          </w:p>
        </w:tc>
        <w:tc>
          <w:tcPr>
            <w:tcW w:type="dxa" w:w="1234"/>
          </w:tcPr>
          <w:p>
            <w:r>
              <w:t>L: 0.54</w:t>
              <w:br/>
              <w:t>a: -0.03</w:t>
              <w:br/>
              <w:t>b: -0.19</w:t>
            </w:r>
          </w:p>
        </w:tc>
        <w:tc>
          <w:tcPr>
            <w:tcW w:type="dxa" w:w="1234"/>
          </w:tcPr>
          <w:p>
            <w:r>
              <w:t>- Sau 3 ngày: Trắng hơn rõ rệt.</w:t>
              <w:br/>
              <w:t>- Sau 10 ngày: Trắng hơn nhẹ so với mới pha.</w:t>
            </w:r>
          </w:p>
        </w:tc>
      </w:tr>
      <w:tr>
        <w:tc>
          <w:tcPr>
            <w:tcW w:type="dxa" w:w="1234"/>
          </w:tcPr>
          <w:p>
            <w:r>
              <w:t>Đen BT 01H (SBK 07)</w:t>
            </w:r>
          </w:p>
        </w:tc>
        <w:tc>
          <w:tcPr>
            <w:tcW w:type="dxa" w:w="1234"/>
          </w:tcPr>
          <w:p>
            <w:r>
              <w:t>37.56</w:t>
              <w:br/>
              <w:t>-1.08</w:t>
              <w:br/>
              <w:t>-5.54</w:t>
            </w:r>
          </w:p>
        </w:tc>
        <w:tc>
          <w:tcPr>
            <w:tcW w:type="dxa" w:w="1234"/>
          </w:tcPr>
          <w:p>
            <w:r>
              <w:t>36.88</w:t>
              <w:br/>
              <w:t>-1.08</w:t>
              <w:br/>
              <w:t>-5.50</w:t>
            </w:r>
          </w:p>
        </w:tc>
        <w:tc>
          <w:tcPr>
            <w:tcW w:type="dxa" w:w="1234"/>
          </w:tcPr>
          <w:p>
            <w:r>
              <w:t>L: -0.68</w:t>
              <w:br/>
              <w:t>a: 0.00</w:t>
              <w:br/>
              <w:t>b: 0.04</w:t>
            </w:r>
          </w:p>
        </w:tc>
        <w:tc>
          <w:tcPr>
            <w:tcW w:type="dxa" w:w="1234"/>
          </w:tcPr>
          <w:p>
            <w:r>
              <w:t>36.02</w:t>
              <w:br/>
              <w:t>-1.00</w:t>
              <w:br/>
              <w:t>-5.28</w:t>
            </w:r>
          </w:p>
        </w:tc>
        <w:tc>
          <w:tcPr>
            <w:tcW w:type="dxa" w:w="1234"/>
          </w:tcPr>
          <w:p>
            <w:r>
              <w:t>L: -1.54</w:t>
              <w:br/>
              <w:t>a: 0.08</w:t>
              <w:br/>
              <w:t>b: 0.26</w:t>
            </w:r>
          </w:p>
        </w:tc>
        <w:tc>
          <w:tcPr>
            <w:tcW w:type="dxa" w:w="1234"/>
          </w:tcPr>
          <w:p>
            <w:r>
              <w:t>- Sau 3 ngày và 10 ngày: Màu sậm hơn rõ rệt.</w:t>
            </w:r>
          </w:p>
        </w:tc>
      </w:tr>
      <w:tr>
        <w:tc>
          <w:tcPr>
            <w:tcW w:type="dxa" w:w="1234"/>
          </w:tcPr>
          <w:p>
            <w:r>
              <w:t>Đen BT 01H (2026)</w:t>
            </w:r>
          </w:p>
        </w:tc>
        <w:tc>
          <w:tcPr>
            <w:tcW w:type="dxa" w:w="1234"/>
          </w:tcPr>
          <w:p>
            <w:r>
              <w:t>38.72</w:t>
              <w:br/>
              <w:t>-1.25</w:t>
              <w:br/>
              <w:t>-6.51</w:t>
            </w:r>
          </w:p>
        </w:tc>
        <w:tc>
          <w:tcPr>
            <w:tcW w:type="dxa" w:w="1234"/>
          </w:tcPr>
          <w:p>
            <w:r>
              <w:t>39.40</w:t>
              <w:br/>
              <w:t>-1.26</w:t>
              <w:br/>
              <w:t>-6.78</w:t>
            </w:r>
          </w:p>
        </w:tc>
        <w:tc>
          <w:tcPr>
            <w:tcW w:type="dxa" w:w="1234"/>
          </w:tcPr>
          <w:p>
            <w:r>
              <w:t>L: 0.68</w:t>
              <w:br/>
              <w:t>a: -0.01</w:t>
              <w:br/>
              <w:t>b: -0.27</w:t>
            </w:r>
          </w:p>
        </w:tc>
        <w:tc>
          <w:tcPr>
            <w:tcW w:type="dxa" w:w="1234"/>
          </w:tcPr>
          <w:p>
            <w:r>
              <w:t>40.26</w:t>
              <w:br/>
              <w:t>-1.22</w:t>
              <w:br/>
              <w:t>-7.10</w:t>
            </w:r>
          </w:p>
        </w:tc>
        <w:tc>
          <w:tcPr>
            <w:tcW w:type="dxa" w:w="1234"/>
          </w:tcPr>
          <w:p>
            <w:r>
              <w:t>L: 1.54</w:t>
              <w:br/>
              <w:t>a: 0.03</w:t>
              <w:br/>
              <w:t>b: -0.59</w:t>
            </w:r>
          </w:p>
        </w:tc>
        <w:tc>
          <w:tcPr>
            <w:tcW w:type="dxa" w:w="1234"/>
          </w:tcPr>
          <w:p>
            <w:r>
              <w:t>- Sau 3 ngày và 10 ngày: Trắng hơn rõ rệt (Mất màu rất rõ).</w:t>
            </w:r>
          </w:p>
        </w:tc>
      </w:tr>
      <w:tr>
        <w:tc>
          <w:tcPr>
            <w:tcW w:type="dxa" w:w="1234"/>
          </w:tcPr>
          <w:p>
            <w:r>
              <w:t>Đen MA 100H</w:t>
            </w:r>
          </w:p>
        </w:tc>
        <w:tc>
          <w:tcPr>
            <w:tcW w:type="dxa" w:w="1234"/>
          </w:tcPr>
          <w:p>
            <w:r>
              <w:t>33.50</w:t>
              <w:br/>
              <w:t>-0.95</w:t>
              <w:br/>
              <w:t>-6.29</w:t>
            </w:r>
          </w:p>
        </w:tc>
        <w:tc>
          <w:tcPr>
            <w:tcW w:type="dxa" w:w="1234"/>
          </w:tcPr>
          <w:p>
            <w:r>
              <w:t>34.30</w:t>
              <w:br/>
              <w:t>-1.02</w:t>
              <w:br/>
              <w:t>-6.60</w:t>
            </w:r>
          </w:p>
        </w:tc>
        <w:tc>
          <w:tcPr>
            <w:tcW w:type="dxa" w:w="1234"/>
          </w:tcPr>
          <w:p>
            <w:r>
              <w:t>L: 0.80</w:t>
              <w:br/>
              <w:t>a: -0.07</w:t>
              <w:br/>
              <w:t>b: -0.31</w:t>
            </w:r>
          </w:p>
        </w:tc>
        <w:tc>
          <w:tcPr>
            <w:tcW w:type="dxa" w:w="1234"/>
          </w:tcPr>
          <w:p>
            <w:r>
              <w:t>34.45</w:t>
              <w:br/>
              <w:t>-0.99</w:t>
              <w:br/>
              <w:t>-6.25</w:t>
            </w:r>
          </w:p>
        </w:tc>
        <w:tc>
          <w:tcPr>
            <w:tcW w:type="dxa" w:w="1234"/>
          </w:tcPr>
          <w:p>
            <w:r>
              <w:t>L: 0.95</w:t>
              <w:br/>
              <w:t>a: -0.04</w:t>
              <w:br/>
              <w:t>b: 0.04</w:t>
            </w:r>
          </w:p>
        </w:tc>
        <w:tc>
          <w:tcPr>
            <w:tcW w:type="dxa" w:w="1234"/>
          </w:tcPr>
          <w:p>
            <w:r>
              <w:t>- Sau 3 ngày và 10 ngày: Trắng hơn rõ rệt (Mất màu rất rõ).</w:t>
            </w:r>
          </w:p>
        </w:tc>
      </w:tr>
      <w:tr>
        <w:tc>
          <w:tcPr>
            <w:tcW w:type="dxa" w:w="1234"/>
          </w:tcPr>
          <w:p>
            <w:r>
              <w:t>Xanh lá G7BW</w:t>
            </w:r>
          </w:p>
        </w:tc>
        <w:tc>
          <w:tcPr>
            <w:tcW w:type="dxa" w:w="1234"/>
          </w:tcPr>
          <w:p>
            <w:r>
              <w:t>64.82</w:t>
              <w:br/>
              <w:t>-41.71</w:t>
              <w:br/>
              <w:t>-0.12</w:t>
            </w:r>
          </w:p>
        </w:tc>
        <w:tc>
          <w:tcPr>
            <w:tcW w:type="dxa" w:w="1234"/>
          </w:tcPr>
          <w:p>
            <w:r>
              <w:t>65.33</w:t>
              <w:br/>
              <w:t>-39.82</w:t>
              <w:br/>
              <w:t>-0.34</w:t>
            </w:r>
          </w:p>
        </w:tc>
        <w:tc>
          <w:tcPr>
            <w:tcW w:type="dxa" w:w="1234"/>
          </w:tcPr>
          <w:p>
            <w:r>
              <w:t>L: 0.51</w:t>
              <w:br/>
              <w:t>a: 1.89</w:t>
              <w:br/>
              <w:t>b: -0.22</w:t>
            </w:r>
          </w:p>
        </w:tc>
        <w:tc>
          <w:tcPr>
            <w:tcW w:type="dxa" w:w="1234"/>
          </w:tcPr>
          <w:p>
            <w:r>
              <w:t>64.75</w:t>
              <w:br/>
              <w:t>-42.57</w:t>
              <w:br/>
              <w:t>-0.15</w:t>
            </w:r>
          </w:p>
        </w:tc>
        <w:tc>
          <w:tcPr>
            <w:tcW w:type="dxa" w:w="1234"/>
          </w:tcPr>
          <w:p>
            <w:r>
              <w:t>L: -0.07</w:t>
              <w:br/>
              <w:t>a: -0.86</w:t>
              <w:br/>
              <w:t>b: -0.03</w:t>
            </w:r>
          </w:p>
        </w:tc>
        <w:tc>
          <w:tcPr>
            <w:tcW w:type="dxa" w:w="1234"/>
          </w:tcPr>
          <w:p>
            <w:r>
              <w:t>Không đổi màu sau 3 ngày và 10 ngày.</w:t>
            </w:r>
          </w:p>
        </w:tc>
      </w:tr>
      <w:tr>
        <w:tc>
          <w:tcPr>
            <w:tcW w:type="dxa" w:w="1234"/>
          </w:tcPr>
          <w:p>
            <w:r>
              <w:t>Màu PKP KW 536H</w:t>
              <w:br/>
              <w:t>- Đen SBK 07</w:t>
              <w:br/>
              <w:t>- Phụ gia CX 5%</w:t>
            </w:r>
          </w:p>
        </w:tc>
        <w:tc>
          <w:tcPr>
            <w:tcW w:type="dxa" w:w="1234"/>
          </w:tcPr>
          <w:p>
            <w:r>
              <w:t>35.57</w:t>
              <w:br/>
              <w:t>-1.34</w:t>
              <w:br/>
              <w:t>-3.31</w:t>
            </w:r>
          </w:p>
        </w:tc>
        <w:tc>
          <w:tcPr>
            <w:tcW w:type="dxa" w:w="1234"/>
          </w:tcPr>
          <w:p>
            <w:r>
              <w:t>35.17</w:t>
              <w:br/>
              <w:t>-1.38</w:t>
              <w:br/>
              <w:t>-3.18</w:t>
            </w:r>
          </w:p>
        </w:tc>
        <w:tc>
          <w:tcPr>
            <w:tcW w:type="dxa" w:w="1234"/>
          </w:tcPr>
          <w:p>
            <w:r>
              <w:t>L: -0.40</w:t>
              <w:br/>
              <w:t>a: -0.04</w:t>
              <w:br/>
              <w:t>b: 0.13</w:t>
            </w:r>
          </w:p>
        </w:tc>
        <w:tc>
          <w:tcPr>
            <w:tcW w:type="dxa" w:w="1234"/>
          </w:tcPr>
          <w:p>
            <w:r>
              <w:t>35.51</w:t>
              <w:br/>
              <w:t>-1.37</w:t>
              <w:br/>
              <w:t>-3.30</w:t>
            </w:r>
          </w:p>
        </w:tc>
        <w:tc>
          <w:tcPr>
            <w:tcW w:type="dxa" w:w="1234"/>
          </w:tcPr>
          <w:p>
            <w:r>
              <w:t>L: -0.06</w:t>
              <w:br/>
              <w:t>a: -0.03</w:t>
              <w:br/>
              <w:t>b: 0.01</w:t>
            </w:r>
          </w:p>
        </w:tc>
        <w:tc>
          <w:tcPr>
            <w:tcW w:type="dxa" w:w="1234"/>
          </w:tcPr>
          <w:p>
            <w:r>
              <w:t>Không đổi màu sau 3 ngày và 10 ngày.</w:t>
            </w:r>
          </w:p>
        </w:tc>
      </w:tr>
      <w:tr>
        <w:tc>
          <w:tcPr>
            <w:tcW w:type="dxa" w:w="1234"/>
          </w:tcPr>
          <w:p>
            <w:r>
              <w:t>Màu PKP KW 536H</w:t>
              <w:br/>
              <w:t>- Đen SBK 07</w:t>
              <w:br/>
              <w:t>- Phụ gia HV-BEX</w:t>
            </w:r>
          </w:p>
        </w:tc>
        <w:tc>
          <w:tcPr>
            <w:tcW w:type="dxa" w:w="1234"/>
          </w:tcPr>
          <w:p>
            <w:r>
              <w:t>35.82</w:t>
              <w:br/>
              <w:t>-1.37</w:t>
              <w:br/>
              <w:t>-3.13</w:t>
            </w:r>
          </w:p>
        </w:tc>
        <w:tc>
          <w:tcPr>
            <w:tcW w:type="dxa" w:w="1234"/>
          </w:tcPr>
          <w:p>
            <w:r>
              <w:t>35.55</w:t>
              <w:br/>
              <w:t>-1.43</w:t>
              <w:br/>
              <w:t>-3.20</w:t>
            </w:r>
          </w:p>
        </w:tc>
        <w:tc>
          <w:tcPr>
            <w:tcW w:type="dxa" w:w="1234"/>
          </w:tcPr>
          <w:p>
            <w:r>
              <w:t>L: -0.27</w:t>
              <w:br/>
              <w:t>a: -0.06</w:t>
              <w:br/>
              <w:t>b: -0.07</w:t>
            </w:r>
          </w:p>
        </w:tc>
        <w:tc>
          <w:tcPr>
            <w:tcW w:type="dxa" w:w="1234"/>
          </w:tcPr>
          <w:p>
            <w:r>
              <w:t>35.94</w:t>
              <w:br/>
              <w:t>-1.35</w:t>
              <w:br/>
              <w:t>-5.26</w:t>
            </w:r>
          </w:p>
        </w:tc>
        <w:tc>
          <w:tcPr>
            <w:tcW w:type="dxa" w:w="1234"/>
          </w:tcPr>
          <w:p>
            <w:r>
              <w:t>L: 0.12</w:t>
              <w:br/>
              <w:t>a: 0.02</w:t>
              <w:br/>
              <w:t>b: -2.13</w:t>
            </w:r>
          </w:p>
        </w:tc>
        <w:tc>
          <w:tcPr>
            <w:tcW w:type="dxa" w:w="1234"/>
          </w:tcPr>
          <w:p>
            <w:r>
              <w:t>Không đổi màu sau 3 ngày và 10 ngày (Đạt yêu cầu).</w:t>
            </w:r>
          </w:p>
        </w:tc>
      </w:tr>
    </w:tbl>
    <w:p>
      <w:pPr>
        <w:pStyle w:val="Heading1"/>
      </w:pPr>
      <w:r>
        <w:t>D. Nhận xét &amp; Kết luận</w:t>
      </w:r>
    </w:p>
    <w:p>
      <w:r>
        <w:t>• Nguyên nhân sự cố chạy màu: Lô sơn hiện hữu đã giao cho khách hàng sử dụng màu đơn Đen BT 01H (2026). Màu đơn này cùng với màu Đen MA 100H có xu hướng mất màu và bị trắng lên mạnh theo thời gian.</w:t>
      </w:r>
    </w:p>
    <w:p>
      <w:r>
        <w:t>• Đánh giá ổn định:</w:t>
        <w:br/>
        <w:t xml:space="preserve">  - Các màu đơn đạt yêu cầu ổn định: Vàng C26W, Đỏ BT 01H, Xanh lá G7BW.</w:t>
        <w:br/>
        <w:t xml:space="preserve">  - Màu đơn thay thế đạt yêu cầu: Đen BT 01H (SBK 07) giữ màu rất ổn định, không bị trắng lên theo thời gian ở cả kéo giấy lẫn phun gỗ.</w:t>
      </w:r>
    </w:p>
    <w:p>
      <w:r>
        <w:t>• Phương án xử lý: Bộ phận Kỹ thuật thống nhất từ lô sản xuất tiếp theo sẽ thay thế màu đơn Đen BT 01H (2026) bằng màu Đen BT 01H (SBK 07) nhằm giải quyết dứt điểm hiện tượng chạy màu này.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