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BỘ CÔNG THỨC THÍ NGHIỆM SƠN UV — THANG ĐỘ CỨNG 2H → 5H</w:t>
      </w:r>
    </w:p>
    <w:p>
      <w:r>
        <w:t>Ba hệ: LÓT KHÔNG MÀU · BÓNG MỜ · BÓNG SÁNG (trong). Ngày lập: 02/10/2026.</w:t>
      </w:r>
    </w:p>
    <w:p>
      <w:pPr>
        <w:pStyle w:val="Heading1"/>
      </w:pPr>
      <w:r>
        <w:t>1. Nguyên tắc dựng công thức</w:t>
      </w:r>
    </w:p>
    <w:p>
      <w:pPr>
        <w:pStyle w:val="ListNumber"/>
      </w:pPr>
      <w:r>
        <w:t>Mỗi hệ lấy ĐÚNG một công thức có sẵn trong thư viện làm BẢN GỐC (M1 = đối chứng), giữ nguyên các con số của bản gốc.</w:t>
      </w:r>
    </w:p>
    <w:p>
      <w:pPr>
        <w:pStyle w:val="ListNumber"/>
      </w:pPr>
      <w:r>
        <w:t>Các mức M2 → M4 chỉ đổi theo 4 đòn: (1) giảm/bỏ monomer ĐƠN chức và nhựa dẻo (2EHA, A66), (2) giảm dần nhựa nền mềm (W-160D ở hệ bóng), (3) tăng monomer nhiều chức EM 231 (3 chức) → EM 265 (6 chức) → DPHA-80 (5,5 chức), (4) thêm gói phụ gia topcoat đang dùng (BYK 346 · BYK 1798 · BYK 410 · TPO · JH-10) ở mức cao.</w:t>
      </w:r>
    </w:p>
    <w:p>
      <w:pPr>
        <w:pStyle w:val="ListNumber"/>
      </w:pPr>
      <w:r>
        <w:t>Mọi mức giữ tổng = 100,000 phần (đã cộng lại bằng máy, xem bảng kiểm tra). Mẻ thí nghiệm 100 g ⇒ số phần = số gam.</w:t>
      </w:r>
    </w:p>
    <w:p>
      <w:pPr>
        <w:pStyle w:val="ListNumber"/>
      </w:pPr>
      <w:r>
        <w:t>M1 luôn chạy kèm để có đường nền: nếu 2H đã đạt ở M1 thì các mức sau chỉ cần tới mức đạt 5H, không phải chạy hết.</w:t>
      </w:r>
    </w:p>
    <w:p>
      <w:pPr>
        <w:pStyle w:val="Heading1"/>
      </w:pPr>
      <w:r>
        <w:t>2. Nguồn bản gốc (thư viện công thức UV)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b/>
              </w:rPr>
              <w:t>Hệ</w:t>
            </w:r>
          </w:p>
        </w:tc>
        <w:tc>
          <w:tcPr>
            <w:tcW w:type="dxa" w:w="2635"/>
          </w:tcPr>
          <w:p>
            <w:r>
              <w:rPr>
                <w:b/>
              </w:rPr>
              <w:t>File gốc trong thư viện</w:t>
            </w:r>
          </w:p>
        </w:tc>
        <w:tc>
          <w:tcPr>
            <w:tcW w:type="dxa" w:w="2635"/>
          </w:tcPr>
          <w:p>
            <w:r>
              <w:rPr>
                <w:b/>
              </w:rPr>
              <w:t>Tổng ghi trong file</w:t>
            </w:r>
          </w:p>
        </w:tc>
        <w:tc>
          <w:tcPr>
            <w:tcW w:type="dxa" w:w="2635"/>
          </w:tcPr>
          <w:p>
            <w:r>
              <w:rPr>
                <w:b/>
              </w:rPr>
              <w:t>Tổng cộng lại bằng máy</w:t>
            </w:r>
          </w:p>
        </w:tc>
      </w:tr>
      <w:tr>
        <w:tc>
          <w:tcPr>
            <w:tcW w:type="dxa" w:w="2635"/>
          </w:tcPr>
          <w:p>
            <w:r>
              <w:t>LÓT KHÔNG MÀU HỆ UV</w:t>
            </w:r>
          </w:p>
        </w:tc>
        <w:tc>
          <w:tcPr>
            <w:tcW w:type="dxa" w:w="2635"/>
          </w:tcPr>
          <w:p>
            <w:r>
              <w:t>BT_UV_2011_HP_Sealer.md</w:t>
            </w:r>
          </w:p>
        </w:tc>
        <w:tc>
          <w:tcPr>
            <w:tcW w:type="dxa" w:w="2635"/>
          </w:tcPr>
          <w:p>
            <w:r>
              <w:t>100,01 (quy về 100)</w:t>
            </w:r>
          </w:p>
        </w:tc>
        <w:tc>
          <w:tcPr>
            <w:tcW w:type="dxa" w:w="2635"/>
          </w:tcPr>
          <w:p>
            <w:r>
              <w:t>100.00</w:t>
            </w:r>
          </w:p>
        </w:tc>
      </w:tr>
      <w:tr>
        <w:tc>
          <w:tcPr>
            <w:tcW w:type="dxa" w:w="2635"/>
          </w:tcPr>
          <w:p>
            <w:r>
              <w:t>BÓNG MỜ HỆ UV</w:t>
            </w:r>
          </w:p>
        </w:tc>
        <w:tc>
          <w:tcPr>
            <w:tcW w:type="dxa" w:w="2635"/>
          </w:tcPr>
          <w:p>
            <w:r>
              <w:t>BTUV_2407_Topcoat_Matte_PHT.md</w:t>
            </w:r>
          </w:p>
        </w:tc>
        <w:tc>
          <w:tcPr>
            <w:tcW w:type="dxa" w:w="2635"/>
          </w:tcPr>
          <w:p>
            <w:r>
              <w:t>100,00</w:t>
            </w:r>
          </w:p>
        </w:tc>
        <w:tc>
          <w:tcPr>
            <w:tcW w:type="dxa" w:w="2635"/>
          </w:tcPr>
          <w:p>
            <w:r>
              <w:t>100.00</w:t>
            </w:r>
          </w:p>
        </w:tc>
      </w:tr>
      <w:tr>
        <w:tc>
          <w:tcPr>
            <w:tcW w:type="dxa" w:w="2635"/>
          </w:tcPr>
          <w:p>
            <w:r>
              <w:t>BÓNG SÁNG HỆ UV (trong)</w:t>
            </w:r>
          </w:p>
        </w:tc>
        <w:tc>
          <w:tcPr>
            <w:tcW w:type="dxa" w:w="2635"/>
          </w:tcPr>
          <w:p>
            <w:r>
              <w:t>BTUV_2407_Topcoat_Clear_PHT.md</w:t>
            </w:r>
          </w:p>
        </w:tc>
        <w:tc>
          <w:tcPr>
            <w:tcW w:type="dxa" w:w="2635"/>
          </w:tcPr>
          <w:p>
            <w:r>
              <w:t>103,06 (file ghi 100 — đã quy về 100)</w:t>
            </w:r>
          </w:p>
        </w:tc>
        <w:tc>
          <w:tcPr>
            <w:tcW w:type="dxa" w:w="2635"/>
          </w:tcPr>
          <w:p>
            <w:r>
              <w:t>100.00</w:t>
            </w:r>
          </w:p>
        </w:tc>
      </w:tr>
    </w:tbl>
    <w:p>
      <w:r>
        <w:t>Lưu ý: file BTUV_2407_Topcoat_Clear_PHT ghi tổng 100 nhưng cộng lại = 103,06 ⇒ bản M1 ở đây đã quy về 100 phần trước khi dựng thang.</w:t>
      </w:r>
    </w:p>
    <w:p>
      <w:pPr>
        <w:pStyle w:val="Heading1"/>
      </w:pPr>
      <w:r>
        <w:t>3. Bảng tổng hợp 12 công thức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</w:tcPr>
          <w:p>
            <w:r>
              <w:rPr>
                <w:b/>
              </w:rPr>
              <w:t>Hệ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Mức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Mục tiêu cứng</w:t>
            </w:r>
          </w:p>
        </w:tc>
        <w:tc>
          <w:tcPr>
            <w:tcW w:type="dxa" w:w="1506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1506"/>
          </w:tcPr>
          <w:p>
            <w:r>
              <w:rPr>
                <w:b/>
              </w:rPr>
              <w:t>% monomer ≥ 3 chức</w:t>
            </w:r>
          </w:p>
        </w:tc>
        <w:tc>
          <w:tcPr>
            <w:tcW w:type="dxa" w:w="1506"/>
          </w:tcPr>
          <w:p>
            <w:r>
              <w:rPr>
                <w:b/>
              </w:rPr>
              <w:t>% monomer ≥ 5 chức</w:t>
            </w:r>
          </w:p>
        </w:tc>
        <w:tc>
          <w:tcPr>
            <w:tcW w:type="dxa" w:w="1506"/>
          </w:tcPr>
          <w:p>
            <w:r>
              <w:rPr>
                <w:b/>
              </w:rPr>
              <w:t>Chức năng trung bình (nhựa + monomer)</w:t>
            </w:r>
          </w:p>
        </w:tc>
      </w:tr>
      <w:tr>
        <w:tc>
          <w:tcPr>
            <w:tcW w:type="dxa" w:w="1506"/>
          </w:tcPr>
          <w:p>
            <w:r>
              <w:t>LÓT KHÔNG MÀU HỆ UV</w:t>
            </w:r>
          </w:p>
        </w:tc>
        <w:tc>
          <w:tcPr>
            <w:tcW w:type="dxa" w:w="1506"/>
          </w:tcPr>
          <w:p>
            <w:r>
              <w:t>M1</w:t>
            </w:r>
          </w:p>
        </w:tc>
        <w:tc>
          <w:tcPr>
            <w:tcW w:type="dxa" w:w="1506"/>
          </w:tcPr>
          <w:p>
            <w:r>
              <w:t>2H (đối chứng)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2.00</w:t>
            </w:r>
          </w:p>
        </w:tc>
      </w:tr>
      <w:tr>
        <w:tc>
          <w:tcPr>
            <w:tcW w:type="dxa" w:w="1506"/>
          </w:tcPr>
          <w:p>
            <w:r>
              <w:t>LÓT KHÔNG MÀU HỆ UV</w:t>
            </w:r>
          </w:p>
        </w:tc>
        <w:tc>
          <w:tcPr>
            <w:tcW w:type="dxa" w:w="1506"/>
          </w:tcPr>
          <w:p>
            <w:r>
              <w:t>M2</w:t>
            </w:r>
          </w:p>
        </w:tc>
        <w:tc>
          <w:tcPr>
            <w:tcW w:type="dxa" w:w="1506"/>
          </w:tcPr>
          <w:p>
            <w:r>
              <w:t>3H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6.40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2.08</w:t>
            </w:r>
          </w:p>
        </w:tc>
      </w:tr>
      <w:tr>
        <w:tc>
          <w:tcPr>
            <w:tcW w:type="dxa" w:w="1506"/>
          </w:tcPr>
          <w:p>
            <w:r>
              <w:t>LÓT KHÔNG MÀU HỆ UV</w:t>
            </w:r>
          </w:p>
        </w:tc>
        <w:tc>
          <w:tcPr>
            <w:tcW w:type="dxa" w:w="1506"/>
          </w:tcPr>
          <w:p>
            <w:r>
              <w:t>M3</w:t>
            </w:r>
          </w:p>
        </w:tc>
        <w:tc>
          <w:tcPr>
            <w:tcW w:type="dxa" w:w="1506"/>
          </w:tcPr>
          <w:p>
            <w:r>
              <w:t>4H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14.00</w:t>
            </w:r>
          </w:p>
        </w:tc>
        <w:tc>
          <w:tcPr>
            <w:tcW w:type="dxa" w:w="1506"/>
          </w:tcPr>
          <w:p>
            <w:r>
              <w:t>5.00</w:t>
            </w:r>
          </w:p>
        </w:tc>
        <w:tc>
          <w:tcPr>
            <w:tcW w:type="dxa" w:w="1506"/>
          </w:tcPr>
          <w:p>
            <w:r>
              <w:t>2.34</w:t>
            </w:r>
          </w:p>
        </w:tc>
      </w:tr>
      <w:tr>
        <w:tc>
          <w:tcPr>
            <w:tcW w:type="dxa" w:w="1506"/>
          </w:tcPr>
          <w:p>
            <w:r>
              <w:t>LÓT KHÔNG MÀU HỆ UV</w:t>
            </w:r>
          </w:p>
        </w:tc>
        <w:tc>
          <w:tcPr>
            <w:tcW w:type="dxa" w:w="1506"/>
          </w:tcPr>
          <w:p>
            <w:r>
              <w:t>M4</w:t>
            </w:r>
          </w:p>
        </w:tc>
        <w:tc>
          <w:tcPr>
            <w:tcW w:type="dxa" w:w="1506"/>
          </w:tcPr>
          <w:p>
            <w:r>
              <w:t>5H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25.00</w:t>
            </w:r>
          </w:p>
        </w:tc>
        <w:tc>
          <w:tcPr>
            <w:tcW w:type="dxa" w:w="1506"/>
          </w:tcPr>
          <w:p>
            <w:r>
              <w:t>14.00</w:t>
            </w:r>
          </w:p>
        </w:tc>
        <w:tc>
          <w:tcPr>
            <w:tcW w:type="dxa" w:w="1506"/>
          </w:tcPr>
          <w:p>
            <w:r>
              <w:t>2.74</w:t>
            </w:r>
          </w:p>
        </w:tc>
      </w:tr>
      <w:tr>
        <w:tc>
          <w:tcPr>
            <w:tcW w:type="dxa" w:w="1506"/>
          </w:tcPr>
          <w:p>
            <w:r>
              <w:t>BÓNG MỜ HỆ UV</w:t>
            </w:r>
          </w:p>
        </w:tc>
        <w:tc>
          <w:tcPr>
            <w:tcW w:type="dxa" w:w="1506"/>
          </w:tcPr>
          <w:p>
            <w:r>
              <w:t>M1</w:t>
            </w:r>
          </w:p>
        </w:tc>
        <w:tc>
          <w:tcPr>
            <w:tcW w:type="dxa" w:w="1506"/>
          </w:tcPr>
          <w:p>
            <w:r>
              <w:t>2H (đối chứng)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2.00</w:t>
            </w:r>
          </w:p>
        </w:tc>
      </w:tr>
      <w:tr>
        <w:tc>
          <w:tcPr>
            <w:tcW w:type="dxa" w:w="1506"/>
          </w:tcPr>
          <w:p>
            <w:r>
              <w:t>BÓNG MỜ HỆ UV</w:t>
            </w:r>
          </w:p>
        </w:tc>
        <w:tc>
          <w:tcPr>
            <w:tcW w:type="dxa" w:w="1506"/>
          </w:tcPr>
          <w:p>
            <w:r>
              <w:t>M2</w:t>
            </w:r>
          </w:p>
        </w:tc>
        <w:tc>
          <w:tcPr>
            <w:tcW w:type="dxa" w:w="1506"/>
          </w:tcPr>
          <w:p>
            <w:r>
              <w:t>3H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6.40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2.10</w:t>
            </w:r>
          </w:p>
        </w:tc>
      </w:tr>
      <w:tr>
        <w:tc>
          <w:tcPr>
            <w:tcW w:type="dxa" w:w="1506"/>
          </w:tcPr>
          <w:p>
            <w:r>
              <w:t>BÓNG MỜ HỆ UV</w:t>
            </w:r>
          </w:p>
        </w:tc>
        <w:tc>
          <w:tcPr>
            <w:tcW w:type="dxa" w:w="1506"/>
          </w:tcPr>
          <w:p>
            <w:r>
              <w:t>M3</w:t>
            </w:r>
          </w:p>
        </w:tc>
        <w:tc>
          <w:tcPr>
            <w:tcW w:type="dxa" w:w="1506"/>
          </w:tcPr>
          <w:p>
            <w:r>
              <w:t>4H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17.64</w:t>
            </w:r>
          </w:p>
        </w:tc>
        <w:tc>
          <w:tcPr>
            <w:tcW w:type="dxa" w:w="1506"/>
          </w:tcPr>
          <w:p>
            <w:r>
              <w:t>7.64</w:t>
            </w:r>
          </w:p>
        </w:tc>
        <w:tc>
          <w:tcPr>
            <w:tcW w:type="dxa" w:w="1506"/>
          </w:tcPr>
          <w:p>
            <w:r>
              <w:t>2.64</w:t>
            </w:r>
          </w:p>
        </w:tc>
      </w:tr>
      <w:tr>
        <w:tc>
          <w:tcPr>
            <w:tcW w:type="dxa" w:w="1506"/>
          </w:tcPr>
          <w:p>
            <w:r>
              <w:t>BÓNG MỜ HỆ UV</w:t>
            </w:r>
          </w:p>
        </w:tc>
        <w:tc>
          <w:tcPr>
            <w:tcW w:type="dxa" w:w="1506"/>
          </w:tcPr>
          <w:p>
            <w:r>
              <w:t>M4</w:t>
            </w:r>
          </w:p>
        </w:tc>
        <w:tc>
          <w:tcPr>
            <w:tcW w:type="dxa" w:w="1506"/>
          </w:tcPr>
          <w:p>
            <w:r>
              <w:t>5H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25.00</w:t>
            </w:r>
          </w:p>
        </w:tc>
        <w:tc>
          <w:tcPr>
            <w:tcW w:type="dxa" w:w="1506"/>
          </w:tcPr>
          <w:p>
            <w:r>
              <w:t>13.00</w:t>
            </w:r>
          </w:p>
        </w:tc>
        <w:tc>
          <w:tcPr>
            <w:tcW w:type="dxa" w:w="1506"/>
          </w:tcPr>
          <w:p>
            <w:r>
              <w:t>2.98</w:t>
            </w:r>
          </w:p>
        </w:tc>
      </w:tr>
      <w:tr>
        <w:tc>
          <w:tcPr>
            <w:tcW w:type="dxa" w:w="1506"/>
          </w:tcPr>
          <w:p>
            <w:r>
              <w:t>BÓNG SÁNG HỆ UV (trong)</w:t>
            </w:r>
          </w:p>
        </w:tc>
        <w:tc>
          <w:tcPr>
            <w:tcW w:type="dxa" w:w="1506"/>
          </w:tcPr>
          <w:p>
            <w:r>
              <w:t>M1</w:t>
            </w:r>
          </w:p>
        </w:tc>
        <w:tc>
          <w:tcPr>
            <w:tcW w:type="dxa" w:w="1506"/>
          </w:tcPr>
          <w:p>
            <w:r>
              <w:t>2H (đối chứng)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2.00</w:t>
            </w:r>
          </w:p>
        </w:tc>
      </w:tr>
      <w:tr>
        <w:tc>
          <w:tcPr>
            <w:tcW w:type="dxa" w:w="1506"/>
          </w:tcPr>
          <w:p>
            <w:r>
              <w:t>BÓNG SÁNG HỆ UV (trong)</w:t>
            </w:r>
          </w:p>
        </w:tc>
        <w:tc>
          <w:tcPr>
            <w:tcW w:type="dxa" w:w="1506"/>
          </w:tcPr>
          <w:p>
            <w:r>
              <w:t>M2</w:t>
            </w:r>
          </w:p>
        </w:tc>
        <w:tc>
          <w:tcPr>
            <w:tcW w:type="dxa" w:w="1506"/>
          </w:tcPr>
          <w:p>
            <w:r>
              <w:t>3H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6.40</w:t>
            </w:r>
          </w:p>
        </w:tc>
        <w:tc>
          <w:tcPr>
            <w:tcW w:type="dxa" w:w="1506"/>
          </w:tcPr>
          <w:p>
            <w:r>
              <w:t>0.00</w:t>
            </w:r>
          </w:p>
        </w:tc>
        <w:tc>
          <w:tcPr>
            <w:tcW w:type="dxa" w:w="1506"/>
          </w:tcPr>
          <w:p>
            <w:r>
              <w:t>2.07</w:t>
            </w:r>
          </w:p>
        </w:tc>
      </w:tr>
      <w:tr>
        <w:tc>
          <w:tcPr>
            <w:tcW w:type="dxa" w:w="1506"/>
          </w:tcPr>
          <w:p>
            <w:r>
              <w:t>BÓNG SÁNG HỆ UV (trong)</w:t>
            </w:r>
          </w:p>
        </w:tc>
        <w:tc>
          <w:tcPr>
            <w:tcW w:type="dxa" w:w="1506"/>
          </w:tcPr>
          <w:p>
            <w:r>
              <w:t>M3</w:t>
            </w:r>
          </w:p>
        </w:tc>
        <w:tc>
          <w:tcPr>
            <w:tcW w:type="dxa" w:w="1506"/>
          </w:tcPr>
          <w:p>
            <w:r>
              <w:t>4H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13.40</w:t>
            </w:r>
          </w:p>
        </w:tc>
        <w:tc>
          <w:tcPr>
            <w:tcW w:type="dxa" w:w="1506"/>
          </w:tcPr>
          <w:p>
            <w:r>
              <w:t>5.40</w:t>
            </w:r>
          </w:p>
        </w:tc>
        <w:tc>
          <w:tcPr>
            <w:tcW w:type="dxa" w:w="1506"/>
          </w:tcPr>
          <w:p>
            <w:r>
              <w:t>2.34</w:t>
            </w:r>
          </w:p>
        </w:tc>
      </w:tr>
      <w:tr>
        <w:tc>
          <w:tcPr>
            <w:tcW w:type="dxa" w:w="1506"/>
          </w:tcPr>
          <w:p>
            <w:r>
              <w:t>BÓNG SÁNG HỆ UV (trong)</w:t>
            </w:r>
          </w:p>
        </w:tc>
        <w:tc>
          <w:tcPr>
            <w:tcW w:type="dxa" w:w="1506"/>
          </w:tcPr>
          <w:p>
            <w:r>
              <w:t>M4</w:t>
            </w:r>
          </w:p>
        </w:tc>
        <w:tc>
          <w:tcPr>
            <w:tcW w:type="dxa" w:w="1506"/>
          </w:tcPr>
          <w:p>
            <w:r>
              <w:t>5H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23.08</w:t>
            </w:r>
          </w:p>
        </w:tc>
        <w:tc>
          <w:tcPr>
            <w:tcW w:type="dxa" w:w="1506"/>
          </w:tcPr>
          <w:p>
            <w:r>
              <w:t>12.08</w:t>
            </w:r>
          </w:p>
        </w:tc>
        <w:tc>
          <w:tcPr>
            <w:tcW w:type="dxa" w:w="1506"/>
          </w:tcPr>
          <w:p>
            <w:r>
              <w:t>2.64</w:t>
            </w:r>
          </w:p>
        </w:tc>
      </w:tr>
    </w:tbl>
    <w:p>
      <w:pPr>
        <w:pStyle w:val="Heading1"/>
      </w:pPr>
      <w:r>
        <w:t>4. Chi tiết từng hệ (phần khối lượng, mẻ 100 g = 100 phần)</w:t>
      </w:r>
    </w:p>
    <w:p>
      <w:pPr>
        <w:pStyle w:val="Heading2"/>
      </w:pPr>
      <w:r>
        <w:t>LÓT KHÔNG MÀU HỆ UV — nền BT_UV_2011_HP_Sealer.md</w:t>
      </w:r>
    </w:p>
    <w:p>
      <w:r>
        <w:t>Lót/sealer trong (không pha màu) cho gỗ nội thất; giữ PA-9083 để bám dính; TM2800 là bột độn — giảm dần khi tăng đa chức để không hạ cứng.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</w:tcPr>
          <w:p>
            <w:r>
              <w:rPr>
                <w:b/>
              </w:rPr>
              <w:t>STT</w:t>
            </w:r>
          </w:p>
        </w:tc>
        <w:tc>
          <w:tcPr>
            <w:tcW w:type="dxa" w:w="1506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1506"/>
          </w:tcPr>
          <w:p>
            <w:r>
              <w:rPr>
                <w:b/>
              </w:rPr>
              <w:t>Vai trò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M1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M2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M3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M4 (g)</w:t>
            </w:r>
          </w:p>
        </w:tc>
      </w:tr>
      <w:tr>
        <w:tc>
          <w:tcPr>
            <w:tcW w:type="dxa" w:w="1506"/>
          </w:tcPr>
          <w:p>
            <w:r>
              <w:t>1</w:t>
            </w:r>
          </w:p>
        </w:tc>
        <w:tc>
          <w:tcPr>
            <w:tcW w:type="dxa" w:w="1506"/>
          </w:tcPr>
          <w:p>
            <w:r>
              <w:t>HE-421F (B-113)</w:t>
            </w:r>
          </w:p>
        </w:tc>
        <w:tc>
          <w:tcPr>
            <w:tcW w:type="dxa" w:w="1506"/>
          </w:tcPr>
          <w:p>
            <w:r>
              <w:t>Nhựa epoxy acrylate 2 chức — nền cứng, bám dính</w:t>
            </w:r>
          </w:p>
        </w:tc>
        <w:tc>
          <w:tcPr>
            <w:tcW w:type="dxa" w:w="1506"/>
          </w:tcPr>
          <w:p>
            <w:r>
              <w:t>50.34</w:t>
            </w:r>
          </w:p>
        </w:tc>
        <w:tc>
          <w:tcPr>
            <w:tcW w:type="dxa" w:w="1506"/>
          </w:tcPr>
          <w:p>
            <w:r>
              <w:t>50.34</w:t>
            </w:r>
          </w:p>
        </w:tc>
        <w:tc>
          <w:tcPr>
            <w:tcW w:type="dxa" w:w="1506"/>
          </w:tcPr>
          <w:p>
            <w:r>
              <w:t>50.34</w:t>
            </w:r>
          </w:p>
        </w:tc>
        <w:tc>
          <w:tcPr>
            <w:tcW w:type="dxa" w:w="1506"/>
          </w:tcPr>
          <w:p>
            <w:r>
              <w:t>44.00</w:t>
            </w:r>
          </w:p>
        </w:tc>
      </w:tr>
      <w:tr>
        <w:tc>
          <w:tcPr>
            <w:tcW w:type="dxa" w:w="1506"/>
          </w:tcPr>
          <w:p>
            <w:r>
              <w:t>2</w:t>
            </w:r>
          </w:p>
        </w:tc>
        <w:tc>
          <w:tcPr>
            <w:tcW w:type="dxa" w:w="1506"/>
          </w:tcPr>
          <w:p>
            <w:r>
              <w:t>W-522</w:t>
            </w:r>
          </w:p>
        </w:tc>
        <w:tc>
          <w:tcPr>
            <w:tcW w:type="dxa" w:w="1506"/>
          </w:tcPr>
          <w:p>
            <w:r>
              <w:t>Polyester acrylate 2 chức — giảm giá, bám dính</w:t>
            </w:r>
          </w:p>
        </w:tc>
        <w:tc>
          <w:tcPr>
            <w:tcW w:type="dxa" w:w="1506"/>
          </w:tcPr>
          <w:p>
            <w:r>
              <w:t>21.72</w:t>
            </w:r>
          </w:p>
        </w:tc>
        <w:tc>
          <w:tcPr>
            <w:tcW w:type="dxa" w:w="1506"/>
          </w:tcPr>
          <w:p>
            <w:r>
              <w:t>21.72</w:t>
            </w:r>
          </w:p>
        </w:tc>
        <w:tc>
          <w:tcPr>
            <w:tcW w:type="dxa" w:w="1506"/>
          </w:tcPr>
          <w:p>
            <w:r>
              <w:t>18.72</w:t>
            </w:r>
          </w:p>
        </w:tc>
        <w:tc>
          <w:tcPr>
            <w:tcW w:type="dxa" w:w="1506"/>
          </w:tcPr>
          <w:p>
            <w:r>
              <w:t>15.00</w:t>
            </w:r>
          </w:p>
        </w:tc>
      </w:tr>
      <w:tr>
        <w:tc>
          <w:tcPr>
            <w:tcW w:type="dxa" w:w="1506"/>
          </w:tcPr>
          <w:p>
            <w:r>
              <w:t>3</w:t>
            </w:r>
          </w:p>
        </w:tc>
        <w:tc>
          <w:tcPr>
            <w:tcW w:type="dxa" w:w="1506"/>
          </w:tcPr>
          <w:p>
            <w:r>
              <w:t>TPGDA (EM 223)</w:t>
            </w:r>
          </w:p>
        </w:tc>
        <w:tc>
          <w:tcPr>
            <w:tcW w:type="dxa" w:w="1506"/>
          </w:tcPr>
          <w:p>
            <w:r>
              <w:t>Monomer 2 chức — pha loãng, dẻo</w:t>
            </w:r>
          </w:p>
        </w:tc>
        <w:tc>
          <w:tcPr>
            <w:tcW w:type="dxa" w:w="1506"/>
          </w:tcPr>
          <w:p>
            <w:r>
              <w:t>2.25</w:t>
            </w:r>
          </w:p>
        </w:tc>
        <w:tc>
          <w:tcPr>
            <w:tcW w:type="dxa" w:w="1506"/>
          </w:tcPr>
          <w:p>
            <w:r>
              <w:t>2.25</w:t>
            </w:r>
          </w:p>
        </w:tc>
        <w:tc>
          <w:tcPr>
            <w:tcW w:type="dxa" w:w="1506"/>
          </w:tcPr>
          <w:p>
            <w:r>
              <w:t>2.25</w:t>
            </w:r>
          </w:p>
        </w:tc>
        <w:tc>
          <w:tcPr>
            <w:tcW w:type="dxa" w:w="1506"/>
          </w:tcPr>
          <w:p>
            <w:r>
              <w:t>2.25</w:t>
            </w:r>
          </w:p>
        </w:tc>
      </w:tr>
      <w:tr>
        <w:tc>
          <w:tcPr>
            <w:tcW w:type="dxa" w:w="1506"/>
          </w:tcPr>
          <w:p>
            <w:r>
              <w:t>4</w:t>
            </w:r>
          </w:p>
        </w:tc>
        <w:tc>
          <w:tcPr>
            <w:tcW w:type="dxa" w:w="1506"/>
          </w:tcPr>
          <w:p>
            <w:r>
              <w:t>PA-9083</w:t>
            </w:r>
          </w:p>
        </w:tc>
        <w:tc>
          <w:tcPr>
            <w:tcW w:type="dxa" w:w="1506"/>
          </w:tcPr>
          <w:p>
            <w:r>
              <w:t>Phụ gia bám dính phosphate acrylate</w:t>
            </w:r>
          </w:p>
        </w:tc>
        <w:tc>
          <w:tcPr>
            <w:tcW w:type="dxa" w:w="1506"/>
          </w:tcPr>
          <w:p>
            <w:r>
              <w:t>1.23</w:t>
            </w:r>
          </w:p>
        </w:tc>
        <w:tc>
          <w:tcPr>
            <w:tcW w:type="dxa" w:w="1506"/>
          </w:tcPr>
          <w:p>
            <w:r>
              <w:t>1.23</w:t>
            </w:r>
          </w:p>
        </w:tc>
        <w:tc>
          <w:tcPr>
            <w:tcW w:type="dxa" w:w="1506"/>
          </w:tcPr>
          <w:p>
            <w:r>
              <w:t>1.23</w:t>
            </w:r>
          </w:p>
        </w:tc>
        <w:tc>
          <w:tcPr>
            <w:tcW w:type="dxa" w:w="1506"/>
          </w:tcPr>
          <w:p>
            <w:r>
              <w:t>1.23</w:t>
            </w:r>
          </w:p>
        </w:tc>
      </w:tr>
      <w:tr>
        <w:tc>
          <w:tcPr>
            <w:tcW w:type="dxa" w:w="1506"/>
          </w:tcPr>
          <w:p>
            <w:r>
              <w:t>5</w:t>
            </w:r>
          </w:p>
        </w:tc>
        <w:tc>
          <w:tcPr>
            <w:tcW w:type="dxa" w:w="1506"/>
          </w:tcPr>
          <w:p>
            <w:r>
              <w:t>TM2800</w:t>
            </w:r>
          </w:p>
        </w:tc>
        <w:tc>
          <w:tcPr>
            <w:tcW w:type="dxa" w:w="1506"/>
          </w:tcPr>
          <w:p>
            <w:r>
              <w:t>Bột độn CaSO₄ — độ phủ, dễ chà nhám</w:t>
            </w:r>
          </w:p>
        </w:tc>
        <w:tc>
          <w:tcPr>
            <w:tcW w:type="dxa" w:w="1506"/>
          </w:tcPr>
          <w:p>
            <w:r>
              <w:t>9.25</w:t>
            </w:r>
          </w:p>
        </w:tc>
        <w:tc>
          <w:tcPr>
            <w:tcW w:type="dxa" w:w="1506"/>
          </w:tcPr>
          <w:p>
            <w:r>
              <w:t>7.25</w:t>
            </w:r>
          </w:p>
        </w:tc>
        <w:tc>
          <w:tcPr>
            <w:tcW w:type="dxa" w:w="1506"/>
          </w:tcPr>
          <w:p>
            <w:r>
              <w:t>5.00</w:t>
            </w:r>
          </w:p>
        </w:tc>
        <w:tc>
          <w:tcPr>
            <w:tcW w:type="dxa" w:w="1506"/>
          </w:tcPr>
          <w:p>
            <w:r>
              <w:t>5.00</w:t>
            </w:r>
          </w:p>
        </w:tc>
      </w:tr>
      <w:tr>
        <w:tc>
          <w:tcPr>
            <w:tcW w:type="dxa" w:w="1506"/>
          </w:tcPr>
          <w:p>
            <w:r>
              <w:t>6</w:t>
            </w:r>
          </w:p>
        </w:tc>
        <w:tc>
          <w:tcPr>
            <w:tcW w:type="dxa" w:w="1506"/>
          </w:tcPr>
          <w:p>
            <w:r>
              <w:t>A66 (AK60)</w:t>
            </w:r>
          </w:p>
        </w:tc>
        <w:tc>
          <w:tcPr>
            <w:tcW w:type="dxa" w:w="1506"/>
          </w:tcPr>
          <w:p>
            <w:r>
              <w:t>Nhựa TPA dẻo — tăng dẻo, bám dính (làm MỀM màng)</w:t>
            </w:r>
          </w:p>
        </w:tc>
        <w:tc>
          <w:tcPr>
            <w:tcW w:type="dxa" w:w="1506"/>
          </w:tcPr>
          <w:p>
            <w:r>
              <w:t>10.26</w:t>
            </w:r>
          </w:p>
        </w:tc>
        <w:tc>
          <w:tcPr>
            <w:tcW w:type="dxa" w:w="1506"/>
          </w:tcPr>
          <w:p>
            <w:r>
              <w:t>5.26</w:t>
            </w:r>
          </w:p>
        </w:tc>
        <w:tc>
          <w:tcPr>
            <w:tcW w:type="dxa" w:w="1506"/>
          </w:tcPr>
          <w:p>
            <w:r>
              <w:t>2.00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</w:tr>
      <w:tr>
        <w:tc>
          <w:tcPr>
            <w:tcW w:type="dxa" w:w="1506"/>
          </w:tcPr>
          <w:p>
            <w:r>
              <w:t>7</w:t>
            </w:r>
          </w:p>
        </w:tc>
        <w:tc>
          <w:tcPr>
            <w:tcW w:type="dxa" w:w="1506"/>
          </w:tcPr>
          <w:p>
            <w:r>
              <w:t>D-1173</w:t>
            </w:r>
          </w:p>
        </w:tc>
        <w:tc>
          <w:tcPr>
            <w:tcW w:type="dxa" w:w="1506"/>
          </w:tcPr>
          <w:p>
            <w:r>
              <w:t>PI hydroxy ketone — khô bề mặt</w:t>
            </w:r>
          </w:p>
        </w:tc>
        <w:tc>
          <w:tcPr>
            <w:tcW w:type="dxa" w:w="1506"/>
          </w:tcPr>
          <w:p>
            <w:r>
              <w:t>4.95</w:t>
            </w:r>
          </w:p>
        </w:tc>
        <w:tc>
          <w:tcPr>
            <w:tcW w:type="dxa" w:w="1506"/>
          </w:tcPr>
          <w:p>
            <w:r>
              <w:t>4.95</w:t>
            </w:r>
          </w:p>
        </w:tc>
        <w:tc>
          <w:tcPr>
            <w:tcW w:type="dxa" w:w="1506"/>
          </w:tcPr>
          <w:p>
            <w:r>
              <w:t>4.95</w:t>
            </w:r>
          </w:p>
        </w:tc>
        <w:tc>
          <w:tcPr>
            <w:tcW w:type="dxa" w:w="1506"/>
          </w:tcPr>
          <w:p>
            <w:r>
              <w:t>4.95</w:t>
            </w:r>
          </w:p>
        </w:tc>
      </w:tr>
      <w:tr>
        <w:tc>
          <w:tcPr>
            <w:tcW w:type="dxa" w:w="1506"/>
          </w:tcPr>
          <w:p>
            <w:r>
              <w:t>8</w:t>
            </w:r>
          </w:p>
        </w:tc>
        <w:tc>
          <w:tcPr>
            <w:tcW w:type="dxa" w:w="1506"/>
          </w:tcPr>
          <w:p>
            <w:r>
              <w:t>EM 231 (TMPTA)</w:t>
            </w:r>
          </w:p>
        </w:tc>
        <w:tc>
          <w:tcPr>
            <w:tcW w:type="dxa" w:w="1506"/>
          </w:tcPr>
          <w:p>
            <w:r>
              <w:t>Monomer 3 chức — tăng mật độ liên kết, cứng hơn,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6.40</w:t>
            </w:r>
          </w:p>
        </w:tc>
        <w:tc>
          <w:tcPr>
            <w:tcW w:type="dxa" w:w="1506"/>
          </w:tcPr>
          <w:p>
            <w:r>
              <w:t>9.00</w:t>
            </w:r>
          </w:p>
        </w:tc>
        <w:tc>
          <w:tcPr>
            <w:tcW w:type="dxa" w:w="1506"/>
          </w:tcPr>
          <w:p>
            <w:r>
              <w:t>11.00</w:t>
            </w:r>
          </w:p>
        </w:tc>
      </w:tr>
      <w:tr>
        <w:tc>
          <w:tcPr>
            <w:tcW w:type="dxa" w:w="1506"/>
          </w:tcPr>
          <w:p>
            <w:r>
              <w:t>9</w:t>
            </w:r>
          </w:p>
        </w:tc>
        <w:tc>
          <w:tcPr>
            <w:tcW w:type="dxa" w:w="1506"/>
          </w:tcPr>
          <w:p>
            <w:r>
              <w:t>BYK 346</w:t>
            </w:r>
          </w:p>
        </w:tc>
        <w:tc>
          <w:tcPr>
            <w:tcW w:type="dxa" w:w="1506"/>
          </w:tcPr>
          <w:p>
            <w:r>
              <w:t>Phụ gia thấm ướt/lán mặt — tăng đanh và cứng mặt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</w:tr>
      <w:tr>
        <w:tc>
          <w:tcPr>
            <w:tcW w:type="dxa" w:w="1506"/>
          </w:tcPr>
          <w:p>
            <w:r>
              <w:t>10</w:t>
            </w:r>
          </w:p>
        </w:tc>
        <w:tc>
          <w:tcPr>
            <w:tcW w:type="dxa" w:w="1506"/>
          </w:tcPr>
          <w:p>
            <w:r>
              <w:t>BYK 1798</w:t>
            </w:r>
          </w:p>
        </w:tc>
        <w:tc>
          <w:tcPr>
            <w:tcW w:type="dxa" w:w="1506"/>
          </w:tcPr>
          <w:p>
            <w:r>
              <w:t>Phụ gia phá bọt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</w:tr>
      <w:tr>
        <w:tc>
          <w:tcPr>
            <w:tcW w:type="dxa" w:w="1506"/>
          </w:tcPr>
          <w:p>
            <w:r>
              <w:t>11</w:t>
            </w:r>
          </w:p>
        </w:tc>
        <w:tc>
          <w:tcPr>
            <w:tcW w:type="dxa" w:w="1506"/>
          </w:tcPr>
          <w:p>
            <w:r>
              <w:t>BYK 410</w:t>
            </w:r>
          </w:p>
        </w:tc>
        <w:tc>
          <w:tcPr>
            <w:tcW w:type="dxa" w:w="1506"/>
          </w:tcPr>
          <w:p>
            <w:r>
              <w:t>Phụ gia tạo cấu trúc, chống chảy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</w:tr>
      <w:tr>
        <w:tc>
          <w:tcPr>
            <w:tcW w:type="dxa" w:w="1506"/>
          </w:tcPr>
          <w:p>
            <w:r>
              <w:t>12</w:t>
            </w:r>
          </w:p>
        </w:tc>
        <w:tc>
          <w:tcPr>
            <w:tcW w:type="dxa" w:w="1506"/>
          </w:tcPr>
          <w:p>
            <w:r>
              <w:t>EM 265</w:t>
            </w:r>
          </w:p>
        </w:tc>
        <w:tc>
          <w:tcPr>
            <w:tcW w:type="dxa" w:w="1506"/>
          </w:tcPr>
          <w:p>
            <w:r>
              <w:t>Monomer 6 chức (DPHA alkoxylated) — rất cứng, không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5.00</w:t>
            </w:r>
          </w:p>
        </w:tc>
        <w:tc>
          <w:tcPr>
            <w:tcW w:type="dxa" w:w="1506"/>
          </w:tcPr>
          <w:p>
            <w:r>
              <w:t>8.00</w:t>
            </w:r>
          </w:p>
        </w:tc>
      </w:tr>
      <w:tr>
        <w:tc>
          <w:tcPr>
            <w:tcW w:type="dxa" w:w="1506"/>
          </w:tcPr>
          <w:p>
            <w:r>
              <w:t>13</w:t>
            </w:r>
          </w:p>
        </w:tc>
        <w:tc>
          <w:tcPr>
            <w:tcW w:type="dxa" w:w="1506"/>
          </w:tcPr>
          <w:p>
            <w:r>
              <w:t>TPO</w:t>
            </w:r>
          </w:p>
        </w:tc>
        <w:tc>
          <w:tcPr>
            <w:tcW w:type="dxa" w:w="1506"/>
          </w:tcPr>
          <w:p>
            <w:r>
              <w:t>PI chiều sâu (acylphosphine oxide) — đóng rắn màng dày, có thể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0.91</w:t>
            </w:r>
          </w:p>
        </w:tc>
        <w:tc>
          <w:tcPr>
            <w:tcW w:type="dxa" w:w="1506"/>
          </w:tcPr>
          <w:p>
            <w:r>
              <w:t>0.97</w:t>
            </w:r>
          </w:p>
        </w:tc>
      </w:tr>
      <w:tr>
        <w:tc>
          <w:tcPr>
            <w:tcW w:type="dxa" w:w="1506"/>
          </w:tcPr>
          <w:p>
            <w:r>
              <w:t>14</w:t>
            </w:r>
          </w:p>
        </w:tc>
        <w:tc>
          <w:tcPr>
            <w:tcW w:type="dxa" w:w="1506"/>
          </w:tcPr>
          <w:p>
            <w:r>
              <w:t>DPHA-80</w:t>
            </w:r>
          </w:p>
        </w:tc>
        <w:tc>
          <w:tcPr>
            <w:tcW w:type="dxa" w:w="1506"/>
          </w:tcPr>
          <w:p>
            <w:r>
              <w:t>Monomer 5,5 chức (DPHA 80 %) — cứng, khô nhanh, giòn hơn DPHA-90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6.00</w:t>
            </w:r>
          </w:p>
        </w:tc>
      </w:tr>
      <w:tr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</w:tr>
    </w:tbl>
    <w:p>
      <w:r>
        <w:t>Mức M4 (chi tiết):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HE-421F (B-113)</w:t>
            </w:r>
          </w:p>
        </w:tc>
        <w:tc>
          <w:tcPr>
            <w:tcW w:type="dxa" w:w="3513"/>
          </w:tcPr>
          <w:p>
            <w:r>
              <w:t>44.00</w:t>
            </w:r>
          </w:p>
        </w:tc>
        <w:tc>
          <w:tcPr>
            <w:tcW w:type="dxa" w:w="3513"/>
          </w:tcPr>
          <w:p>
            <w:r>
              <w:t>Nhựa epoxy acrylate 2 chức — nền cứng, bám dính</w:t>
            </w:r>
          </w:p>
        </w:tc>
      </w:tr>
      <w:tr>
        <w:tc>
          <w:tcPr>
            <w:tcW w:type="dxa" w:w="3513"/>
          </w:tcPr>
          <w:p>
            <w:r>
              <w:t>W-522</w:t>
            </w:r>
          </w:p>
        </w:tc>
        <w:tc>
          <w:tcPr>
            <w:tcW w:type="dxa" w:w="3513"/>
          </w:tcPr>
          <w:p>
            <w:r>
              <w:t>15.00</w:t>
            </w:r>
          </w:p>
        </w:tc>
        <w:tc>
          <w:tcPr>
            <w:tcW w:type="dxa" w:w="3513"/>
          </w:tcPr>
          <w:p>
            <w:r>
              <w:t>Polyester acrylate 2 chức — giảm giá, bám dính</w:t>
            </w:r>
          </w:p>
        </w:tc>
      </w:tr>
      <w:tr>
        <w:tc>
          <w:tcPr>
            <w:tcW w:type="dxa" w:w="3513"/>
          </w:tcPr>
          <w:p>
            <w:r>
              <w:t>TPGDA (EM 223)</w:t>
            </w:r>
          </w:p>
        </w:tc>
        <w:tc>
          <w:tcPr>
            <w:tcW w:type="dxa" w:w="3513"/>
          </w:tcPr>
          <w:p>
            <w:r>
              <w:t>2.25</w:t>
            </w:r>
          </w:p>
        </w:tc>
        <w:tc>
          <w:tcPr>
            <w:tcW w:type="dxa" w:w="3513"/>
          </w:tcPr>
          <w:p>
            <w:r>
              <w:t>Monomer 2 chức — pha loãng, dẻo</w:t>
            </w:r>
          </w:p>
        </w:tc>
      </w:tr>
      <w:tr>
        <w:tc>
          <w:tcPr>
            <w:tcW w:type="dxa" w:w="3513"/>
          </w:tcPr>
          <w:p>
            <w:r>
              <w:t>PA-9083</w:t>
            </w:r>
          </w:p>
        </w:tc>
        <w:tc>
          <w:tcPr>
            <w:tcW w:type="dxa" w:w="3513"/>
          </w:tcPr>
          <w:p>
            <w:r>
              <w:t>1.23</w:t>
            </w:r>
          </w:p>
        </w:tc>
        <w:tc>
          <w:tcPr>
            <w:tcW w:type="dxa" w:w="3513"/>
          </w:tcPr>
          <w:p>
            <w:r>
              <w:t>Phụ gia bám dính phosphate acrylate</w:t>
            </w:r>
          </w:p>
        </w:tc>
      </w:tr>
      <w:tr>
        <w:tc>
          <w:tcPr>
            <w:tcW w:type="dxa" w:w="3513"/>
          </w:tcPr>
          <w:p>
            <w:r>
              <w:t>TM2800</w:t>
            </w:r>
          </w:p>
        </w:tc>
        <w:tc>
          <w:tcPr>
            <w:tcW w:type="dxa" w:w="3513"/>
          </w:tcPr>
          <w:p>
            <w:r>
              <w:t>5.00</w:t>
            </w:r>
          </w:p>
        </w:tc>
        <w:tc>
          <w:tcPr>
            <w:tcW w:type="dxa" w:w="3513"/>
          </w:tcPr>
          <w:p>
            <w:r>
              <w:t>Bột độn CaSO₄ — độ phủ, dễ chà nhám</w:t>
            </w:r>
          </w:p>
        </w:tc>
      </w:tr>
      <w:tr>
        <w:tc>
          <w:tcPr>
            <w:tcW w:type="dxa" w:w="3513"/>
          </w:tcPr>
          <w:p>
            <w:r>
              <w:t>A66 (AK60)</w:t>
            </w:r>
          </w:p>
        </w:tc>
        <w:tc>
          <w:tcPr>
            <w:tcW w:type="dxa" w:w="3513"/>
          </w:tcPr>
          <w:p>
            <w:r>
              <w:t>1.00</w:t>
            </w:r>
          </w:p>
        </w:tc>
        <w:tc>
          <w:tcPr>
            <w:tcW w:type="dxa" w:w="3513"/>
          </w:tcPr>
          <w:p>
            <w:r>
              <w:t>Nhựa TPA dẻo — tăng dẻo, bám dính (làm MỀM màng)</w:t>
            </w:r>
          </w:p>
        </w:tc>
      </w:tr>
      <w:tr>
        <w:tc>
          <w:tcPr>
            <w:tcW w:type="dxa" w:w="3513"/>
          </w:tcPr>
          <w:p>
            <w:r>
              <w:t>D-1173</w:t>
            </w:r>
          </w:p>
        </w:tc>
        <w:tc>
          <w:tcPr>
            <w:tcW w:type="dxa" w:w="3513"/>
          </w:tcPr>
          <w:p>
            <w:r>
              <w:t>4.95</w:t>
            </w:r>
          </w:p>
        </w:tc>
        <w:tc>
          <w:tcPr>
            <w:tcW w:type="dxa" w:w="3513"/>
          </w:tcPr>
          <w:p>
            <w:r>
              <w:t>PI hydroxy ketone — khô bề mặt</w:t>
            </w:r>
          </w:p>
        </w:tc>
      </w:tr>
      <w:tr>
        <w:tc>
          <w:tcPr>
            <w:tcW w:type="dxa" w:w="3513"/>
          </w:tcPr>
          <w:p>
            <w:r>
              <w:t>EM 231 (TMPTA)</w:t>
            </w:r>
          </w:p>
        </w:tc>
        <w:tc>
          <w:tcPr>
            <w:tcW w:type="dxa" w:w="3513"/>
          </w:tcPr>
          <w:p>
            <w:r>
              <w:t>11.00</w:t>
            </w:r>
          </w:p>
        </w:tc>
        <w:tc>
          <w:tcPr>
            <w:tcW w:type="dxa" w:w="3513"/>
          </w:tcPr>
          <w:p>
            <w:r>
              <w:t>Monomer 3 chức — tăng mật độ liên kết, cứng hơn, ngã vàng</w:t>
            </w:r>
          </w:p>
        </w:tc>
      </w:tr>
      <w:tr>
        <w:tc>
          <w:tcPr>
            <w:tcW w:type="dxa" w:w="3513"/>
          </w:tcPr>
          <w:p>
            <w:r>
              <w:t>EM 265</w:t>
            </w:r>
          </w:p>
        </w:tc>
        <w:tc>
          <w:tcPr>
            <w:tcW w:type="dxa" w:w="3513"/>
          </w:tcPr>
          <w:p>
            <w:r>
              <w:t>8.00</w:t>
            </w:r>
          </w:p>
        </w:tc>
        <w:tc>
          <w:tcPr>
            <w:tcW w:type="dxa" w:w="3513"/>
          </w:tcPr>
          <w:p>
            <w:r>
              <w:t>Monomer 6 chức (DPHA alkoxylated) — rất cứng, không ngã vàng</w:t>
            </w:r>
          </w:p>
        </w:tc>
      </w:tr>
      <w:tr>
        <w:tc>
          <w:tcPr>
            <w:tcW w:type="dxa" w:w="3513"/>
          </w:tcPr>
          <w:p>
            <w:r>
              <w:t>DPHA-80</w:t>
            </w:r>
          </w:p>
        </w:tc>
        <w:tc>
          <w:tcPr>
            <w:tcW w:type="dxa" w:w="3513"/>
          </w:tcPr>
          <w:p>
            <w:r>
              <w:t>6.00</w:t>
            </w:r>
          </w:p>
        </w:tc>
        <w:tc>
          <w:tcPr>
            <w:tcW w:type="dxa" w:w="3513"/>
          </w:tcPr>
          <w:p>
            <w:r>
              <w:t>Monomer 5,5 chức (DPHA 80 %) — cứng, khô nhanh, giòn hơn DPHA-90</w:t>
            </w:r>
          </w:p>
        </w:tc>
      </w:tr>
      <w:tr>
        <w:tc>
          <w:tcPr>
            <w:tcW w:type="dxa" w:w="3513"/>
          </w:tcPr>
          <w:p>
            <w:r>
              <w:t>TPO</w:t>
            </w:r>
          </w:p>
        </w:tc>
        <w:tc>
          <w:tcPr>
            <w:tcW w:type="dxa" w:w="3513"/>
          </w:tcPr>
          <w:p>
            <w:r>
              <w:t>0.97</w:t>
            </w:r>
          </w:p>
        </w:tc>
        <w:tc>
          <w:tcPr>
            <w:tcW w:type="dxa" w:w="3513"/>
          </w:tcPr>
          <w:p>
            <w:r>
              <w:t>PI chiều sâu (acylphosphine oxide) — đóng rắn màng dày, có thể ngã vàng</w:t>
            </w:r>
          </w:p>
        </w:tc>
      </w:tr>
      <w:tr>
        <w:tc>
          <w:tcPr>
            <w:tcW w:type="dxa" w:w="3513"/>
          </w:tcPr>
          <w:p>
            <w:r>
              <w:t>BYK 346</w:t>
            </w:r>
          </w:p>
        </w:tc>
        <w:tc>
          <w:tcPr>
            <w:tcW w:type="dxa" w:w="3513"/>
          </w:tcPr>
          <w:p>
            <w:r>
              <w:t>0.30</w:t>
            </w:r>
          </w:p>
        </w:tc>
        <w:tc>
          <w:tcPr>
            <w:tcW w:type="dxa" w:w="3513"/>
          </w:tcPr>
          <w:p>
            <w:r>
              <w:t>Phụ gia thấm ướt/lán mặt — tăng đanh và cứng mặt</w:t>
            </w:r>
          </w:p>
        </w:tc>
      </w:tr>
      <w:tr>
        <w:tc>
          <w:tcPr>
            <w:tcW w:type="dxa" w:w="3513"/>
          </w:tcPr>
          <w:p>
            <w:r>
              <w:t>BYK 1798</w:t>
            </w:r>
          </w:p>
        </w:tc>
        <w:tc>
          <w:tcPr>
            <w:tcW w:type="dxa" w:w="3513"/>
          </w:tcPr>
          <w:p>
            <w:r>
              <w:t>0.10</w:t>
            </w:r>
          </w:p>
        </w:tc>
        <w:tc>
          <w:tcPr>
            <w:tcW w:type="dxa" w:w="3513"/>
          </w:tcPr>
          <w:p>
            <w:r>
              <w:t>Phụ gia phá bọt</w:t>
            </w:r>
          </w:p>
        </w:tc>
      </w:tr>
      <w:tr>
        <w:tc>
          <w:tcPr>
            <w:tcW w:type="dxa" w:w="3513"/>
          </w:tcPr>
          <w:p>
            <w:r>
              <w:t>BYK 410</w:t>
            </w:r>
          </w:p>
        </w:tc>
        <w:tc>
          <w:tcPr>
            <w:tcW w:type="dxa" w:w="3513"/>
          </w:tcPr>
          <w:p>
            <w:r>
              <w:t>0.20</w:t>
            </w:r>
          </w:p>
        </w:tc>
        <w:tc>
          <w:tcPr>
            <w:tcW w:type="dxa" w:w="3513"/>
          </w:tcPr>
          <w:p>
            <w:r>
              <w:t>Phụ gia tạo cấu trúc, chống chảy</w:t>
            </w:r>
          </w:p>
        </w:tc>
      </w:tr>
    </w:tbl>
    <w:p/>
    <w:p>
      <w:pPr>
        <w:pStyle w:val="Heading2"/>
      </w:pPr>
      <w:r>
        <w:t>BÓNG MỜ HỆ UV — nền BTUV_2407_Topcoat_Matte_PHT.md</w:t>
      </w:r>
    </w:p>
    <w:p>
      <w:r>
        <w:t xml:space="preserve">Bóng mờ: bỏ dần 2EHA (đơn chức, dẻo) và HDDA, tăng TMPTA/EM 265/DPHA-80; ED 30 giữ nguyên để không đổi độ mờ; JH-10 thêm ở mức cao để tăng chống mài mòn. 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</w:tcPr>
          <w:p>
            <w:r>
              <w:rPr>
                <w:b/>
              </w:rPr>
              <w:t>STT</w:t>
            </w:r>
          </w:p>
        </w:tc>
        <w:tc>
          <w:tcPr>
            <w:tcW w:type="dxa" w:w="1506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1506"/>
          </w:tcPr>
          <w:p>
            <w:r>
              <w:rPr>
                <w:b/>
              </w:rPr>
              <w:t>Vai trò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M1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M2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M3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M4 (g)</w:t>
            </w:r>
          </w:p>
        </w:tc>
      </w:tr>
      <w:tr>
        <w:tc>
          <w:tcPr>
            <w:tcW w:type="dxa" w:w="1506"/>
          </w:tcPr>
          <w:p>
            <w:r>
              <w:t>1</w:t>
            </w:r>
          </w:p>
        </w:tc>
        <w:tc>
          <w:tcPr>
            <w:tcW w:type="dxa" w:w="1506"/>
          </w:tcPr>
          <w:p>
            <w:r>
              <w:t>W-160D</w:t>
            </w:r>
          </w:p>
        </w:tc>
        <w:tc>
          <w:tcPr>
            <w:tcW w:type="dxa" w:w="1506"/>
          </w:tcPr>
          <w:p>
            <w:r>
              <w:t>Polyurethane acrylate 2 chức — cứng, không ngã vàng</w:t>
            </w:r>
          </w:p>
        </w:tc>
        <w:tc>
          <w:tcPr>
            <w:tcW w:type="dxa" w:w="1506"/>
          </w:tcPr>
          <w:p>
            <w:r>
              <w:t>39.98</w:t>
            </w:r>
          </w:p>
        </w:tc>
        <w:tc>
          <w:tcPr>
            <w:tcW w:type="dxa" w:w="1506"/>
          </w:tcPr>
          <w:p>
            <w:r>
              <w:t>39.98</w:t>
            </w:r>
          </w:p>
        </w:tc>
        <w:tc>
          <w:tcPr>
            <w:tcW w:type="dxa" w:w="1506"/>
          </w:tcPr>
          <w:p>
            <w:r>
              <w:t>34.24</w:t>
            </w:r>
          </w:p>
        </w:tc>
        <w:tc>
          <w:tcPr>
            <w:tcW w:type="dxa" w:w="1506"/>
          </w:tcPr>
          <w:p>
            <w:r>
              <w:t>27.98</w:t>
            </w:r>
          </w:p>
        </w:tc>
      </w:tr>
      <w:tr>
        <w:tc>
          <w:tcPr>
            <w:tcW w:type="dxa" w:w="1506"/>
          </w:tcPr>
          <w:p>
            <w:r>
              <w:t>2</w:t>
            </w:r>
          </w:p>
        </w:tc>
        <w:tc>
          <w:tcPr>
            <w:tcW w:type="dxa" w:w="1506"/>
          </w:tcPr>
          <w:p>
            <w:r>
              <w:t>EM 221 (HDDA)</w:t>
            </w:r>
          </w:p>
        </w:tc>
        <w:tc>
          <w:tcPr>
            <w:tcW w:type="dxa" w:w="1506"/>
          </w:tcPr>
          <w:p>
            <w:r>
              <w:t>Monomer 2 chức — khô nhanh, không ngã vàng</w:t>
            </w:r>
          </w:p>
        </w:tc>
        <w:tc>
          <w:tcPr>
            <w:tcW w:type="dxa" w:w="1506"/>
          </w:tcPr>
          <w:p>
            <w:r>
              <w:t>19.92</w:t>
            </w:r>
          </w:p>
        </w:tc>
        <w:tc>
          <w:tcPr>
            <w:tcW w:type="dxa" w:w="1506"/>
          </w:tcPr>
          <w:p>
            <w:r>
              <w:t>16.92</w:t>
            </w:r>
          </w:p>
        </w:tc>
        <w:tc>
          <w:tcPr>
            <w:tcW w:type="dxa" w:w="1506"/>
          </w:tcPr>
          <w:p>
            <w:r>
              <w:t>11.92</w:t>
            </w:r>
          </w:p>
        </w:tc>
        <w:tc>
          <w:tcPr>
            <w:tcW w:type="dxa" w:w="1506"/>
          </w:tcPr>
          <w:p>
            <w:r>
              <w:t>10.00</w:t>
            </w:r>
          </w:p>
        </w:tc>
      </w:tr>
      <w:tr>
        <w:tc>
          <w:tcPr>
            <w:tcW w:type="dxa" w:w="1506"/>
          </w:tcPr>
          <w:p>
            <w:r>
              <w:t>3</w:t>
            </w:r>
          </w:p>
        </w:tc>
        <w:tc>
          <w:tcPr>
            <w:tcW w:type="dxa" w:w="1506"/>
          </w:tcPr>
          <w:p>
            <w:r>
              <w:t>2EHA</w:t>
            </w:r>
          </w:p>
        </w:tc>
        <w:tc>
          <w:tcPr>
            <w:tcW w:type="dxa" w:w="1506"/>
          </w:tcPr>
          <w:p>
            <w:r>
              <w:t>Monomer ĐƠN chức — dẻo hoá (làm mềm màng)</w:t>
            </w:r>
          </w:p>
        </w:tc>
        <w:tc>
          <w:tcPr>
            <w:tcW w:type="dxa" w:w="1506"/>
          </w:tcPr>
          <w:p>
            <w:r>
              <w:t>6.64</w:t>
            </w:r>
          </w:p>
        </w:tc>
        <w:tc>
          <w:tcPr>
            <w:tcW w:type="dxa" w:w="1506"/>
          </w:tcPr>
          <w:p>
            <w:r>
              <w:t>1.64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</w:tr>
      <w:tr>
        <w:tc>
          <w:tcPr>
            <w:tcW w:type="dxa" w:w="1506"/>
          </w:tcPr>
          <w:p>
            <w:r>
              <w:t>4</w:t>
            </w:r>
          </w:p>
        </w:tc>
        <w:tc>
          <w:tcPr>
            <w:tcW w:type="dxa" w:w="1506"/>
          </w:tcPr>
          <w:p>
            <w:r>
              <w:t>BYK 2150</w:t>
            </w:r>
          </w:p>
        </w:tc>
        <w:tc>
          <w:tcPr>
            <w:tcW w:type="dxa" w:w="1506"/>
          </w:tcPr>
          <w:p>
            <w:r>
              <w:t>Phụ gia phân tán bột mờ</w:t>
            </w:r>
          </w:p>
        </w:tc>
        <w:tc>
          <w:tcPr>
            <w:tcW w:type="dxa" w:w="1506"/>
          </w:tcPr>
          <w:p>
            <w:r>
              <w:t>3.06</w:t>
            </w:r>
          </w:p>
        </w:tc>
        <w:tc>
          <w:tcPr>
            <w:tcW w:type="dxa" w:w="1506"/>
          </w:tcPr>
          <w:p>
            <w:r>
              <w:t>3.06</w:t>
            </w:r>
          </w:p>
        </w:tc>
        <w:tc>
          <w:tcPr>
            <w:tcW w:type="dxa" w:w="1506"/>
          </w:tcPr>
          <w:p>
            <w:r>
              <w:t>3.06</w:t>
            </w:r>
          </w:p>
        </w:tc>
        <w:tc>
          <w:tcPr>
            <w:tcW w:type="dxa" w:w="1506"/>
          </w:tcPr>
          <w:p>
            <w:r>
              <w:t>3.06</w:t>
            </w:r>
          </w:p>
        </w:tc>
      </w:tr>
      <w:tr>
        <w:tc>
          <w:tcPr>
            <w:tcW w:type="dxa" w:w="1506"/>
          </w:tcPr>
          <w:p>
            <w:r>
              <w:t>5</w:t>
            </w:r>
          </w:p>
        </w:tc>
        <w:tc>
          <w:tcPr>
            <w:tcW w:type="dxa" w:w="1506"/>
          </w:tcPr>
          <w:p>
            <w:r>
              <w:t>Tacl MX20P</w:t>
            </w:r>
          </w:p>
        </w:tc>
        <w:tc>
          <w:tcPr>
            <w:tcW w:type="dxa" w:w="1506"/>
          </w:tcPr>
          <w:p>
            <w:r>
              <w:t>Bột talc — độn, dễ chà nhám</w:t>
            </w:r>
          </w:p>
        </w:tc>
        <w:tc>
          <w:tcPr>
            <w:tcW w:type="dxa" w:w="1506"/>
          </w:tcPr>
          <w:p>
            <w:r>
              <w:t>7.30</w:t>
            </w:r>
          </w:p>
        </w:tc>
        <w:tc>
          <w:tcPr>
            <w:tcW w:type="dxa" w:w="1506"/>
          </w:tcPr>
          <w:p>
            <w:r>
              <w:t>7.30</w:t>
            </w:r>
          </w:p>
        </w:tc>
        <w:tc>
          <w:tcPr>
            <w:tcW w:type="dxa" w:w="1506"/>
          </w:tcPr>
          <w:p>
            <w:r>
              <w:t>7.30</w:t>
            </w:r>
          </w:p>
        </w:tc>
        <w:tc>
          <w:tcPr>
            <w:tcW w:type="dxa" w:w="1506"/>
          </w:tcPr>
          <w:p>
            <w:r>
              <w:t>7.30</w:t>
            </w:r>
          </w:p>
        </w:tc>
      </w:tr>
      <w:tr>
        <w:tc>
          <w:tcPr>
            <w:tcW w:type="dxa" w:w="1506"/>
          </w:tcPr>
          <w:p>
            <w:r>
              <w:t>6</w:t>
            </w:r>
          </w:p>
        </w:tc>
        <w:tc>
          <w:tcPr>
            <w:tcW w:type="dxa" w:w="1506"/>
          </w:tcPr>
          <w:p>
            <w:r>
              <w:t>TO 8120M</w:t>
            </w:r>
          </w:p>
        </w:tc>
        <w:tc>
          <w:tcPr>
            <w:tcW w:type="dxa" w:w="1506"/>
          </w:tcPr>
          <w:p>
            <w:r>
              <w:t>Sáp PE — chống xước, tạo hiệu ứng mờ</w:t>
            </w:r>
          </w:p>
        </w:tc>
        <w:tc>
          <w:tcPr>
            <w:tcW w:type="dxa" w:w="1506"/>
          </w:tcPr>
          <w:p>
            <w:r>
              <w:t>3.50</w:t>
            </w:r>
          </w:p>
        </w:tc>
        <w:tc>
          <w:tcPr>
            <w:tcW w:type="dxa" w:w="1506"/>
          </w:tcPr>
          <w:p>
            <w:r>
              <w:t>3.50</w:t>
            </w:r>
          </w:p>
        </w:tc>
        <w:tc>
          <w:tcPr>
            <w:tcW w:type="dxa" w:w="1506"/>
          </w:tcPr>
          <w:p>
            <w:r>
              <w:t>3.50</w:t>
            </w:r>
          </w:p>
        </w:tc>
        <w:tc>
          <w:tcPr>
            <w:tcW w:type="dxa" w:w="1506"/>
          </w:tcPr>
          <w:p>
            <w:r>
              <w:t>3.50</w:t>
            </w:r>
          </w:p>
        </w:tc>
      </w:tr>
      <w:tr>
        <w:tc>
          <w:tcPr>
            <w:tcW w:type="dxa" w:w="1506"/>
          </w:tcPr>
          <w:p>
            <w:r>
              <w:t>7</w:t>
            </w:r>
          </w:p>
        </w:tc>
        <w:tc>
          <w:tcPr>
            <w:tcW w:type="dxa" w:w="1506"/>
          </w:tcPr>
          <w:p>
            <w:r>
              <w:t>ED 30</w:t>
            </w:r>
          </w:p>
        </w:tc>
        <w:tc>
          <w:tcPr>
            <w:tcW w:type="dxa" w:w="1506"/>
          </w:tcPr>
          <w:p>
            <w:r>
              <w:t>Silica micronized — chất làm mờ</w:t>
            </w:r>
          </w:p>
        </w:tc>
        <w:tc>
          <w:tcPr>
            <w:tcW w:type="dxa" w:w="1506"/>
          </w:tcPr>
          <w:p>
            <w:r>
              <w:t>14.80</w:t>
            </w:r>
          </w:p>
        </w:tc>
        <w:tc>
          <w:tcPr>
            <w:tcW w:type="dxa" w:w="1506"/>
          </w:tcPr>
          <w:p>
            <w:r>
              <w:t>14.80</w:t>
            </w:r>
          </w:p>
        </w:tc>
        <w:tc>
          <w:tcPr>
            <w:tcW w:type="dxa" w:w="1506"/>
          </w:tcPr>
          <w:p>
            <w:r>
              <w:t>14.80</w:t>
            </w:r>
          </w:p>
        </w:tc>
        <w:tc>
          <w:tcPr>
            <w:tcW w:type="dxa" w:w="1506"/>
          </w:tcPr>
          <w:p>
            <w:r>
              <w:t>14.80</w:t>
            </w:r>
          </w:p>
        </w:tc>
      </w:tr>
      <w:tr>
        <w:tc>
          <w:tcPr>
            <w:tcW w:type="dxa" w:w="1506"/>
          </w:tcPr>
          <w:p>
            <w:r>
              <w:t>8</w:t>
            </w:r>
          </w:p>
        </w:tc>
        <w:tc>
          <w:tcPr>
            <w:tcW w:type="dxa" w:w="1506"/>
          </w:tcPr>
          <w:p>
            <w:r>
              <w:t>dd OCB 20%-BuAc</w:t>
            </w:r>
          </w:p>
        </w:tc>
        <w:tc>
          <w:tcPr>
            <w:tcW w:type="dxa" w:w="1506"/>
          </w:tcPr>
          <w:p>
            <w:r>
              <w:t>Tăng trắng quang học</w:t>
            </w:r>
          </w:p>
        </w:tc>
        <w:tc>
          <w:tcPr>
            <w:tcW w:type="dxa" w:w="1506"/>
          </w:tcPr>
          <w:p>
            <w:r>
              <w:t>0.31</w:t>
            </w:r>
          </w:p>
        </w:tc>
        <w:tc>
          <w:tcPr>
            <w:tcW w:type="dxa" w:w="1506"/>
          </w:tcPr>
          <w:p>
            <w:r>
              <w:t>0.31</w:t>
            </w:r>
          </w:p>
        </w:tc>
        <w:tc>
          <w:tcPr>
            <w:tcW w:type="dxa" w:w="1506"/>
          </w:tcPr>
          <w:p>
            <w:r>
              <w:t>0.31</w:t>
            </w:r>
          </w:p>
        </w:tc>
        <w:tc>
          <w:tcPr>
            <w:tcW w:type="dxa" w:w="1506"/>
          </w:tcPr>
          <w:p>
            <w:r>
              <w:t>0.31</w:t>
            </w:r>
          </w:p>
        </w:tc>
      </w:tr>
      <w:tr>
        <w:tc>
          <w:tcPr>
            <w:tcW w:type="dxa" w:w="1506"/>
          </w:tcPr>
          <w:p>
            <w:r>
              <w:t>9</w:t>
            </w:r>
          </w:p>
        </w:tc>
        <w:tc>
          <w:tcPr>
            <w:tcW w:type="dxa" w:w="1506"/>
          </w:tcPr>
          <w:p>
            <w:r>
              <w:t>PI-184</w:t>
            </w:r>
          </w:p>
        </w:tc>
        <w:tc>
          <w:tcPr>
            <w:tcW w:type="dxa" w:w="1506"/>
          </w:tcPr>
          <w:p>
            <w:r>
              <w:t>PI kết hợp — khô mặt + chiều sâu, ít ngã vàng</w:t>
            </w:r>
          </w:p>
        </w:tc>
        <w:tc>
          <w:tcPr>
            <w:tcW w:type="dxa" w:w="1506"/>
          </w:tcPr>
          <w:p>
            <w:r>
              <w:t>4.49</w:t>
            </w:r>
          </w:p>
        </w:tc>
        <w:tc>
          <w:tcPr>
            <w:tcW w:type="dxa" w:w="1506"/>
          </w:tcPr>
          <w:p>
            <w:r>
              <w:t>4.49</w:t>
            </w:r>
          </w:p>
        </w:tc>
        <w:tc>
          <w:tcPr>
            <w:tcW w:type="dxa" w:w="1506"/>
          </w:tcPr>
          <w:p>
            <w:r>
              <w:t>4.49</w:t>
            </w:r>
          </w:p>
        </w:tc>
        <w:tc>
          <w:tcPr>
            <w:tcW w:type="dxa" w:w="1506"/>
          </w:tcPr>
          <w:p>
            <w:r>
              <w:t>4.49</w:t>
            </w:r>
          </w:p>
        </w:tc>
      </w:tr>
      <w:tr>
        <w:tc>
          <w:tcPr>
            <w:tcW w:type="dxa" w:w="1506"/>
          </w:tcPr>
          <w:p>
            <w:r>
              <w:t>10</w:t>
            </w:r>
          </w:p>
        </w:tc>
        <w:tc>
          <w:tcPr>
            <w:tcW w:type="dxa" w:w="1506"/>
          </w:tcPr>
          <w:p>
            <w:r>
              <w:t>EM 231 (TMPTA)</w:t>
            </w:r>
          </w:p>
        </w:tc>
        <w:tc>
          <w:tcPr>
            <w:tcW w:type="dxa" w:w="1506"/>
          </w:tcPr>
          <w:p>
            <w:r>
              <w:t>Monomer 3 chức — tăng mật độ liên kết, cứng hơn,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6.40</w:t>
            </w:r>
          </w:p>
        </w:tc>
        <w:tc>
          <w:tcPr>
            <w:tcW w:type="dxa" w:w="1506"/>
          </w:tcPr>
          <w:p>
            <w:r>
              <w:t>10.00</w:t>
            </w:r>
          </w:p>
        </w:tc>
        <w:tc>
          <w:tcPr>
            <w:tcW w:type="dxa" w:w="1506"/>
          </w:tcPr>
          <w:p>
            <w:r>
              <w:t>12.00</w:t>
            </w:r>
          </w:p>
        </w:tc>
      </w:tr>
      <w:tr>
        <w:tc>
          <w:tcPr>
            <w:tcW w:type="dxa" w:w="1506"/>
          </w:tcPr>
          <w:p>
            <w:r>
              <w:t>11</w:t>
            </w:r>
          </w:p>
        </w:tc>
        <w:tc>
          <w:tcPr>
            <w:tcW w:type="dxa" w:w="1506"/>
          </w:tcPr>
          <w:p>
            <w:r>
              <w:t>TPO</w:t>
            </w:r>
          </w:p>
        </w:tc>
        <w:tc>
          <w:tcPr>
            <w:tcW w:type="dxa" w:w="1506"/>
          </w:tcPr>
          <w:p>
            <w:r>
              <w:t>PI chiều sâu (acylphosphine oxide) — đóng rắn màng dày, có thể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</w:tr>
      <w:tr>
        <w:tc>
          <w:tcPr>
            <w:tcW w:type="dxa" w:w="1506"/>
          </w:tcPr>
          <w:p>
            <w:r>
              <w:t>12</w:t>
            </w:r>
          </w:p>
        </w:tc>
        <w:tc>
          <w:tcPr>
            <w:tcW w:type="dxa" w:w="1506"/>
          </w:tcPr>
          <w:p>
            <w:r>
              <w:t>BYK 346</w:t>
            </w:r>
          </w:p>
        </w:tc>
        <w:tc>
          <w:tcPr>
            <w:tcW w:type="dxa" w:w="1506"/>
          </w:tcPr>
          <w:p>
            <w:r>
              <w:t>Phụ gia thấm ướt/lán mặt — tăng đanh và cứng mặt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</w:tr>
      <w:tr>
        <w:tc>
          <w:tcPr>
            <w:tcW w:type="dxa" w:w="1506"/>
          </w:tcPr>
          <w:p>
            <w:r>
              <w:t>13</w:t>
            </w:r>
          </w:p>
        </w:tc>
        <w:tc>
          <w:tcPr>
            <w:tcW w:type="dxa" w:w="1506"/>
          </w:tcPr>
          <w:p>
            <w:r>
              <w:t>BYK 1798</w:t>
            </w:r>
          </w:p>
        </w:tc>
        <w:tc>
          <w:tcPr>
            <w:tcW w:type="dxa" w:w="1506"/>
          </w:tcPr>
          <w:p>
            <w:r>
              <w:t>Phụ gia phá bọt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</w:tr>
      <w:tr>
        <w:tc>
          <w:tcPr>
            <w:tcW w:type="dxa" w:w="1506"/>
          </w:tcPr>
          <w:p>
            <w:r>
              <w:t>14</w:t>
            </w:r>
          </w:p>
        </w:tc>
        <w:tc>
          <w:tcPr>
            <w:tcW w:type="dxa" w:w="1506"/>
          </w:tcPr>
          <w:p>
            <w:r>
              <w:t>BYK 410</w:t>
            </w:r>
          </w:p>
        </w:tc>
        <w:tc>
          <w:tcPr>
            <w:tcW w:type="dxa" w:w="1506"/>
          </w:tcPr>
          <w:p>
            <w:r>
              <w:t>Phụ gia tạo cấu trúc, chống chảy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</w:tr>
      <w:tr>
        <w:tc>
          <w:tcPr>
            <w:tcW w:type="dxa" w:w="1506"/>
          </w:tcPr>
          <w:p>
            <w:r>
              <w:t>15</w:t>
            </w:r>
          </w:p>
        </w:tc>
        <w:tc>
          <w:tcPr>
            <w:tcW w:type="dxa" w:w="1506"/>
          </w:tcPr>
          <w:p>
            <w:r>
              <w:t>EM 265</w:t>
            </w:r>
          </w:p>
        </w:tc>
        <w:tc>
          <w:tcPr>
            <w:tcW w:type="dxa" w:w="1506"/>
          </w:tcPr>
          <w:p>
            <w:r>
              <w:t>Monomer 6 chức (DPHA alkoxylated) — rất cứng, không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7.64</w:t>
            </w:r>
          </w:p>
        </w:tc>
        <w:tc>
          <w:tcPr>
            <w:tcW w:type="dxa" w:w="1506"/>
          </w:tcPr>
          <w:p>
            <w:r>
              <w:t>9.00</w:t>
            </w:r>
          </w:p>
        </w:tc>
      </w:tr>
      <w:tr>
        <w:tc>
          <w:tcPr>
            <w:tcW w:type="dxa" w:w="1506"/>
          </w:tcPr>
          <w:p>
            <w:r>
              <w:t>16</w:t>
            </w:r>
          </w:p>
        </w:tc>
        <w:tc>
          <w:tcPr>
            <w:tcW w:type="dxa" w:w="1506"/>
          </w:tcPr>
          <w:p>
            <w:r>
              <w:t>JH-10</w:t>
            </w:r>
          </w:p>
        </w:tc>
        <w:tc>
          <w:tcPr>
            <w:tcW w:type="dxa" w:w="1506"/>
          </w:tcPr>
          <w:p>
            <w:r>
              <w:t>Bột thuỷ tinh chức năng — tăng cứng, chống mài mòn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1.14</w:t>
            </w:r>
          </w:p>
        </w:tc>
        <w:tc>
          <w:tcPr>
            <w:tcW w:type="dxa" w:w="1506"/>
          </w:tcPr>
          <w:p>
            <w:r>
              <w:t>1.96</w:t>
            </w:r>
          </w:p>
        </w:tc>
      </w:tr>
      <w:tr>
        <w:tc>
          <w:tcPr>
            <w:tcW w:type="dxa" w:w="1506"/>
          </w:tcPr>
          <w:p>
            <w:r>
              <w:t>17</w:t>
            </w:r>
          </w:p>
        </w:tc>
        <w:tc>
          <w:tcPr>
            <w:tcW w:type="dxa" w:w="1506"/>
          </w:tcPr>
          <w:p>
            <w:r>
              <w:t>DPHA-80</w:t>
            </w:r>
          </w:p>
        </w:tc>
        <w:tc>
          <w:tcPr>
            <w:tcW w:type="dxa" w:w="1506"/>
          </w:tcPr>
          <w:p>
            <w:r>
              <w:t>Monomer 5,5 chức (DPHA 80 %) — cứng, khô nhanh, giòn hơn DPHA-90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4.00</w:t>
            </w:r>
          </w:p>
        </w:tc>
      </w:tr>
      <w:tr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</w:tr>
    </w:tbl>
    <w:p>
      <w:r>
        <w:t>Mức M4 (chi tiết):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W-160D</w:t>
            </w:r>
          </w:p>
        </w:tc>
        <w:tc>
          <w:tcPr>
            <w:tcW w:type="dxa" w:w="3513"/>
          </w:tcPr>
          <w:p>
            <w:r>
              <w:t>27.98</w:t>
            </w:r>
          </w:p>
        </w:tc>
        <w:tc>
          <w:tcPr>
            <w:tcW w:type="dxa" w:w="3513"/>
          </w:tcPr>
          <w:p>
            <w:r>
              <w:t>Polyurethane acrylate 2 chức — cứng, không ngã vàng</w:t>
            </w:r>
          </w:p>
        </w:tc>
      </w:tr>
      <w:tr>
        <w:tc>
          <w:tcPr>
            <w:tcW w:type="dxa" w:w="3513"/>
          </w:tcPr>
          <w:p>
            <w:r>
              <w:t>EM 221 (HDDA)</w:t>
            </w:r>
          </w:p>
        </w:tc>
        <w:tc>
          <w:tcPr>
            <w:tcW w:type="dxa" w:w="3513"/>
          </w:tcPr>
          <w:p>
            <w:r>
              <w:t>10.00</w:t>
            </w:r>
          </w:p>
        </w:tc>
        <w:tc>
          <w:tcPr>
            <w:tcW w:type="dxa" w:w="3513"/>
          </w:tcPr>
          <w:p>
            <w:r>
              <w:t>Monomer 2 chức — khô nhanh, không ngã vàng</w:t>
            </w:r>
          </w:p>
        </w:tc>
      </w:tr>
      <w:tr>
        <w:tc>
          <w:tcPr>
            <w:tcW w:type="dxa" w:w="3513"/>
          </w:tcPr>
          <w:p>
            <w:r>
              <w:t>BYK 2150</w:t>
            </w:r>
          </w:p>
        </w:tc>
        <w:tc>
          <w:tcPr>
            <w:tcW w:type="dxa" w:w="3513"/>
          </w:tcPr>
          <w:p>
            <w:r>
              <w:t>3.06</w:t>
            </w:r>
          </w:p>
        </w:tc>
        <w:tc>
          <w:tcPr>
            <w:tcW w:type="dxa" w:w="3513"/>
          </w:tcPr>
          <w:p>
            <w:r>
              <w:t>Phụ gia phân tán bột mờ</w:t>
            </w:r>
          </w:p>
        </w:tc>
      </w:tr>
      <w:tr>
        <w:tc>
          <w:tcPr>
            <w:tcW w:type="dxa" w:w="3513"/>
          </w:tcPr>
          <w:p>
            <w:r>
              <w:t>Tacl MX20P</w:t>
            </w:r>
          </w:p>
        </w:tc>
        <w:tc>
          <w:tcPr>
            <w:tcW w:type="dxa" w:w="3513"/>
          </w:tcPr>
          <w:p>
            <w:r>
              <w:t>7.30</w:t>
            </w:r>
          </w:p>
        </w:tc>
        <w:tc>
          <w:tcPr>
            <w:tcW w:type="dxa" w:w="3513"/>
          </w:tcPr>
          <w:p>
            <w:r>
              <w:t>Bột talc — độn, dễ chà nhám</w:t>
            </w:r>
          </w:p>
        </w:tc>
      </w:tr>
      <w:tr>
        <w:tc>
          <w:tcPr>
            <w:tcW w:type="dxa" w:w="3513"/>
          </w:tcPr>
          <w:p>
            <w:r>
              <w:t>TO 8120M</w:t>
            </w:r>
          </w:p>
        </w:tc>
        <w:tc>
          <w:tcPr>
            <w:tcW w:type="dxa" w:w="3513"/>
          </w:tcPr>
          <w:p>
            <w:r>
              <w:t>3.50</w:t>
            </w:r>
          </w:p>
        </w:tc>
        <w:tc>
          <w:tcPr>
            <w:tcW w:type="dxa" w:w="3513"/>
          </w:tcPr>
          <w:p>
            <w:r>
              <w:t>Sáp PE — chống xước, tạo hiệu ứng mờ</w:t>
            </w:r>
          </w:p>
        </w:tc>
      </w:tr>
      <w:tr>
        <w:tc>
          <w:tcPr>
            <w:tcW w:type="dxa" w:w="3513"/>
          </w:tcPr>
          <w:p>
            <w:r>
              <w:t>ED 30</w:t>
            </w:r>
          </w:p>
        </w:tc>
        <w:tc>
          <w:tcPr>
            <w:tcW w:type="dxa" w:w="3513"/>
          </w:tcPr>
          <w:p>
            <w:r>
              <w:t>14.80</w:t>
            </w:r>
          </w:p>
        </w:tc>
        <w:tc>
          <w:tcPr>
            <w:tcW w:type="dxa" w:w="3513"/>
          </w:tcPr>
          <w:p>
            <w:r>
              <w:t>Silica micronized — chất làm mờ</w:t>
            </w:r>
          </w:p>
        </w:tc>
      </w:tr>
      <w:tr>
        <w:tc>
          <w:tcPr>
            <w:tcW w:type="dxa" w:w="3513"/>
          </w:tcPr>
          <w:p>
            <w:r>
              <w:t>dd OCB 20%-BuAc</w:t>
            </w:r>
          </w:p>
        </w:tc>
        <w:tc>
          <w:tcPr>
            <w:tcW w:type="dxa" w:w="3513"/>
          </w:tcPr>
          <w:p>
            <w:r>
              <w:t>0.31</w:t>
            </w:r>
          </w:p>
        </w:tc>
        <w:tc>
          <w:tcPr>
            <w:tcW w:type="dxa" w:w="3513"/>
          </w:tcPr>
          <w:p>
            <w:r>
              <w:t>Tăng trắng quang học</w:t>
            </w:r>
          </w:p>
        </w:tc>
      </w:tr>
      <w:tr>
        <w:tc>
          <w:tcPr>
            <w:tcW w:type="dxa" w:w="3513"/>
          </w:tcPr>
          <w:p>
            <w:r>
              <w:t>PI-184</w:t>
            </w:r>
          </w:p>
        </w:tc>
        <w:tc>
          <w:tcPr>
            <w:tcW w:type="dxa" w:w="3513"/>
          </w:tcPr>
          <w:p>
            <w:r>
              <w:t>4.49</w:t>
            </w:r>
          </w:p>
        </w:tc>
        <w:tc>
          <w:tcPr>
            <w:tcW w:type="dxa" w:w="3513"/>
          </w:tcPr>
          <w:p>
            <w:r>
              <w:t>PI kết hợp — khô mặt + chiều sâu, ít ngã vàng</w:t>
            </w:r>
          </w:p>
        </w:tc>
      </w:tr>
      <w:tr>
        <w:tc>
          <w:tcPr>
            <w:tcW w:type="dxa" w:w="3513"/>
          </w:tcPr>
          <w:p>
            <w:r>
              <w:t>EM 231 (TMPTA)</w:t>
            </w:r>
          </w:p>
        </w:tc>
        <w:tc>
          <w:tcPr>
            <w:tcW w:type="dxa" w:w="3513"/>
          </w:tcPr>
          <w:p>
            <w:r>
              <w:t>12.00</w:t>
            </w:r>
          </w:p>
        </w:tc>
        <w:tc>
          <w:tcPr>
            <w:tcW w:type="dxa" w:w="3513"/>
          </w:tcPr>
          <w:p>
            <w:r>
              <w:t>Monomer 3 chức — tăng mật độ liên kết, cứng hơn, ngã vàng</w:t>
            </w:r>
          </w:p>
        </w:tc>
      </w:tr>
      <w:tr>
        <w:tc>
          <w:tcPr>
            <w:tcW w:type="dxa" w:w="3513"/>
          </w:tcPr>
          <w:p>
            <w:r>
              <w:t>EM 265</w:t>
            </w:r>
          </w:p>
        </w:tc>
        <w:tc>
          <w:tcPr>
            <w:tcW w:type="dxa" w:w="3513"/>
          </w:tcPr>
          <w:p>
            <w:r>
              <w:t>9.00</w:t>
            </w:r>
          </w:p>
        </w:tc>
        <w:tc>
          <w:tcPr>
            <w:tcW w:type="dxa" w:w="3513"/>
          </w:tcPr>
          <w:p>
            <w:r>
              <w:t>Monomer 6 chức (DPHA alkoxylated) — rất cứng, không ngã vàng</w:t>
            </w:r>
          </w:p>
        </w:tc>
      </w:tr>
      <w:tr>
        <w:tc>
          <w:tcPr>
            <w:tcW w:type="dxa" w:w="3513"/>
          </w:tcPr>
          <w:p>
            <w:r>
              <w:t>DPHA-80</w:t>
            </w:r>
          </w:p>
        </w:tc>
        <w:tc>
          <w:tcPr>
            <w:tcW w:type="dxa" w:w="3513"/>
          </w:tcPr>
          <w:p>
            <w:r>
              <w:t>4.00</w:t>
            </w:r>
          </w:p>
        </w:tc>
        <w:tc>
          <w:tcPr>
            <w:tcW w:type="dxa" w:w="3513"/>
          </w:tcPr>
          <w:p>
            <w:r>
              <w:t>Monomer 5,5 chức (DPHA 80 %) — cứng, khô nhanh, giòn hơn DPHA-90</w:t>
            </w:r>
          </w:p>
        </w:tc>
      </w:tr>
      <w:tr>
        <w:tc>
          <w:tcPr>
            <w:tcW w:type="dxa" w:w="3513"/>
          </w:tcPr>
          <w:p>
            <w:r>
              <w:t>JH-10</w:t>
            </w:r>
          </w:p>
        </w:tc>
        <w:tc>
          <w:tcPr>
            <w:tcW w:type="dxa" w:w="3513"/>
          </w:tcPr>
          <w:p>
            <w:r>
              <w:t>1.96</w:t>
            </w:r>
          </w:p>
        </w:tc>
        <w:tc>
          <w:tcPr>
            <w:tcW w:type="dxa" w:w="3513"/>
          </w:tcPr>
          <w:p>
            <w:r>
              <w:t>Bột thuỷ tinh chức năng — tăng cứng, chống mài mòn</w:t>
            </w:r>
          </w:p>
        </w:tc>
      </w:tr>
      <w:tr>
        <w:tc>
          <w:tcPr>
            <w:tcW w:type="dxa" w:w="3513"/>
          </w:tcPr>
          <w:p>
            <w:r>
              <w:t>TPO</w:t>
            </w:r>
          </w:p>
        </w:tc>
        <w:tc>
          <w:tcPr>
            <w:tcW w:type="dxa" w:w="3513"/>
          </w:tcPr>
          <w:p>
            <w:r>
              <w:t>1.00</w:t>
            </w:r>
          </w:p>
        </w:tc>
        <w:tc>
          <w:tcPr>
            <w:tcW w:type="dxa" w:w="3513"/>
          </w:tcPr>
          <w:p>
            <w:r>
              <w:t>PI chiều sâu (acylphosphine oxide) — đóng rắn màng dày, có thể ngã vàng</w:t>
            </w:r>
          </w:p>
        </w:tc>
      </w:tr>
      <w:tr>
        <w:tc>
          <w:tcPr>
            <w:tcW w:type="dxa" w:w="3513"/>
          </w:tcPr>
          <w:p>
            <w:r>
              <w:t>BYK 346</w:t>
            </w:r>
          </w:p>
        </w:tc>
        <w:tc>
          <w:tcPr>
            <w:tcW w:type="dxa" w:w="3513"/>
          </w:tcPr>
          <w:p>
            <w:r>
              <w:t>0.30</w:t>
            </w:r>
          </w:p>
        </w:tc>
        <w:tc>
          <w:tcPr>
            <w:tcW w:type="dxa" w:w="3513"/>
          </w:tcPr>
          <w:p>
            <w:r>
              <w:t>Phụ gia thấm ướt/lán mặt — tăng đanh và cứng mặt</w:t>
            </w:r>
          </w:p>
        </w:tc>
      </w:tr>
      <w:tr>
        <w:tc>
          <w:tcPr>
            <w:tcW w:type="dxa" w:w="3513"/>
          </w:tcPr>
          <w:p>
            <w:r>
              <w:t>BYK 1798</w:t>
            </w:r>
          </w:p>
        </w:tc>
        <w:tc>
          <w:tcPr>
            <w:tcW w:type="dxa" w:w="3513"/>
          </w:tcPr>
          <w:p>
            <w:r>
              <w:t>0.10</w:t>
            </w:r>
          </w:p>
        </w:tc>
        <w:tc>
          <w:tcPr>
            <w:tcW w:type="dxa" w:w="3513"/>
          </w:tcPr>
          <w:p>
            <w:r>
              <w:t>Phụ gia phá bọt</w:t>
            </w:r>
          </w:p>
        </w:tc>
      </w:tr>
      <w:tr>
        <w:tc>
          <w:tcPr>
            <w:tcW w:type="dxa" w:w="3513"/>
          </w:tcPr>
          <w:p>
            <w:r>
              <w:t>BYK 410</w:t>
            </w:r>
          </w:p>
        </w:tc>
        <w:tc>
          <w:tcPr>
            <w:tcW w:type="dxa" w:w="3513"/>
          </w:tcPr>
          <w:p>
            <w:r>
              <w:t>0.20</w:t>
            </w:r>
          </w:p>
        </w:tc>
        <w:tc>
          <w:tcPr>
            <w:tcW w:type="dxa" w:w="3513"/>
          </w:tcPr>
          <w:p>
            <w:r>
              <w:t>Phụ gia tạo cấu trúc, chống chảy</w:t>
            </w:r>
          </w:p>
        </w:tc>
      </w:tr>
    </w:tbl>
    <w:p/>
    <w:p>
      <w:pPr>
        <w:pStyle w:val="Heading2"/>
      </w:pPr>
      <w:r>
        <w:t>BÓNG SÁNG HỆ UV (trong) — nền BTUV_2407_Topcoat_Clear_PHT.md</w:t>
      </w:r>
    </w:p>
    <w:p>
      <w:r>
        <w:t>Bóng sáng trong: W-160D (PU acrylate, không ngã vàng) là nhựa chính nên phải hạ mạnh để lên cứng; giữ DD OCB 20 % để tăng trắng quang học; không thêm bột độn để không mất độ trong.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</w:tcPr>
          <w:p>
            <w:r>
              <w:rPr>
                <w:b/>
              </w:rPr>
              <w:t>STT</w:t>
            </w:r>
          </w:p>
        </w:tc>
        <w:tc>
          <w:tcPr>
            <w:tcW w:type="dxa" w:w="1506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1506"/>
          </w:tcPr>
          <w:p>
            <w:r>
              <w:rPr>
                <w:b/>
              </w:rPr>
              <w:t>Vai trò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M1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M2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M3 (g)</w:t>
            </w:r>
          </w:p>
        </w:tc>
        <w:tc>
          <w:tcPr>
            <w:tcW w:type="dxa" w:w="1506"/>
          </w:tcPr>
          <w:p>
            <w:r>
              <w:rPr>
                <w:b/>
              </w:rPr>
              <w:t>M4 (g)</w:t>
            </w:r>
          </w:p>
        </w:tc>
      </w:tr>
      <w:tr>
        <w:tc>
          <w:tcPr>
            <w:tcW w:type="dxa" w:w="1506"/>
          </w:tcPr>
          <w:p>
            <w:r>
              <w:t>1</w:t>
            </w:r>
          </w:p>
        </w:tc>
        <w:tc>
          <w:tcPr>
            <w:tcW w:type="dxa" w:w="1506"/>
          </w:tcPr>
          <w:p>
            <w:r>
              <w:t>W-160D</w:t>
            </w:r>
          </w:p>
        </w:tc>
        <w:tc>
          <w:tcPr>
            <w:tcW w:type="dxa" w:w="1506"/>
          </w:tcPr>
          <w:p>
            <w:r>
              <w:t>Polyurethane acrylate 2 chức — cứng, không ngã vàng</w:t>
            </w:r>
          </w:p>
        </w:tc>
        <w:tc>
          <w:tcPr>
            <w:tcW w:type="dxa" w:w="1506"/>
          </w:tcPr>
          <w:p>
            <w:r>
              <w:t>81.34</w:t>
            </w:r>
          </w:p>
        </w:tc>
        <w:tc>
          <w:tcPr>
            <w:tcW w:type="dxa" w:w="1506"/>
          </w:tcPr>
          <w:p>
            <w:r>
              <w:t>76.34</w:t>
            </w:r>
          </w:p>
        </w:tc>
        <w:tc>
          <w:tcPr>
            <w:tcW w:type="dxa" w:w="1506"/>
          </w:tcPr>
          <w:p>
            <w:r>
              <w:t>72.02</w:t>
            </w:r>
          </w:p>
        </w:tc>
        <w:tc>
          <w:tcPr>
            <w:tcW w:type="dxa" w:w="1506"/>
          </w:tcPr>
          <w:p>
            <w:r>
              <w:t>65.34</w:t>
            </w:r>
          </w:p>
        </w:tc>
      </w:tr>
      <w:tr>
        <w:tc>
          <w:tcPr>
            <w:tcW w:type="dxa" w:w="1506"/>
          </w:tcPr>
          <w:p>
            <w:r>
              <w:t>2</w:t>
            </w:r>
          </w:p>
        </w:tc>
        <w:tc>
          <w:tcPr>
            <w:tcW w:type="dxa" w:w="1506"/>
          </w:tcPr>
          <w:p>
            <w:r>
              <w:t>EM 223 (TPGDA)</w:t>
            </w:r>
          </w:p>
        </w:tc>
        <w:tc>
          <w:tcPr>
            <w:tcW w:type="dxa" w:w="1506"/>
          </w:tcPr>
          <w:p>
            <w:r>
              <w:t>Monomer 2 chức — pha loãng chính, dẻo, dễ chà nhám</w:t>
            </w:r>
          </w:p>
        </w:tc>
        <w:tc>
          <w:tcPr>
            <w:tcW w:type="dxa" w:w="1506"/>
          </w:tcPr>
          <w:p>
            <w:r>
              <w:t>3.03</w:t>
            </w:r>
          </w:p>
        </w:tc>
        <w:tc>
          <w:tcPr>
            <w:tcW w:type="dxa" w:w="1506"/>
          </w:tcPr>
          <w:p>
            <w:r>
              <w:t>3.03</w:t>
            </w:r>
          </w:p>
        </w:tc>
        <w:tc>
          <w:tcPr>
            <w:tcW w:type="dxa" w:w="1506"/>
          </w:tcPr>
          <w:p>
            <w:r>
              <w:t>2.00</w:t>
            </w:r>
          </w:p>
        </w:tc>
        <w:tc>
          <w:tcPr>
            <w:tcW w:type="dxa" w:w="1506"/>
          </w:tcPr>
          <w:p>
            <w:r>
              <w:t>—</w:t>
            </w:r>
          </w:p>
        </w:tc>
      </w:tr>
      <w:tr>
        <w:tc>
          <w:tcPr>
            <w:tcW w:type="dxa" w:w="1506"/>
          </w:tcPr>
          <w:p>
            <w:r>
              <w:t>3</w:t>
            </w:r>
          </w:p>
        </w:tc>
        <w:tc>
          <w:tcPr>
            <w:tcW w:type="dxa" w:w="1506"/>
          </w:tcPr>
          <w:p>
            <w:r>
              <w:t>EM 221 (HDDA)</w:t>
            </w:r>
          </w:p>
        </w:tc>
        <w:tc>
          <w:tcPr>
            <w:tcW w:type="dxa" w:w="1506"/>
          </w:tcPr>
          <w:p>
            <w:r>
              <w:t>Monomer 2 chức — khô nhanh, không ngã vàng</w:t>
            </w:r>
          </w:p>
        </w:tc>
        <w:tc>
          <w:tcPr>
            <w:tcW w:type="dxa" w:w="1506"/>
          </w:tcPr>
          <w:p>
            <w:r>
              <w:t>6.05</w:t>
            </w:r>
          </w:p>
        </w:tc>
        <w:tc>
          <w:tcPr>
            <w:tcW w:type="dxa" w:w="1506"/>
          </w:tcPr>
          <w:p>
            <w:r>
              <w:t>3.05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  <w:tc>
          <w:tcPr>
            <w:tcW w:type="dxa" w:w="1506"/>
          </w:tcPr>
          <w:p>
            <w:r>
              <w:t>—</w:t>
            </w:r>
          </w:p>
        </w:tc>
      </w:tr>
      <w:tr>
        <w:tc>
          <w:tcPr>
            <w:tcW w:type="dxa" w:w="1506"/>
          </w:tcPr>
          <w:p>
            <w:r>
              <w:t>4</w:t>
            </w:r>
          </w:p>
        </w:tc>
        <w:tc>
          <w:tcPr>
            <w:tcW w:type="dxa" w:w="1506"/>
          </w:tcPr>
          <w:p>
            <w:r>
              <w:t>BYK 2150</w:t>
            </w:r>
          </w:p>
        </w:tc>
        <w:tc>
          <w:tcPr>
            <w:tcW w:type="dxa" w:w="1506"/>
          </w:tcPr>
          <w:p>
            <w:r>
              <w:t>Phụ gia phân tán bột mờ</w:t>
            </w:r>
          </w:p>
        </w:tc>
        <w:tc>
          <w:tcPr>
            <w:tcW w:type="dxa" w:w="1506"/>
          </w:tcPr>
          <w:p>
            <w:r>
              <w:t>2.97</w:t>
            </w:r>
          </w:p>
        </w:tc>
        <w:tc>
          <w:tcPr>
            <w:tcW w:type="dxa" w:w="1506"/>
          </w:tcPr>
          <w:p>
            <w:r>
              <w:t>2.97</w:t>
            </w:r>
          </w:p>
        </w:tc>
        <w:tc>
          <w:tcPr>
            <w:tcW w:type="dxa" w:w="1506"/>
          </w:tcPr>
          <w:p>
            <w:r>
              <w:t>2.97</w:t>
            </w:r>
          </w:p>
        </w:tc>
        <w:tc>
          <w:tcPr>
            <w:tcW w:type="dxa" w:w="1506"/>
          </w:tcPr>
          <w:p>
            <w:r>
              <w:t>2.97</w:t>
            </w:r>
          </w:p>
        </w:tc>
      </w:tr>
      <w:tr>
        <w:tc>
          <w:tcPr>
            <w:tcW w:type="dxa" w:w="1506"/>
          </w:tcPr>
          <w:p>
            <w:r>
              <w:t>5</w:t>
            </w:r>
          </w:p>
        </w:tc>
        <w:tc>
          <w:tcPr>
            <w:tcW w:type="dxa" w:w="1506"/>
          </w:tcPr>
          <w:p>
            <w:r>
              <w:t>PI-184</w:t>
            </w:r>
          </w:p>
        </w:tc>
        <w:tc>
          <w:tcPr>
            <w:tcW w:type="dxa" w:w="1506"/>
          </w:tcPr>
          <w:p>
            <w:r>
              <w:t>PI kết hợp — khô mặt + chiều sâu, ít ngã vàng</w:t>
            </w:r>
          </w:p>
        </w:tc>
        <w:tc>
          <w:tcPr>
            <w:tcW w:type="dxa" w:w="1506"/>
          </w:tcPr>
          <w:p>
            <w:r>
              <w:t>6.19</w:t>
            </w:r>
          </w:p>
        </w:tc>
        <w:tc>
          <w:tcPr>
            <w:tcW w:type="dxa" w:w="1506"/>
          </w:tcPr>
          <w:p>
            <w:r>
              <w:t>6.19</w:t>
            </w:r>
          </w:p>
        </w:tc>
        <w:tc>
          <w:tcPr>
            <w:tcW w:type="dxa" w:w="1506"/>
          </w:tcPr>
          <w:p>
            <w:r>
              <w:t>6.19</w:t>
            </w:r>
          </w:p>
        </w:tc>
        <w:tc>
          <w:tcPr>
            <w:tcW w:type="dxa" w:w="1506"/>
          </w:tcPr>
          <w:p>
            <w:r>
              <w:t>6.19</w:t>
            </w:r>
          </w:p>
        </w:tc>
      </w:tr>
      <w:tr>
        <w:tc>
          <w:tcPr>
            <w:tcW w:type="dxa" w:w="1506"/>
          </w:tcPr>
          <w:p>
            <w:r>
              <w:t>6</w:t>
            </w:r>
          </w:p>
        </w:tc>
        <w:tc>
          <w:tcPr>
            <w:tcW w:type="dxa" w:w="1506"/>
          </w:tcPr>
          <w:p>
            <w:r>
              <w:t>dd OCB 20%-BuAc</w:t>
            </w:r>
          </w:p>
        </w:tc>
        <w:tc>
          <w:tcPr>
            <w:tcW w:type="dxa" w:w="1506"/>
          </w:tcPr>
          <w:p>
            <w:r>
              <w:t>Tăng trắng quang học</w:t>
            </w:r>
          </w:p>
        </w:tc>
        <w:tc>
          <w:tcPr>
            <w:tcW w:type="dxa" w:w="1506"/>
          </w:tcPr>
          <w:p>
            <w:r>
              <w:t>0.42</w:t>
            </w:r>
          </w:p>
        </w:tc>
        <w:tc>
          <w:tcPr>
            <w:tcW w:type="dxa" w:w="1506"/>
          </w:tcPr>
          <w:p>
            <w:r>
              <w:t>0.42</w:t>
            </w:r>
          </w:p>
        </w:tc>
        <w:tc>
          <w:tcPr>
            <w:tcW w:type="dxa" w:w="1506"/>
          </w:tcPr>
          <w:p>
            <w:r>
              <w:t>0.42</w:t>
            </w:r>
          </w:p>
        </w:tc>
        <w:tc>
          <w:tcPr>
            <w:tcW w:type="dxa" w:w="1506"/>
          </w:tcPr>
          <w:p>
            <w:r>
              <w:t>0.42</w:t>
            </w:r>
          </w:p>
        </w:tc>
      </w:tr>
      <w:tr>
        <w:tc>
          <w:tcPr>
            <w:tcW w:type="dxa" w:w="1506"/>
          </w:tcPr>
          <w:p>
            <w:r>
              <w:t>7</w:t>
            </w:r>
          </w:p>
        </w:tc>
        <w:tc>
          <w:tcPr>
            <w:tcW w:type="dxa" w:w="1506"/>
          </w:tcPr>
          <w:p>
            <w:r>
              <w:t>EM 231 (TMPTA)</w:t>
            </w:r>
          </w:p>
        </w:tc>
        <w:tc>
          <w:tcPr>
            <w:tcW w:type="dxa" w:w="1506"/>
          </w:tcPr>
          <w:p>
            <w:r>
              <w:t>Monomer 3 chức — tăng mật độ liên kết, cứng hơn,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6.40</w:t>
            </w:r>
          </w:p>
        </w:tc>
        <w:tc>
          <w:tcPr>
            <w:tcW w:type="dxa" w:w="1506"/>
          </w:tcPr>
          <w:p>
            <w:r>
              <w:t>8.00</w:t>
            </w:r>
          </w:p>
        </w:tc>
        <w:tc>
          <w:tcPr>
            <w:tcW w:type="dxa" w:w="1506"/>
          </w:tcPr>
          <w:p>
            <w:r>
              <w:t>11.00</w:t>
            </w:r>
          </w:p>
        </w:tc>
      </w:tr>
      <w:tr>
        <w:tc>
          <w:tcPr>
            <w:tcW w:type="dxa" w:w="1506"/>
          </w:tcPr>
          <w:p>
            <w:r>
              <w:t>8</w:t>
            </w:r>
          </w:p>
        </w:tc>
        <w:tc>
          <w:tcPr>
            <w:tcW w:type="dxa" w:w="1506"/>
          </w:tcPr>
          <w:p>
            <w:r>
              <w:t>TPO</w:t>
            </w:r>
          </w:p>
        </w:tc>
        <w:tc>
          <w:tcPr>
            <w:tcW w:type="dxa" w:w="1506"/>
          </w:tcPr>
          <w:p>
            <w:r>
              <w:t>PI chiều sâu (acylphosphine oxide) — đóng rắn màng dày, có thể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  <w:tc>
          <w:tcPr>
            <w:tcW w:type="dxa" w:w="1506"/>
          </w:tcPr>
          <w:p>
            <w:r>
              <w:t>1.00</w:t>
            </w:r>
          </w:p>
        </w:tc>
      </w:tr>
      <w:tr>
        <w:tc>
          <w:tcPr>
            <w:tcW w:type="dxa" w:w="1506"/>
          </w:tcPr>
          <w:p>
            <w:r>
              <w:t>9</w:t>
            </w:r>
          </w:p>
        </w:tc>
        <w:tc>
          <w:tcPr>
            <w:tcW w:type="dxa" w:w="1506"/>
          </w:tcPr>
          <w:p>
            <w:r>
              <w:t>BYK 346</w:t>
            </w:r>
          </w:p>
        </w:tc>
        <w:tc>
          <w:tcPr>
            <w:tcW w:type="dxa" w:w="1506"/>
          </w:tcPr>
          <w:p>
            <w:r>
              <w:t>Phụ gia thấm ướt/lán mặt — tăng đanh và cứng mặt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  <w:tc>
          <w:tcPr>
            <w:tcW w:type="dxa" w:w="1506"/>
          </w:tcPr>
          <w:p>
            <w:r>
              <w:t>0.30</w:t>
            </w:r>
          </w:p>
        </w:tc>
      </w:tr>
      <w:tr>
        <w:tc>
          <w:tcPr>
            <w:tcW w:type="dxa" w:w="1506"/>
          </w:tcPr>
          <w:p>
            <w:r>
              <w:t>10</w:t>
            </w:r>
          </w:p>
        </w:tc>
        <w:tc>
          <w:tcPr>
            <w:tcW w:type="dxa" w:w="1506"/>
          </w:tcPr>
          <w:p>
            <w:r>
              <w:t>BYK 1798</w:t>
            </w:r>
          </w:p>
        </w:tc>
        <w:tc>
          <w:tcPr>
            <w:tcW w:type="dxa" w:w="1506"/>
          </w:tcPr>
          <w:p>
            <w:r>
              <w:t>Phụ gia phá bọt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  <w:tc>
          <w:tcPr>
            <w:tcW w:type="dxa" w:w="1506"/>
          </w:tcPr>
          <w:p>
            <w:r>
              <w:t>0.10</w:t>
            </w:r>
          </w:p>
        </w:tc>
      </w:tr>
      <w:tr>
        <w:tc>
          <w:tcPr>
            <w:tcW w:type="dxa" w:w="1506"/>
          </w:tcPr>
          <w:p>
            <w:r>
              <w:t>11</w:t>
            </w:r>
          </w:p>
        </w:tc>
        <w:tc>
          <w:tcPr>
            <w:tcW w:type="dxa" w:w="1506"/>
          </w:tcPr>
          <w:p>
            <w:r>
              <w:t>BYK 410</w:t>
            </w:r>
          </w:p>
        </w:tc>
        <w:tc>
          <w:tcPr>
            <w:tcW w:type="dxa" w:w="1506"/>
          </w:tcPr>
          <w:p>
            <w:r>
              <w:t>Phụ gia tạo cấu trúc, chống chảy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  <w:tc>
          <w:tcPr>
            <w:tcW w:type="dxa" w:w="1506"/>
          </w:tcPr>
          <w:p>
            <w:r>
              <w:t>0.20</w:t>
            </w:r>
          </w:p>
        </w:tc>
      </w:tr>
      <w:tr>
        <w:tc>
          <w:tcPr>
            <w:tcW w:type="dxa" w:w="1506"/>
          </w:tcPr>
          <w:p>
            <w:r>
              <w:t>12</w:t>
            </w:r>
          </w:p>
        </w:tc>
        <w:tc>
          <w:tcPr>
            <w:tcW w:type="dxa" w:w="1506"/>
          </w:tcPr>
          <w:p>
            <w:r>
              <w:t>EM 265</w:t>
            </w:r>
          </w:p>
        </w:tc>
        <w:tc>
          <w:tcPr>
            <w:tcW w:type="dxa" w:w="1506"/>
          </w:tcPr>
          <w:p>
            <w:r>
              <w:t>Monomer 6 chức (DPHA alkoxylated) — rất cứng, không ngã vàng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5.40</w:t>
            </w:r>
          </w:p>
        </w:tc>
        <w:tc>
          <w:tcPr>
            <w:tcW w:type="dxa" w:w="1506"/>
          </w:tcPr>
          <w:p>
            <w:r>
              <w:t>7.08</w:t>
            </w:r>
          </w:p>
        </w:tc>
      </w:tr>
      <w:tr>
        <w:tc>
          <w:tcPr>
            <w:tcW w:type="dxa" w:w="1506"/>
          </w:tcPr>
          <w:p>
            <w:r>
              <w:t>13</w:t>
            </w:r>
          </w:p>
        </w:tc>
        <w:tc>
          <w:tcPr>
            <w:tcW w:type="dxa" w:w="1506"/>
          </w:tcPr>
          <w:p>
            <w:r>
              <w:t>JH-10</w:t>
            </w:r>
          </w:p>
        </w:tc>
        <w:tc>
          <w:tcPr>
            <w:tcW w:type="dxa" w:w="1506"/>
          </w:tcPr>
          <w:p>
            <w:r>
              <w:t>Bột thuỷ tinh chức năng — tăng cứng, chống mài mòn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0.40</w:t>
            </w:r>
          </w:p>
        </w:tc>
        <w:tc>
          <w:tcPr>
            <w:tcW w:type="dxa" w:w="1506"/>
          </w:tcPr>
          <w:p>
            <w:r>
              <w:t>0.40</w:t>
            </w:r>
          </w:p>
        </w:tc>
      </w:tr>
      <w:tr>
        <w:tc>
          <w:tcPr>
            <w:tcW w:type="dxa" w:w="1506"/>
          </w:tcPr>
          <w:p>
            <w:r>
              <w:t>14</w:t>
            </w:r>
          </w:p>
        </w:tc>
        <w:tc>
          <w:tcPr>
            <w:tcW w:type="dxa" w:w="1506"/>
          </w:tcPr>
          <w:p>
            <w:r>
              <w:t>DPHA-80</w:t>
            </w:r>
          </w:p>
        </w:tc>
        <w:tc>
          <w:tcPr>
            <w:tcW w:type="dxa" w:w="1506"/>
          </w:tcPr>
          <w:p>
            <w:r>
              <w:t>Monomer 5,5 chức (DPHA 80 %) — cứng, khô nhanh, giòn hơn DPHA-90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—</w:t>
            </w:r>
          </w:p>
        </w:tc>
        <w:tc>
          <w:tcPr>
            <w:tcW w:type="dxa" w:w="1506"/>
          </w:tcPr>
          <w:p>
            <w:r>
              <w:t>5.00</w:t>
            </w:r>
          </w:p>
        </w:tc>
      </w:tr>
      <w:tr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  <w:tc>
          <w:tcPr>
            <w:tcW w:type="dxa" w:w="1506"/>
          </w:tcPr>
          <w:p>
            <w:r>
              <w:t>100.00</w:t>
            </w:r>
          </w:p>
        </w:tc>
      </w:tr>
    </w:tbl>
    <w:p>
      <w:r>
        <w:t>Mức M4 (chi tiết):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W-160D</w:t>
            </w:r>
          </w:p>
        </w:tc>
        <w:tc>
          <w:tcPr>
            <w:tcW w:type="dxa" w:w="3513"/>
          </w:tcPr>
          <w:p>
            <w:r>
              <w:t>65.34</w:t>
            </w:r>
          </w:p>
        </w:tc>
        <w:tc>
          <w:tcPr>
            <w:tcW w:type="dxa" w:w="3513"/>
          </w:tcPr>
          <w:p>
            <w:r>
              <w:t>Polyurethane acrylate 2 chức — cứng, không ngã vàng</w:t>
            </w:r>
          </w:p>
        </w:tc>
      </w:tr>
      <w:tr>
        <w:tc>
          <w:tcPr>
            <w:tcW w:type="dxa" w:w="3513"/>
          </w:tcPr>
          <w:p>
            <w:r>
              <w:t>BYK 2150</w:t>
            </w:r>
          </w:p>
        </w:tc>
        <w:tc>
          <w:tcPr>
            <w:tcW w:type="dxa" w:w="3513"/>
          </w:tcPr>
          <w:p>
            <w:r>
              <w:t>2.97</w:t>
            </w:r>
          </w:p>
        </w:tc>
        <w:tc>
          <w:tcPr>
            <w:tcW w:type="dxa" w:w="3513"/>
          </w:tcPr>
          <w:p>
            <w:r>
              <w:t>Phụ gia phân tán bột mờ</w:t>
            </w:r>
          </w:p>
        </w:tc>
      </w:tr>
      <w:tr>
        <w:tc>
          <w:tcPr>
            <w:tcW w:type="dxa" w:w="3513"/>
          </w:tcPr>
          <w:p>
            <w:r>
              <w:t>PI-184</w:t>
            </w:r>
          </w:p>
        </w:tc>
        <w:tc>
          <w:tcPr>
            <w:tcW w:type="dxa" w:w="3513"/>
          </w:tcPr>
          <w:p>
            <w:r>
              <w:t>6.19</w:t>
            </w:r>
          </w:p>
        </w:tc>
        <w:tc>
          <w:tcPr>
            <w:tcW w:type="dxa" w:w="3513"/>
          </w:tcPr>
          <w:p>
            <w:r>
              <w:t>PI kết hợp — khô mặt + chiều sâu, ít ngã vàng</w:t>
            </w:r>
          </w:p>
        </w:tc>
      </w:tr>
      <w:tr>
        <w:tc>
          <w:tcPr>
            <w:tcW w:type="dxa" w:w="3513"/>
          </w:tcPr>
          <w:p>
            <w:r>
              <w:t>dd OCB 20%-BuAc</w:t>
            </w:r>
          </w:p>
        </w:tc>
        <w:tc>
          <w:tcPr>
            <w:tcW w:type="dxa" w:w="3513"/>
          </w:tcPr>
          <w:p>
            <w:r>
              <w:t>0.42</w:t>
            </w:r>
          </w:p>
        </w:tc>
        <w:tc>
          <w:tcPr>
            <w:tcW w:type="dxa" w:w="3513"/>
          </w:tcPr>
          <w:p>
            <w:r>
              <w:t>Tăng trắng quang học</w:t>
            </w:r>
          </w:p>
        </w:tc>
      </w:tr>
      <w:tr>
        <w:tc>
          <w:tcPr>
            <w:tcW w:type="dxa" w:w="3513"/>
          </w:tcPr>
          <w:p>
            <w:r>
              <w:t>EM 231 (TMPTA)</w:t>
            </w:r>
          </w:p>
        </w:tc>
        <w:tc>
          <w:tcPr>
            <w:tcW w:type="dxa" w:w="3513"/>
          </w:tcPr>
          <w:p>
            <w:r>
              <w:t>11.00</w:t>
            </w:r>
          </w:p>
        </w:tc>
        <w:tc>
          <w:tcPr>
            <w:tcW w:type="dxa" w:w="3513"/>
          </w:tcPr>
          <w:p>
            <w:r>
              <w:t>Monomer 3 chức — tăng mật độ liên kết, cứng hơn, ngã vàng</w:t>
            </w:r>
          </w:p>
        </w:tc>
      </w:tr>
      <w:tr>
        <w:tc>
          <w:tcPr>
            <w:tcW w:type="dxa" w:w="3513"/>
          </w:tcPr>
          <w:p>
            <w:r>
              <w:t>EM 265</w:t>
            </w:r>
          </w:p>
        </w:tc>
        <w:tc>
          <w:tcPr>
            <w:tcW w:type="dxa" w:w="3513"/>
          </w:tcPr>
          <w:p>
            <w:r>
              <w:t>7.08</w:t>
            </w:r>
          </w:p>
        </w:tc>
        <w:tc>
          <w:tcPr>
            <w:tcW w:type="dxa" w:w="3513"/>
          </w:tcPr>
          <w:p>
            <w:r>
              <w:t>Monomer 6 chức (DPHA alkoxylated) — rất cứng, không ngã vàng</w:t>
            </w:r>
          </w:p>
        </w:tc>
      </w:tr>
      <w:tr>
        <w:tc>
          <w:tcPr>
            <w:tcW w:type="dxa" w:w="3513"/>
          </w:tcPr>
          <w:p>
            <w:r>
              <w:t>DPHA-80</w:t>
            </w:r>
          </w:p>
        </w:tc>
        <w:tc>
          <w:tcPr>
            <w:tcW w:type="dxa" w:w="3513"/>
          </w:tcPr>
          <w:p>
            <w:r>
              <w:t>5.00</w:t>
            </w:r>
          </w:p>
        </w:tc>
        <w:tc>
          <w:tcPr>
            <w:tcW w:type="dxa" w:w="3513"/>
          </w:tcPr>
          <w:p>
            <w:r>
              <w:t>Monomer 5,5 chức (DPHA 80 %) — cứng, khô nhanh, giòn hơn DPHA-90</w:t>
            </w:r>
          </w:p>
        </w:tc>
      </w:tr>
      <w:tr>
        <w:tc>
          <w:tcPr>
            <w:tcW w:type="dxa" w:w="3513"/>
          </w:tcPr>
          <w:p>
            <w:r>
              <w:t>JH-10</w:t>
            </w:r>
          </w:p>
        </w:tc>
        <w:tc>
          <w:tcPr>
            <w:tcW w:type="dxa" w:w="3513"/>
          </w:tcPr>
          <w:p>
            <w:r>
              <w:t>0.40</w:t>
            </w:r>
          </w:p>
        </w:tc>
        <w:tc>
          <w:tcPr>
            <w:tcW w:type="dxa" w:w="3513"/>
          </w:tcPr>
          <w:p>
            <w:r>
              <w:t>Bột thuỷ tinh chức năng — tăng cứng, chống mài mòn</w:t>
            </w:r>
          </w:p>
        </w:tc>
      </w:tr>
      <w:tr>
        <w:tc>
          <w:tcPr>
            <w:tcW w:type="dxa" w:w="3513"/>
          </w:tcPr>
          <w:p>
            <w:r>
              <w:t>TPO</w:t>
            </w:r>
          </w:p>
        </w:tc>
        <w:tc>
          <w:tcPr>
            <w:tcW w:type="dxa" w:w="3513"/>
          </w:tcPr>
          <w:p>
            <w:r>
              <w:t>1.00</w:t>
            </w:r>
          </w:p>
        </w:tc>
        <w:tc>
          <w:tcPr>
            <w:tcW w:type="dxa" w:w="3513"/>
          </w:tcPr>
          <w:p>
            <w:r>
              <w:t>PI chiều sâu (acylphosphine oxide) — đóng rắn màng dày, có thể ngã vàng</w:t>
            </w:r>
          </w:p>
        </w:tc>
      </w:tr>
      <w:tr>
        <w:tc>
          <w:tcPr>
            <w:tcW w:type="dxa" w:w="3513"/>
          </w:tcPr>
          <w:p>
            <w:r>
              <w:t>BYK 346</w:t>
            </w:r>
          </w:p>
        </w:tc>
        <w:tc>
          <w:tcPr>
            <w:tcW w:type="dxa" w:w="3513"/>
          </w:tcPr>
          <w:p>
            <w:r>
              <w:t>0.30</w:t>
            </w:r>
          </w:p>
        </w:tc>
        <w:tc>
          <w:tcPr>
            <w:tcW w:type="dxa" w:w="3513"/>
          </w:tcPr>
          <w:p>
            <w:r>
              <w:t>Phụ gia thấm ướt/lán mặt — tăng đanh và cứng mặt</w:t>
            </w:r>
          </w:p>
        </w:tc>
      </w:tr>
      <w:tr>
        <w:tc>
          <w:tcPr>
            <w:tcW w:type="dxa" w:w="3513"/>
          </w:tcPr>
          <w:p>
            <w:r>
              <w:t>BYK 1798</w:t>
            </w:r>
          </w:p>
        </w:tc>
        <w:tc>
          <w:tcPr>
            <w:tcW w:type="dxa" w:w="3513"/>
          </w:tcPr>
          <w:p>
            <w:r>
              <w:t>0.10</w:t>
            </w:r>
          </w:p>
        </w:tc>
        <w:tc>
          <w:tcPr>
            <w:tcW w:type="dxa" w:w="3513"/>
          </w:tcPr>
          <w:p>
            <w:r>
              <w:t>Phụ gia phá bọt</w:t>
            </w:r>
          </w:p>
        </w:tc>
      </w:tr>
      <w:tr>
        <w:tc>
          <w:tcPr>
            <w:tcW w:type="dxa" w:w="3513"/>
          </w:tcPr>
          <w:p>
            <w:r>
              <w:t>BYK 410</w:t>
            </w:r>
          </w:p>
        </w:tc>
        <w:tc>
          <w:tcPr>
            <w:tcW w:type="dxa" w:w="3513"/>
          </w:tcPr>
          <w:p>
            <w:r>
              <w:t>0.20</w:t>
            </w:r>
          </w:p>
        </w:tc>
        <w:tc>
          <w:tcPr>
            <w:tcW w:type="dxa" w:w="3513"/>
          </w:tcPr>
          <w:p>
            <w:r>
              <w:t>Phụ gia tạo cấu trúc, chống chảy</w:t>
            </w:r>
          </w:p>
        </w:tc>
      </w:tr>
    </w:tbl>
    <w:p/>
    <w:p>
      <w:pPr>
        <w:pStyle w:val="Heading1"/>
      </w:pPr>
      <w:r>
        <w:t>5. Kế hoạch chạy mẫu</w:t>
      </w:r>
    </w:p>
    <w:p>
      <w:pPr>
        <w:pStyle w:val="ListBullet"/>
      </w:pPr>
      <w:r>
        <w:t>Mẻ 100 g cho từng mức (12 mẻ). Ghi nhớt khi pha (cps hoặc cốc 4) ngay sau khi khuấy; khuấy monomer vào nhựa trước, PI sau cùng (khuấy chậm, tránh nắng).</w:t>
      </w:r>
    </w:p>
    <w:p>
      <w:pPr>
        <w:pStyle w:val="ListBullet"/>
      </w:pPr>
      <w:r>
        <w:t>Kéo màng 40 µm trên KÍNH (đo độ cứng màng) và song song trên GỖ đã lót (đo thực tế) — cùng liều UV. Chiếu 1 lần và 1 mẫu chiếu 2 lần để xem 5H có cần thêm liều.</w:t>
      </w:r>
    </w:p>
    <w:p>
      <w:pPr>
        <w:pStyle w:val="ListBullet"/>
      </w:pPr>
      <w:r>
        <w:t>Liều UV-A 500 – 1.000 mJ/cm²; ghi rõ loại đèn (thuỷ ngân / Ga / LED 395 nm), số lần chiếu, khoảng cách và tốc độ line.</w:t>
      </w:r>
    </w:p>
    <w:p>
      <w:pPr>
        <w:pStyle w:val="ListBullet"/>
      </w:pPr>
      <w:r>
        <w:t>Đo độ cứng bút chì (Mitsubishi) tại 3 mốc: ngay sau chiếu · 24 h · 7 ngày. Ghi mức đạt: H / 2H / 3H / 4H / 5H.</w:t>
      </w:r>
    </w:p>
    <w:p>
      <w:pPr>
        <w:pStyle w:val="ListBullet"/>
      </w:pPr>
      <w:r>
        <w:t>Kèm theo mỗi mẫu: bám dính ô vuông + băng keo 3M · MEK 100 lần chà đôi · bóng 60° (chỉ hệ bóng) · độ ngã vàng sau 24 h · cong/giòn và nứt sau 24 h.</w:t>
      </w:r>
    </w:p>
    <w:p>
      <w:pPr>
        <w:pStyle w:val="ListBullet"/>
      </w:pPr>
      <w:r>
        <w:t>Luôn so theo cặp: M1 (gốc) ↔ mức đang thử, cùng đèn, cùng liều, cùng nền.</w:t>
      </w:r>
    </w:p>
    <w:p>
      <w:pPr>
        <w:pStyle w:val="Heading1"/>
      </w:pPr>
      <w:r>
        <w:t>6. Cảnh báo &amp; điểm cần chốt</w:t>
      </w:r>
    </w:p>
    <w:p>
      <w:pPr>
        <w:pStyle w:val="ListBullet"/>
      </w:pPr>
      <w:r>
        <w:t>Tăng đa chức để lên cứng luôn kéo theo CO NGÓT, GIÒN, dễ nứt và có thể MẤT BÁM DÍNH ⇒ bám dính phải đo song song từng mức, đừng chỉ nhìn độ cứng.</w:t>
      </w:r>
    </w:p>
    <w:p>
      <w:pPr>
        <w:pStyle w:val="ListBullet"/>
      </w:pPr>
      <w:r>
        <w:t>EM 231 (TMPTA) NGÃ VÀNG — nếu mẫu dùng cho hệ trắng/sáng thì kiểm màu sau 24 h; EM 265 và DPHA-80 không ngã vàng nên ưu tiên hai mã này khi cần vừa cứng vừa giữ màu.</w:t>
      </w:r>
    </w:p>
    <w:p>
      <w:pPr>
        <w:pStyle w:val="ListBullet"/>
      </w:pPr>
      <w:r>
        <w:t>DPHA-80 chức 5,5 cứng và GIÒN hơn DPHA-90 ⇒ dễ làm màng khó chà nhám và dễ nứt khi va đập.</w:t>
      </w:r>
    </w:p>
    <w:p>
      <w:pPr>
        <w:pStyle w:val="ListBullet"/>
      </w:pPr>
      <w:r>
        <w:t>JH-10 là bột thuỷ tinh: tăng cứng/chống mài mòn nhưng có thể làm GIẢM ĐỘ TRONG ⇒ chỉ dùng ở mức nhỏ trong hệ bóng sáng và soi màng kiểm lại.</w:t>
      </w:r>
    </w:p>
    <w:p>
      <w:pPr>
        <w:pStyle w:val="ListBullet"/>
      </w:pPr>
      <w:r>
        <w:t>TPO/PI-819 là PI chiều sâu nhưng dễ ngã vàng ⇒ mức thêm ở đây chỉ 0,9–1,0 %, phải kiểm độ trắng/màu sau 24 h.</w:t>
      </w:r>
    </w:p>
    <w:p>
      <w:pPr>
        <w:pStyle w:val="ListBullet"/>
      </w:pPr>
      <w:r>
        <w:t>Cần chủ nhân chốt: (1) nền test (kính / gỗ gì, đã lót hay chưa); (2) DFT mục tiêu và số lớp; (3) đèn + liều UV thực tế ở xưởng; (4) chức năng thật của W-160D và A66 (tài liệu hiện không ghi số chức, ảnh hưởng trực tiếp chỉ số đa chức ở bảng 3); (5) có cho phép dùng KOTIAN 2102 làm nhựa dẻo hoá thay A66 ở mức 3H hay không.</w:t>
      </w:r>
    </w:p>
    <w:p>
      <w:pPr>
        <w:pStyle w:val="Heading1"/>
      </w:pPr>
      <w:r>
        <w:t>Phụ lục — vai trò nguyên liệu dùng trong bộ này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t>HE-421F (B-113)</w:t>
            </w:r>
          </w:p>
        </w:tc>
        <w:tc>
          <w:tcPr>
            <w:tcW w:type="dxa" w:w="5270"/>
          </w:tcPr>
          <w:p>
            <w:r>
              <w:t>Nhựa epoxy acrylate 2 chức — nền cứng, bám dính</w:t>
            </w:r>
          </w:p>
        </w:tc>
      </w:tr>
      <w:tr>
        <w:tc>
          <w:tcPr>
            <w:tcW w:type="dxa" w:w="5270"/>
          </w:tcPr>
          <w:p>
            <w:r>
              <w:t>W-522</w:t>
            </w:r>
          </w:p>
        </w:tc>
        <w:tc>
          <w:tcPr>
            <w:tcW w:type="dxa" w:w="5270"/>
          </w:tcPr>
          <w:p>
            <w:r>
              <w:t>Polyester acrylate 2 chức — giảm giá, bám dính</w:t>
            </w:r>
          </w:p>
        </w:tc>
      </w:tr>
      <w:tr>
        <w:tc>
          <w:tcPr>
            <w:tcW w:type="dxa" w:w="5270"/>
          </w:tcPr>
          <w:p>
            <w:r>
              <w:t>TPGDA (EM 223)</w:t>
            </w:r>
          </w:p>
        </w:tc>
        <w:tc>
          <w:tcPr>
            <w:tcW w:type="dxa" w:w="5270"/>
          </w:tcPr>
          <w:p>
            <w:r>
              <w:t>Monomer 2 chức — pha loãng, dẻo</w:t>
            </w:r>
          </w:p>
        </w:tc>
      </w:tr>
      <w:tr>
        <w:tc>
          <w:tcPr>
            <w:tcW w:type="dxa" w:w="5270"/>
          </w:tcPr>
          <w:p>
            <w:r>
              <w:t>EM 223 (TPGDA)</w:t>
            </w:r>
          </w:p>
        </w:tc>
        <w:tc>
          <w:tcPr>
            <w:tcW w:type="dxa" w:w="5270"/>
          </w:tcPr>
          <w:p>
            <w:r>
              <w:t>Monomer 2 chức — pha loãng chính, dẻo, dễ chà nhám</w:t>
            </w:r>
          </w:p>
        </w:tc>
      </w:tr>
      <w:tr>
        <w:tc>
          <w:tcPr>
            <w:tcW w:type="dxa" w:w="5270"/>
          </w:tcPr>
          <w:p>
            <w:r>
              <w:t>PA-9083</w:t>
            </w:r>
          </w:p>
        </w:tc>
        <w:tc>
          <w:tcPr>
            <w:tcW w:type="dxa" w:w="5270"/>
          </w:tcPr>
          <w:p>
            <w:r>
              <w:t>Phụ gia bám dính phosphate acrylate</w:t>
            </w:r>
          </w:p>
        </w:tc>
      </w:tr>
      <w:tr>
        <w:tc>
          <w:tcPr>
            <w:tcW w:type="dxa" w:w="5270"/>
          </w:tcPr>
          <w:p>
            <w:r>
              <w:t>TM2800</w:t>
            </w:r>
          </w:p>
        </w:tc>
        <w:tc>
          <w:tcPr>
            <w:tcW w:type="dxa" w:w="5270"/>
          </w:tcPr>
          <w:p>
            <w:r>
              <w:t>Bột độn CaSO₄ — độ phủ, dễ chà nhám</w:t>
            </w:r>
          </w:p>
        </w:tc>
      </w:tr>
      <w:tr>
        <w:tc>
          <w:tcPr>
            <w:tcW w:type="dxa" w:w="5270"/>
          </w:tcPr>
          <w:p>
            <w:r>
              <w:t>A66 (AK60)</w:t>
            </w:r>
          </w:p>
        </w:tc>
        <w:tc>
          <w:tcPr>
            <w:tcW w:type="dxa" w:w="5270"/>
          </w:tcPr>
          <w:p>
            <w:r>
              <w:t>Nhựa TPA dẻo — tăng dẻo, bám dính (làm MỀM màng)</w:t>
            </w:r>
          </w:p>
        </w:tc>
      </w:tr>
      <w:tr>
        <w:tc>
          <w:tcPr>
            <w:tcW w:type="dxa" w:w="5270"/>
          </w:tcPr>
          <w:p>
            <w:r>
              <w:t>D-1173</w:t>
            </w:r>
          </w:p>
        </w:tc>
        <w:tc>
          <w:tcPr>
            <w:tcW w:type="dxa" w:w="5270"/>
          </w:tcPr>
          <w:p>
            <w:r>
              <w:t>PI hydroxy ketone — khô bề mặt</w:t>
            </w:r>
          </w:p>
        </w:tc>
      </w:tr>
      <w:tr>
        <w:tc>
          <w:tcPr>
            <w:tcW w:type="dxa" w:w="5270"/>
          </w:tcPr>
          <w:p>
            <w:r>
              <w:t>W-160D</w:t>
            </w:r>
          </w:p>
        </w:tc>
        <w:tc>
          <w:tcPr>
            <w:tcW w:type="dxa" w:w="5270"/>
          </w:tcPr>
          <w:p>
            <w:r>
              <w:t>Polyurethane acrylate 2 chức — cứng, không ngã vàng</w:t>
            </w:r>
          </w:p>
        </w:tc>
      </w:tr>
      <w:tr>
        <w:tc>
          <w:tcPr>
            <w:tcW w:type="dxa" w:w="5270"/>
          </w:tcPr>
          <w:p>
            <w:r>
              <w:t>EM 221 (HDDA)</w:t>
            </w:r>
          </w:p>
        </w:tc>
        <w:tc>
          <w:tcPr>
            <w:tcW w:type="dxa" w:w="5270"/>
          </w:tcPr>
          <w:p>
            <w:r>
              <w:t>Monomer 2 chức — khô nhanh, không ngã vàng</w:t>
            </w:r>
          </w:p>
        </w:tc>
      </w:tr>
      <w:tr>
        <w:tc>
          <w:tcPr>
            <w:tcW w:type="dxa" w:w="5270"/>
          </w:tcPr>
          <w:p>
            <w:r>
              <w:t>2EHA</w:t>
            </w:r>
          </w:p>
        </w:tc>
        <w:tc>
          <w:tcPr>
            <w:tcW w:type="dxa" w:w="5270"/>
          </w:tcPr>
          <w:p>
            <w:r>
              <w:t>Monomer ĐƠN chức — dẻo hoá (làm mềm màng)</w:t>
            </w:r>
          </w:p>
        </w:tc>
      </w:tr>
      <w:tr>
        <w:tc>
          <w:tcPr>
            <w:tcW w:type="dxa" w:w="5270"/>
          </w:tcPr>
          <w:p>
            <w:r>
              <w:t>BYK 2150</w:t>
            </w:r>
          </w:p>
        </w:tc>
        <w:tc>
          <w:tcPr>
            <w:tcW w:type="dxa" w:w="5270"/>
          </w:tcPr>
          <w:p>
            <w:r>
              <w:t>Phụ gia phân tán bột mờ</w:t>
            </w:r>
          </w:p>
        </w:tc>
      </w:tr>
      <w:tr>
        <w:tc>
          <w:tcPr>
            <w:tcW w:type="dxa" w:w="5270"/>
          </w:tcPr>
          <w:p>
            <w:r>
              <w:t>Tacl MX20P</w:t>
            </w:r>
          </w:p>
        </w:tc>
        <w:tc>
          <w:tcPr>
            <w:tcW w:type="dxa" w:w="5270"/>
          </w:tcPr>
          <w:p>
            <w:r>
              <w:t>Bột talc — độn, dễ chà nhám</w:t>
            </w:r>
          </w:p>
        </w:tc>
      </w:tr>
      <w:tr>
        <w:tc>
          <w:tcPr>
            <w:tcW w:type="dxa" w:w="5270"/>
          </w:tcPr>
          <w:p>
            <w:r>
              <w:t>TO 8120M</w:t>
            </w:r>
          </w:p>
        </w:tc>
        <w:tc>
          <w:tcPr>
            <w:tcW w:type="dxa" w:w="5270"/>
          </w:tcPr>
          <w:p>
            <w:r>
              <w:t>Sáp PE — chống xước, tạo hiệu ứng mờ</w:t>
            </w:r>
          </w:p>
        </w:tc>
      </w:tr>
      <w:tr>
        <w:tc>
          <w:tcPr>
            <w:tcW w:type="dxa" w:w="5270"/>
          </w:tcPr>
          <w:p>
            <w:r>
              <w:t>ED 30</w:t>
            </w:r>
          </w:p>
        </w:tc>
        <w:tc>
          <w:tcPr>
            <w:tcW w:type="dxa" w:w="5270"/>
          </w:tcPr>
          <w:p>
            <w:r>
              <w:t>Silica micronized — chất làm mờ</w:t>
            </w:r>
          </w:p>
        </w:tc>
      </w:tr>
      <w:tr>
        <w:tc>
          <w:tcPr>
            <w:tcW w:type="dxa" w:w="5270"/>
          </w:tcPr>
          <w:p>
            <w:r>
              <w:t>dd OCB 20%-BuAc</w:t>
            </w:r>
          </w:p>
        </w:tc>
        <w:tc>
          <w:tcPr>
            <w:tcW w:type="dxa" w:w="5270"/>
          </w:tcPr>
          <w:p>
            <w:r>
              <w:t>Tăng trắng quang học</w:t>
            </w:r>
          </w:p>
        </w:tc>
      </w:tr>
      <w:tr>
        <w:tc>
          <w:tcPr>
            <w:tcW w:type="dxa" w:w="5270"/>
          </w:tcPr>
          <w:p>
            <w:r>
              <w:t>PI-184</w:t>
            </w:r>
          </w:p>
        </w:tc>
        <w:tc>
          <w:tcPr>
            <w:tcW w:type="dxa" w:w="5270"/>
          </w:tcPr>
          <w:p>
            <w:r>
              <w:t>PI kết hợp — khô mặt + chiều sâu, ít ngã vàng</w:t>
            </w:r>
          </w:p>
        </w:tc>
      </w:tr>
      <w:tr>
        <w:tc>
          <w:tcPr>
            <w:tcW w:type="dxa" w:w="5270"/>
          </w:tcPr>
          <w:p>
            <w:r>
              <w:t>EM 231 (TMPTA)</w:t>
            </w:r>
          </w:p>
        </w:tc>
        <w:tc>
          <w:tcPr>
            <w:tcW w:type="dxa" w:w="5270"/>
          </w:tcPr>
          <w:p>
            <w:r>
              <w:t>Monomer 3 chức — tăng mật độ liên kết, cứng hơn, ngã vàng</w:t>
            </w:r>
          </w:p>
        </w:tc>
      </w:tr>
      <w:tr>
        <w:tc>
          <w:tcPr>
            <w:tcW w:type="dxa" w:w="5270"/>
          </w:tcPr>
          <w:p>
            <w:r>
              <w:t>EM 265</w:t>
            </w:r>
          </w:p>
        </w:tc>
        <w:tc>
          <w:tcPr>
            <w:tcW w:type="dxa" w:w="5270"/>
          </w:tcPr>
          <w:p>
            <w:r>
              <w:t>Monomer 6 chức (DPHA alkoxylated) — rất cứng, không ngã vàng</w:t>
            </w:r>
          </w:p>
        </w:tc>
      </w:tr>
      <w:tr>
        <w:tc>
          <w:tcPr>
            <w:tcW w:type="dxa" w:w="5270"/>
          </w:tcPr>
          <w:p>
            <w:r>
              <w:t>DPHA-80</w:t>
            </w:r>
          </w:p>
        </w:tc>
        <w:tc>
          <w:tcPr>
            <w:tcW w:type="dxa" w:w="5270"/>
          </w:tcPr>
          <w:p>
            <w:r>
              <w:t>Monomer 5,5 chức (DPHA 80 %) — cứng, khô nhanh, giòn hơn DPHA-90</w:t>
            </w:r>
          </w:p>
        </w:tc>
      </w:tr>
      <w:tr>
        <w:tc>
          <w:tcPr>
            <w:tcW w:type="dxa" w:w="5270"/>
          </w:tcPr>
          <w:p>
            <w:r>
              <w:t>JH-10</w:t>
            </w:r>
          </w:p>
        </w:tc>
        <w:tc>
          <w:tcPr>
            <w:tcW w:type="dxa" w:w="5270"/>
          </w:tcPr>
          <w:p>
            <w:r>
              <w:t>Bột thuỷ tinh chức năng — tăng cứng, chống mài mòn</w:t>
            </w:r>
          </w:p>
        </w:tc>
      </w:tr>
      <w:tr>
        <w:tc>
          <w:tcPr>
            <w:tcW w:type="dxa" w:w="5270"/>
          </w:tcPr>
          <w:p>
            <w:r>
              <w:t>TPO</w:t>
            </w:r>
          </w:p>
        </w:tc>
        <w:tc>
          <w:tcPr>
            <w:tcW w:type="dxa" w:w="5270"/>
          </w:tcPr>
          <w:p>
            <w:r>
              <w:t>PI chiều sâu (acylphosphine oxide) — đóng rắn màng dày, có thể ngã vàng</w:t>
            </w:r>
          </w:p>
        </w:tc>
      </w:tr>
      <w:tr>
        <w:tc>
          <w:tcPr>
            <w:tcW w:type="dxa" w:w="5270"/>
          </w:tcPr>
          <w:p>
            <w:r>
              <w:t>BYK 346</w:t>
            </w:r>
          </w:p>
        </w:tc>
        <w:tc>
          <w:tcPr>
            <w:tcW w:type="dxa" w:w="5270"/>
          </w:tcPr>
          <w:p>
            <w:r>
              <w:t>Phụ gia thấm ướt/lán mặt — tăng đanh và cứng mặt</w:t>
            </w:r>
          </w:p>
        </w:tc>
      </w:tr>
      <w:tr>
        <w:tc>
          <w:tcPr>
            <w:tcW w:type="dxa" w:w="5270"/>
          </w:tcPr>
          <w:p>
            <w:r>
              <w:t>BYK 1798</w:t>
            </w:r>
          </w:p>
        </w:tc>
        <w:tc>
          <w:tcPr>
            <w:tcW w:type="dxa" w:w="5270"/>
          </w:tcPr>
          <w:p>
            <w:r>
              <w:t>Phụ gia phá bọt</w:t>
            </w:r>
          </w:p>
        </w:tc>
      </w:tr>
      <w:tr>
        <w:tc>
          <w:tcPr>
            <w:tcW w:type="dxa" w:w="5270"/>
          </w:tcPr>
          <w:p>
            <w:r>
              <w:t>BYK 410</w:t>
            </w:r>
          </w:p>
        </w:tc>
        <w:tc>
          <w:tcPr>
            <w:tcW w:type="dxa" w:w="5270"/>
          </w:tcPr>
          <w:p>
            <w:r>
              <w:t>Phụ gia tạo cấu trúc, chống chảy</w:t>
            </w:r>
          </w:p>
        </w:tc>
      </w:tr>
    </w:tbl>
    <w:sectPr w:rsidR="00FC693F" w:rsidRPr="0006063C" w:rsidSect="00034616">
      <w:pgSz w:w="12240" w:h="15840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