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1B365D"/>
          <w:sz w:val="36"/>
        </w:rPr>
        <w:t>BÁO CÁO TỔNG HỢP</w:t>
        <w:br/>
        <w:t>KẾT QUẢ THỬ NGHIỆM NGUYÊN LIỆU MỚI (AIREX)</w:t>
      </w:r>
    </w:p>
    <w:p>
      <w:pPr>
        <w:spacing w:after="480"/>
        <w:jc w:val="center"/>
      </w:pPr>
      <w:r>
        <w:rPr>
          <w:i/>
          <w:color w:val="555555"/>
          <w:sz w:val="20"/>
        </w:rPr>
        <w:t>Báo cáo tự động tổng hợp từ dữ liệu phòng Lab R&amp;D</w:t>
      </w:r>
    </w:p>
    <w:p>
      <w:pPr>
        <w:pStyle w:val="Heading1"/>
      </w:pPr>
      <w:r>
        <w:rPr>
          <w:b/>
          <w:color w:val="1B365D"/>
          <w:sz w:val="28"/>
        </w:rPr>
        <w:t>CHI TIẾT CÁC THỬ NGHIỆM PHÒNG LAB R&amp;D</w:t>
      </w:r>
    </w:p>
    <w:p>
      <w:pPr>
        <w:pStyle w:val="Heading2"/>
      </w:pPr>
      <w:r>
        <w:rPr>
          <w:b/>
          <w:color w:val="2C5E8A"/>
          <w:sz w:val="24"/>
        </w:rPr>
        <w:t>1. 2026.07.02 BÁO CÁO THỬ NGHIỆM PHỤ GIA PHÁ BỌT AIREX 920</w:t>
      </w:r>
    </w:p>
    <w:p>
      <w:r>
        <w:t>Tên mẫu : 2105V sealer, 2008 sealer</w:t>
      </w:r>
    </w:p>
    <w:p>
      <w:r>
        <w:t>Mục đích: Thử nghiệm phụ gia phá bọt Airex 920 thay thế BYK 1798</w:t>
      </w:r>
    </w:p>
    <w:p>
      <w:r>
        <w:t>Nhân viên thực hiện: Trần Vũ Linh</w:t>
      </w:r>
    </w:p>
    <w:p>
      <w:r>
        <w:t>Ngày làm mẫu: 02/07-06/07/2026</w:t>
      </w:r>
    </w:p>
    <w:p>
      <w:r>
        <w:t>Quy Trình:</w:t>
      </w:r>
    </w:p>
    <w:p>
      <w:r>
        <w:t>* TDS</w:t>
      </w:r>
    </w:p>
    <w:tbl>
      <w:tblPr>
        <w:tblW w:type="auto" w:w="0"/>
        <w:jc w:val="center"/>
        <w:tblLook w:firstColumn="1" w:firstRow="1" w:lastColumn="0" w:lastRow="0" w:noHBand="0" w:noVBand="1" w:val="04A0"/>
      </w:tblPr>
      <w:tblGrid>
        <w:gridCol w:w="3120"/>
        <w:gridCol w:w="3120"/>
        <w:gridCol w:w="3120"/>
      </w:tblGrid>
      <w:tr>
        <w:tc>
          <w:tcPr>
            <w:tcW w:type="dxa" w:w="3120"/>
            <w:shd w:fill="2C5E8A"/>
            <w:tcMar>
              <w:top w:w="80" w:type="dxa"/>
              <w:bottom w:w="80" w:type="dxa"/>
              <w:left w:w="100" w:type="dxa"/>
              <w:right w:w="100" w:type="dxa"/>
            </w:tcMar>
            <w:tcBorders>
              <w:bottom w:sz="4" w:val="single" w:color="E0E0E0"/>
            </w:tcBorders>
          </w:tcPr>
          <w:p>
            <w:r>
              <w:rPr>
                <w:b/>
                <w:color w:val="FFFFFF"/>
                <w:sz w:val="18"/>
              </w:rPr>
              <w:t>Specifications</w:t>
            </w:r>
          </w:p>
        </w:tc>
        <w:tc>
          <w:tcPr>
            <w:tcW w:type="dxa" w:w="3120"/>
            <w:shd w:fill="2C5E8A"/>
            <w:tcMar>
              <w:top w:w="80" w:type="dxa"/>
              <w:bottom w:w="80" w:type="dxa"/>
              <w:left w:w="100" w:type="dxa"/>
              <w:right w:w="100" w:type="dxa"/>
            </w:tcMar>
            <w:tcBorders>
              <w:bottom w:sz="4" w:val="single" w:color="E0E0E0"/>
            </w:tcBorders>
          </w:tcPr>
          <w:p>
            <w:r>
              <w:rPr>
                <w:b/>
                <w:color w:val="FFFFFF"/>
                <w:sz w:val="18"/>
              </w:rPr>
              <w:t>BYK 1798</w:t>
            </w:r>
          </w:p>
        </w:tc>
        <w:tc>
          <w:tcPr>
            <w:tcW w:type="dxa" w:w="3120"/>
            <w:shd w:fill="2C5E8A"/>
            <w:tcMar>
              <w:top w:w="80" w:type="dxa"/>
              <w:bottom w:w="80" w:type="dxa"/>
              <w:left w:w="100" w:type="dxa"/>
              <w:right w:w="100" w:type="dxa"/>
            </w:tcMar>
            <w:tcBorders>
              <w:bottom w:sz="4" w:val="single" w:color="E0E0E0"/>
            </w:tcBorders>
          </w:tcPr>
          <w:p>
            <w:r>
              <w:rPr>
                <w:b/>
                <w:color w:val="FFFFFF"/>
                <w:sz w:val="18"/>
              </w:rPr>
              <w:t>Airex 920</w:t>
            </w:r>
          </w:p>
        </w:tc>
      </w:tr>
      <w:tr>
        <w:tc>
          <w:tcPr>
            <w:tcW w:type="dxa" w:w="3120"/>
            <w:shd w:fill="FFFFFF"/>
            <w:tcMar>
              <w:top w:w="80" w:type="dxa"/>
              <w:bottom w:w="80" w:type="dxa"/>
              <w:left w:w="100" w:type="dxa"/>
              <w:right w:w="100" w:type="dxa"/>
            </w:tcMar>
            <w:tcBorders>
              <w:bottom w:sz="4" w:val="single" w:color="E0E0E0"/>
            </w:tcBorders>
          </w:tcPr>
          <w:p>
            <w:r>
              <w:rPr>
                <w:sz w:val="18"/>
              </w:rPr>
              <w:t>Chemistry</w:t>
            </w:r>
          </w:p>
        </w:tc>
        <w:tc>
          <w:tcPr>
            <w:tcW w:type="dxa" w:w="3120"/>
            <w:shd w:fill="FFFFFF"/>
            <w:tcMar>
              <w:top w:w="80" w:type="dxa"/>
              <w:bottom w:w="80" w:type="dxa"/>
              <w:left w:w="100" w:type="dxa"/>
              <w:right w:w="100" w:type="dxa"/>
            </w:tcMar>
            <w:tcBorders>
              <w:bottom w:sz="4" w:val="single" w:color="E0E0E0"/>
            </w:tcBorders>
          </w:tcPr>
          <w:p>
            <w:r>
              <w:rPr>
                <w:sz w:val="18"/>
              </w:rPr>
              <w:t>Solution of a modified polysiloxane copolymer</w:t>
            </w:r>
          </w:p>
        </w:tc>
        <w:tc>
          <w:tcPr>
            <w:tcW w:type="dxa" w:w="3120"/>
            <w:shd w:fill="FFFFFF"/>
            <w:tcMar>
              <w:top w:w="80" w:type="dxa"/>
              <w:bottom w:w="80" w:type="dxa"/>
              <w:left w:w="100" w:type="dxa"/>
              <w:right w:w="100" w:type="dxa"/>
            </w:tcMar>
            <w:tcBorders>
              <w:bottom w:sz="4" w:val="single" w:color="E0E0E0"/>
            </w:tcBorders>
          </w:tcPr>
          <w:p>
            <w:r>
              <w:rPr>
                <w:sz w:val="18"/>
              </w:rPr>
              <w:t>Organic polymer</w:t>
            </w:r>
          </w:p>
        </w:tc>
      </w:tr>
      <w:tr>
        <w:tc>
          <w:tcPr>
            <w:tcW w:type="dxa" w:w="3120"/>
            <w:shd w:fill="F7F9FA"/>
            <w:tcMar>
              <w:top w:w="80" w:type="dxa"/>
              <w:bottom w:w="80" w:type="dxa"/>
              <w:left w:w="100" w:type="dxa"/>
              <w:right w:w="100" w:type="dxa"/>
            </w:tcMar>
            <w:tcBorders>
              <w:bottom w:sz="4" w:val="single" w:color="E0E0E0"/>
            </w:tcBorders>
          </w:tcPr>
          <w:p>
            <w:r>
              <w:rPr>
                <w:sz w:val="18"/>
              </w:rPr>
              <w:t>Non-volatile matter</w:t>
            </w:r>
          </w:p>
        </w:tc>
        <w:tc>
          <w:tcPr>
            <w:tcW w:type="dxa" w:w="3120"/>
            <w:shd w:fill="F7F9FA"/>
            <w:tcMar>
              <w:top w:w="80" w:type="dxa"/>
              <w:bottom w:w="80" w:type="dxa"/>
              <w:left w:w="100" w:type="dxa"/>
              <w:right w:w="100" w:type="dxa"/>
            </w:tcMar>
            <w:tcBorders>
              <w:bottom w:sz="4" w:val="single" w:color="E0E0E0"/>
            </w:tcBorders>
          </w:tcPr>
          <w:p>
            <w:r>
              <w:rPr>
                <w:sz w:val="18"/>
              </w:rPr>
              <w:t>10%</w:t>
            </w:r>
          </w:p>
        </w:tc>
        <w:tc>
          <w:tcPr>
            <w:tcW w:type="dxa" w:w="3120"/>
            <w:shd w:fill="F7F9FA"/>
            <w:tcMar>
              <w:top w:w="80" w:type="dxa"/>
              <w:bottom w:w="80" w:type="dxa"/>
              <w:left w:w="100" w:type="dxa"/>
              <w:right w:w="100" w:type="dxa"/>
            </w:tcMar>
            <w:tcBorders>
              <w:bottom w:sz="4" w:val="single" w:color="E0E0E0"/>
            </w:tcBorders>
          </w:tcPr>
          <w:p>
            <w:r>
              <w:rPr>
                <w:sz w:val="18"/>
              </w:rPr>
              <w:t>100%</w:t>
            </w:r>
          </w:p>
        </w:tc>
      </w:tr>
      <w:tr>
        <w:tc>
          <w:tcPr>
            <w:tcW w:type="dxa" w:w="3120"/>
            <w:shd w:fill="FFFFFF"/>
            <w:tcMar>
              <w:top w:w="80" w:type="dxa"/>
              <w:bottom w:w="80" w:type="dxa"/>
              <w:left w:w="100" w:type="dxa"/>
              <w:right w:w="100" w:type="dxa"/>
            </w:tcMar>
            <w:tcBorders>
              <w:bottom w:sz="4" w:val="single" w:color="E0E0E0"/>
            </w:tcBorders>
          </w:tcPr>
          <w:p>
            <w:r>
              <w:rPr>
                <w:sz w:val="18"/>
              </w:rPr>
              <w:t>Appearance</w:t>
            </w:r>
          </w:p>
        </w:tc>
        <w:tc>
          <w:tcPr>
            <w:tcW w:type="dxa" w:w="3120"/>
            <w:shd w:fill="FFFFFF"/>
            <w:tcMar>
              <w:top w:w="80" w:type="dxa"/>
              <w:bottom w:w="80" w:type="dxa"/>
              <w:left w:w="100" w:type="dxa"/>
              <w:right w:w="100" w:type="dxa"/>
            </w:tcMar>
            <w:tcBorders>
              <w:bottom w:sz="4" w:val="single" w:color="E0E0E0"/>
            </w:tcBorders>
          </w:tcPr>
          <w:p>
            <w:r>
              <w:rPr>
                <w:sz w:val="18"/>
              </w:rPr>
              <w:t>Clear liquid</w:t>
            </w:r>
          </w:p>
        </w:tc>
        <w:tc>
          <w:tcPr>
            <w:tcW w:type="dxa" w:w="3120"/>
            <w:shd w:fill="FFFFFF"/>
            <w:tcMar>
              <w:top w:w="80" w:type="dxa"/>
              <w:bottom w:w="80" w:type="dxa"/>
              <w:left w:w="100" w:type="dxa"/>
              <w:right w:w="100" w:type="dxa"/>
            </w:tcMar>
            <w:tcBorders>
              <w:bottom w:sz="4" w:val="single" w:color="E0E0E0"/>
            </w:tcBorders>
          </w:tcPr>
          <w:p>
            <w:r>
              <w:rPr>
                <w:sz w:val="18"/>
              </w:rPr>
              <w:t>colored liquid</w:t>
            </w:r>
          </w:p>
        </w:tc>
      </w:tr>
      <w:tr>
        <w:tc>
          <w:tcPr>
            <w:tcW w:type="dxa" w:w="3120"/>
            <w:shd w:fill="F7F9FA"/>
            <w:tcMar>
              <w:top w:w="80" w:type="dxa"/>
              <w:bottom w:w="80" w:type="dxa"/>
              <w:left w:w="100" w:type="dxa"/>
              <w:right w:w="100" w:type="dxa"/>
            </w:tcMar>
            <w:tcBorders>
              <w:bottom w:sz="4" w:val="single" w:color="E0E0E0"/>
            </w:tcBorders>
          </w:tcPr>
          <w:p>
            <w:r>
              <w:rPr>
                <w:sz w:val="18"/>
              </w:rPr>
              <w:t>Special Note</w:t>
            </w:r>
          </w:p>
        </w:tc>
        <w:tc>
          <w:tcPr>
            <w:tcW w:type="dxa" w:w="3120"/>
            <w:shd w:fill="F7F9FA"/>
            <w:tcMar>
              <w:top w:w="80" w:type="dxa"/>
              <w:bottom w:w="80" w:type="dxa"/>
              <w:left w:w="100" w:type="dxa"/>
              <w:right w:w="100" w:type="dxa"/>
            </w:tcMar>
            <w:tcBorders>
              <w:bottom w:sz="4" w:val="single" w:color="E0E0E0"/>
            </w:tcBorders>
          </w:tcPr>
          <w:p>
            <w:r>
              <w:rPr>
                <w:sz w:val="18"/>
              </w:rPr>
              <w:t>The additive contains C6 F13 fluorotelomers</w:t>
            </w:r>
          </w:p>
        </w:tc>
        <w:tc>
          <w:tcPr>
            <w:tcW w:type="dxa" w:w="3120"/>
            <w:shd w:fill="F7F9FA"/>
            <w:tcMar>
              <w:top w:w="80" w:type="dxa"/>
              <w:bottom w:w="80" w:type="dxa"/>
              <w:left w:w="100" w:type="dxa"/>
              <w:right w:w="100" w:type="dxa"/>
            </w:tcMar>
            <w:tcBorders>
              <w:bottom w:sz="4" w:val="single" w:color="E0E0E0"/>
            </w:tcBorders>
          </w:tcPr>
          <w:p>
            <w:r>
              <w:rPr>
                <w:sz w:val="18"/>
              </w:rPr>
              <w:t>silicone-free</w:t>
            </w:r>
          </w:p>
        </w:tc>
      </w:tr>
      <w:tr>
        <w:tc>
          <w:tcPr>
            <w:tcW w:type="dxa" w:w="3120"/>
            <w:shd w:fill="FFFFFF"/>
            <w:tcMar>
              <w:top w:w="80" w:type="dxa"/>
              <w:bottom w:w="80" w:type="dxa"/>
              <w:left w:w="100" w:type="dxa"/>
              <w:right w:w="100" w:type="dxa"/>
            </w:tcMar>
            <w:tcBorders>
              <w:bottom w:sz="4" w:val="single" w:color="E0E0E0"/>
            </w:tcBorders>
          </w:tcPr>
          <w:p>
            <w:r>
              <w:rPr>
                <w:sz w:val="18"/>
              </w:rPr>
              <w:t>Solvents</w:t>
            </w:r>
          </w:p>
        </w:tc>
        <w:tc>
          <w:tcPr>
            <w:tcW w:type="dxa" w:w="3120"/>
            <w:shd w:fill="FFFFFF"/>
            <w:tcMar>
              <w:top w:w="80" w:type="dxa"/>
              <w:bottom w:w="80" w:type="dxa"/>
              <w:left w:w="100" w:type="dxa"/>
              <w:right w:w="100" w:type="dxa"/>
            </w:tcMar>
            <w:tcBorders>
              <w:bottom w:sz="4" w:val="single" w:color="E0E0E0"/>
            </w:tcBorders>
          </w:tcPr>
          <w:p>
            <w:r>
              <w:rPr>
                <w:sz w:val="18"/>
              </w:rPr>
              <w:t>Butylglycol/ethylhexanol/white spirit 6/2/1</w:t>
            </w:r>
          </w:p>
        </w:tc>
        <w:tc>
          <w:tcPr>
            <w:tcW w:type="dxa" w:w="3120"/>
            <w:shd w:fill="FFFFFF"/>
            <w:tcMar>
              <w:top w:w="80" w:type="dxa"/>
              <w:bottom w:w="80" w:type="dxa"/>
              <w:left w:w="100" w:type="dxa"/>
              <w:right w:w="100" w:type="dxa"/>
            </w:tcMar>
            <w:tcBorders>
              <w:bottom w:sz="4" w:val="single" w:color="E0E0E0"/>
            </w:tcBorders>
          </w:tcPr>
          <w:p>
            <w:r>
              <w:rPr>
                <w:sz w:val="18"/>
              </w:rPr>
              <w:t>--</w:t>
            </w:r>
          </w:p>
        </w:tc>
      </w:tr>
      <w:tr>
        <w:tc>
          <w:tcPr>
            <w:tcW w:type="dxa" w:w="3120"/>
            <w:shd w:fill="F7F9FA"/>
            <w:tcMar>
              <w:top w:w="80" w:type="dxa"/>
              <w:bottom w:w="80" w:type="dxa"/>
              <w:left w:w="100" w:type="dxa"/>
              <w:right w:w="100" w:type="dxa"/>
            </w:tcMar>
            <w:tcBorders>
              <w:bottom w:sz="4" w:val="single" w:color="E0E0E0"/>
            </w:tcBorders>
          </w:tcPr>
          <w:p>
            <w:r>
              <w:rPr>
                <w:sz w:val="18"/>
              </w:rPr>
              <w:t>Specific Gravity</w:t>
            </w:r>
          </w:p>
        </w:tc>
        <w:tc>
          <w:tcPr>
            <w:tcW w:type="dxa" w:w="3120"/>
            <w:shd w:fill="F7F9FA"/>
            <w:tcMar>
              <w:top w:w="80" w:type="dxa"/>
              <w:bottom w:w="80" w:type="dxa"/>
              <w:left w:w="100" w:type="dxa"/>
              <w:right w:w="100" w:type="dxa"/>
            </w:tcMar>
            <w:tcBorders>
              <w:bottom w:sz="4" w:val="single" w:color="E0E0E0"/>
            </w:tcBorders>
          </w:tcPr>
          <w:p>
            <w:r>
              <w:rPr>
                <w:sz w:val="18"/>
              </w:rPr>
              <w:t>0.88 g/ml</w:t>
            </w:r>
          </w:p>
        </w:tc>
        <w:tc>
          <w:tcPr>
            <w:tcW w:type="dxa" w:w="3120"/>
            <w:shd w:fill="F7F9FA"/>
            <w:tcMar>
              <w:top w:w="80" w:type="dxa"/>
              <w:bottom w:w="80" w:type="dxa"/>
              <w:left w:w="100" w:type="dxa"/>
              <w:right w:w="100" w:type="dxa"/>
            </w:tcMar>
            <w:tcBorders>
              <w:bottom w:sz="4" w:val="single" w:color="E0E0E0"/>
            </w:tcBorders>
          </w:tcPr>
          <w:p>
            <w:r>
              <w:rPr>
                <w:sz w:val="18"/>
              </w:rPr>
              <w:t>--</w:t>
            </w:r>
          </w:p>
        </w:tc>
      </w:tr>
      <w:tr>
        <w:tc>
          <w:tcPr>
            <w:tcW w:type="dxa" w:w="3120"/>
            <w:shd w:fill="FFFFFF"/>
            <w:tcMar>
              <w:top w:w="80" w:type="dxa"/>
              <w:bottom w:w="80" w:type="dxa"/>
              <w:left w:w="100" w:type="dxa"/>
              <w:right w:w="100" w:type="dxa"/>
            </w:tcMar>
            <w:tcBorders>
              <w:bottom w:sz="4" w:val="single" w:color="E0E0E0"/>
            </w:tcBorders>
          </w:tcPr>
          <w:p>
            <w:r>
              <w:rPr>
                <w:sz w:val="18"/>
              </w:rPr>
              <w:t>Properties</w:t>
            </w:r>
          </w:p>
        </w:tc>
        <w:tc>
          <w:tcPr>
            <w:tcW w:type="dxa" w:w="3120"/>
            <w:shd w:fill="FFFFFF"/>
            <w:tcMar>
              <w:top w:w="80" w:type="dxa"/>
              <w:bottom w:w="80" w:type="dxa"/>
              <w:left w:w="100" w:type="dxa"/>
              <w:right w:w="100" w:type="dxa"/>
            </w:tcMar>
            <w:tcBorders>
              <w:bottom w:sz="4" w:val="single" w:color="E0E0E0"/>
            </w:tcBorders>
          </w:tcPr>
          <w:p>
            <w:r>
              <w:rPr>
                <w:sz w:val="18"/>
              </w:rPr>
              <w:t>BYK-1798 is a very effective silicone defoamer for all water-soluble systems (physically drying and baking systems) and is also recommended for radiation-curable coatings.</w:t>
            </w:r>
          </w:p>
        </w:tc>
        <w:tc>
          <w:tcPr>
            <w:tcW w:type="dxa" w:w="3120"/>
            <w:shd w:fill="FFFFFF"/>
            <w:tcMar>
              <w:top w:w="80" w:type="dxa"/>
              <w:bottom w:w="80" w:type="dxa"/>
              <w:left w:w="100" w:type="dxa"/>
              <w:right w:w="100" w:type="dxa"/>
            </w:tcMar>
            <w:tcBorders>
              <w:bottom w:sz="4" w:val="single" w:color="E0E0E0"/>
            </w:tcBorders>
          </w:tcPr>
          <w:p>
            <w:r>
              <w:rPr>
                <w:sz w:val="18"/>
              </w:rPr>
              <w:t>Universal use in clear and pigmented, radiation-curing formulations  Recoatable and glueable (silicone-free)  Suitable for UV inkjet</w:t>
            </w:r>
          </w:p>
        </w:tc>
      </w:tr>
    </w:tbl>
    <w:p/>
    <w:p>
      <w:r>
        <w:t>Hoạt chất cao 100%, dung dịch sệt,  trong suốt</w:t>
      </w:r>
    </w:p>
    <w:p>
      <w:r>
        <w:t>Kiểm tra độ hoà tan</w:t>
      </w:r>
    </w:p>
    <w:tbl>
      <w:tblPr>
        <w:tblW w:type="auto" w:w="0"/>
        <w:jc w:val="center"/>
        <w:tblLook w:firstColumn="1" w:firstRow="1" w:lastColumn="0" w:lastRow="0" w:noHBand="0" w:noVBand="1" w:val="04A0"/>
      </w:tblPr>
      <w:tblGrid>
        <w:gridCol w:w="4680"/>
        <w:gridCol w:w="4680"/>
      </w:tblGrid>
      <w:tr>
        <w:tc>
          <w:tcPr>
            <w:tcW w:type="dxa" w:w="4680"/>
            <w:shd w:fill="2C5E8A"/>
            <w:tcMar>
              <w:top w:w="80" w:type="dxa"/>
              <w:bottom w:w="80" w:type="dxa"/>
              <w:left w:w="100" w:type="dxa"/>
              <w:right w:w="100" w:type="dxa"/>
            </w:tcMar>
            <w:tcBorders>
              <w:bottom w:sz="4" w:val="single" w:color="E0E0E0"/>
            </w:tcBorders>
          </w:tcPr>
          <w:p>
            <w:r>
              <w:rPr>
                <w:b/>
                <w:color w:val="FFFFFF"/>
                <w:sz w:val="18"/>
              </w:rPr>
              <w:t>Dung môi pha</w:t>
            </w:r>
          </w:p>
        </w:tc>
        <w:tc>
          <w:tcPr>
            <w:tcW w:type="dxa" w:w="4680"/>
            <w:shd w:fill="2C5E8A"/>
            <w:tcMar>
              <w:top w:w="80" w:type="dxa"/>
              <w:bottom w:w="80" w:type="dxa"/>
              <w:left w:w="100" w:type="dxa"/>
              <w:right w:w="100" w:type="dxa"/>
            </w:tcMar>
            <w:tcBorders>
              <w:bottom w:sz="4" w:val="single" w:color="E0E0E0"/>
            </w:tcBorders>
          </w:tcPr>
          <w:p>
            <w:r>
              <w:rPr>
                <w:b/>
                <w:color w:val="FFFFFF"/>
                <w:sz w:val="18"/>
              </w:rPr>
              <w:t>Nhận xét</w:t>
            </w:r>
          </w:p>
        </w:tc>
      </w:tr>
      <w:tr>
        <w:tc>
          <w:tcPr>
            <w:tcW w:type="dxa" w:w="4680"/>
            <w:shd w:fill="FFFFFF"/>
            <w:tcMar>
              <w:top w:w="80" w:type="dxa"/>
              <w:bottom w:w="80" w:type="dxa"/>
              <w:left w:w="100" w:type="dxa"/>
              <w:right w:w="100" w:type="dxa"/>
            </w:tcMar>
            <w:tcBorders>
              <w:bottom w:sz="4" w:val="single" w:color="E0E0E0"/>
            </w:tcBorders>
          </w:tcPr>
          <w:p>
            <w:r>
              <w:rPr>
                <w:sz w:val="18"/>
              </w:rPr>
              <w:t>Pha 20% trong TPGDA/TMPTA/HDDA</w:t>
            </w:r>
          </w:p>
        </w:tc>
        <w:tc>
          <w:tcPr>
            <w:tcW w:type="dxa" w:w="4680"/>
            <w:shd w:fill="FFFFFF"/>
            <w:tcMar>
              <w:top w:w="80" w:type="dxa"/>
              <w:bottom w:w="80" w:type="dxa"/>
              <w:left w:w="100" w:type="dxa"/>
              <w:right w:w="100" w:type="dxa"/>
            </w:tcMar>
            <w:tcBorders>
              <w:bottom w:sz="4" w:val="single" w:color="E0E0E0"/>
            </w:tcBorders>
          </w:tcPr>
          <w:p>
            <w:r>
              <w:rPr>
                <w:sz w:val="18"/>
              </w:rPr>
              <w:t>Tan trong monomer (giới hạn) dung dịch đồng nhất, trong suốt</w:t>
            </w:r>
          </w:p>
        </w:tc>
      </w:tr>
      <w:tr>
        <w:tc>
          <w:tcPr>
            <w:tcW w:type="dxa" w:w="4680"/>
            <w:shd w:fill="F7F9FA"/>
            <w:tcMar>
              <w:top w:w="80" w:type="dxa"/>
              <w:bottom w:w="80" w:type="dxa"/>
              <w:left w:w="100" w:type="dxa"/>
              <w:right w:w="100" w:type="dxa"/>
            </w:tcMar>
            <w:tcBorders>
              <w:bottom w:sz="4" w:val="single" w:color="E0E0E0"/>
            </w:tcBorders>
          </w:tcPr>
          <w:p>
            <w:r>
              <w:rPr>
                <w:sz w:val="18"/>
              </w:rPr>
              <w:t>Pha 20% trong Xylene</w:t>
            </w:r>
          </w:p>
        </w:tc>
        <w:tc>
          <w:tcPr>
            <w:tcW w:type="dxa" w:w="4680"/>
            <w:shd w:fill="F7F9FA"/>
            <w:tcMar>
              <w:top w:w="80" w:type="dxa"/>
              <w:bottom w:w="80" w:type="dxa"/>
              <w:left w:w="100" w:type="dxa"/>
              <w:right w:w="100" w:type="dxa"/>
            </w:tcMar>
            <w:tcBorders>
              <w:bottom w:sz="4" w:val="single" w:color="E0E0E0"/>
            </w:tcBorders>
          </w:tcPr>
          <w:p>
            <w:r>
              <w:rPr>
                <w:sz w:val="18"/>
              </w:rPr>
              <w:t>Hoà tan tốt, dung dịch đồng nhất, trong suốt</w:t>
            </w:r>
          </w:p>
        </w:tc>
      </w:tr>
      <w:tr>
        <w:tc>
          <w:tcPr>
            <w:tcW w:type="dxa" w:w="4680"/>
            <w:shd w:fill="FFFFFF"/>
            <w:tcMar>
              <w:top w:w="80" w:type="dxa"/>
              <w:bottom w:w="80" w:type="dxa"/>
              <w:left w:w="100" w:type="dxa"/>
              <w:right w:w="100" w:type="dxa"/>
            </w:tcMar>
            <w:tcBorders>
              <w:bottom w:sz="4" w:val="single" w:color="E0E0E0"/>
            </w:tcBorders>
          </w:tcPr>
          <w:p>
            <w:r>
              <w:rPr>
                <w:sz w:val="18"/>
              </w:rPr>
              <w:t>Pha 20% trong nBAc</w:t>
            </w:r>
          </w:p>
        </w:tc>
        <w:tc>
          <w:tcPr>
            <w:tcW w:type="dxa" w:w="4680"/>
            <w:shd w:fill="FFFFFF"/>
            <w:tcMar>
              <w:top w:w="80" w:type="dxa"/>
              <w:bottom w:w="80" w:type="dxa"/>
              <w:left w:w="100" w:type="dxa"/>
              <w:right w:w="100" w:type="dxa"/>
            </w:tcMar>
            <w:tcBorders>
              <w:bottom w:sz="4" w:val="single" w:color="E0E0E0"/>
            </w:tcBorders>
          </w:tcPr>
          <w:p>
            <w:r>
              <w:rPr>
                <w:sz w:val="18"/>
              </w:rPr>
              <w:t>Hoà tan tốt, dung dịch đồng nhất, trong suốt</w:t>
            </w:r>
          </w:p>
        </w:tc>
      </w:tr>
    </w:tbl>
    <w:p/>
    <w:p>
      <w:r>
        <w:t>Kiểm tra ảnh hưởng của Airex 920 đến độ trong của sơn</w:t>
      </w:r>
    </w:p>
    <w:tbl>
      <w:tblPr>
        <w:tblW w:type="auto" w:w="0"/>
        <w:jc w:val="center"/>
        <w:tblLook w:firstColumn="1" w:firstRow="1" w:lastColumn="0" w:lastRow="0" w:noHBand="0" w:noVBand="1" w:val="04A0"/>
      </w:tblPr>
      <w:tblGrid>
        <w:gridCol w:w="2340"/>
        <w:gridCol w:w="2340"/>
        <w:gridCol w:w="2340"/>
        <w:gridCol w:w="2340"/>
      </w:tblGrid>
      <w:tr>
        <w:tc>
          <w:tcPr>
            <w:tcW w:type="dxa" w:w="2340"/>
            <w:shd w:fill="2C5E8A"/>
            <w:tcMar>
              <w:top w:w="80" w:type="dxa"/>
              <w:bottom w:w="80" w:type="dxa"/>
              <w:left w:w="100" w:type="dxa"/>
              <w:right w:w="100" w:type="dxa"/>
            </w:tcMar>
            <w:tcBorders>
              <w:bottom w:sz="4" w:val="single" w:color="E0E0E0"/>
            </w:tcBorders>
          </w:tcPr>
          <w:p>
            <w:r>
              <w:rPr>
                <w:b/>
                <w:color w:val="FFFFFF"/>
                <w:sz w:val="18"/>
              </w:rPr>
              <w:t>Thành phần</w:t>
            </w:r>
          </w:p>
        </w:tc>
        <w:tc>
          <w:tcPr>
            <w:tcW w:type="dxa" w:w="2340"/>
            <w:shd w:fill="2C5E8A"/>
            <w:tcMar>
              <w:top w:w="80" w:type="dxa"/>
              <w:bottom w:w="80" w:type="dxa"/>
              <w:left w:w="100" w:type="dxa"/>
              <w:right w:w="100" w:type="dxa"/>
            </w:tcMar>
            <w:tcBorders>
              <w:bottom w:sz="4" w:val="single" w:color="E0E0E0"/>
            </w:tcBorders>
          </w:tcPr>
          <w:p>
            <w:r>
              <w:rPr>
                <w:b/>
                <w:color w:val="FFFFFF"/>
                <w:sz w:val="18"/>
              </w:rPr>
              <w:t>0.2% 1798</w:t>
            </w:r>
          </w:p>
        </w:tc>
        <w:tc>
          <w:tcPr>
            <w:tcW w:type="dxa" w:w="2340"/>
            <w:shd w:fill="2C5E8A"/>
            <w:tcMar>
              <w:top w:w="80" w:type="dxa"/>
              <w:bottom w:w="80" w:type="dxa"/>
              <w:left w:w="100" w:type="dxa"/>
              <w:right w:w="100" w:type="dxa"/>
            </w:tcMar>
            <w:tcBorders>
              <w:bottom w:sz="4" w:val="single" w:color="E0E0E0"/>
            </w:tcBorders>
          </w:tcPr>
          <w:p>
            <w:r>
              <w:rPr>
                <w:b/>
                <w:color w:val="FFFFFF"/>
                <w:sz w:val="18"/>
              </w:rPr>
              <w:t>0.2% 920</w:t>
            </w:r>
          </w:p>
        </w:tc>
        <w:tc>
          <w:tcPr>
            <w:tcW w:type="dxa" w:w="2340"/>
            <w:shd w:fill="2C5E8A"/>
            <w:tcMar>
              <w:top w:w="80" w:type="dxa"/>
              <w:bottom w:w="80" w:type="dxa"/>
              <w:left w:w="100" w:type="dxa"/>
              <w:right w:w="100" w:type="dxa"/>
            </w:tcMar>
            <w:tcBorders>
              <w:bottom w:sz="4" w:val="single" w:color="E0E0E0"/>
            </w:tcBorders>
          </w:tcPr>
          <w:p>
            <w:r>
              <w:rPr>
                <w:b/>
                <w:color w:val="FFFFFF"/>
                <w:sz w:val="18"/>
              </w:rPr>
              <w:t>0.6% 920</w:t>
            </w:r>
          </w:p>
        </w:tc>
      </w:tr>
      <w:tr>
        <w:tc>
          <w:tcPr>
            <w:tcW w:type="dxa" w:w="2340"/>
            <w:shd w:fill="FFFFFF"/>
            <w:tcMar>
              <w:top w:w="80" w:type="dxa"/>
              <w:bottom w:w="80" w:type="dxa"/>
              <w:left w:w="100" w:type="dxa"/>
              <w:right w:w="100" w:type="dxa"/>
            </w:tcMar>
            <w:tcBorders>
              <w:bottom w:sz="4" w:val="single" w:color="E0E0E0"/>
            </w:tcBorders>
          </w:tcPr>
          <w:p>
            <w:r>
              <w:rPr>
                <w:sz w:val="18"/>
              </w:rPr>
              <w:t>B-113</w:t>
            </w:r>
          </w:p>
        </w:tc>
        <w:tc>
          <w:tcPr>
            <w:tcW w:type="dxa" w:w="2340"/>
            <w:shd w:fill="FFFFFF"/>
            <w:tcMar>
              <w:top w:w="80" w:type="dxa"/>
              <w:bottom w:w="80" w:type="dxa"/>
              <w:left w:w="100" w:type="dxa"/>
              <w:right w:w="100" w:type="dxa"/>
            </w:tcMar>
            <w:tcBorders>
              <w:bottom w:sz="4" w:val="single" w:color="E0E0E0"/>
            </w:tcBorders>
          </w:tcPr>
          <w:p>
            <w:r>
              <w:rPr>
                <w:sz w:val="18"/>
              </w:rPr>
              <w:t>100</w:t>
            </w:r>
          </w:p>
        </w:tc>
        <w:tc>
          <w:tcPr>
            <w:tcW w:type="dxa" w:w="2340"/>
            <w:shd w:fill="FFFFFF"/>
            <w:tcMar>
              <w:top w:w="80" w:type="dxa"/>
              <w:bottom w:w="80" w:type="dxa"/>
              <w:left w:w="100" w:type="dxa"/>
              <w:right w:w="100" w:type="dxa"/>
            </w:tcMar>
            <w:tcBorders>
              <w:bottom w:sz="4" w:val="single" w:color="E0E0E0"/>
            </w:tcBorders>
          </w:tcPr>
          <w:p>
            <w:r>
              <w:rPr>
                <w:sz w:val="18"/>
              </w:rPr>
              <w:t>100</w:t>
            </w:r>
          </w:p>
        </w:tc>
        <w:tc>
          <w:tcPr>
            <w:tcW w:type="dxa" w:w="2340"/>
            <w:shd w:fill="FFFFFF"/>
            <w:tcMar>
              <w:top w:w="80" w:type="dxa"/>
              <w:bottom w:w="80" w:type="dxa"/>
              <w:left w:w="100" w:type="dxa"/>
              <w:right w:w="100" w:type="dxa"/>
            </w:tcMar>
            <w:tcBorders>
              <w:bottom w:sz="4" w:val="single" w:color="E0E0E0"/>
            </w:tcBorders>
          </w:tcPr>
          <w:p>
            <w:r>
              <w:rPr>
                <w:sz w:val="18"/>
              </w:rPr>
              <w:t>100</w:t>
            </w:r>
          </w:p>
        </w:tc>
      </w:tr>
      <w:tr>
        <w:tc>
          <w:tcPr>
            <w:tcW w:type="dxa" w:w="2340"/>
            <w:shd w:fill="F7F9FA"/>
            <w:tcMar>
              <w:top w:w="80" w:type="dxa"/>
              <w:bottom w:w="80" w:type="dxa"/>
              <w:left w:w="100" w:type="dxa"/>
              <w:right w:w="100" w:type="dxa"/>
            </w:tcMar>
            <w:tcBorders>
              <w:bottom w:sz="4" w:val="single" w:color="E0E0E0"/>
            </w:tcBorders>
          </w:tcPr>
          <w:p>
            <w:r>
              <w:rPr>
                <w:sz w:val="18"/>
              </w:rPr>
              <w:t>EM223</w:t>
            </w:r>
          </w:p>
        </w:tc>
        <w:tc>
          <w:tcPr>
            <w:tcW w:type="dxa" w:w="2340"/>
            <w:shd w:fill="F7F9FA"/>
            <w:tcMar>
              <w:top w:w="80" w:type="dxa"/>
              <w:bottom w:w="80" w:type="dxa"/>
              <w:left w:w="100" w:type="dxa"/>
              <w:right w:w="100" w:type="dxa"/>
            </w:tcMar>
            <w:tcBorders>
              <w:bottom w:sz="4" w:val="single" w:color="E0E0E0"/>
            </w:tcBorders>
          </w:tcPr>
          <w:p>
            <w:r>
              <w:rPr>
                <w:sz w:val="18"/>
              </w:rPr>
              <w:t>50</w:t>
            </w:r>
          </w:p>
        </w:tc>
        <w:tc>
          <w:tcPr>
            <w:tcW w:type="dxa" w:w="2340"/>
            <w:shd w:fill="F7F9FA"/>
            <w:tcMar>
              <w:top w:w="80" w:type="dxa"/>
              <w:bottom w:w="80" w:type="dxa"/>
              <w:left w:w="100" w:type="dxa"/>
              <w:right w:w="100" w:type="dxa"/>
            </w:tcMar>
            <w:tcBorders>
              <w:bottom w:sz="4" w:val="single" w:color="E0E0E0"/>
            </w:tcBorders>
          </w:tcPr>
          <w:p>
            <w:r>
              <w:rPr>
                <w:sz w:val="18"/>
              </w:rPr>
              <w:t>50</w:t>
            </w:r>
          </w:p>
        </w:tc>
        <w:tc>
          <w:tcPr>
            <w:tcW w:type="dxa" w:w="2340"/>
            <w:shd w:fill="F7F9FA"/>
            <w:tcMar>
              <w:top w:w="80" w:type="dxa"/>
              <w:bottom w:w="80" w:type="dxa"/>
              <w:left w:w="100" w:type="dxa"/>
              <w:right w:w="100" w:type="dxa"/>
            </w:tcMar>
            <w:tcBorders>
              <w:bottom w:sz="4" w:val="single" w:color="E0E0E0"/>
            </w:tcBorders>
          </w:tcPr>
          <w:p>
            <w:r>
              <w:rPr>
                <w:sz w:val="18"/>
              </w:rPr>
              <w:t>50</w:t>
            </w:r>
          </w:p>
        </w:tc>
      </w:tr>
      <w:tr>
        <w:tc>
          <w:tcPr>
            <w:tcW w:type="dxa" w:w="2340"/>
            <w:shd w:fill="FFFFFF"/>
            <w:tcMar>
              <w:top w:w="80" w:type="dxa"/>
              <w:bottom w:w="80" w:type="dxa"/>
              <w:left w:w="100" w:type="dxa"/>
              <w:right w:w="100" w:type="dxa"/>
            </w:tcMar>
            <w:tcBorders>
              <w:bottom w:sz="4" w:val="single" w:color="E0E0E0"/>
            </w:tcBorders>
          </w:tcPr>
          <w:p>
            <w:r>
              <w:rPr>
                <w:sz w:val="18"/>
              </w:rPr>
              <w:t>D-1173</w:t>
            </w:r>
          </w:p>
        </w:tc>
        <w:tc>
          <w:tcPr>
            <w:tcW w:type="dxa" w:w="2340"/>
            <w:shd w:fill="FFFFFF"/>
            <w:tcMar>
              <w:top w:w="80" w:type="dxa"/>
              <w:bottom w:w="80" w:type="dxa"/>
              <w:left w:w="100" w:type="dxa"/>
              <w:right w:w="100" w:type="dxa"/>
            </w:tcMar>
            <w:tcBorders>
              <w:bottom w:sz="4" w:val="single" w:color="E0E0E0"/>
            </w:tcBorders>
          </w:tcPr>
          <w:p>
            <w:r>
              <w:rPr>
                <w:sz w:val="18"/>
              </w:rPr>
              <w:t>5.0</w:t>
            </w:r>
          </w:p>
        </w:tc>
        <w:tc>
          <w:tcPr>
            <w:tcW w:type="dxa" w:w="2340"/>
            <w:shd w:fill="FFFFFF"/>
            <w:tcMar>
              <w:top w:w="80" w:type="dxa"/>
              <w:bottom w:w="80" w:type="dxa"/>
              <w:left w:w="100" w:type="dxa"/>
              <w:right w:w="100" w:type="dxa"/>
            </w:tcMar>
            <w:tcBorders>
              <w:bottom w:sz="4" w:val="single" w:color="E0E0E0"/>
            </w:tcBorders>
          </w:tcPr>
          <w:p>
            <w:r>
              <w:rPr>
                <w:sz w:val="18"/>
              </w:rPr>
              <w:t>5.0</w:t>
            </w:r>
          </w:p>
        </w:tc>
        <w:tc>
          <w:tcPr>
            <w:tcW w:type="dxa" w:w="2340"/>
            <w:shd w:fill="FFFFFF"/>
            <w:tcMar>
              <w:top w:w="80" w:type="dxa"/>
              <w:bottom w:w="80" w:type="dxa"/>
              <w:left w:w="100" w:type="dxa"/>
              <w:right w:w="100" w:type="dxa"/>
            </w:tcMar>
            <w:tcBorders>
              <w:bottom w:sz="4" w:val="single" w:color="E0E0E0"/>
            </w:tcBorders>
          </w:tcPr>
          <w:p>
            <w:r>
              <w:rPr>
                <w:sz w:val="18"/>
              </w:rPr>
              <w:t>5.0</w:t>
            </w:r>
          </w:p>
        </w:tc>
      </w:tr>
      <w:tr>
        <w:tc>
          <w:tcPr>
            <w:tcW w:type="dxa" w:w="2340"/>
            <w:shd w:fill="F7F9FA"/>
            <w:tcMar>
              <w:top w:w="80" w:type="dxa"/>
              <w:bottom w:w="80" w:type="dxa"/>
              <w:left w:w="100" w:type="dxa"/>
              <w:right w:w="100" w:type="dxa"/>
            </w:tcMar>
            <w:tcBorders>
              <w:bottom w:sz="4" w:val="single" w:color="E0E0E0"/>
            </w:tcBorders>
          </w:tcPr>
          <w:p>
            <w:r>
              <w:rPr>
                <w:sz w:val="18"/>
              </w:rPr>
              <w:t>BYK 1798</w:t>
            </w:r>
          </w:p>
        </w:tc>
        <w:tc>
          <w:tcPr>
            <w:tcW w:type="dxa" w:w="2340"/>
            <w:shd w:fill="F7F9FA"/>
            <w:tcMar>
              <w:top w:w="80" w:type="dxa"/>
              <w:bottom w:w="80" w:type="dxa"/>
              <w:left w:w="100" w:type="dxa"/>
              <w:right w:w="100" w:type="dxa"/>
            </w:tcMar>
            <w:tcBorders>
              <w:bottom w:sz="4" w:val="single" w:color="E0E0E0"/>
            </w:tcBorders>
          </w:tcPr>
          <w:p>
            <w:r>
              <w:rPr>
                <w:sz w:val="18"/>
              </w:rPr>
              <w:t>0.3</w:t>
            </w:r>
          </w:p>
        </w:tc>
        <w:tc>
          <w:tcPr>
            <w:tcW w:type="dxa" w:w="2340"/>
            <w:shd w:fill="F7F9FA"/>
            <w:tcMar>
              <w:top w:w="80" w:type="dxa"/>
              <w:bottom w:w="80" w:type="dxa"/>
              <w:left w:w="100" w:type="dxa"/>
              <w:right w:w="100" w:type="dxa"/>
            </w:tcMar>
            <w:tcBorders>
              <w:bottom w:sz="4" w:val="single" w:color="E0E0E0"/>
            </w:tcBorders>
          </w:tcPr>
          <w:p>
            <w:r>
              <w:rPr>
                <w:sz w:val="18"/>
              </w:rPr>
              <w:t>x</w:t>
            </w:r>
          </w:p>
        </w:tc>
        <w:tc>
          <w:tcPr>
            <w:tcW w:type="dxa" w:w="2340"/>
            <w:shd w:fill="F7F9FA"/>
            <w:tcMar>
              <w:top w:w="80" w:type="dxa"/>
              <w:bottom w:w="80" w:type="dxa"/>
              <w:left w:w="100" w:type="dxa"/>
              <w:right w:w="100" w:type="dxa"/>
            </w:tcMar>
            <w:tcBorders>
              <w:bottom w:sz="4" w:val="single" w:color="E0E0E0"/>
            </w:tcBorders>
          </w:tcPr>
          <w:p>
            <w:r>
              <w:rPr>
                <w:sz w:val="18"/>
              </w:rPr>
              <w:t>x</w:t>
            </w:r>
          </w:p>
        </w:tc>
      </w:tr>
      <w:tr>
        <w:tc>
          <w:tcPr>
            <w:tcW w:type="dxa" w:w="2340"/>
            <w:shd w:fill="FFFFFF"/>
            <w:tcMar>
              <w:top w:w="80" w:type="dxa"/>
              <w:bottom w:w="80" w:type="dxa"/>
              <w:left w:w="100" w:type="dxa"/>
              <w:right w:w="100" w:type="dxa"/>
            </w:tcMar>
            <w:tcBorders>
              <w:bottom w:sz="4" w:val="single" w:color="E0E0E0"/>
            </w:tcBorders>
          </w:tcPr>
          <w:p>
            <w:r>
              <w:rPr>
                <w:sz w:val="18"/>
              </w:rPr>
              <w:t>Airex 920 (100%)</w:t>
            </w:r>
          </w:p>
        </w:tc>
        <w:tc>
          <w:tcPr>
            <w:tcW w:type="dxa" w:w="2340"/>
            <w:shd w:fill="FFFFFF"/>
            <w:tcMar>
              <w:top w:w="80" w:type="dxa"/>
              <w:bottom w:w="80" w:type="dxa"/>
              <w:left w:w="100" w:type="dxa"/>
              <w:right w:w="100" w:type="dxa"/>
            </w:tcMar>
            <w:tcBorders>
              <w:bottom w:sz="4" w:val="single" w:color="E0E0E0"/>
            </w:tcBorders>
          </w:tcPr>
          <w:p>
            <w:r>
              <w:rPr>
                <w:sz w:val="18"/>
              </w:rPr>
              <w:t>x</w:t>
            </w:r>
          </w:p>
        </w:tc>
        <w:tc>
          <w:tcPr>
            <w:tcW w:type="dxa" w:w="2340"/>
            <w:shd w:fill="FFFFFF"/>
            <w:tcMar>
              <w:top w:w="80" w:type="dxa"/>
              <w:bottom w:w="80" w:type="dxa"/>
              <w:left w:w="100" w:type="dxa"/>
              <w:right w:w="100" w:type="dxa"/>
            </w:tcMar>
            <w:tcBorders>
              <w:bottom w:sz="4" w:val="single" w:color="E0E0E0"/>
            </w:tcBorders>
          </w:tcPr>
          <w:p>
            <w:r>
              <w:rPr>
                <w:sz w:val="18"/>
              </w:rPr>
              <w:t>0.3</w:t>
            </w:r>
          </w:p>
        </w:tc>
        <w:tc>
          <w:tcPr>
            <w:tcW w:type="dxa" w:w="2340"/>
            <w:shd w:fill="FFFFFF"/>
            <w:tcMar>
              <w:top w:w="80" w:type="dxa"/>
              <w:bottom w:w="80" w:type="dxa"/>
              <w:left w:w="100" w:type="dxa"/>
              <w:right w:w="100" w:type="dxa"/>
            </w:tcMar>
            <w:tcBorders>
              <w:bottom w:sz="4" w:val="single" w:color="E0E0E0"/>
            </w:tcBorders>
          </w:tcPr>
          <w:p>
            <w:r>
              <w:rPr>
                <w:sz w:val="18"/>
              </w:rPr>
              <w:t>0.9</w:t>
            </w:r>
          </w:p>
        </w:tc>
      </w:tr>
      <w:tr>
        <w:tc>
          <w:tcPr>
            <w:tcW w:type="dxa" w:w="2340"/>
            <w:shd w:fill="F7F9FA"/>
            <w:tcMar>
              <w:top w:w="80" w:type="dxa"/>
              <w:bottom w:w="80" w:type="dxa"/>
              <w:left w:w="100" w:type="dxa"/>
              <w:right w:w="100" w:type="dxa"/>
            </w:tcMar>
            <w:tcBorders>
              <w:bottom w:sz="4" w:val="single" w:color="E0E0E0"/>
            </w:tcBorders>
          </w:tcPr>
          <w:p>
            <w:r>
              <w:rPr>
                <w:sz w:val="18"/>
              </w:rPr>
              <w:t>TỔNG</w:t>
            </w:r>
          </w:p>
        </w:tc>
        <w:tc>
          <w:tcPr>
            <w:tcW w:type="dxa" w:w="2340"/>
            <w:shd w:fill="F7F9FA"/>
            <w:tcMar>
              <w:top w:w="80" w:type="dxa"/>
              <w:bottom w:w="80" w:type="dxa"/>
              <w:left w:w="100" w:type="dxa"/>
              <w:right w:w="100" w:type="dxa"/>
            </w:tcMar>
            <w:tcBorders>
              <w:bottom w:sz="4" w:val="single" w:color="E0E0E0"/>
            </w:tcBorders>
          </w:tcPr>
          <w:p>
            <w:r>
              <w:rPr>
                <w:sz w:val="18"/>
              </w:rPr>
              <w:t>155.3g</w:t>
            </w:r>
          </w:p>
        </w:tc>
        <w:tc>
          <w:tcPr>
            <w:tcW w:type="dxa" w:w="2340"/>
            <w:shd w:fill="F7F9FA"/>
            <w:tcMar>
              <w:top w:w="80" w:type="dxa"/>
              <w:bottom w:w="80" w:type="dxa"/>
              <w:left w:w="100" w:type="dxa"/>
              <w:right w:w="100" w:type="dxa"/>
            </w:tcMar>
            <w:tcBorders>
              <w:bottom w:sz="4" w:val="single" w:color="E0E0E0"/>
            </w:tcBorders>
          </w:tcPr>
          <w:p>
            <w:r>
              <w:rPr>
                <w:sz w:val="18"/>
              </w:rPr>
              <w:t>155.3g</w:t>
            </w:r>
          </w:p>
        </w:tc>
        <w:tc>
          <w:tcPr>
            <w:tcW w:type="dxa" w:w="2340"/>
            <w:shd w:fill="F7F9FA"/>
            <w:tcMar>
              <w:top w:w="80" w:type="dxa"/>
              <w:bottom w:w="80" w:type="dxa"/>
              <w:left w:w="100" w:type="dxa"/>
              <w:right w:w="100" w:type="dxa"/>
            </w:tcMar>
            <w:tcBorders>
              <w:bottom w:sz="4" w:val="single" w:color="E0E0E0"/>
            </w:tcBorders>
          </w:tcPr>
          <w:p>
            <w:r>
              <w:rPr>
                <w:sz w:val="18"/>
              </w:rPr>
              <w:t>155.3g</w:t>
            </w:r>
          </w:p>
        </w:tc>
      </w:tr>
    </w:tbl>
    <w:p/>
    <w:p>
      <w:r>
        <w:t>Dung dịch sơn đục như nhau (Airex 920 dung dịch ít đục hơn BYK 1798)</w:t>
      </w:r>
    </w:p>
    <w:p>
      <w:r>
        <w:t>Dùng BYK 1798 và Airex 920 màng sơn có độ trong tương đương nhau.</w:t>
      </w:r>
    </w:p>
    <w:p>
      <w:r>
        <w:t>Dùng 0.2% và 0.6% Airex 920 màng sơn có độ trong tương đương nhau, khác biệt không đáng kể.</w:t>
      </w:r>
    </w:p>
    <w:p>
      <w:r>
        <w:t>* Công thức 2105 V sealer</w:t>
      </w:r>
    </w:p>
    <w:tbl>
      <w:tblPr>
        <w:tblW w:type="auto" w:w="0"/>
        <w:jc w:val="center"/>
        <w:tblLook w:firstColumn="1" w:firstRow="1" w:lastColumn="0" w:lastRow="0" w:noHBand="0" w:noVBand="1" w:val="04A0"/>
      </w:tblPr>
      <w:tblGrid>
        <w:gridCol w:w="2340"/>
        <w:gridCol w:w="2340"/>
        <w:gridCol w:w="2340"/>
        <w:gridCol w:w="2340"/>
      </w:tblGrid>
      <w:tr>
        <w:tc>
          <w:tcPr>
            <w:tcW w:type="dxa" w:w="2340"/>
            <w:shd w:fill="2C5E8A"/>
            <w:tcMar>
              <w:top w:w="80" w:type="dxa"/>
              <w:bottom w:w="80" w:type="dxa"/>
              <w:left w:w="100" w:type="dxa"/>
              <w:right w:w="100" w:type="dxa"/>
            </w:tcMar>
            <w:tcBorders>
              <w:bottom w:sz="4" w:val="single" w:color="E0E0E0"/>
            </w:tcBorders>
          </w:tcPr>
          <w:p>
            <w:r>
              <w:rPr>
                <w:b/>
                <w:color w:val="FFFFFF"/>
                <w:sz w:val="18"/>
              </w:rPr>
              <w:t>Thành phần</w:t>
            </w:r>
          </w:p>
        </w:tc>
        <w:tc>
          <w:tcPr>
            <w:tcW w:type="dxa" w:w="2340"/>
            <w:shd w:fill="2C5E8A"/>
            <w:tcMar>
              <w:top w:w="80" w:type="dxa"/>
              <w:bottom w:w="80" w:type="dxa"/>
              <w:left w:w="100" w:type="dxa"/>
              <w:right w:w="100" w:type="dxa"/>
            </w:tcMar>
            <w:tcBorders>
              <w:bottom w:sz="4" w:val="single" w:color="E0E0E0"/>
            </w:tcBorders>
          </w:tcPr>
          <w:p>
            <w:r>
              <w:rPr>
                <w:b/>
                <w:color w:val="FFFFFF"/>
                <w:sz w:val="18"/>
              </w:rPr>
              <w:t>1798</w:t>
            </w:r>
          </w:p>
        </w:tc>
        <w:tc>
          <w:tcPr>
            <w:tcW w:type="dxa" w:w="2340"/>
            <w:shd w:fill="2C5E8A"/>
            <w:tcMar>
              <w:top w:w="80" w:type="dxa"/>
              <w:bottom w:w="80" w:type="dxa"/>
              <w:left w:w="100" w:type="dxa"/>
              <w:right w:w="100" w:type="dxa"/>
            </w:tcMar>
            <w:tcBorders>
              <w:bottom w:sz="4" w:val="single" w:color="E0E0E0"/>
            </w:tcBorders>
          </w:tcPr>
          <w:p>
            <w:r>
              <w:rPr>
                <w:b/>
                <w:color w:val="FFFFFF"/>
                <w:sz w:val="18"/>
              </w:rPr>
              <w:t>920</w:t>
            </w:r>
          </w:p>
        </w:tc>
        <w:tc>
          <w:tcPr>
            <w:tcW w:type="dxa" w:w="2340"/>
            <w:shd w:fill="2C5E8A"/>
            <w:tcMar>
              <w:top w:w="80" w:type="dxa"/>
              <w:bottom w:w="80" w:type="dxa"/>
              <w:left w:w="100" w:type="dxa"/>
              <w:right w:w="100" w:type="dxa"/>
            </w:tcMar>
            <w:tcBorders>
              <w:bottom w:sz="4" w:val="single" w:color="E0E0E0"/>
            </w:tcBorders>
          </w:tcPr>
          <w:p>
            <w:r>
              <w:rPr>
                <w:b/>
                <w:color w:val="FFFFFF"/>
                <w:sz w:val="18"/>
              </w:rPr>
              <w:t>Quy trình khuấy</w:t>
            </w:r>
          </w:p>
        </w:tc>
      </w:tr>
      <w:tr>
        <w:tc>
          <w:tcPr>
            <w:tcW w:type="dxa" w:w="2340"/>
            <w:shd w:fill="FFFFFF"/>
            <w:tcMar>
              <w:top w:w="80" w:type="dxa"/>
              <w:bottom w:w="80" w:type="dxa"/>
              <w:left w:w="100" w:type="dxa"/>
              <w:right w:w="100" w:type="dxa"/>
            </w:tcMar>
            <w:tcBorders>
              <w:bottom w:sz="4" w:val="single" w:color="E0E0E0"/>
            </w:tcBorders>
          </w:tcPr>
          <w:p>
            <w:r>
              <w:rPr>
                <w:sz w:val="18"/>
              </w:rPr>
              <w:t>B-113</w:t>
            </w:r>
          </w:p>
        </w:tc>
        <w:tc>
          <w:tcPr>
            <w:tcW w:type="dxa" w:w="2340"/>
            <w:shd w:fill="FFFFFF"/>
            <w:tcMar>
              <w:top w:w="80" w:type="dxa"/>
              <w:bottom w:w="80" w:type="dxa"/>
              <w:left w:w="100" w:type="dxa"/>
              <w:right w:w="100" w:type="dxa"/>
            </w:tcMar>
            <w:tcBorders>
              <w:bottom w:sz="4" w:val="single" w:color="E0E0E0"/>
            </w:tcBorders>
          </w:tcPr>
          <w:p>
            <w:r>
              <w:rPr>
                <w:sz w:val="18"/>
              </w:rPr>
              <w:t>82.4</w:t>
            </w:r>
          </w:p>
        </w:tc>
        <w:tc>
          <w:tcPr>
            <w:tcW w:type="dxa" w:w="2340"/>
            <w:shd w:fill="FFFFFF"/>
            <w:tcMar>
              <w:top w:w="80" w:type="dxa"/>
              <w:bottom w:w="80" w:type="dxa"/>
              <w:left w:w="100" w:type="dxa"/>
              <w:right w:w="100" w:type="dxa"/>
            </w:tcMar>
            <w:tcBorders>
              <w:bottom w:sz="4" w:val="single" w:color="E0E0E0"/>
            </w:tcBorders>
          </w:tcPr>
          <w:p>
            <w:r>
              <w:rPr>
                <w:sz w:val="18"/>
              </w:rPr>
              <w:t>82.4</w:t>
            </w:r>
          </w:p>
        </w:tc>
        <w:tc>
          <w:tcPr>
            <w:tcW w:type="dxa" w:w="2340"/>
            <w:shd w:fill="FFFFFF"/>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2340"/>
            <w:shd w:fill="F7F9FA"/>
            <w:tcMar>
              <w:top w:w="80" w:type="dxa"/>
              <w:bottom w:w="80" w:type="dxa"/>
              <w:left w:w="100" w:type="dxa"/>
              <w:right w:w="100" w:type="dxa"/>
            </w:tcMar>
            <w:tcBorders>
              <w:bottom w:sz="4" w:val="single" w:color="E0E0E0"/>
            </w:tcBorders>
          </w:tcPr>
          <w:p>
            <w:r>
              <w:rPr>
                <w:sz w:val="18"/>
              </w:rPr>
              <w:t>EM223</w:t>
            </w:r>
          </w:p>
        </w:tc>
        <w:tc>
          <w:tcPr>
            <w:tcW w:type="dxa" w:w="2340"/>
            <w:shd w:fill="F7F9FA"/>
            <w:tcMar>
              <w:top w:w="80" w:type="dxa"/>
              <w:bottom w:w="80" w:type="dxa"/>
              <w:left w:w="100" w:type="dxa"/>
              <w:right w:w="100" w:type="dxa"/>
            </w:tcMar>
            <w:tcBorders>
              <w:bottom w:sz="4" w:val="single" w:color="E0E0E0"/>
            </w:tcBorders>
          </w:tcPr>
          <w:p>
            <w:r>
              <w:rPr>
                <w:sz w:val="18"/>
              </w:rPr>
              <w:t>24.1</w:t>
            </w:r>
          </w:p>
        </w:tc>
        <w:tc>
          <w:tcPr>
            <w:tcW w:type="dxa" w:w="2340"/>
            <w:shd w:fill="F7F9FA"/>
            <w:tcMar>
              <w:top w:w="80" w:type="dxa"/>
              <w:bottom w:w="80" w:type="dxa"/>
              <w:left w:w="100" w:type="dxa"/>
              <w:right w:w="100" w:type="dxa"/>
            </w:tcMar>
            <w:tcBorders>
              <w:bottom w:sz="4" w:val="single" w:color="E0E0E0"/>
            </w:tcBorders>
          </w:tcPr>
          <w:p>
            <w:r>
              <w:rPr>
                <w:sz w:val="18"/>
              </w:rPr>
              <w:t>24.1</w:t>
            </w:r>
          </w:p>
        </w:tc>
        <w:tc>
          <w:tcPr>
            <w:tcW w:type="dxa" w:w="2340"/>
            <w:shd w:fill="F7F9FA"/>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2340"/>
            <w:shd w:fill="FFFFFF"/>
            <w:tcMar>
              <w:top w:w="80" w:type="dxa"/>
              <w:bottom w:w="80" w:type="dxa"/>
              <w:left w:w="100" w:type="dxa"/>
              <w:right w:w="100" w:type="dxa"/>
            </w:tcMar>
            <w:tcBorders>
              <w:bottom w:sz="4" w:val="single" w:color="E0E0E0"/>
            </w:tcBorders>
          </w:tcPr>
          <w:p>
            <w:r>
              <w:rPr>
                <w:sz w:val="18"/>
              </w:rPr>
              <w:t>EM231</w:t>
            </w:r>
          </w:p>
        </w:tc>
        <w:tc>
          <w:tcPr>
            <w:tcW w:type="dxa" w:w="2340"/>
            <w:shd w:fill="FFFFFF"/>
            <w:tcMar>
              <w:top w:w="80" w:type="dxa"/>
              <w:bottom w:w="80" w:type="dxa"/>
              <w:left w:w="100" w:type="dxa"/>
              <w:right w:w="100" w:type="dxa"/>
            </w:tcMar>
            <w:tcBorders>
              <w:bottom w:sz="4" w:val="single" w:color="E0E0E0"/>
            </w:tcBorders>
          </w:tcPr>
          <w:p>
            <w:r>
              <w:rPr>
                <w:sz w:val="18"/>
              </w:rPr>
              <w:t>13.1</w:t>
            </w:r>
          </w:p>
        </w:tc>
        <w:tc>
          <w:tcPr>
            <w:tcW w:type="dxa" w:w="2340"/>
            <w:shd w:fill="FFFFFF"/>
            <w:tcMar>
              <w:top w:w="80" w:type="dxa"/>
              <w:bottom w:w="80" w:type="dxa"/>
              <w:left w:w="100" w:type="dxa"/>
              <w:right w:w="100" w:type="dxa"/>
            </w:tcMar>
            <w:tcBorders>
              <w:bottom w:sz="4" w:val="single" w:color="E0E0E0"/>
            </w:tcBorders>
          </w:tcPr>
          <w:p>
            <w:r>
              <w:rPr>
                <w:sz w:val="18"/>
              </w:rPr>
              <w:t>13.1</w:t>
            </w:r>
          </w:p>
        </w:tc>
        <w:tc>
          <w:tcPr>
            <w:tcW w:type="dxa" w:w="2340"/>
            <w:shd w:fill="FFFFFF"/>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2340"/>
            <w:shd w:fill="F7F9FA"/>
            <w:tcMar>
              <w:top w:w="80" w:type="dxa"/>
              <w:bottom w:w="80" w:type="dxa"/>
              <w:left w:w="100" w:type="dxa"/>
              <w:right w:w="100" w:type="dxa"/>
            </w:tcMar>
            <w:tcBorders>
              <w:bottom w:sz="4" w:val="single" w:color="E0E0E0"/>
            </w:tcBorders>
          </w:tcPr>
          <w:p>
            <w:r>
              <w:rPr>
                <w:sz w:val="18"/>
              </w:rPr>
              <w:t>Zinc-St</w:t>
            </w:r>
          </w:p>
        </w:tc>
        <w:tc>
          <w:tcPr>
            <w:tcW w:type="dxa" w:w="2340"/>
            <w:shd w:fill="F7F9FA"/>
            <w:tcMar>
              <w:top w:w="80" w:type="dxa"/>
              <w:bottom w:w="80" w:type="dxa"/>
              <w:left w:w="100" w:type="dxa"/>
              <w:right w:w="100" w:type="dxa"/>
            </w:tcMar>
            <w:tcBorders>
              <w:bottom w:sz="4" w:val="single" w:color="E0E0E0"/>
            </w:tcBorders>
          </w:tcPr>
          <w:p>
            <w:r>
              <w:rPr>
                <w:sz w:val="18"/>
              </w:rPr>
              <w:t>6.3</w:t>
            </w:r>
          </w:p>
        </w:tc>
        <w:tc>
          <w:tcPr>
            <w:tcW w:type="dxa" w:w="2340"/>
            <w:shd w:fill="F7F9FA"/>
            <w:tcMar>
              <w:top w:w="80" w:type="dxa"/>
              <w:bottom w:w="80" w:type="dxa"/>
              <w:left w:w="100" w:type="dxa"/>
              <w:right w:w="100" w:type="dxa"/>
            </w:tcMar>
            <w:tcBorders>
              <w:bottom w:sz="4" w:val="single" w:color="E0E0E0"/>
            </w:tcBorders>
          </w:tcPr>
          <w:p>
            <w:r>
              <w:rPr>
                <w:sz w:val="18"/>
              </w:rPr>
              <w:t>6.3</w:t>
            </w:r>
          </w:p>
        </w:tc>
        <w:tc>
          <w:tcPr>
            <w:tcW w:type="dxa" w:w="2340"/>
            <w:shd w:fill="F7F9FA"/>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2340"/>
            <w:shd w:fill="FFFFFF"/>
            <w:tcMar>
              <w:top w:w="80" w:type="dxa"/>
              <w:bottom w:w="80" w:type="dxa"/>
              <w:left w:w="100" w:type="dxa"/>
              <w:right w:w="100" w:type="dxa"/>
            </w:tcMar>
            <w:tcBorders>
              <w:bottom w:sz="4" w:val="single" w:color="E0E0E0"/>
            </w:tcBorders>
          </w:tcPr>
          <w:p>
            <w:r>
              <w:rPr>
                <w:sz w:val="18"/>
              </w:rPr>
              <w:t>TM2800</w:t>
            </w:r>
          </w:p>
        </w:tc>
        <w:tc>
          <w:tcPr>
            <w:tcW w:type="dxa" w:w="2340"/>
            <w:shd w:fill="FFFFFF"/>
            <w:tcMar>
              <w:top w:w="80" w:type="dxa"/>
              <w:bottom w:w="80" w:type="dxa"/>
              <w:left w:w="100" w:type="dxa"/>
              <w:right w:w="100" w:type="dxa"/>
            </w:tcMar>
            <w:tcBorders>
              <w:bottom w:sz="4" w:val="single" w:color="E0E0E0"/>
            </w:tcBorders>
          </w:tcPr>
          <w:p>
            <w:r>
              <w:rPr>
                <w:sz w:val="18"/>
              </w:rPr>
              <w:t>53.8</w:t>
            </w:r>
          </w:p>
        </w:tc>
        <w:tc>
          <w:tcPr>
            <w:tcW w:type="dxa" w:w="2340"/>
            <w:shd w:fill="FFFFFF"/>
            <w:tcMar>
              <w:top w:w="80" w:type="dxa"/>
              <w:bottom w:w="80" w:type="dxa"/>
              <w:left w:w="100" w:type="dxa"/>
              <w:right w:w="100" w:type="dxa"/>
            </w:tcMar>
            <w:tcBorders>
              <w:bottom w:sz="4" w:val="single" w:color="E0E0E0"/>
            </w:tcBorders>
          </w:tcPr>
          <w:p>
            <w:r>
              <w:rPr>
                <w:sz w:val="18"/>
              </w:rPr>
              <w:t>53.8</w:t>
            </w:r>
          </w:p>
        </w:tc>
        <w:tc>
          <w:tcPr>
            <w:tcW w:type="dxa" w:w="2340"/>
            <w:shd w:fill="FFFFFF"/>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2340"/>
            <w:shd w:fill="F7F9FA"/>
            <w:tcMar>
              <w:top w:w="80" w:type="dxa"/>
              <w:bottom w:w="80" w:type="dxa"/>
              <w:left w:w="100" w:type="dxa"/>
              <w:right w:w="100" w:type="dxa"/>
            </w:tcMar>
            <w:tcBorders>
              <w:bottom w:sz="4" w:val="single" w:color="E0E0E0"/>
            </w:tcBorders>
          </w:tcPr>
          <w:p>
            <w:r>
              <w:rPr>
                <w:sz w:val="18"/>
              </w:rPr>
              <w:t>P220X (1-2Xy)</w:t>
            </w:r>
          </w:p>
        </w:tc>
        <w:tc>
          <w:tcPr>
            <w:tcW w:type="dxa" w:w="2340"/>
            <w:shd w:fill="F7F9FA"/>
            <w:tcMar>
              <w:top w:w="80" w:type="dxa"/>
              <w:bottom w:w="80" w:type="dxa"/>
              <w:left w:w="100" w:type="dxa"/>
              <w:right w:w="100" w:type="dxa"/>
            </w:tcMar>
            <w:tcBorders>
              <w:bottom w:sz="4" w:val="single" w:color="E0E0E0"/>
            </w:tcBorders>
          </w:tcPr>
          <w:p>
            <w:r>
              <w:rPr>
                <w:sz w:val="18"/>
              </w:rPr>
              <w:t>3.0</w:t>
            </w:r>
          </w:p>
        </w:tc>
        <w:tc>
          <w:tcPr>
            <w:tcW w:type="dxa" w:w="2340"/>
            <w:shd w:fill="F7F9FA"/>
            <w:tcMar>
              <w:top w:w="80" w:type="dxa"/>
              <w:bottom w:w="80" w:type="dxa"/>
              <w:left w:w="100" w:type="dxa"/>
              <w:right w:w="100" w:type="dxa"/>
            </w:tcMar>
            <w:tcBorders>
              <w:bottom w:sz="4" w:val="single" w:color="E0E0E0"/>
            </w:tcBorders>
          </w:tcPr>
          <w:p>
            <w:r>
              <w:rPr>
                <w:sz w:val="18"/>
              </w:rPr>
              <w:t>3.0</w:t>
            </w:r>
          </w:p>
        </w:tc>
        <w:tc>
          <w:tcPr>
            <w:tcW w:type="dxa" w:w="2340"/>
            <w:shd w:fill="F7F9FA"/>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2340"/>
            <w:shd w:fill="FFFFFF"/>
            <w:tcMar>
              <w:top w:w="80" w:type="dxa"/>
              <w:bottom w:w="80" w:type="dxa"/>
              <w:left w:w="100" w:type="dxa"/>
              <w:right w:w="100" w:type="dxa"/>
            </w:tcMar>
            <w:tcBorders>
              <w:bottom w:sz="4" w:val="single" w:color="E0E0E0"/>
            </w:tcBorders>
          </w:tcPr>
          <w:p>
            <w:r>
              <w:rPr>
                <w:sz w:val="18"/>
              </w:rPr>
              <w:t>2EHA</w:t>
            </w:r>
          </w:p>
        </w:tc>
        <w:tc>
          <w:tcPr>
            <w:tcW w:type="dxa" w:w="2340"/>
            <w:shd w:fill="FFFFFF"/>
            <w:tcMar>
              <w:top w:w="80" w:type="dxa"/>
              <w:bottom w:w="80" w:type="dxa"/>
              <w:left w:w="100" w:type="dxa"/>
              <w:right w:w="100" w:type="dxa"/>
            </w:tcMar>
            <w:tcBorders>
              <w:bottom w:sz="4" w:val="single" w:color="E0E0E0"/>
            </w:tcBorders>
          </w:tcPr>
          <w:p>
            <w:r>
              <w:rPr>
                <w:sz w:val="18"/>
              </w:rPr>
              <w:t>12.6</w:t>
            </w:r>
          </w:p>
        </w:tc>
        <w:tc>
          <w:tcPr>
            <w:tcW w:type="dxa" w:w="2340"/>
            <w:shd w:fill="FFFFFF"/>
            <w:tcMar>
              <w:top w:w="80" w:type="dxa"/>
              <w:bottom w:w="80" w:type="dxa"/>
              <w:left w:w="100" w:type="dxa"/>
              <w:right w:w="100" w:type="dxa"/>
            </w:tcMar>
            <w:tcBorders>
              <w:bottom w:sz="4" w:val="single" w:color="E0E0E0"/>
            </w:tcBorders>
          </w:tcPr>
          <w:p>
            <w:r>
              <w:rPr>
                <w:sz w:val="18"/>
              </w:rPr>
              <w:t>12.6</w:t>
            </w:r>
          </w:p>
        </w:tc>
        <w:tc>
          <w:tcPr>
            <w:tcW w:type="dxa" w:w="2340"/>
            <w:shd w:fill="FFFFFF"/>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2340"/>
            <w:shd w:fill="F7F9FA"/>
            <w:tcMar>
              <w:top w:w="80" w:type="dxa"/>
              <w:bottom w:w="80" w:type="dxa"/>
              <w:left w:w="100" w:type="dxa"/>
              <w:right w:w="100" w:type="dxa"/>
            </w:tcMar>
            <w:tcBorders>
              <w:bottom w:sz="4" w:val="single" w:color="E0E0E0"/>
            </w:tcBorders>
          </w:tcPr>
          <w:p>
            <w:r>
              <w:rPr>
                <w:sz w:val="18"/>
              </w:rPr>
              <w:t>AK60</w:t>
            </w:r>
          </w:p>
        </w:tc>
        <w:tc>
          <w:tcPr>
            <w:tcW w:type="dxa" w:w="2340"/>
            <w:shd w:fill="F7F9FA"/>
            <w:tcMar>
              <w:top w:w="80" w:type="dxa"/>
              <w:bottom w:w="80" w:type="dxa"/>
              <w:left w:w="100" w:type="dxa"/>
              <w:right w:w="100" w:type="dxa"/>
            </w:tcMar>
            <w:tcBorders>
              <w:bottom w:sz="4" w:val="single" w:color="E0E0E0"/>
            </w:tcBorders>
          </w:tcPr>
          <w:p>
            <w:r>
              <w:rPr>
                <w:sz w:val="18"/>
              </w:rPr>
              <w:t>41.3</w:t>
            </w:r>
          </w:p>
        </w:tc>
        <w:tc>
          <w:tcPr>
            <w:tcW w:type="dxa" w:w="2340"/>
            <w:shd w:fill="F7F9FA"/>
            <w:tcMar>
              <w:top w:w="80" w:type="dxa"/>
              <w:bottom w:w="80" w:type="dxa"/>
              <w:left w:w="100" w:type="dxa"/>
              <w:right w:w="100" w:type="dxa"/>
            </w:tcMar>
            <w:tcBorders>
              <w:bottom w:sz="4" w:val="single" w:color="E0E0E0"/>
            </w:tcBorders>
          </w:tcPr>
          <w:p>
            <w:r>
              <w:rPr>
                <w:sz w:val="18"/>
              </w:rPr>
              <w:t>41.3</w:t>
            </w:r>
          </w:p>
        </w:tc>
        <w:tc>
          <w:tcPr>
            <w:tcW w:type="dxa" w:w="2340"/>
            <w:shd w:fill="F7F9FA"/>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2340"/>
            <w:shd w:fill="FFFFFF"/>
            <w:tcMar>
              <w:top w:w="80" w:type="dxa"/>
              <w:bottom w:w="80" w:type="dxa"/>
              <w:left w:w="100" w:type="dxa"/>
              <w:right w:w="100" w:type="dxa"/>
            </w:tcMar>
            <w:tcBorders>
              <w:bottom w:sz="4" w:val="single" w:color="E0E0E0"/>
            </w:tcBorders>
          </w:tcPr>
          <w:p>
            <w:r>
              <w:rPr>
                <w:sz w:val="18"/>
              </w:rPr>
              <w:t>TPO</w:t>
            </w:r>
          </w:p>
        </w:tc>
        <w:tc>
          <w:tcPr>
            <w:tcW w:type="dxa" w:w="2340"/>
            <w:shd w:fill="FFFFFF"/>
            <w:tcMar>
              <w:top w:w="80" w:type="dxa"/>
              <w:bottom w:w="80" w:type="dxa"/>
              <w:left w:w="100" w:type="dxa"/>
              <w:right w:w="100" w:type="dxa"/>
            </w:tcMar>
            <w:tcBorders>
              <w:bottom w:sz="4" w:val="single" w:color="E0E0E0"/>
            </w:tcBorders>
          </w:tcPr>
          <w:p>
            <w:r>
              <w:rPr>
                <w:sz w:val="18"/>
              </w:rPr>
              <w:t>1.1</w:t>
            </w:r>
          </w:p>
        </w:tc>
        <w:tc>
          <w:tcPr>
            <w:tcW w:type="dxa" w:w="2340"/>
            <w:shd w:fill="FFFFFF"/>
            <w:tcMar>
              <w:top w:w="80" w:type="dxa"/>
              <w:bottom w:w="80" w:type="dxa"/>
              <w:left w:w="100" w:type="dxa"/>
              <w:right w:w="100" w:type="dxa"/>
            </w:tcMar>
            <w:tcBorders>
              <w:bottom w:sz="4" w:val="single" w:color="E0E0E0"/>
            </w:tcBorders>
          </w:tcPr>
          <w:p>
            <w:r>
              <w:rPr>
                <w:sz w:val="18"/>
              </w:rPr>
              <w:t>1.1</w:t>
            </w:r>
          </w:p>
        </w:tc>
        <w:tc>
          <w:tcPr>
            <w:tcW w:type="dxa" w:w="2340"/>
            <w:shd w:fill="FFFFFF"/>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2340"/>
            <w:shd w:fill="F7F9FA"/>
            <w:tcMar>
              <w:top w:w="80" w:type="dxa"/>
              <w:bottom w:w="80" w:type="dxa"/>
              <w:left w:w="100" w:type="dxa"/>
              <w:right w:w="100" w:type="dxa"/>
            </w:tcMar>
            <w:tcBorders>
              <w:bottom w:sz="4" w:val="single" w:color="E0E0E0"/>
            </w:tcBorders>
          </w:tcPr>
          <w:p>
            <w:r>
              <w:rPr>
                <w:sz w:val="18"/>
              </w:rPr>
              <w:t>D-1173</w:t>
            </w:r>
          </w:p>
        </w:tc>
        <w:tc>
          <w:tcPr>
            <w:tcW w:type="dxa" w:w="2340"/>
            <w:shd w:fill="F7F9FA"/>
            <w:tcMar>
              <w:top w:w="80" w:type="dxa"/>
              <w:bottom w:w="80" w:type="dxa"/>
              <w:left w:w="100" w:type="dxa"/>
              <w:right w:w="100" w:type="dxa"/>
            </w:tcMar>
            <w:tcBorders>
              <w:bottom w:sz="4" w:val="single" w:color="E0E0E0"/>
            </w:tcBorders>
          </w:tcPr>
          <w:p>
            <w:r>
              <w:rPr>
                <w:sz w:val="18"/>
              </w:rPr>
              <w:t>11.8</w:t>
            </w:r>
          </w:p>
        </w:tc>
        <w:tc>
          <w:tcPr>
            <w:tcW w:type="dxa" w:w="2340"/>
            <w:shd w:fill="F7F9FA"/>
            <w:tcMar>
              <w:top w:w="80" w:type="dxa"/>
              <w:bottom w:w="80" w:type="dxa"/>
              <w:left w:w="100" w:type="dxa"/>
              <w:right w:w="100" w:type="dxa"/>
            </w:tcMar>
            <w:tcBorders>
              <w:bottom w:sz="4" w:val="single" w:color="E0E0E0"/>
            </w:tcBorders>
          </w:tcPr>
          <w:p>
            <w:r>
              <w:rPr>
                <w:sz w:val="18"/>
              </w:rPr>
              <w:t>11.8</w:t>
            </w:r>
          </w:p>
        </w:tc>
        <w:tc>
          <w:tcPr>
            <w:tcW w:type="dxa" w:w="2340"/>
            <w:shd w:fill="F7F9FA"/>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2340"/>
            <w:shd w:fill="FFFFFF"/>
            <w:tcMar>
              <w:top w:w="80" w:type="dxa"/>
              <w:bottom w:w="80" w:type="dxa"/>
              <w:left w:w="100" w:type="dxa"/>
              <w:right w:w="100" w:type="dxa"/>
            </w:tcMar>
            <w:tcBorders>
              <w:bottom w:sz="4" w:val="single" w:color="E0E0E0"/>
            </w:tcBorders>
          </w:tcPr>
          <w:p>
            <w:r>
              <w:rPr>
                <w:sz w:val="18"/>
              </w:rPr>
              <w:t>BYK 1798</w:t>
            </w:r>
          </w:p>
        </w:tc>
        <w:tc>
          <w:tcPr>
            <w:tcW w:type="dxa" w:w="2340"/>
            <w:shd w:fill="FFFFFF"/>
            <w:tcMar>
              <w:top w:w="80" w:type="dxa"/>
              <w:bottom w:w="80" w:type="dxa"/>
              <w:left w:w="100" w:type="dxa"/>
              <w:right w:w="100" w:type="dxa"/>
            </w:tcMar>
            <w:tcBorders>
              <w:bottom w:sz="4" w:val="single" w:color="E0E0E0"/>
            </w:tcBorders>
          </w:tcPr>
          <w:p>
            <w:r>
              <w:rPr>
                <w:sz w:val="18"/>
              </w:rPr>
              <w:t>0.5</w:t>
            </w:r>
          </w:p>
        </w:tc>
        <w:tc>
          <w:tcPr>
            <w:tcW w:type="dxa" w:w="2340"/>
            <w:shd w:fill="FFFFFF"/>
            <w:tcMar>
              <w:top w:w="80" w:type="dxa"/>
              <w:bottom w:w="80" w:type="dxa"/>
              <w:left w:w="100" w:type="dxa"/>
              <w:right w:w="100" w:type="dxa"/>
            </w:tcMar>
            <w:tcBorders>
              <w:bottom w:sz="4" w:val="single" w:color="E0E0E0"/>
            </w:tcBorders>
          </w:tcPr>
          <w:p>
            <w:r>
              <w:rPr>
                <w:sz w:val="18"/>
              </w:rPr>
              <w:t>x</w:t>
            </w:r>
          </w:p>
        </w:tc>
        <w:tc>
          <w:tcPr>
            <w:tcW w:type="dxa" w:w="2340"/>
            <w:shd w:fill="FFFFFF"/>
            <w:tcMar>
              <w:top w:w="80" w:type="dxa"/>
              <w:bottom w:w="80" w:type="dxa"/>
              <w:left w:w="100" w:type="dxa"/>
              <w:right w:w="100" w:type="dxa"/>
            </w:tcMar>
            <w:tcBorders>
              <w:bottom w:sz="4" w:val="single" w:color="E0E0E0"/>
            </w:tcBorders>
          </w:tcPr>
          <w:p>
            <w:r>
              <w:rPr>
                <w:sz w:val="18"/>
              </w:rPr>
              <w:t>Giữ nguyên tốc độ 1000v/p cho phá bọt vào khuấy trong 5-7p, quan sát hiện tượng.</w:t>
            </w:r>
          </w:p>
        </w:tc>
      </w:tr>
      <w:tr>
        <w:tc>
          <w:tcPr>
            <w:tcW w:type="dxa" w:w="2340"/>
            <w:shd w:fill="F7F9FA"/>
            <w:tcMar>
              <w:top w:w="80" w:type="dxa"/>
              <w:bottom w:w="80" w:type="dxa"/>
              <w:left w:w="100" w:type="dxa"/>
              <w:right w:w="100" w:type="dxa"/>
            </w:tcMar>
            <w:tcBorders>
              <w:bottom w:sz="4" w:val="single" w:color="E0E0E0"/>
            </w:tcBorders>
          </w:tcPr>
          <w:p>
            <w:r>
              <w:rPr>
                <w:sz w:val="18"/>
              </w:rPr>
              <w:t>Airex 920 20% (nBAc)</w:t>
            </w:r>
          </w:p>
        </w:tc>
        <w:tc>
          <w:tcPr>
            <w:tcW w:type="dxa" w:w="2340"/>
            <w:shd w:fill="F7F9FA"/>
            <w:tcMar>
              <w:top w:w="80" w:type="dxa"/>
              <w:bottom w:w="80" w:type="dxa"/>
              <w:left w:w="100" w:type="dxa"/>
              <w:right w:w="100" w:type="dxa"/>
            </w:tcMar>
            <w:tcBorders>
              <w:bottom w:sz="4" w:val="single" w:color="E0E0E0"/>
            </w:tcBorders>
          </w:tcPr>
          <w:p>
            <w:r>
              <w:rPr>
                <w:sz w:val="18"/>
              </w:rPr>
              <w:t>x</w:t>
            </w:r>
          </w:p>
        </w:tc>
        <w:tc>
          <w:tcPr>
            <w:tcW w:type="dxa" w:w="2340"/>
            <w:shd w:fill="F7F9FA"/>
            <w:tcMar>
              <w:top w:w="80" w:type="dxa"/>
              <w:bottom w:w="80" w:type="dxa"/>
              <w:left w:w="100" w:type="dxa"/>
              <w:right w:w="100" w:type="dxa"/>
            </w:tcMar>
            <w:tcBorders>
              <w:bottom w:sz="4" w:val="single" w:color="E0E0E0"/>
            </w:tcBorders>
          </w:tcPr>
          <w:p>
            <w:r>
              <w:rPr>
                <w:sz w:val="18"/>
              </w:rPr>
              <w:t>0.5</w:t>
            </w:r>
          </w:p>
        </w:tc>
        <w:tc>
          <w:tcPr>
            <w:tcW w:type="dxa" w:w="2340"/>
            <w:shd w:fill="F7F9FA"/>
            <w:tcMar>
              <w:top w:w="80" w:type="dxa"/>
              <w:bottom w:w="80" w:type="dxa"/>
              <w:left w:w="100" w:type="dxa"/>
              <w:right w:w="100" w:type="dxa"/>
            </w:tcMar>
            <w:tcBorders>
              <w:bottom w:sz="4" w:val="single" w:color="E0E0E0"/>
            </w:tcBorders>
          </w:tcPr>
          <w:p>
            <w:r>
              <w:rPr>
                <w:sz w:val="18"/>
              </w:rPr>
              <w:t>Giữ nguyên tốc độ 1000v/p cho phá bọt vào khuấy trong 5-7p, quan sát hiện tượng.</w:t>
            </w:r>
          </w:p>
        </w:tc>
      </w:tr>
      <w:tr>
        <w:tc>
          <w:tcPr>
            <w:tcW w:type="dxa" w:w="2340"/>
            <w:shd w:fill="FFFFFF"/>
            <w:tcMar>
              <w:top w:w="80" w:type="dxa"/>
              <w:bottom w:w="80" w:type="dxa"/>
              <w:left w:w="100" w:type="dxa"/>
              <w:right w:w="100" w:type="dxa"/>
            </w:tcMar>
            <w:tcBorders>
              <w:bottom w:sz="4" w:val="single" w:color="E0E0E0"/>
            </w:tcBorders>
          </w:tcPr>
          <w:p>
            <w:r>
              <w:rPr>
                <w:sz w:val="18"/>
              </w:rPr>
              <w:t>TỔNG</w:t>
            </w:r>
          </w:p>
        </w:tc>
        <w:tc>
          <w:tcPr>
            <w:tcW w:type="dxa" w:w="2340"/>
            <w:shd w:fill="FFFFFF"/>
            <w:tcMar>
              <w:top w:w="80" w:type="dxa"/>
              <w:bottom w:w="80" w:type="dxa"/>
              <w:left w:w="100" w:type="dxa"/>
              <w:right w:w="100" w:type="dxa"/>
            </w:tcMar>
            <w:tcBorders>
              <w:bottom w:sz="4" w:val="single" w:color="E0E0E0"/>
            </w:tcBorders>
          </w:tcPr>
          <w:p>
            <w:r>
              <w:rPr>
                <w:sz w:val="18"/>
              </w:rPr>
              <w:t>250g</w:t>
            </w:r>
          </w:p>
        </w:tc>
        <w:tc>
          <w:tcPr>
            <w:tcW w:type="dxa" w:w="2340"/>
            <w:shd w:fill="FFFFFF"/>
            <w:tcMar>
              <w:top w:w="80" w:type="dxa"/>
              <w:bottom w:w="80" w:type="dxa"/>
              <w:left w:w="100" w:type="dxa"/>
              <w:right w:w="100" w:type="dxa"/>
            </w:tcMar>
            <w:tcBorders>
              <w:bottom w:sz="4" w:val="single" w:color="E0E0E0"/>
            </w:tcBorders>
          </w:tcPr>
          <w:p>
            <w:r>
              <w:rPr>
                <w:sz w:val="18"/>
              </w:rPr>
              <w:t>250g</w:t>
            </w:r>
          </w:p>
        </w:tc>
        <w:tc>
          <w:tcPr>
            <w:tcW w:type="dxa" w:w="2340"/>
            <w:shd w:fill="FFFFFF"/>
            <w:tcMar>
              <w:top w:w="80" w:type="dxa"/>
              <w:bottom w:w="80" w:type="dxa"/>
              <w:left w:w="100" w:type="dxa"/>
              <w:right w:w="100" w:type="dxa"/>
            </w:tcMar>
            <w:tcBorders>
              <w:bottom w:sz="4" w:val="single" w:color="E0E0E0"/>
            </w:tcBorders>
          </w:tcPr>
          <w:p>
            <w:r>
              <w:rPr>
                <w:sz w:val="18"/>
              </w:rPr>
              <w:t>Giữ nguyên tốc độ 1000v/p cho phá bọt vào khuấy trong 5-7p, quan sát hiện tượng.</w:t>
            </w:r>
          </w:p>
        </w:tc>
      </w:tr>
    </w:tbl>
    <w:p/>
    <w:p>
      <w:r>
        <w:t>*Kiểm tra</w:t>
      </w:r>
    </w:p>
    <w:p>
      <w:r>
        <w:t>Kéo giấy 60µm</w:t>
      </w:r>
    </w:p>
    <w:tbl>
      <w:tblPr>
        <w:tblW w:type="auto" w:w="0"/>
        <w:jc w:val="center"/>
        <w:tblLook w:firstColumn="1" w:firstRow="1" w:lastColumn="0" w:lastRow="0" w:noHBand="0" w:noVBand="1" w:val="04A0"/>
      </w:tblPr>
      <w:tblGrid>
        <w:gridCol w:w="3120"/>
        <w:gridCol w:w="3120"/>
        <w:gridCol w:w="3120"/>
      </w:tblGrid>
      <w:tr>
        <w:tc>
          <w:tcPr>
            <w:tcW w:type="dxa" w:w="3120"/>
            <w:shd w:fill="2C5E8A"/>
            <w:tcMar>
              <w:top w:w="80" w:type="dxa"/>
              <w:bottom w:w="80" w:type="dxa"/>
              <w:left w:w="100" w:type="dxa"/>
              <w:right w:w="100" w:type="dxa"/>
            </w:tcMar>
            <w:tcBorders>
              <w:bottom w:sz="4" w:val="single" w:color="E0E0E0"/>
            </w:tcBorders>
          </w:tcPr>
          <w:p>
            <w:r>
              <w:rPr>
                <w:b/>
                <w:color w:val="FFFFFF"/>
                <w:sz w:val="18"/>
              </w:rPr>
              <w:t>Chỉ tiêu kiểm tra</w:t>
            </w:r>
          </w:p>
        </w:tc>
        <w:tc>
          <w:tcPr>
            <w:tcW w:type="dxa" w:w="3120"/>
            <w:shd w:fill="2C5E8A"/>
            <w:tcMar>
              <w:top w:w="80" w:type="dxa"/>
              <w:bottom w:w="80" w:type="dxa"/>
              <w:left w:w="100" w:type="dxa"/>
              <w:right w:w="100" w:type="dxa"/>
            </w:tcMar>
            <w:tcBorders>
              <w:bottom w:sz="4" w:val="single" w:color="E0E0E0"/>
            </w:tcBorders>
          </w:tcPr>
          <w:p>
            <w:r>
              <w:rPr>
                <w:b/>
                <w:color w:val="FFFFFF"/>
                <w:sz w:val="18"/>
              </w:rPr>
              <w:t>ĐC - BYK 1798</w:t>
            </w:r>
          </w:p>
        </w:tc>
        <w:tc>
          <w:tcPr>
            <w:tcW w:type="dxa" w:w="3120"/>
            <w:shd w:fill="2C5E8A"/>
            <w:tcMar>
              <w:top w:w="80" w:type="dxa"/>
              <w:bottom w:w="80" w:type="dxa"/>
              <w:left w:w="100" w:type="dxa"/>
              <w:right w:w="100" w:type="dxa"/>
            </w:tcMar>
            <w:tcBorders>
              <w:bottom w:sz="4" w:val="single" w:color="E0E0E0"/>
            </w:tcBorders>
          </w:tcPr>
          <w:p>
            <w:r>
              <w:rPr>
                <w:b/>
                <w:color w:val="FFFFFF"/>
                <w:sz w:val="18"/>
              </w:rPr>
              <w:t>Mẫu – Airex 920</w:t>
            </w:r>
          </w:p>
        </w:tc>
      </w:tr>
      <w:tr>
        <w:tc>
          <w:tcPr>
            <w:tcW w:type="dxa" w:w="3120"/>
            <w:shd w:fill="FFFFFF"/>
            <w:tcMar>
              <w:top w:w="80" w:type="dxa"/>
              <w:bottom w:w="80" w:type="dxa"/>
              <w:left w:w="100" w:type="dxa"/>
              <w:right w:w="100" w:type="dxa"/>
            </w:tcMar>
            <w:tcBorders>
              <w:bottom w:sz="4" w:val="single" w:color="E0E0E0"/>
            </w:tcBorders>
          </w:tcPr>
          <w:p>
            <w:r>
              <w:rPr>
                <w:sz w:val="18"/>
              </w:rPr>
              <w:t>DIN 4</w:t>
            </w:r>
          </w:p>
        </w:tc>
        <w:tc>
          <w:tcPr>
            <w:tcW w:type="dxa" w:w="3120"/>
            <w:shd w:fill="FFFFFF"/>
            <w:tcMar>
              <w:top w:w="80" w:type="dxa"/>
              <w:bottom w:w="80" w:type="dxa"/>
              <w:left w:w="100" w:type="dxa"/>
              <w:right w:w="100" w:type="dxa"/>
            </w:tcMar>
            <w:tcBorders>
              <w:bottom w:sz="4" w:val="single" w:color="E0E0E0"/>
            </w:tcBorders>
          </w:tcPr>
          <w:p>
            <w:r>
              <w:rPr>
                <w:sz w:val="18"/>
              </w:rPr>
              <w:t>1p35s</w:t>
            </w:r>
          </w:p>
        </w:tc>
        <w:tc>
          <w:tcPr>
            <w:tcW w:type="dxa" w:w="3120"/>
            <w:shd w:fill="FFFFFF"/>
            <w:tcMar>
              <w:top w:w="80" w:type="dxa"/>
              <w:bottom w:w="80" w:type="dxa"/>
              <w:left w:w="100" w:type="dxa"/>
              <w:right w:w="100" w:type="dxa"/>
            </w:tcMar>
            <w:tcBorders>
              <w:bottom w:sz="4" w:val="single" w:color="E0E0E0"/>
            </w:tcBorders>
          </w:tcPr>
          <w:p>
            <w:r>
              <w:rPr>
                <w:sz w:val="18"/>
              </w:rPr>
              <w:t>1p37s</w:t>
            </w:r>
          </w:p>
        </w:tc>
      </w:tr>
      <w:tr>
        <w:tc>
          <w:tcPr>
            <w:tcW w:type="dxa" w:w="3120"/>
            <w:shd w:fill="F7F9FA"/>
            <w:tcMar>
              <w:top w:w="80" w:type="dxa"/>
              <w:bottom w:w="80" w:type="dxa"/>
              <w:left w:w="100" w:type="dxa"/>
              <w:right w:w="100" w:type="dxa"/>
            </w:tcMar>
            <w:tcBorders>
              <w:bottom w:sz="4" w:val="single" w:color="E0E0E0"/>
            </w:tcBorders>
          </w:tcPr>
          <w:p>
            <w:r>
              <w:rPr>
                <w:sz w:val="18"/>
              </w:rPr>
              <w:t>Khả năng phá bọt</w:t>
            </w:r>
          </w:p>
        </w:tc>
        <w:tc>
          <w:tcPr>
            <w:tcW w:type="dxa" w:w="3120"/>
            <w:shd w:fill="F7F9FA"/>
            <w:tcMar>
              <w:top w:w="80" w:type="dxa"/>
              <w:bottom w:w="80" w:type="dxa"/>
              <w:left w:w="100" w:type="dxa"/>
              <w:right w:w="100" w:type="dxa"/>
            </w:tcMar>
            <w:tcBorders>
              <w:bottom w:sz="4" w:val="single" w:color="E0E0E0"/>
            </w:tcBorders>
          </w:tcPr>
          <w:p>
            <w:r>
              <w:rPr>
                <w:sz w:val="18"/>
              </w:rPr>
              <w:t>Hạ bọt nhanh (3-4s) và ổn định bọt không tái sinh bọt trong quy trình khuấy</w:t>
            </w:r>
          </w:p>
        </w:tc>
        <w:tc>
          <w:tcPr>
            <w:tcW w:type="dxa" w:w="3120"/>
            <w:shd w:fill="F7F9FA"/>
            <w:tcMar>
              <w:top w:w="80" w:type="dxa"/>
              <w:bottom w:w="80" w:type="dxa"/>
              <w:left w:w="100" w:type="dxa"/>
              <w:right w:w="100" w:type="dxa"/>
            </w:tcMar>
            <w:tcBorders>
              <w:bottom w:sz="4" w:val="single" w:color="E0E0E0"/>
            </w:tcBorders>
          </w:tcPr>
          <w:p>
            <w:r>
              <w:rPr>
                <w:sz w:val="18"/>
              </w:rPr>
              <w:t>Hạ bọt nhanh (3-4s), tái sinh bọt nhẹ trong lúc khuấy</w:t>
            </w:r>
          </w:p>
        </w:tc>
      </w:tr>
      <w:tr>
        <w:tc>
          <w:tcPr>
            <w:tcW w:type="dxa" w:w="3120"/>
            <w:shd w:fill="FFFFFF"/>
            <w:tcMar>
              <w:top w:w="80" w:type="dxa"/>
              <w:bottom w:w="80" w:type="dxa"/>
              <w:left w:w="100" w:type="dxa"/>
              <w:right w:w="100" w:type="dxa"/>
            </w:tcMar>
            <w:tcBorders>
              <w:bottom w:sz="4" w:val="single" w:color="E0E0E0"/>
            </w:tcBorders>
          </w:tcPr>
          <w:p>
            <w:r>
              <w:rPr>
                <w:sz w:val="18"/>
              </w:rPr>
              <w:t>Khả năng phá bọt</w:t>
            </w:r>
          </w:p>
        </w:tc>
        <w:tc>
          <w:tcPr>
            <w:tcW w:type="dxa" w:w="3120"/>
            <w:shd w:fill="FFFFFF"/>
            <w:tcMar>
              <w:top w:w="80" w:type="dxa"/>
              <w:bottom w:w="80" w:type="dxa"/>
              <w:left w:w="100" w:type="dxa"/>
              <w:right w:w="100" w:type="dxa"/>
            </w:tcMar>
            <w:tcBorders>
              <w:bottom w:sz="4" w:val="single" w:color="E0E0E0"/>
            </w:tcBorders>
          </w:tcPr>
          <w:p>
            <w:r>
              <w:rPr>
                <w:sz w:val="18"/>
              </w:rPr>
              <w:t>Airex 920 phá bọt yếu hơn 1798, thể tích dung dịch cao hơn (mặc dù hàm lượng active sử dụng lại nhiều hơn)</w:t>
            </w:r>
          </w:p>
        </w:tc>
        <w:tc>
          <w:tcPr>
            <w:tcW w:type="dxa" w:w="3120"/>
            <w:shd w:fill="FFFFFF"/>
            <w:tcMar>
              <w:top w:w="80" w:type="dxa"/>
              <w:bottom w:w="80" w:type="dxa"/>
              <w:left w:w="100" w:type="dxa"/>
              <w:right w:w="100" w:type="dxa"/>
            </w:tcMar>
            <w:tcBorders>
              <w:bottom w:sz="4" w:val="single" w:color="E0E0E0"/>
            </w:tcBorders>
          </w:tcPr>
          <w:p>
            <w:r>
              <w:rPr>
                <w:sz w:val="18"/>
              </w:rPr>
              <w:t>Airex 920 phá bọt yếu hơn 1798, thể tích dung dịch cao hơn (mặc dù hàm lượng active sử dụng lại nhiều hơn)</w:t>
            </w:r>
          </w:p>
        </w:tc>
      </w:tr>
      <w:tr>
        <w:tc>
          <w:tcPr>
            <w:tcW w:type="dxa" w:w="3120"/>
            <w:shd w:fill="F7F9FA"/>
            <w:tcMar>
              <w:top w:w="80" w:type="dxa"/>
              <w:bottom w:w="80" w:type="dxa"/>
              <w:left w:w="100" w:type="dxa"/>
              <w:right w:w="100" w:type="dxa"/>
            </w:tcMar>
            <w:tcBorders>
              <w:bottom w:sz="4" w:val="single" w:color="E0E0E0"/>
            </w:tcBorders>
          </w:tcPr>
          <w:p>
            <w:r>
              <w:rPr>
                <w:sz w:val="18"/>
              </w:rPr>
              <w:t>Dung dịch sơn</w:t>
            </w:r>
          </w:p>
        </w:tc>
        <w:tc>
          <w:tcPr>
            <w:tcW w:type="dxa" w:w="3120"/>
            <w:shd w:fill="F7F9FA"/>
            <w:tcMar>
              <w:top w:w="80" w:type="dxa"/>
              <w:bottom w:w="80" w:type="dxa"/>
              <w:left w:w="100" w:type="dxa"/>
              <w:right w:w="100" w:type="dxa"/>
            </w:tcMar>
            <w:tcBorders>
              <w:bottom w:sz="4" w:val="single" w:color="E0E0E0"/>
            </w:tcBorders>
          </w:tcPr>
          <w:p>
            <w:r>
              <w:rPr>
                <w:sz w:val="18"/>
              </w:rPr>
              <w:t>Có 1 lớp bọt mỏng nhẹ trên bề mặt, tan nhanh, để qua đêm không trồi bọt trên mặt</w:t>
            </w:r>
          </w:p>
        </w:tc>
        <w:tc>
          <w:tcPr>
            <w:tcW w:type="dxa" w:w="3120"/>
            <w:shd w:fill="F7F9FA"/>
            <w:tcMar>
              <w:top w:w="80" w:type="dxa"/>
              <w:bottom w:w="80" w:type="dxa"/>
              <w:left w:w="100" w:type="dxa"/>
              <w:right w:w="100" w:type="dxa"/>
            </w:tcMar>
            <w:tcBorders>
              <w:bottom w:sz="4" w:val="single" w:color="E0E0E0"/>
            </w:tcBorders>
          </w:tcPr>
          <w:p>
            <w:r>
              <w:rPr>
                <w:sz w:val="18"/>
              </w:rPr>
              <w:t>Có 1 lớp bọt trên bề mặt, để 16h bọt trồi lên bề mặt nhiều hơn</w:t>
            </w:r>
          </w:p>
        </w:tc>
      </w:tr>
      <w:tr>
        <w:tc>
          <w:tcPr>
            <w:tcW w:type="dxa" w:w="3120"/>
            <w:shd w:fill="FFFFFF"/>
            <w:tcMar>
              <w:top w:w="80" w:type="dxa"/>
              <w:bottom w:w="80" w:type="dxa"/>
              <w:left w:w="100" w:type="dxa"/>
              <w:right w:w="100" w:type="dxa"/>
            </w:tcMar>
            <w:tcBorders>
              <w:bottom w:sz="4" w:val="single" w:color="E0E0E0"/>
            </w:tcBorders>
          </w:tcPr>
          <w:p>
            <w:r>
              <w:rPr>
                <w:sz w:val="18"/>
              </w:rPr>
              <w:t>Dung dịch sơn</w:t>
            </w:r>
          </w:p>
        </w:tc>
        <w:tc>
          <w:tcPr>
            <w:tcW w:type="dxa" w:w="3120"/>
            <w:shd w:fill="FFFFFF"/>
            <w:tcMar>
              <w:top w:w="80" w:type="dxa"/>
              <w:bottom w:w="80" w:type="dxa"/>
              <w:left w:w="100" w:type="dxa"/>
              <w:right w:w="100" w:type="dxa"/>
            </w:tcMar>
            <w:tcBorders>
              <w:bottom w:sz="4" w:val="single" w:color="E0E0E0"/>
            </w:tcBorders>
          </w:tcPr>
          <w:p>
            <w:r>
              <w:rPr>
                <w:sz w:val="18"/>
              </w:rPr>
              <w:t>Vừa dừng khuấy   Sau 16h                                                             Sau 16h:  +Mẫu dùng 1798 bề mặt hoàn toàn không còn bọt +Mẫu dùng 920 bề mặt có lớp bọt dày trên bề mặt hiệu quả phá bọt Airex 920 kém hơn BYK 1798 (dù hàm lượng Active 920 sử dụng nhiều hơn 1798)</w:t>
            </w:r>
          </w:p>
        </w:tc>
        <w:tc>
          <w:tcPr>
            <w:tcW w:type="dxa" w:w="3120"/>
            <w:shd w:fill="FFFFFF"/>
            <w:tcMar>
              <w:top w:w="80" w:type="dxa"/>
              <w:bottom w:w="80" w:type="dxa"/>
              <w:left w:w="100" w:type="dxa"/>
              <w:right w:w="100" w:type="dxa"/>
            </w:tcMar>
            <w:tcBorders>
              <w:bottom w:sz="4" w:val="single" w:color="E0E0E0"/>
            </w:tcBorders>
          </w:tcPr>
          <w:p>
            <w:r>
              <w:rPr>
                <w:sz w:val="18"/>
              </w:rPr>
              <w:t>Vừa dừng khuấy   Sau 16h                                                             Sau 16h:  +Mẫu dùng 1798 bề mặt hoàn toàn không còn bọt +Mẫu dùng 920 bề mặt có lớp bọt dày trên bề mặt hiệu quả phá bọt Airex 920 kém hơn BYK 1798 (dù hàm lượng Active 920 sử dụng nhiều hơn 1798)</w:t>
            </w:r>
          </w:p>
        </w:tc>
      </w:tr>
      <w:tr>
        <w:tc>
          <w:tcPr>
            <w:tcW w:type="dxa" w:w="3120"/>
            <w:shd w:fill="F7F9FA"/>
            <w:tcMar>
              <w:top w:w="80" w:type="dxa"/>
              <w:bottom w:w="80" w:type="dxa"/>
              <w:left w:w="100" w:type="dxa"/>
              <w:right w:w="100" w:type="dxa"/>
            </w:tcMar>
            <w:tcBorders>
              <w:bottom w:sz="4" w:val="single" w:color="E0E0E0"/>
            </w:tcBorders>
          </w:tcPr>
          <w:p>
            <w:r>
              <w:rPr>
                <w:sz w:val="18"/>
              </w:rPr>
              <w:t>Độ trong</w:t>
            </w:r>
          </w:p>
        </w:tc>
        <w:tc>
          <w:tcPr>
            <w:tcW w:type="dxa" w:w="3120"/>
            <w:shd w:fill="F7F9FA"/>
            <w:tcMar>
              <w:top w:w="80" w:type="dxa"/>
              <w:bottom w:w="80" w:type="dxa"/>
              <w:left w:w="100" w:type="dxa"/>
              <w:right w:w="100" w:type="dxa"/>
            </w:tcMar>
            <w:tcBorders>
              <w:bottom w:sz="4" w:val="single" w:color="E0E0E0"/>
            </w:tcBorders>
          </w:tcPr>
          <w:p>
            <w:r>
              <w:rPr>
                <w:sz w:val="18"/>
              </w:rPr>
              <w:t>Độ trong tương đương nhau, chưa ghi nhận sự khác biệt</w:t>
            </w:r>
          </w:p>
        </w:tc>
        <w:tc>
          <w:tcPr>
            <w:tcW w:type="dxa" w:w="3120"/>
            <w:shd w:fill="F7F9FA"/>
            <w:tcMar>
              <w:top w:w="80" w:type="dxa"/>
              <w:bottom w:w="80" w:type="dxa"/>
              <w:left w:w="100" w:type="dxa"/>
              <w:right w:w="100" w:type="dxa"/>
            </w:tcMar>
            <w:tcBorders>
              <w:bottom w:sz="4" w:val="single" w:color="E0E0E0"/>
            </w:tcBorders>
          </w:tcPr>
          <w:p>
            <w:r>
              <w:rPr>
                <w:sz w:val="18"/>
              </w:rPr>
              <w:t>Độ trong tương đương nhau, chưa ghi nhận sự khác biệt</w:t>
            </w:r>
          </w:p>
        </w:tc>
      </w:tr>
      <w:tr>
        <w:tc>
          <w:tcPr>
            <w:tcW w:type="dxa" w:w="3120"/>
            <w:shd w:fill="FFFFFF"/>
            <w:tcMar>
              <w:top w:w="80" w:type="dxa"/>
              <w:bottom w:w="80" w:type="dxa"/>
              <w:left w:w="100" w:type="dxa"/>
              <w:right w:w="100" w:type="dxa"/>
            </w:tcMar>
            <w:tcBorders>
              <w:bottom w:sz="4" w:val="single" w:color="E0E0E0"/>
            </w:tcBorders>
          </w:tcPr>
          <w:p>
            <w:r>
              <w:rPr>
                <w:sz w:val="18"/>
              </w:rPr>
              <w:t>Bề mặt</w:t>
            </w:r>
          </w:p>
        </w:tc>
        <w:tc>
          <w:tcPr>
            <w:tcW w:type="dxa" w:w="3120"/>
            <w:shd w:fill="FFFFFF"/>
            <w:tcMar>
              <w:top w:w="80" w:type="dxa"/>
              <w:bottom w:w="80" w:type="dxa"/>
              <w:left w:w="100" w:type="dxa"/>
              <w:right w:w="100" w:type="dxa"/>
            </w:tcMar>
            <w:tcBorders>
              <w:bottom w:sz="4" w:val="single" w:color="E0E0E0"/>
            </w:tcBorders>
          </w:tcPr>
          <w:p>
            <w:r>
              <w:rPr>
                <w:sz w:val="18"/>
              </w:rPr>
              <w:t>BYK 1798: bề mặt láng phẳng, không lõm Elifom 6632: bề mặt láng phẳng, không lõm</w:t>
            </w:r>
          </w:p>
        </w:tc>
        <w:tc>
          <w:tcPr>
            <w:tcW w:type="dxa" w:w="3120"/>
            <w:shd w:fill="FFFFFF"/>
            <w:tcMar>
              <w:top w:w="80" w:type="dxa"/>
              <w:bottom w:w="80" w:type="dxa"/>
              <w:left w:w="100" w:type="dxa"/>
              <w:right w:w="100" w:type="dxa"/>
            </w:tcMar>
            <w:tcBorders>
              <w:bottom w:sz="4" w:val="single" w:color="E0E0E0"/>
            </w:tcBorders>
          </w:tcPr>
          <w:p>
            <w:r>
              <w:rPr>
                <w:sz w:val="18"/>
              </w:rPr>
              <w:t>BYK 1798: bề mặt láng phẳng, không lõm Elifom 6632: bề mặt láng phẳng, không lõm</w:t>
            </w:r>
          </w:p>
        </w:tc>
      </w:tr>
      <w:tr>
        <w:tc>
          <w:tcPr>
            <w:tcW w:type="dxa" w:w="3120"/>
            <w:shd w:fill="F7F9FA"/>
            <w:tcMar>
              <w:top w:w="80" w:type="dxa"/>
              <w:bottom w:w="80" w:type="dxa"/>
              <w:left w:w="100" w:type="dxa"/>
              <w:right w:w="100" w:type="dxa"/>
            </w:tcMar>
            <w:tcBorders>
              <w:bottom w:sz="4" w:val="single" w:color="E0E0E0"/>
            </w:tcBorders>
          </w:tcPr>
          <w:p>
            <w:r>
              <w:rPr>
                <w:sz w:val="18"/>
              </w:rPr>
              <w:t>Kiểm tra khả năng tái sinh bọt</w:t>
            </w:r>
          </w:p>
        </w:tc>
        <w:tc>
          <w:tcPr>
            <w:tcW w:type="dxa" w:w="3120"/>
            <w:shd w:fill="F7F9FA"/>
            <w:tcMar>
              <w:top w:w="80" w:type="dxa"/>
              <w:bottom w:w="80" w:type="dxa"/>
              <w:left w:w="100" w:type="dxa"/>
              <w:right w:w="100" w:type="dxa"/>
            </w:tcMar>
            <w:tcBorders>
              <w:bottom w:sz="4" w:val="single" w:color="E0E0E0"/>
            </w:tcBorders>
          </w:tcPr>
          <w:p>
            <w:r>
              <w:rPr>
                <w:sz w:val="18"/>
              </w:rPr>
              <w:t>Để sơn ổn định, lắc mạnh 1p tạo bọt: dd sơn tạo bọt rất ít và tan nhanh chống sau khoảng 20p</w:t>
            </w:r>
          </w:p>
        </w:tc>
        <w:tc>
          <w:tcPr>
            <w:tcW w:type="dxa" w:w="3120"/>
            <w:shd w:fill="F7F9FA"/>
            <w:tcMar>
              <w:top w:w="80" w:type="dxa"/>
              <w:bottom w:w="80" w:type="dxa"/>
              <w:left w:w="100" w:type="dxa"/>
              <w:right w:w="100" w:type="dxa"/>
            </w:tcMar>
            <w:tcBorders>
              <w:bottom w:sz="4" w:val="single" w:color="E0E0E0"/>
            </w:tcBorders>
          </w:tcPr>
          <w:p>
            <w:r>
              <w:rPr>
                <w:sz w:val="18"/>
              </w:rPr>
              <w:t>Để sơn ổn định, lắc mạnh 1p tạo bọt: dd sơn tạo bọt ít và tan 1 phần lớp bọt trên bề mặt</w:t>
            </w:r>
          </w:p>
        </w:tc>
      </w:tr>
    </w:tbl>
    <w:p/>
    <w:p>
      <w:r>
        <w:t>Airex 920 phá bọt kém hơn BYK 1798</w:t>
      </w:r>
    </w:p>
    <w:p>
      <w:r>
        <w:t>*Tăng liều lượng sử dụng Airex 920</w:t>
      </w:r>
    </w:p>
    <w:tbl>
      <w:tblPr>
        <w:tblW w:type="auto" w:w="0"/>
        <w:jc w:val="center"/>
        <w:tblLook w:firstColumn="1" w:firstRow="1" w:lastColumn="0" w:lastRow="0" w:noHBand="0" w:noVBand="1" w:val="04A0"/>
      </w:tblPr>
      <w:tblGrid>
        <w:gridCol w:w="1872"/>
        <w:gridCol w:w="1872"/>
        <w:gridCol w:w="1872"/>
        <w:gridCol w:w="1872"/>
        <w:gridCol w:w="1872"/>
      </w:tblGrid>
      <w:tr>
        <w:tc>
          <w:tcPr>
            <w:tcW w:type="dxa" w:w="1872"/>
            <w:shd w:fill="2C5E8A"/>
            <w:tcMar>
              <w:top w:w="80" w:type="dxa"/>
              <w:bottom w:w="80" w:type="dxa"/>
              <w:left w:w="100" w:type="dxa"/>
              <w:right w:w="100" w:type="dxa"/>
            </w:tcMar>
            <w:tcBorders>
              <w:bottom w:sz="4" w:val="single" w:color="E0E0E0"/>
            </w:tcBorders>
          </w:tcPr>
          <w:p>
            <w:r>
              <w:rPr>
                <w:b/>
                <w:color w:val="FFFFFF"/>
                <w:sz w:val="18"/>
              </w:rPr>
              <w:t>Thành phần</w:t>
            </w:r>
          </w:p>
        </w:tc>
        <w:tc>
          <w:tcPr>
            <w:tcW w:type="dxa" w:w="1872"/>
            <w:shd w:fill="2C5E8A"/>
            <w:tcMar>
              <w:top w:w="80" w:type="dxa"/>
              <w:bottom w:w="80" w:type="dxa"/>
              <w:left w:w="100" w:type="dxa"/>
              <w:right w:w="100" w:type="dxa"/>
            </w:tcMar>
            <w:tcBorders>
              <w:bottom w:sz="4" w:val="single" w:color="E0E0E0"/>
            </w:tcBorders>
          </w:tcPr>
          <w:p>
            <w:r>
              <w:rPr>
                <w:b/>
                <w:color w:val="FFFFFF"/>
                <w:sz w:val="18"/>
              </w:rPr>
              <w:t>0.1%</w:t>
            </w:r>
          </w:p>
        </w:tc>
        <w:tc>
          <w:tcPr>
            <w:tcW w:type="dxa" w:w="1872"/>
            <w:shd w:fill="2C5E8A"/>
            <w:tcMar>
              <w:top w:w="80" w:type="dxa"/>
              <w:bottom w:w="80" w:type="dxa"/>
              <w:left w:w="100" w:type="dxa"/>
              <w:right w:w="100" w:type="dxa"/>
            </w:tcMar>
            <w:tcBorders>
              <w:bottom w:sz="4" w:val="single" w:color="E0E0E0"/>
            </w:tcBorders>
          </w:tcPr>
          <w:p>
            <w:r>
              <w:rPr>
                <w:b/>
                <w:color w:val="FFFFFF"/>
                <w:sz w:val="18"/>
              </w:rPr>
              <w:t>0.2%</w:t>
            </w:r>
          </w:p>
        </w:tc>
        <w:tc>
          <w:tcPr>
            <w:tcW w:type="dxa" w:w="1872"/>
            <w:shd w:fill="2C5E8A"/>
            <w:tcMar>
              <w:top w:w="80" w:type="dxa"/>
              <w:bottom w:w="80" w:type="dxa"/>
              <w:left w:w="100" w:type="dxa"/>
              <w:right w:w="100" w:type="dxa"/>
            </w:tcMar>
            <w:tcBorders>
              <w:bottom w:sz="4" w:val="single" w:color="E0E0E0"/>
            </w:tcBorders>
          </w:tcPr>
          <w:p>
            <w:r>
              <w:rPr>
                <w:b/>
                <w:color w:val="FFFFFF"/>
                <w:sz w:val="18"/>
              </w:rPr>
              <w:t>0.3%</w:t>
            </w:r>
          </w:p>
        </w:tc>
        <w:tc>
          <w:tcPr>
            <w:tcW w:type="dxa" w:w="1872"/>
            <w:shd w:fill="2C5E8A"/>
            <w:tcMar>
              <w:top w:w="80" w:type="dxa"/>
              <w:bottom w:w="80" w:type="dxa"/>
              <w:left w:w="100" w:type="dxa"/>
              <w:right w:w="100" w:type="dxa"/>
            </w:tcMar>
            <w:tcBorders>
              <w:bottom w:sz="4" w:val="single" w:color="E0E0E0"/>
            </w:tcBorders>
          </w:tcPr>
          <w:p>
            <w:r>
              <w:rPr>
                <w:b/>
                <w:color w:val="FFFFFF"/>
                <w:sz w:val="18"/>
              </w:rPr>
              <w:t>Quy trình khuấy</w:t>
            </w:r>
          </w:p>
        </w:tc>
      </w:tr>
      <w:tr>
        <w:tc>
          <w:tcPr>
            <w:tcW w:type="dxa" w:w="1872"/>
            <w:shd w:fill="FFFFFF"/>
            <w:tcMar>
              <w:top w:w="80" w:type="dxa"/>
              <w:bottom w:w="80" w:type="dxa"/>
              <w:left w:w="100" w:type="dxa"/>
              <w:right w:w="100" w:type="dxa"/>
            </w:tcMar>
            <w:tcBorders>
              <w:bottom w:sz="4" w:val="single" w:color="E0E0E0"/>
            </w:tcBorders>
          </w:tcPr>
          <w:p>
            <w:r>
              <w:rPr>
                <w:sz w:val="18"/>
              </w:rPr>
              <w:t>B-113</w:t>
            </w:r>
          </w:p>
        </w:tc>
        <w:tc>
          <w:tcPr>
            <w:tcW w:type="dxa" w:w="1872"/>
            <w:shd w:fill="FFFFFF"/>
            <w:tcMar>
              <w:top w:w="80" w:type="dxa"/>
              <w:bottom w:w="80" w:type="dxa"/>
              <w:left w:w="100" w:type="dxa"/>
              <w:right w:w="100" w:type="dxa"/>
            </w:tcMar>
            <w:tcBorders>
              <w:bottom w:sz="4" w:val="single" w:color="E0E0E0"/>
            </w:tcBorders>
          </w:tcPr>
          <w:p>
            <w:r>
              <w:rPr>
                <w:sz w:val="18"/>
              </w:rPr>
              <w:t>82.4</w:t>
            </w:r>
          </w:p>
        </w:tc>
        <w:tc>
          <w:tcPr>
            <w:tcW w:type="dxa" w:w="1872"/>
            <w:shd w:fill="FFFFFF"/>
            <w:tcMar>
              <w:top w:w="80" w:type="dxa"/>
              <w:bottom w:w="80" w:type="dxa"/>
              <w:left w:w="100" w:type="dxa"/>
              <w:right w:w="100" w:type="dxa"/>
            </w:tcMar>
            <w:tcBorders>
              <w:bottom w:sz="4" w:val="single" w:color="E0E0E0"/>
            </w:tcBorders>
          </w:tcPr>
          <w:p>
            <w:r>
              <w:rPr>
                <w:sz w:val="18"/>
              </w:rPr>
              <w:t>82.4</w:t>
            </w:r>
          </w:p>
        </w:tc>
        <w:tc>
          <w:tcPr>
            <w:tcW w:type="dxa" w:w="1872"/>
            <w:shd w:fill="FFFFFF"/>
            <w:tcMar>
              <w:top w:w="80" w:type="dxa"/>
              <w:bottom w:w="80" w:type="dxa"/>
              <w:left w:w="100" w:type="dxa"/>
              <w:right w:w="100" w:type="dxa"/>
            </w:tcMar>
            <w:tcBorders>
              <w:bottom w:sz="4" w:val="single" w:color="E0E0E0"/>
            </w:tcBorders>
          </w:tcPr>
          <w:p>
            <w:r>
              <w:rPr>
                <w:sz w:val="18"/>
              </w:rPr>
              <w:t>82.4</w:t>
            </w:r>
          </w:p>
        </w:tc>
        <w:tc>
          <w:tcPr>
            <w:tcW w:type="dxa" w:w="1872"/>
            <w:shd w:fill="FFFFFF"/>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1872"/>
            <w:shd w:fill="F7F9FA"/>
            <w:tcMar>
              <w:top w:w="80" w:type="dxa"/>
              <w:bottom w:w="80" w:type="dxa"/>
              <w:left w:w="100" w:type="dxa"/>
              <w:right w:w="100" w:type="dxa"/>
            </w:tcMar>
            <w:tcBorders>
              <w:bottom w:sz="4" w:val="single" w:color="E0E0E0"/>
            </w:tcBorders>
          </w:tcPr>
          <w:p>
            <w:r>
              <w:rPr>
                <w:sz w:val="18"/>
              </w:rPr>
              <w:t>EM223</w:t>
            </w:r>
          </w:p>
        </w:tc>
        <w:tc>
          <w:tcPr>
            <w:tcW w:type="dxa" w:w="1872"/>
            <w:shd w:fill="F7F9FA"/>
            <w:tcMar>
              <w:top w:w="80" w:type="dxa"/>
              <w:bottom w:w="80" w:type="dxa"/>
              <w:left w:w="100" w:type="dxa"/>
              <w:right w:w="100" w:type="dxa"/>
            </w:tcMar>
            <w:tcBorders>
              <w:bottom w:sz="4" w:val="single" w:color="E0E0E0"/>
            </w:tcBorders>
          </w:tcPr>
          <w:p>
            <w:r>
              <w:rPr>
                <w:sz w:val="18"/>
              </w:rPr>
              <w:t>24.1</w:t>
            </w:r>
          </w:p>
        </w:tc>
        <w:tc>
          <w:tcPr>
            <w:tcW w:type="dxa" w:w="1872"/>
            <w:shd w:fill="F7F9FA"/>
            <w:tcMar>
              <w:top w:w="80" w:type="dxa"/>
              <w:bottom w:w="80" w:type="dxa"/>
              <w:left w:w="100" w:type="dxa"/>
              <w:right w:w="100" w:type="dxa"/>
            </w:tcMar>
            <w:tcBorders>
              <w:bottom w:sz="4" w:val="single" w:color="E0E0E0"/>
            </w:tcBorders>
          </w:tcPr>
          <w:p>
            <w:r>
              <w:rPr>
                <w:sz w:val="18"/>
              </w:rPr>
              <w:t>24.1</w:t>
            </w:r>
          </w:p>
        </w:tc>
        <w:tc>
          <w:tcPr>
            <w:tcW w:type="dxa" w:w="1872"/>
            <w:shd w:fill="F7F9FA"/>
            <w:tcMar>
              <w:top w:w="80" w:type="dxa"/>
              <w:bottom w:w="80" w:type="dxa"/>
              <w:left w:w="100" w:type="dxa"/>
              <w:right w:w="100" w:type="dxa"/>
            </w:tcMar>
            <w:tcBorders>
              <w:bottom w:sz="4" w:val="single" w:color="E0E0E0"/>
            </w:tcBorders>
          </w:tcPr>
          <w:p>
            <w:r>
              <w:rPr>
                <w:sz w:val="18"/>
              </w:rPr>
              <w:t>24.1</w:t>
            </w:r>
          </w:p>
        </w:tc>
        <w:tc>
          <w:tcPr>
            <w:tcW w:type="dxa" w:w="1872"/>
            <w:shd w:fill="F7F9FA"/>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1872"/>
            <w:shd w:fill="FFFFFF"/>
            <w:tcMar>
              <w:top w:w="80" w:type="dxa"/>
              <w:bottom w:w="80" w:type="dxa"/>
              <w:left w:w="100" w:type="dxa"/>
              <w:right w:w="100" w:type="dxa"/>
            </w:tcMar>
            <w:tcBorders>
              <w:bottom w:sz="4" w:val="single" w:color="E0E0E0"/>
            </w:tcBorders>
          </w:tcPr>
          <w:p>
            <w:r>
              <w:rPr>
                <w:sz w:val="18"/>
              </w:rPr>
              <w:t>EM231</w:t>
            </w:r>
          </w:p>
        </w:tc>
        <w:tc>
          <w:tcPr>
            <w:tcW w:type="dxa" w:w="1872"/>
            <w:shd w:fill="FFFFFF"/>
            <w:tcMar>
              <w:top w:w="80" w:type="dxa"/>
              <w:bottom w:w="80" w:type="dxa"/>
              <w:left w:w="100" w:type="dxa"/>
              <w:right w:w="100" w:type="dxa"/>
            </w:tcMar>
            <w:tcBorders>
              <w:bottom w:sz="4" w:val="single" w:color="E0E0E0"/>
            </w:tcBorders>
          </w:tcPr>
          <w:p>
            <w:r>
              <w:rPr>
                <w:sz w:val="18"/>
              </w:rPr>
              <w:t>13.1</w:t>
            </w:r>
          </w:p>
        </w:tc>
        <w:tc>
          <w:tcPr>
            <w:tcW w:type="dxa" w:w="1872"/>
            <w:shd w:fill="FFFFFF"/>
            <w:tcMar>
              <w:top w:w="80" w:type="dxa"/>
              <w:bottom w:w="80" w:type="dxa"/>
              <w:left w:w="100" w:type="dxa"/>
              <w:right w:w="100" w:type="dxa"/>
            </w:tcMar>
            <w:tcBorders>
              <w:bottom w:sz="4" w:val="single" w:color="E0E0E0"/>
            </w:tcBorders>
          </w:tcPr>
          <w:p>
            <w:r>
              <w:rPr>
                <w:sz w:val="18"/>
              </w:rPr>
              <w:t>13.1</w:t>
            </w:r>
          </w:p>
        </w:tc>
        <w:tc>
          <w:tcPr>
            <w:tcW w:type="dxa" w:w="1872"/>
            <w:shd w:fill="FFFFFF"/>
            <w:tcMar>
              <w:top w:w="80" w:type="dxa"/>
              <w:bottom w:w="80" w:type="dxa"/>
              <w:left w:w="100" w:type="dxa"/>
              <w:right w:w="100" w:type="dxa"/>
            </w:tcMar>
            <w:tcBorders>
              <w:bottom w:sz="4" w:val="single" w:color="E0E0E0"/>
            </w:tcBorders>
          </w:tcPr>
          <w:p>
            <w:r>
              <w:rPr>
                <w:sz w:val="18"/>
              </w:rPr>
              <w:t>13.1</w:t>
            </w:r>
          </w:p>
        </w:tc>
        <w:tc>
          <w:tcPr>
            <w:tcW w:type="dxa" w:w="1872"/>
            <w:shd w:fill="FFFFFF"/>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1872"/>
            <w:shd w:fill="F7F9FA"/>
            <w:tcMar>
              <w:top w:w="80" w:type="dxa"/>
              <w:bottom w:w="80" w:type="dxa"/>
              <w:left w:w="100" w:type="dxa"/>
              <w:right w:w="100" w:type="dxa"/>
            </w:tcMar>
            <w:tcBorders>
              <w:bottom w:sz="4" w:val="single" w:color="E0E0E0"/>
            </w:tcBorders>
          </w:tcPr>
          <w:p>
            <w:r>
              <w:rPr>
                <w:sz w:val="18"/>
              </w:rPr>
              <w:t>Zinc-St</w:t>
            </w:r>
          </w:p>
        </w:tc>
        <w:tc>
          <w:tcPr>
            <w:tcW w:type="dxa" w:w="1872"/>
            <w:shd w:fill="F7F9FA"/>
            <w:tcMar>
              <w:top w:w="80" w:type="dxa"/>
              <w:bottom w:w="80" w:type="dxa"/>
              <w:left w:w="100" w:type="dxa"/>
              <w:right w:w="100" w:type="dxa"/>
            </w:tcMar>
            <w:tcBorders>
              <w:bottom w:sz="4" w:val="single" w:color="E0E0E0"/>
            </w:tcBorders>
          </w:tcPr>
          <w:p>
            <w:r>
              <w:rPr>
                <w:sz w:val="18"/>
              </w:rPr>
              <w:t>6.3</w:t>
            </w:r>
          </w:p>
        </w:tc>
        <w:tc>
          <w:tcPr>
            <w:tcW w:type="dxa" w:w="1872"/>
            <w:shd w:fill="F7F9FA"/>
            <w:tcMar>
              <w:top w:w="80" w:type="dxa"/>
              <w:bottom w:w="80" w:type="dxa"/>
              <w:left w:w="100" w:type="dxa"/>
              <w:right w:w="100" w:type="dxa"/>
            </w:tcMar>
            <w:tcBorders>
              <w:bottom w:sz="4" w:val="single" w:color="E0E0E0"/>
            </w:tcBorders>
          </w:tcPr>
          <w:p>
            <w:r>
              <w:rPr>
                <w:sz w:val="18"/>
              </w:rPr>
              <w:t>6.3</w:t>
            </w:r>
          </w:p>
        </w:tc>
        <w:tc>
          <w:tcPr>
            <w:tcW w:type="dxa" w:w="1872"/>
            <w:shd w:fill="F7F9FA"/>
            <w:tcMar>
              <w:top w:w="80" w:type="dxa"/>
              <w:bottom w:w="80" w:type="dxa"/>
              <w:left w:w="100" w:type="dxa"/>
              <w:right w:w="100" w:type="dxa"/>
            </w:tcMar>
            <w:tcBorders>
              <w:bottom w:sz="4" w:val="single" w:color="E0E0E0"/>
            </w:tcBorders>
          </w:tcPr>
          <w:p>
            <w:r>
              <w:rPr>
                <w:sz w:val="18"/>
              </w:rPr>
              <w:t>6.3</w:t>
            </w:r>
          </w:p>
        </w:tc>
        <w:tc>
          <w:tcPr>
            <w:tcW w:type="dxa" w:w="1872"/>
            <w:shd w:fill="F7F9FA"/>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1872"/>
            <w:shd w:fill="FFFFFF"/>
            <w:tcMar>
              <w:top w:w="80" w:type="dxa"/>
              <w:bottom w:w="80" w:type="dxa"/>
              <w:left w:w="100" w:type="dxa"/>
              <w:right w:w="100" w:type="dxa"/>
            </w:tcMar>
            <w:tcBorders>
              <w:bottom w:sz="4" w:val="single" w:color="E0E0E0"/>
            </w:tcBorders>
          </w:tcPr>
          <w:p>
            <w:r>
              <w:rPr>
                <w:sz w:val="18"/>
              </w:rPr>
              <w:t>TM2800</w:t>
            </w:r>
          </w:p>
        </w:tc>
        <w:tc>
          <w:tcPr>
            <w:tcW w:type="dxa" w:w="1872"/>
            <w:shd w:fill="FFFFFF"/>
            <w:tcMar>
              <w:top w:w="80" w:type="dxa"/>
              <w:bottom w:w="80" w:type="dxa"/>
              <w:left w:w="100" w:type="dxa"/>
              <w:right w:w="100" w:type="dxa"/>
            </w:tcMar>
            <w:tcBorders>
              <w:bottom w:sz="4" w:val="single" w:color="E0E0E0"/>
            </w:tcBorders>
          </w:tcPr>
          <w:p>
            <w:r>
              <w:rPr>
                <w:sz w:val="18"/>
              </w:rPr>
              <w:t>53.8</w:t>
            </w:r>
          </w:p>
        </w:tc>
        <w:tc>
          <w:tcPr>
            <w:tcW w:type="dxa" w:w="1872"/>
            <w:shd w:fill="FFFFFF"/>
            <w:tcMar>
              <w:top w:w="80" w:type="dxa"/>
              <w:bottom w:w="80" w:type="dxa"/>
              <w:left w:w="100" w:type="dxa"/>
              <w:right w:w="100" w:type="dxa"/>
            </w:tcMar>
            <w:tcBorders>
              <w:bottom w:sz="4" w:val="single" w:color="E0E0E0"/>
            </w:tcBorders>
          </w:tcPr>
          <w:p>
            <w:r>
              <w:rPr>
                <w:sz w:val="18"/>
              </w:rPr>
              <w:t>53.8</w:t>
            </w:r>
          </w:p>
        </w:tc>
        <w:tc>
          <w:tcPr>
            <w:tcW w:type="dxa" w:w="1872"/>
            <w:shd w:fill="FFFFFF"/>
            <w:tcMar>
              <w:top w:w="80" w:type="dxa"/>
              <w:bottom w:w="80" w:type="dxa"/>
              <w:left w:w="100" w:type="dxa"/>
              <w:right w:w="100" w:type="dxa"/>
            </w:tcMar>
            <w:tcBorders>
              <w:bottom w:sz="4" w:val="single" w:color="E0E0E0"/>
            </w:tcBorders>
          </w:tcPr>
          <w:p>
            <w:r>
              <w:rPr>
                <w:sz w:val="18"/>
              </w:rPr>
              <w:t>53.8</w:t>
            </w:r>
          </w:p>
        </w:tc>
        <w:tc>
          <w:tcPr>
            <w:tcW w:type="dxa" w:w="1872"/>
            <w:shd w:fill="FFFFFF"/>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1872"/>
            <w:shd w:fill="F7F9FA"/>
            <w:tcMar>
              <w:top w:w="80" w:type="dxa"/>
              <w:bottom w:w="80" w:type="dxa"/>
              <w:left w:w="100" w:type="dxa"/>
              <w:right w:w="100" w:type="dxa"/>
            </w:tcMar>
            <w:tcBorders>
              <w:bottom w:sz="4" w:val="single" w:color="E0E0E0"/>
            </w:tcBorders>
          </w:tcPr>
          <w:p>
            <w:r>
              <w:rPr>
                <w:sz w:val="18"/>
              </w:rPr>
              <w:t>P22X (1-2Xy)</w:t>
            </w:r>
          </w:p>
        </w:tc>
        <w:tc>
          <w:tcPr>
            <w:tcW w:type="dxa" w:w="1872"/>
            <w:shd w:fill="F7F9FA"/>
            <w:tcMar>
              <w:top w:w="80" w:type="dxa"/>
              <w:bottom w:w="80" w:type="dxa"/>
              <w:left w:w="100" w:type="dxa"/>
              <w:right w:w="100" w:type="dxa"/>
            </w:tcMar>
            <w:tcBorders>
              <w:bottom w:sz="4" w:val="single" w:color="E0E0E0"/>
            </w:tcBorders>
          </w:tcPr>
          <w:p>
            <w:r>
              <w:rPr>
                <w:sz w:val="18"/>
              </w:rPr>
              <w:t>3.0</w:t>
            </w:r>
          </w:p>
        </w:tc>
        <w:tc>
          <w:tcPr>
            <w:tcW w:type="dxa" w:w="1872"/>
            <w:shd w:fill="F7F9FA"/>
            <w:tcMar>
              <w:top w:w="80" w:type="dxa"/>
              <w:bottom w:w="80" w:type="dxa"/>
              <w:left w:w="100" w:type="dxa"/>
              <w:right w:w="100" w:type="dxa"/>
            </w:tcMar>
            <w:tcBorders>
              <w:bottom w:sz="4" w:val="single" w:color="E0E0E0"/>
            </w:tcBorders>
          </w:tcPr>
          <w:p>
            <w:r>
              <w:rPr>
                <w:sz w:val="18"/>
              </w:rPr>
              <w:t>3.0</w:t>
            </w:r>
          </w:p>
        </w:tc>
        <w:tc>
          <w:tcPr>
            <w:tcW w:type="dxa" w:w="1872"/>
            <w:shd w:fill="F7F9FA"/>
            <w:tcMar>
              <w:top w:w="80" w:type="dxa"/>
              <w:bottom w:w="80" w:type="dxa"/>
              <w:left w:w="100" w:type="dxa"/>
              <w:right w:w="100" w:type="dxa"/>
            </w:tcMar>
            <w:tcBorders>
              <w:bottom w:sz="4" w:val="single" w:color="E0E0E0"/>
            </w:tcBorders>
          </w:tcPr>
          <w:p>
            <w:r>
              <w:rPr>
                <w:sz w:val="18"/>
              </w:rPr>
              <w:t>3.0</w:t>
            </w:r>
          </w:p>
        </w:tc>
        <w:tc>
          <w:tcPr>
            <w:tcW w:type="dxa" w:w="1872"/>
            <w:shd w:fill="F7F9FA"/>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1872"/>
            <w:shd w:fill="FFFFFF"/>
            <w:tcMar>
              <w:top w:w="80" w:type="dxa"/>
              <w:bottom w:w="80" w:type="dxa"/>
              <w:left w:w="100" w:type="dxa"/>
              <w:right w:w="100" w:type="dxa"/>
            </w:tcMar>
            <w:tcBorders>
              <w:bottom w:sz="4" w:val="single" w:color="E0E0E0"/>
            </w:tcBorders>
          </w:tcPr>
          <w:p>
            <w:r>
              <w:rPr>
                <w:sz w:val="18"/>
              </w:rPr>
              <w:t>2EHA</w:t>
            </w:r>
          </w:p>
        </w:tc>
        <w:tc>
          <w:tcPr>
            <w:tcW w:type="dxa" w:w="1872"/>
            <w:shd w:fill="FFFFFF"/>
            <w:tcMar>
              <w:top w:w="80" w:type="dxa"/>
              <w:bottom w:w="80" w:type="dxa"/>
              <w:left w:w="100" w:type="dxa"/>
              <w:right w:w="100" w:type="dxa"/>
            </w:tcMar>
            <w:tcBorders>
              <w:bottom w:sz="4" w:val="single" w:color="E0E0E0"/>
            </w:tcBorders>
          </w:tcPr>
          <w:p>
            <w:r>
              <w:rPr>
                <w:sz w:val="18"/>
              </w:rPr>
              <w:t>12.6</w:t>
            </w:r>
          </w:p>
        </w:tc>
        <w:tc>
          <w:tcPr>
            <w:tcW w:type="dxa" w:w="1872"/>
            <w:shd w:fill="FFFFFF"/>
            <w:tcMar>
              <w:top w:w="80" w:type="dxa"/>
              <w:bottom w:w="80" w:type="dxa"/>
              <w:left w:w="100" w:type="dxa"/>
              <w:right w:w="100" w:type="dxa"/>
            </w:tcMar>
            <w:tcBorders>
              <w:bottom w:sz="4" w:val="single" w:color="E0E0E0"/>
            </w:tcBorders>
          </w:tcPr>
          <w:p>
            <w:r>
              <w:rPr>
                <w:sz w:val="18"/>
              </w:rPr>
              <w:t>12.6</w:t>
            </w:r>
          </w:p>
        </w:tc>
        <w:tc>
          <w:tcPr>
            <w:tcW w:type="dxa" w:w="1872"/>
            <w:shd w:fill="FFFFFF"/>
            <w:tcMar>
              <w:top w:w="80" w:type="dxa"/>
              <w:bottom w:w="80" w:type="dxa"/>
              <w:left w:w="100" w:type="dxa"/>
              <w:right w:w="100" w:type="dxa"/>
            </w:tcMar>
            <w:tcBorders>
              <w:bottom w:sz="4" w:val="single" w:color="E0E0E0"/>
            </w:tcBorders>
          </w:tcPr>
          <w:p>
            <w:r>
              <w:rPr>
                <w:sz w:val="18"/>
              </w:rPr>
              <w:t>12.6</w:t>
            </w:r>
          </w:p>
        </w:tc>
        <w:tc>
          <w:tcPr>
            <w:tcW w:type="dxa" w:w="1872"/>
            <w:shd w:fill="FFFFFF"/>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1872"/>
            <w:shd w:fill="F7F9FA"/>
            <w:tcMar>
              <w:top w:w="80" w:type="dxa"/>
              <w:bottom w:w="80" w:type="dxa"/>
              <w:left w:w="100" w:type="dxa"/>
              <w:right w:w="100" w:type="dxa"/>
            </w:tcMar>
            <w:tcBorders>
              <w:bottom w:sz="4" w:val="single" w:color="E0E0E0"/>
            </w:tcBorders>
          </w:tcPr>
          <w:p>
            <w:r>
              <w:rPr>
                <w:sz w:val="18"/>
              </w:rPr>
              <w:t>AK60</w:t>
            </w:r>
          </w:p>
        </w:tc>
        <w:tc>
          <w:tcPr>
            <w:tcW w:type="dxa" w:w="1872"/>
            <w:shd w:fill="F7F9FA"/>
            <w:tcMar>
              <w:top w:w="80" w:type="dxa"/>
              <w:bottom w:w="80" w:type="dxa"/>
              <w:left w:w="100" w:type="dxa"/>
              <w:right w:w="100" w:type="dxa"/>
            </w:tcMar>
            <w:tcBorders>
              <w:bottom w:sz="4" w:val="single" w:color="E0E0E0"/>
            </w:tcBorders>
          </w:tcPr>
          <w:p>
            <w:r>
              <w:rPr>
                <w:sz w:val="18"/>
              </w:rPr>
              <w:t>41.3</w:t>
            </w:r>
          </w:p>
        </w:tc>
        <w:tc>
          <w:tcPr>
            <w:tcW w:type="dxa" w:w="1872"/>
            <w:shd w:fill="F7F9FA"/>
            <w:tcMar>
              <w:top w:w="80" w:type="dxa"/>
              <w:bottom w:w="80" w:type="dxa"/>
              <w:left w:w="100" w:type="dxa"/>
              <w:right w:w="100" w:type="dxa"/>
            </w:tcMar>
            <w:tcBorders>
              <w:bottom w:sz="4" w:val="single" w:color="E0E0E0"/>
            </w:tcBorders>
          </w:tcPr>
          <w:p>
            <w:r>
              <w:rPr>
                <w:sz w:val="18"/>
              </w:rPr>
              <w:t>41.3</w:t>
            </w:r>
          </w:p>
        </w:tc>
        <w:tc>
          <w:tcPr>
            <w:tcW w:type="dxa" w:w="1872"/>
            <w:shd w:fill="F7F9FA"/>
            <w:tcMar>
              <w:top w:w="80" w:type="dxa"/>
              <w:bottom w:w="80" w:type="dxa"/>
              <w:left w:w="100" w:type="dxa"/>
              <w:right w:w="100" w:type="dxa"/>
            </w:tcMar>
            <w:tcBorders>
              <w:bottom w:sz="4" w:val="single" w:color="E0E0E0"/>
            </w:tcBorders>
          </w:tcPr>
          <w:p>
            <w:r>
              <w:rPr>
                <w:sz w:val="18"/>
              </w:rPr>
              <w:t>41.3</w:t>
            </w:r>
          </w:p>
        </w:tc>
        <w:tc>
          <w:tcPr>
            <w:tcW w:type="dxa" w:w="1872"/>
            <w:shd w:fill="F7F9FA"/>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1872"/>
            <w:shd w:fill="FFFFFF"/>
            <w:tcMar>
              <w:top w:w="80" w:type="dxa"/>
              <w:bottom w:w="80" w:type="dxa"/>
              <w:left w:w="100" w:type="dxa"/>
              <w:right w:w="100" w:type="dxa"/>
            </w:tcMar>
            <w:tcBorders>
              <w:bottom w:sz="4" w:val="single" w:color="E0E0E0"/>
            </w:tcBorders>
          </w:tcPr>
          <w:p>
            <w:r>
              <w:rPr>
                <w:sz w:val="18"/>
              </w:rPr>
              <w:t>TPO</w:t>
            </w:r>
          </w:p>
        </w:tc>
        <w:tc>
          <w:tcPr>
            <w:tcW w:type="dxa" w:w="1872"/>
            <w:shd w:fill="FFFFFF"/>
            <w:tcMar>
              <w:top w:w="80" w:type="dxa"/>
              <w:bottom w:w="80" w:type="dxa"/>
              <w:left w:w="100" w:type="dxa"/>
              <w:right w:w="100" w:type="dxa"/>
            </w:tcMar>
            <w:tcBorders>
              <w:bottom w:sz="4" w:val="single" w:color="E0E0E0"/>
            </w:tcBorders>
          </w:tcPr>
          <w:p>
            <w:r>
              <w:rPr>
                <w:sz w:val="18"/>
              </w:rPr>
              <w:t>1.1</w:t>
            </w:r>
          </w:p>
        </w:tc>
        <w:tc>
          <w:tcPr>
            <w:tcW w:type="dxa" w:w="1872"/>
            <w:shd w:fill="FFFFFF"/>
            <w:tcMar>
              <w:top w:w="80" w:type="dxa"/>
              <w:bottom w:w="80" w:type="dxa"/>
              <w:left w:w="100" w:type="dxa"/>
              <w:right w:w="100" w:type="dxa"/>
            </w:tcMar>
            <w:tcBorders>
              <w:bottom w:sz="4" w:val="single" w:color="E0E0E0"/>
            </w:tcBorders>
          </w:tcPr>
          <w:p>
            <w:r>
              <w:rPr>
                <w:sz w:val="18"/>
              </w:rPr>
              <w:t>1.1</w:t>
            </w:r>
          </w:p>
        </w:tc>
        <w:tc>
          <w:tcPr>
            <w:tcW w:type="dxa" w:w="1872"/>
            <w:shd w:fill="FFFFFF"/>
            <w:tcMar>
              <w:top w:w="80" w:type="dxa"/>
              <w:bottom w:w="80" w:type="dxa"/>
              <w:left w:w="100" w:type="dxa"/>
              <w:right w:w="100" w:type="dxa"/>
            </w:tcMar>
            <w:tcBorders>
              <w:bottom w:sz="4" w:val="single" w:color="E0E0E0"/>
            </w:tcBorders>
          </w:tcPr>
          <w:p>
            <w:r>
              <w:rPr>
                <w:sz w:val="18"/>
              </w:rPr>
              <w:t>1.1</w:t>
            </w:r>
          </w:p>
        </w:tc>
        <w:tc>
          <w:tcPr>
            <w:tcW w:type="dxa" w:w="1872"/>
            <w:shd w:fill="FFFFFF"/>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1872"/>
            <w:shd w:fill="F7F9FA"/>
            <w:tcMar>
              <w:top w:w="80" w:type="dxa"/>
              <w:bottom w:w="80" w:type="dxa"/>
              <w:left w:w="100" w:type="dxa"/>
              <w:right w:w="100" w:type="dxa"/>
            </w:tcMar>
            <w:tcBorders>
              <w:bottom w:sz="4" w:val="single" w:color="E0E0E0"/>
            </w:tcBorders>
          </w:tcPr>
          <w:p>
            <w:r>
              <w:rPr>
                <w:sz w:val="18"/>
              </w:rPr>
              <w:t>D-1173</w:t>
            </w:r>
          </w:p>
        </w:tc>
        <w:tc>
          <w:tcPr>
            <w:tcW w:type="dxa" w:w="1872"/>
            <w:shd w:fill="F7F9FA"/>
            <w:tcMar>
              <w:top w:w="80" w:type="dxa"/>
              <w:bottom w:w="80" w:type="dxa"/>
              <w:left w:w="100" w:type="dxa"/>
              <w:right w:w="100" w:type="dxa"/>
            </w:tcMar>
            <w:tcBorders>
              <w:bottom w:sz="4" w:val="single" w:color="E0E0E0"/>
            </w:tcBorders>
          </w:tcPr>
          <w:p>
            <w:r>
              <w:rPr>
                <w:sz w:val="18"/>
              </w:rPr>
              <w:t>11.8</w:t>
            </w:r>
          </w:p>
        </w:tc>
        <w:tc>
          <w:tcPr>
            <w:tcW w:type="dxa" w:w="1872"/>
            <w:shd w:fill="F7F9FA"/>
            <w:tcMar>
              <w:top w:w="80" w:type="dxa"/>
              <w:bottom w:w="80" w:type="dxa"/>
              <w:left w:w="100" w:type="dxa"/>
              <w:right w:w="100" w:type="dxa"/>
            </w:tcMar>
            <w:tcBorders>
              <w:bottom w:sz="4" w:val="single" w:color="E0E0E0"/>
            </w:tcBorders>
          </w:tcPr>
          <w:p>
            <w:r>
              <w:rPr>
                <w:sz w:val="18"/>
              </w:rPr>
              <w:t>11.8</w:t>
            </w:r>
          </w:p>
        </w:tc>
        <w:tc>
          <w:tcPr>
            <w:tcW w:type="dxa" w:w="1872"/>
            <w:shd w:fill="F7F9FA"/>
            <w:tcMar>
              <w:top w:w="80" w:type="dxa"/>
              <w:bottom w:w="80" w:type="dxa"/>
              <w:left w:w="100" w:type="dxa"/>
              <w:right w:w="100" w:type="dxa"/>
            </w:tcMar>
            <w:tcBorders>
              <w:bottom w:sz="4" w:val="single" w:color="E0E0E0"/>
            </w:tcBorders>
          </w:tcPr>
          <w:p>
            <w:r>
              <w:rPr>
                <w:sz w:val="18"/>
              </w:rPr>
              <w:t>11.8</w:t>
            </w:r>
          </w:p>
        </w:tc>
        <w:tc>
          <w:tcPr>
            <w:tcW w:type="dxa" w:w="1872"/>
            <w:shd w:fill="F7F9FA"/>
            <w:tcMar>
              <w:top w:w="80" w:type="dxa"/>
              <w:bottom w:w="80" w:type="dxa"/>
              <w:left w:w="100" w:type="dxa"/>
              <w:right w:w="100" w:type="dxa"/>
            </w:tcMar>
            <w:tcBorders>
              <w:bottom w:sz="4" w:val="single" w:color="E0E0E0"/>
            </w:tcBorders>
          </w:tcPr>
          <w:p>
            <w:r>
              <w:rPr>
                <w:sz w:val="18"/>
              </w:rPr>
              <w:t>Tăng tốc độ lên 1000v/p cho từ từ bột vào khuấy trong 20p</w:t>
            </w:r>
          </w:p>
        </w:tc>
      </w:tr>
      <w:tr>
        <w:tc>
          <w:tcPr>
            <w:tcW w:type="dxa" w:w="1872"/>
            <w:shd w:fill="FFFFFF"/>
            <w:tcMar>
              <w:top w:w="80" w:type="dxa"/>
              <w:bottom w:w="80" w:type="dxa"/>
              <w:left w:w="100" w:type="dxa"/>
              <w:right w:w="100" w:type="dxa"/>
            </w:tcMar>
            <w:tcBorders>
              <w:bottom w:sz="4" w:val="single" w:color="E0E0E0"/>
            </w:tcBorders>
          </w:tcPr>
          <w:p>
            <w:r>
              <w:rPr>
                <w:sz w:val="18"/>
              </w:rPr>
              <w:t>Airex 920 (100%)</w:t>
            </w:r>
          </w:p>
        </w:tc>
        <w:tc>
          <w:tcPr>
            <w:tcW w:type="dxa" w:w="1872"/>
            <w:shd w:fill="FFFFFF"/>
            <w:tcMar>
              <w:top w:w="80" w:type="dxa"/>
              <w:bottom w:w="80" w:type="dxa"/>
              <w:left w:w="100" w:type="dxa"/>
              <w:right w:w="100" w:type="dxa"/>
            </w:tcMar>
            <w:tcBorders>
              <w:bottom w:sz="4" w:val="single" w:color="E0E0E0"/>
            </w:tcBorders>
          </w:tcPr>
          <w:p>
            <w:r>
              <w:rPr>
                <w:sz w:val="18"/>
              </w:rPr>
              <w:t>0.25</w:t>
            </w:r>
          </w:p>
        </w:tc>
        <w:tc>
          <w:tcPr>
            <w:tcW w:type="dxa" w:w="1872"/>
            <w:shd w:fill="FFFFFF"/>
            <w:tcMar>
              <w:top w:w="80" w:type="dxa"/>
              <w:bottom w:w="80" w:type="dxa"/>
              <w:left w:w="100" w:type="dxa"/>
              <w:right w:w="100" w:type="dxa"/>
            </w:tcMar>
            <w:tcBorders>
              <w:bottom w:sz="4" w:val="single" w:color="E0E0E0"/>
            </w:tcBorders>
          </w:tcPr>
          <w:p>
            <w:r>
              <w:rPr>
                <w:sz w:val="18"/>
              </w:rPr>
              <w:t>0.5</w:t>
            </w:r>
          </w:p>
        </w:tc>
        <w:tc>
          <w:tcPr>
            <w:tcW w:type="dxa" w:w="1872"/>
            <w:shd w:fill="FFFFFF"/>
            <w:tcMar>
              <w:top w:w="80" w:type="dxa"/>
              <w:bottom w:w="80" w:type="dxa"/>
              <w:left w:w="100" w:type="dxa"/>
              <w:right w:w="100" w:type="dxa"/>
            </w:tcMar>
            <w:tcBorders>
              <w:bottom w:sz="4" w:val="single" w:color="E0E0E0"/>
            </w:tcBorders>
          </w:tcPr>
          <w:p>
            <w:r>
              <w:rPr>
                <w:sz w:val="18"/>
              </w:rPr>
              <w:t>0.75</w:t>
            </w:r>
          </w:p>
        </w:tc>
        <w:tc>
          <w:tcPr>
            <w:tcW w:type="dxa" w:w="1872"/>
            <w:shd w:fill="FFFFFF"/>
            <w:tcMar>
              <w:top w:w="80" w:type="dxa"/>
              <w:bottom w:w="80" w:type="dxa"/>
              <w:left w:w="100" w:type="dxa"/>
              <w:right w:w="100" w:type="dxa"/>
            </w:tcMar>
            <w:tcBorders>
              <w:bottom w:sz="4" w:val="single" w:color="E0E0E0"/>
            </w:tcBorders>
          </w:tcPr>
          <w:p>
            <w:r>
              <w:rPr>
                <w:sz w:val="18"/>
              </w:rPr>
              <w:t>Giữ nguyên tốc độ 1000v/p cho phá bọt vào khuấy trong 5-7p, quan sát hiện tượng.</w:t>
            </w:r>
          </w:p>
        </w:tc>
      </w:tr>
      <w:tr>
        <w:tc>
          <w:tcPr>
            <w:tcW w:type="dxa" w:w="1872"/>
            <w:shd w:fill="F7F9FA"/>
            <w:tcMar>
              <w:top w:w="80" w:type="dxa"/>
              <w:bottom w:w="80" w:type="dxa"/>
              <w:left w:w="100" w:type="dxa"/>
              <w:right w:w="100" w:type="dxa"/>
            </w:tcMar>
            <w:tcBorders>
              <w:bottom w:sz="4" w:val="single" w:color="E0E0E0"/>
            </w:tcBorders>
          </w:tcPr>
          <w:p>
            <w:r>
              <w:rPr>
                <w:sz w:val="18"/>
              </w:rPr>
              <w:t>TỔNG</w:t>
            </w:r>
          </w:p>
        </w:tc>
        <w:tc>
          <w:tcPr>
            <w:tcW w:type="dxa" w:w="1872"/>
            <w:shd w:fill="F7F9FA"/>
            <w:tcMar>
              <w:top w:w="80" w:type="dxa"/>
              <w:bottom w:w="80" w:type="dxa"/>
              <w:left w:w="100" w:type="dxa"/>
              <w:right w:w="100" w:type="dxa"/>
            </w:tcMar>
            <w:tcBorders>
              <w:bottom w:sz="4" w:val="single" w:color="E0E0E0"/>
            </w:tcBorders>
          </w:tcPr>
          <w:p>
            <w:r>
              <w:rPr>
                <w:sz w:val="18"/>
              </w:rPr>
              <w:t>249.75g</w:t>
            </w:r>
          </w:p>
        </w:tc>
        <w:tc>
          <w:tcPr>
            <w:tcW w:type="dxa" w:w="1872"/>
            <w:shd w:fill="F7F9FA"/>
            <w:tcMar>
              <w:top w:w="80" w:type="dxa"/>
              <w:bottom w:w="80" w:type="dxa"/>
              <w:left w:w="100" w:type="dxa"/>
              <w:right w:w="100" w:type="dxa"/>
            </w:tcMar>
            <w:tcBorders>
              <w:bottom w:sz="4" w:val="single" w:color="E0E0E0"/>
            </w:tcBorders>
          </w:tcPr>
          <w:p>
            <w:r>
              <w:rPr>
                <w:sz w:val="18"/>
              </w:rPr>
              <w:t>250g</w:t>
            </w:r>
          </w:p>
        </w:tc>
        <w:tc>
          <w:tcPr>
            <w:tcW w:type="dxa" w:w="1872"/>
            <w:shd w:fill="F7F9FA"/>
            <w:tcMar>
              <w:top w:w="80" w:type="dxa"/>
              <w:bottom w:w="80" w:type="dxa"/>
              <w:left w:w="100" w:type="dxa"/>
              <w:right w:w="100" w:type="dxa"/>
            </w:tcMar>
            <w:tcBorders>
              <w:bottom w:sz="4" w:val="single" w:color="E0E0E0"/>
            </w:tcBorders>
          </w:tcPr>
          <w:p>
            <w:r>
              <w:rPr>
                <w:sz w:val="18"/>
              </w:rPr>
              <w:t>250.25g</w:t>
            </w:r>
          </w:p>
        </w:tc>
        <w:tc>
          <w:tcPr>
            <w:tcW w:type="dxa" w:w="1872"/>
            <w:shd w:fill="F7F9FA"/>
            <w:tcMar>
              <w:top w:w="80" w:type="dxa"/>
              <w:bottom w:w="80" w:type="dxa"/>
              <w:left w:w="100" w:type="dxa"/>
              <w:right w:w="100" w:type="dxa"/>
            </w:tcMar>
            <w:tcBorders>
              <w:bottom w:sz="4" w:val="single" w:color="E0E0E0"/>
            </w:tcBorders>
          </w:tcPr>
          <w:p>
            <w:r>
              <w:rPr>
                <w:sz w:val="18"/>
              </w:rPr>
              <w:t>Giữ nguyên tốc độ 1000v/p cho phá bọt vào khuấy trong 5-7p, quan sát hiện tượng.</w:t>
            </w:r>
          </w:p>
        </w:tc>
      </w:tr>
    </w:tbl>
    <w:p/>
    <w:p>
      <w:r>
        <w:t>*Kiểm tra</w:t>
      </w:r>
    </w:p>
    <w:p>
      <w:r>
        <w:t>Kéo giấy 60µm</w:t>
      </w:r>
    </w:p>
    <w:tbl>
      <w:tblPr>
        <w:tblW w:type="auto" w:w="0"/>
        <w:jc w:val="center"/>
        <w:tblLook w:firstColumn="1" w:firstRow="1" w:lastColumn="0" w:lastRow="0" w:noHBand="0" w:noVBand="1" w:val="04A0"/>
      </w:tblPr>
      <w:tblGrid>
        <w:gridCol w:w="2340"/>
        <w:gridCol w:w="2340"/>
        <w:gridCol w:w="2340"/>
        <w:gridCol w:w="2340"/>
      </w:tblGrid>
      <w:tr>
        <w:tc>
          <w:tcPr>
            <w:tcW w:type="dxa" w:w="2340"/>
            <w:shd w:fill="2C5E8A"/>
            <w:tcMar>
              <w:top w:w="80" w:type="dxa"/>
              <w:bottom w:w="80" w:type="dxa"/>
              <w:left w:w="100" w:type="dxa"/>
              <w:right w:w="100" w:type="dxa"/>
            </w:tcMar>
            <w:tcBorders>
              <w:bottom w:sz="4" w:val="single" w:color="E0E0E0"/>
            </w:tcBorders>
          </w:tcPr>
          <w:p>
            <w:r>
              <w:rPr>
                <w:b/>
                <w:color w:val="FFFFFF"/>
                <w:sz w:val="18"/>
              </w:rPr>
              <w:t>Chỉ tiêu kiểm tra</w:t>
            </w:r>
          </w:p>
        </w:tc>
        <w:tc>
          <w:tcPr>
            <w:tcW w:type="dxa" w:w="2340"/>
            <w:shd w:fill="2C5E8A"/>
            <w:tcMar>
              <w:top w:w="80" w:type="dxa"/>
              <w:bottom w:w="80" w:type="dxa"/>
              <w:left w:w="100" w:type="dxa"/>
              <w:right w:w="100" w:type="dxa"/>
            </w:tcMar>
            <w:tcBorders>
              <w:bottom w:sz="4" w:val="single" w:color="E0E0E0"/>
            </w:tcBorders>
          </w:tcPr>
          <w:p>
            <w:r>
              <w:rPr>
                <w:b/>
                <w:color w:val="FFFFFF"/>
                <w:sz w:val="18"/>
              </w:rPr>
              <w:t>0.1% Airex 920</w:t>
            </w:r>
          </w:p>
        </w:tc>
        <w:tc>
          <w:tcPr>
            <w:tcW w:type="dxa" w:w="2340"/>
            <w:shd w:fill="2C5E8A"/>
            <w:tcMar>
              <w:top w:w="80" w:type="dxa"/>
              <w:bottom w:w="80" w:type="dxa"/>
              <w:left w:w="100" w:type="dxa"/>
              <w:right w:w="100" w:type="dxa"/>
            </w:tcMar>
            <w:tcBorders>
              <w:bottom w:sz="4" w:val="single" w:color="E0E0E0"/>
            </w:tcBorders>
          </w:tcPr>
          <w:p>
            <w:r>
              <w:rPr>
                <w:b/>
                <w:color w:val="FFFFFF"/>
                <w:sz w:val="18"/>
              </w:rPr>
              <w:t>0.2% Airex 920</w:t>
            </w:r>
          </w:p>
        </w:tc>
        <w:tc>
          <w:tcPr>
            <w:tcW w:type="dxa" w:w="2340"/>
            <w:shd w:fill="2C5E8A"/>
            <w:tcMar>
              <w:top w:w="80" w:type="dxa"/>
              <w:bottom w:w="80" w:type="dxa"/>
              <w:left w:w="100" w:type="dxa"/>
              <w:right w:w="100" w:type="dxa"/>
            </w:tcMar>
            <w:tcBorders>
              <w:bottom w:sz="4" w:val="single" w:color="E0E0E0"/>
            </w:tcBorders>
          </w:tcPr>
          <w:p>
            <w:r>
              <w:rPr>
                <w:b/>
                <w:color w:val="FFFFFF"/>
                <w:sz w:val="18"/>
              </w:rPr>
              <w:t>0.3% Airex 920</w:t>
            </w:r>
          </w:p>
        </w:tc>
      </w:tr>
      <w:tr>
        <w:tc>
          <w:tcPr>
            <w:tcW w:type="dxa" w:w="2340"/>
            <w:shd w:fill="FFFFFF"/>
            <w:tcMar>
              <w:top w:w="80" w:type="dxa"/>
              <w:bottom w:w="80" w:type="dxa"/>
              <w:left w:w="100" w:type="dxa"/>
              <w:right w:w="100" w:type="dxa"/>
            </w:tcMar>
            <w:tcBorders>
              <w:bottom w:sz="4" w:val="single" w:color="E0E0E0"/>
            </w:tcBorders>
          </w:tcPr>
          <w:p>
            <w:r>
              <w:rPr>
                <w:sz w:val="18"/>
              </w:rPr>
              <w:t>DIN 4</w:t>
            </w:r>
          </w:p>
        </w:tc>
        <w:tc>
          <w:tcPr>
            <w:tcW w:type="dxa" w:w="2340"/>
            <w:shd w:fill="FFFFFF"/>
            <w:tcMar>
              <w:top w:w="80" w:type="dxa"/>
              <w:bottom w:w="80" w:type="dxa"/>
              <w:left w:w="100" w:type="dxa"/>
              <w:right w:w="100" w:type="dxa"/>
            </w:tcMar>
            <w:tcBorders>
              <w:bottom w:sz="4" w:val="single" w:color="E0E0E0"/>
            </w:tcBorders>
          </w:tcPr>
          <w:p>
            <w:r>
              <w:rPr>
                <w:sz w:val="18"/>
              </w:rPr>
              <w:t>1p40s</w:t>
            </w:r>
          </w:p>
        </w:tc>
        <w:tc>
          <w:tcPr>
            <w:tcW w:type="dxa" w:w="2340"/>
            <w:shd w:fill="FFFFFF"/>
            <w:tcMar>
              <w:top w:w="80" w:type="dxa"/>
              <w:bottom w:w="80" w:type="dxa"/>
              <w:left w:w="100" w:type="dxa"/>
              <w:right w:w="100" w:type="dxa"/>
            </w:tcMar>
            <w:tcBorders>
              <w:bottom w:sz="4" w:val="single" w:color="E0E0E0"/>
            </w:tcBorders>
          </w:tcPr>
          <w:p>
            <w:r>
              <w:rPr>
                <w:sz w:val="18"/>
              </w:rPr>
              <w:t>1p38s</w:t>
            </w:r>
          </w:p>
        </w:tc>
        <w:tc>
          <w:tcPr>
            <w:tcW w:type="dxa" w:w="2340"/>
            <w:shd w:fill="FFFFFF"/>
            <w:tcMar>
              <w:top w:w="80" w:type="dxa"/>
              <w:bottom w:w="80" w:type="dxa"/>
              <w:left w:w="100" w:type="dxa"/>
              <w:right w:w="100" w:type="dxa"/>
            </w:tcMar>
            <w:tcBorders>
              <w:bottom w:sz="4" w:val="single" w:color="E0E0E0"/>
            </w:tcBorders>
          </w:tcPr>
          <w:p>
            <w:r>
              <w:rPr>
                <w:sz w:val="18"/>
              </w:rPr>
              <w:t>1p38s</w:t>
            </w:r>
          </w:p>
        </w:tc>
      </w:tr>
      <w:tr>
        <w:tc>
          <w:tcPr>
            <w:tcW w:type="dxa" w:w="2340"/>
            <w:shd w:fill="F7F9FA"/>
            <w:tcMar>
              <w:top w:w="80" w:type="dxa"/>
              <w:bottom w:w="80" w:type="dxa"/>
              <w:left w:w="100" w:type="dxa"/>
              <w:right w:w="100" w:type="dxa"/>
            </w:tcMar>
            <w:tcBorders>
              <w:bottom w:sz="4" w:val="single" w:color="E0E0E0"/>
            </w:tcBorders>
          </w:tcPr>
          <w:p>
            <w:r>
              <w:rPr>
                <w:sz w:val="18"/>
              </w:rPr>
              <w:t>Khả năng phá bọt</w:t>
            </w:r>
          </w:p>
        </w:tc>
        <w:tc>
          <w:tcPr>
            <w:tcW w:type="dxa" w:w="2340"/>
            <w:shd w:fill="F7F9FA"/>
            <w:tcMar>
              <w:top w:w="80" w:type="dxa"/>
              <w:bottom w:w="80" w:type="dxa"/>
              <w:left w:w="100" w:type="dxa"/>
              <w:right w:w="100" w:type="dxa"/>
            </w:tcMar>
            <w:tcBorders>
              <w:bottom w:sz="4" w:val="single" w:color="E0E0E0"/>
            </w:tcBorders>
          </w:tcPr>
          <w:p>
            <w:r>
              <w:rPr>
                <w:sz w:val="18"/>
              </w:rPr>
              <w:t>Hạ bọt nhanh (3-4s) và ổn định bọt và bọt có xu hướng tăng nhẹ trong quy trình khuấy</w:t>
            </w:r>
          </w:p>
        </w:tc>
        <w:tc>
          <w:tcPr>
            <w:tcW w:type="dxa" w:w="2340"/>
            <w:shd w:fill="F7F9FA"/>
            <w:tcMar>
              <w:top w:w="80" w:type="dxa"/>
              <w:bottom w:w="80" w:type="dxa"/>
              <w:left w:w="100" w:type="dxa"/>
              <w:right w:w="100" w:type="dxa"/>
            </w:tcMar>
            <w:tcBorders>
              <w:bottom w:sz="4" w:val="single" w:color="E0E0E0"/>
            </w:tcBorders>
          </w:tcPr>
          <w:p>
            <w:r>
              <w:rPr>
                <w:sz w:val="18"/>
              </w:rPr>
              <w:t>Hạ bọt nhanh (3-4s) và ổn định bọt không tái sinh bọt trong quy trình khuấy</w:t>
            </w:r>
          </w:p>
        </w:tc>
        <w:tc>
          <w:tcPr>
            <w:tcW w:type="dxa" w:w="2340"/>
            <w:shd w:fill="F7F9FA"/>
            <w:tcMar>
              <w:top w:w="80" w:type="dxa"/>
              <w:bottom w:w="80" w:type="dxa"/>
              <w:left w:w="100" w:type="dxa"/>
              <w:right w:w="100" w:type="dxa"/>
            </w:tcMar>
            <w:tcBorders>
              <w:bottom w:sz="4" w:val="single" w:color="E0E0E0"/>
            </w:tcBorders>
          </w:tcPr>
          <w:p>
            <w:r>
              <w:rPr>
                <w:sz w:val="18"/>
              </w:rPr>
              <w:t>Hạ bọt nhanh (3-4s) và ổn định bọt không tái sinh bọt trong quy trình khuấy</w:t>
            </w:r>
          </w:p>
        </w:tc>
      </w:tr>
      <w:tr>
        <w:tc>
          <w:tcPr>
            <w:tcW w:type="dxa" w:w="2340"/>
            <w:shd w:fill="FFFFFF"/>
            <w:tcMar>
              <w:top w:w="80" w:type="dxa"/>
              <w:bottom w:w="80" w:type="dxa"/>
              <w:left w:w="100" w:type="dxa"/>
              <w:right w:w="100" w:type="dxa"/>
            </w:tcMar>
            <w:tcBorders>
              <w:bottom w:sz="4" w:val="single" w:color="E0E0E0"/>
            </w:tcBorders>
          </w:tcPr>
          <w:p>
            <w:r>
              <w:rPr>
                <w:sz w:val="18"/>
              </w:rPr>
              <w:t>Khả năng phá bọt</w:t>
            </w:r>
          </w:p>
        </w:tc>
        <w:tc>
          <w:tcPr>
            <w:tcW w:type="dxa" w:w="2340"/>
            <w:shd w:fill="FFFFFF"/>
            <w:tcMar>
              <w:top w:w="80" w:type="dxa"/>
              <w:bottom w:w="80" w:type="dxa"/>
              <w:left w:w="100" w:type="dxa"/>
              <w:right w:w="100" w:type="dxa"/>
            </w:tcMar>
            <w:tcBorders>
              <w:bottom w:sz="4" w:val="single" w:color="E0E0E0"/>
            </w:tcBorders>
          </w:tcPr>
          <w:p>
            <w:r>
              <w:rPr>
                <w:sz w:val="18"/>
              </w:rPr>
            </w:r>
          </w:p>
        </w:tc>
        <w:tc>
          <w:tcPr>
            <w:tcW w:type="dxa" w:w="2340"/>
            <w:shd w:fill="FFFFFF"/>
            <w:tcMar>
              <w:top w:w="80" w:type="dxa"/>
              <w:bottom w:w="80" w:type="dxa"/>
              <w:left w:w="100" w:type="dxa"/>
              <w:right w:w="100" w:type="dxa"/>
            </w:tcMar>
            <w:tcBorders>
              <w:bottom w:sz="4" w:val="single" w:color="E0E0E0"/>
            </w:tcBorders>
          </w:tcPr>
          <w:p>
            <w:r>
              <w:rPr>
                <w:sz w:val="18"/>
              </w:rPr>
            </w:r>
          </w:p>
        </w:tc>
        <w:tc>
          <w:tcPr>
            <w:tcW w:type="dxa" w:w="2340"/>
            <w:shd w:fill="FFFFFF"/>
            <w:tcMar>
              <w:top w:w="80" w:type="dxa"/>
              <w:bottom w:w="80" w:type="dxa"/>
              <w:left w:w="100" w:type="dxa"/>
              <w:right w:w="100" w:type="dxa"/>
            </w:tcMar>
            <w:tcBorders>
              <w:bottom w:sz="4" w:val="single" w:color="E0E0E0"/>
            </w:tcBorders>
          </w:tcPr>
          <w:p>
            <w:r>
              <w:rPr>
                <w:sz w:val="18"/>
              </w:rPr>
            </w:r>
          </w:p>
        </w:tc>
      </w:tr>
      <w:tr>
        <w:tc>
          <w:tcPr>
            <w:tcW w:type="dxa" w:w="2340"/>
            <w:shd w:fill="F7F9FA"/>
            <w:tcMar>
              <w:top w:w="80" w:type="dxa"/>
              <w:bottom w:w="80" w:type="dxa"/>
              <w:left w:w="100" w:type="dxa"/>
              <w:right w:w="100" w:type="dxa"/>
            </w:tcMar>
            <w:tcBorders>
              <w:bottom w:sz="4" w:val="single" w:color="E0E0E0"/>
            </w:tcBorders>
          </w:tcPr>
          <w:p>
            <w:r>
              <w:rPr>
                <w:sz w:val="18"/>
              </w:rPr>
              <w:t>Dung dịch sơn</w:t>
            </w:r>
          </w:p>
        </w:tc>
        <w:tc>
          <w:tcPr>
            <w:tcW w:type="dxa" w:w="2340"/>
            <w:shd w:fill="F7F9FA"/>
            <w:tcMar>
              <w:top w:w="80" w:type="dxa"/>
              <w:bottom w:w="80" w:type="dxa"/>
              <w:left w:w="100" w:type="dxa"/>
              <w:right w:w="100" w:type="dxa"/>
            </w:tcMar>
            <w:tcBorders>
              <w:bottom w:sz="4" w:val="single" w:color="E0E0E0"/>
            </w:tcBorders>
          </w:tcPr>
          <w:p>
            <w:r>
              <w:rPr>
                <w:sz w:val="18"/>
              </w:rPr>
              <w:t>Có 1 lớp bọt mỏng nhẹ trên bề mặt, để qua đêm lớp bọt hình thành dày hơn</w:t>
            </w:r>
          </w:p>
        </w:tc>
        <w:tc>
          <w:tcPr>
            <w:tcW w:type="dxa" w:w="2340"/>
            <w:shd w:fill="F7F9FA"/>
            <w:tcMar>
              <w:top w:w="80" w:type="dxa"/>
              <w:bottom w:w="80" w:type="dxa"/>
              <w:left w:w="100" w:type="dxa"/>
              <w:right w:w="100" w:type="dxa"/>
            </w:tcMar>
            <w:tcBorders>
              <w:bottom w:sz="4" w:val="single" w:color="E0E0E0"/>
            </w:tcBorders>
          </w:tcPr>
          <w:p>
            <w:r>
              <w:rPr>
                <w:sz w:val="18"/>
              </w:rPr>
              <w:t>Hầu như không có bọt trên bề mặt, để qua đêm không có bọt trồi lên mặt</w:t>
            </w:r>
          </w:p>
        </w:tc>
        <w:tc>
          <w:tcPr>
            <w:tcW w:type="dxa" w:w="2340"/>
            <w:shd w:fill="F7F9FA"/>
            <w:tcMar>
              <w:top w:w="80" w:type="dxa"/>
              <w:bottom w:w="80" w:type="dxa"/>
              <w:left w:w="100" w:type="dxa"/>
              <w:right w:w="100" w:type="dxa"/>
            </w:tcMar>
            <w:tcBorders>
              <w:bottom w:sz="4" w:val="single" w:color="E0E0E0"/>
            </w:tcBorders>
          </w:tcPr>
          <w:p>
            <w:r>
              <w:rPr>
                <w:sz w:val="18"/>
              </w:rPr>
              <w:t>Hầu như không có bọt trên bề mặt, để qua đêm không có bọt trồi lên mặt</w:t>
            </w:r>
          </w:p>
        </w:tc>
      </w:tr>
      <w:tr>
        <w:tc>
          <w:tcPr>
            <w:tcW w:type="dxa" w:w="2340"/>
            <w:shd w:fill="FFFFFF"/>
            <w:tcMar>
              <w:top w:w="80" w:type="dxa"/>
              <w:bottom w:w="80" w:type="dxa"/>
              <w:left w:w="100" w:type="dxa"/>
              <w:right w:w="100" w:type="dxa"/>
            </w:tcMar>
            <w:tcBorders>
              <w:bottom w:sz="4" w:val="single" w:color="E0E0E0"/>
            </w:tcBorders>
          </w:tcPr>
          <w:p>
            <w:r>
              <w:rPr>
                <w:sz w:val="18"/>
              </w:rPr>
              <w:t>Dung dịch sơn</w:t>
            </w:r>
          </w:p>
        </w:tc>
        <w:tc>
          <w:tcPr>
            <w:tcW w:type="dxa" w:w="2340"/>
            <w:shd w:fill="FFFFFF"/>
            <w:tcMar>
              <w:top w:w="80" w:type="dxa"/>
              <w:bottom w:w="80" w:type="dxa"/>
              <w:left w:w="100" w:type="dxa"/>
              <w:right w:w="100" w:type="dxa"/>
            </w:tcMar>
            <w:tcBorders>
              <w:bottom w:sz="4" w:val="single" w:color="E0E0E0"/>
            </w:tcBorders>
          </w:tcPr>
          <w:p>
            <w:r>
              <w:rPr>
                <w:sz w:val="18"/>
              </w:rPr>
              <w:t>Sau 16h   Sau 16h:  +0.1% 920 có một lớp bọt mỏng trên bề mặt, tuy nhiên, khuấy nhẹ lớp bọt tan hoàn toàn. + 0.2% và 0.3% bề mặt hoàn toàn không có bọt, thể tích dung dịch lúc dừng khuấy và sau 16h hầu như không thay đổi  Airex 920 sử dụng từ 0.2% trở lên mới có hiệu quả phá bọt</w:t>
            </w:r>
          </w:p>
        </w:tc>
        <w:tc>
          <w:tcPr>
            <w:tcW w:type="dxa" w:w="2340"/>
            <w:shd w:fill="FFFFFF"/>
            <w:tcMar>
              <w:top w:w="80" w:type="dxa"/>
              <w:bottom w:w="80" w:type="dxa"/>
              <w:left w:w="100" w:type="dxa"/>
              <w:right w:w="100" w:type="dxa"/>
            </w:tcMar>
            <w:tcBorders>
              <w:bottom w:sz="4" w:val="single" w:color="E0E0E0"/>
            </w:tcBorders>
          </w:tcPr>
          <w:p>
            <w:r>
              <w:rPr>
                <w:sz w:val="18"/>
              </w:rPr>
              <w:t>Sau 16h   Sau 16h:  +0.1% 920 có một lớp bọt mỏng trên bề mặt, tuy nhiên, khuấy nhẹ lớp bọt tan hoàn toàn. + 0.2% và 0.3% bề mặt hoàn toàn không có bọt, thể tích dung dịch lúc dừng khuấy và sau 16h hầu như không thay đổi  Airex 920 sử dụng từ 0.2% trở lên mới có hiệu quả phá bọt</w:t>
            </w:r>
          </w:p>
        </w:tc>
        <w:tc>
          <w:tcPr>
            <w:tcW w:type="dxa" w:w="2340"/>
            <w:shd w:fill="FFFFFF"/>
            <w:tcMar>
              <w:top w:w="80" w:type="dxa"/>
              <w:bottom w:w="80" w:type="dxa"/>
              <w:left w:w="100" w:type="dxa"/>
              <w:right w:w="100" w:type="dxa"/>
            </w:tcMar>
            <w:tcBorders>
              <w:bottom w:sz="4" w:val="single" w:color="E0E0E0"/>
            </w:tcBorders>
          </w:tcPr>
          <w:p>
            <w:r>
              <w:rPr>
                <w:sz w:val="18"/>
              </w:rPr>
              <w:t>Sau 16h   Sau 16h:  +0.1% 920 có một lớp bọt mỏng trên bề mặt, tuy nhiên, khuấy nhẹ lớp bọt tan hoàn toàn. + 0.2% và 0.3% bề mặt hoàn toàn không có bọt, thể tích dung dịch lúc dừng khuấy và sau 16h hầu như không thay đổi  Airex 920 sử dụng từ 0.2% trở lên mới có hiệu quả phá bọt</w:t>
            </w:r>
          </w:p>
        </w:tc>
      </w:tr>
      <w:tr>
        <w:tc>
          <w:tcPr>
            <w:tcW w:type="dxa" w:w="2340"/>
            <w:shd w:fill="F7F9FA"/>
            <w:tcMar>
              <w:top w:w="80" w:type="dxa"/>
              <w:bottom w:w="80" w:type="dxa"/>
              <w:left w:w="100" w:type="dxa"/>
              <w:right w:w="100" w:type="dxa"/>
            </w:tcMar>
            <w:tcBorders>
              <w:bottom w:sz="4" w:val="single" w:color="E0E0E0"/>
            </w:tcBorders>
          </w:tcPr>
          <w:p>
            <w:r>
              <w:rPr>
                <w:sz w:val="18"/>
              </w:rPr>
              <w:t>Độ trong</w:t>
            </w:r>
          </w:p>
        </w:tc>
        <w:tc>
          <w:tcPr>
            <w:tcW w:type="dxa" w:w="2340"/>
            <w:shd w:fill="F7F9FA"/>
            <w:tcMar>
              <w:top w:w="80" w:type="dxa"/>
              <w:bottom w:w="80" w:type="dxa"/>
              <w:left w:w="100" w:type="dxa"/>
              <w:right w:w="100" w:type="dxa"/>
            </w:tcMar>
            <w:tcBorders>
              <w:bottom w:sz="4" w:val="single" w:color="E0E0E0"/>
            </w:tcBorders>
          </w:tcPr>
          <w:p>
            <w:r>
              <w:rPr>
                <w:sz w:val="18"/>
              </w:rPr>
              <w:t>Độ trong tương đương nhau, chưa ghi nhận sự khác biệt</w:t>
            </w:r>
          </w:p>
        </w:tc>
        <w:tc>
          <w:tcPr>
            <w:tcW w:type="dxa" w:w="2340"/>
            <w:shd w:fill="F7F9FA"/>
            <w:tcMar>
              <w:top w:w="80" w:type="dxa"/>
              <w:bottom w:w="80" w:type="dxa"/>
              <w:left w:w="100" w:type="dxa"/>
              <w:right w:w="100" w:type="dxa"/>
            </w:tcMar>
            <w:tcBorders>
              <w:bottom w:sz="4" w:val="single" w:color="E0E0E0"/>
            </w:tcBorders>
          </w:tcPr>
          <w:p>
            <w:r>
              <w:rPr>
                <w:sz w:val="18"/>
              </w:rPr>
              <w:t>Độ trong tương đương nhau, chưa ghi nhận sự khác biệt</w:t>
            </w:r>
          </w:p>
        </w:tc>
        <w:tc>
          <w:tcPr>
            <w:tcW w:type="dxa" w:w="2340"/>
            <w:shd w:fill="F7F9FA"/>
            <w:tcMar>
              <w:top w:w="80" w:type="dxa"/>
              <w:bottom w:w="80" w:type="dxa"/>
              <w:left w:w="100" w:type="dxa"/>
              <w:right w:w="100" w:type="dxa"/>
            </w:tcMar>
            <w:tcBorders>
              <w:bottom w:sz="4" w:val="single" w:color="E0E0E0"/>
            </w:tcBorders>
          </w:tcPr>
          <w:p>
            <w:r>
              <w:rPr>
                <w:sz w:val="18"/>
              </w:rPr>
              <w:t>Độ trong tương đương nhau, chưa ghi nhận sự khác biệt</w:t>
            </w:r>
          </w:p>
        </w:tc>
      </w:tr>
      <w:tr>
        <w:tc>
          <w:tcPr>
            <w:tcW w:type="dxa" w:w="2340"/>
            <w:shd w:fill="FFFFFF"/>
            <w:tcMar>
              <w:top w:w="80" w:type="dxa"/>
              <w:bottom w:w="80" w:type="dxa"/>
              <w:left w:w="100" w:type="dxa"/>
              <w:right w:w="100" w:type="dxa"/>
            </w:tcMar>
            <w:tcBorders>
              <w:bottom w:sz="4" w:val="single" w:color="E0E0E0"/>
            </w:tcBorders>
          </w:tcPr>
          <w:p>
            <w:r>
              <w:rPr>
                <w:sz w:val="18"/>
              </w:rPr>
              <w:t>Bề mặt</w:t>
            </w:r>
          </w:p>
        </w:tc>
        <w:tc>
          <w:tcPr>
            <w:tcW w:type="dxa" w:w="2340"/>
            <w:shd w:fill="FFFFFF"/>
            <w:tcMar>
              <w:top w:w="80" w:type="dxa"/>
              <w:bottom w:w="80" w:type="dxa"/>
              <w:left w:w="100" w:type="dxa"/>
              <w:right w:w="100" w:type="dxa"/>
            </w:tcMar>
            <w:tcBorders>
              <w:bottom w:sz="4" w:val="single" w:color="E0E0E0"/>
            </w:tcBorders>
          </w:tcPr>
          <w:p>
            <w:r>
              <w:rPr>
                <w:sz w:val="18"/>
              </w:rPr>
              <w:t>Sơn láng phẳng, không lõm, không bong</w:t>
            </w:r>
          </w:p>
        </w:tc>
        <w:tc>
          <w:tcPr>
            <w:tcW w:type="dxa" w:w="2340"/>
            <w:shd w:fill="FFFFFF"/>
            <w:tcMar>
              <w:top w:w="80" w:type="dxa"/>
              <w:bottom w:w="80" w:type="dxa"/>
              <w:left w:w="100" w:type="dxa"/>
              <w:right w:w="100" w:type="dxa"/>
            </w:tcMar>
            <w:tcBorders>
              <w:bottom w:sz="4" w:val="single" w:color="E0E0E0"/>
            </w:tcBorders>
          </w:tcPr>
          <w:p>
            <w:r>
              <w:rPr>
                <w:sz w:val="18"/>
              </w:rPr>
              <w:t>Sơn láng phẳng, không lõm, không bong</w:t>
            </w:r>
          </w:p>
        </w:tc>
        <w:tc>
          <w:tcPr>
            <w:tcW w:type="dxa" w:w="2340"/>
            <w:shd w:fill="FFFFFF"/>
            <w:tcMar>
              <w:top w:w="80" w:type="dxa"/>
              <w:bottom w:w="80" w:type="dxa"/>
              <w:left w:w="100" w:type="dxa"/>
              <w:right w:w="100" w:type="dxa"/>
            </w:tcMar>
            <w:tcBorders>
              <w:bottom w:sz="4" w:val="single" w:color="E0E0E0"/>
            </w:tcBorders>
          </w:tcPr>
          <w:p>
            <w:r>
              <w:rPr>
                <w:sz w:val="18"/>
              </w:rPr>
              <w:t>Sơn láng phẳng, không lõm, không bong</w:t>
            </w:r>
          </w:p>
        </w:tc>
      </w:tr>
      <w:tr>
        <w:tc>
          <w:tcPr>
            <w:tcW w:type="dxa" w:w="2340"/>
            <w:shd w:fill="F7F9FA"/>
            <w:tcMar>
              <w:top w:w="80" w:type="dxa"/>
              <w:bottom w:w="80" w:type="dxa"/>
              <w:left w:w="100" w:type="dxa"/>
              <w:right w:w="100" w:type="dxa"/>
            </w:tcMar>
            <w:tcBorders>
              <w:bottom w:sz="4" w:val="single" w:color="E0E0E0"/>
            </w:tcBorders>
          </w:tcPr>
          <w:p>
            <w:r>
              <w:rPr>
                <w:sz w:val="18"/>
              </w:rPr>
              <w:t>Kiểm tra khả năng tái sinh bọt</w:t>
            </w:r>
          </w:p>
        </w:tc>
        <w:tc>
          <w:tcPr>
            <w:tcW w:type="dxa" w:w="2340"/>
            <w:shd w:fill="F7F9FA"/>
            <w:tcMar>
              <w:top w:w="80" w:type="dxa"/>
              <w:bottom w:w="80" w:type="dxa"/>
              <w:left w:w="100" w:type="dxa"/>
              <w:right w:w="100" w:type="dxa"/>
            </w:tcMar>
            <w:tcBorders>
              <w:bottom w:sz="4" w:val="single" w:color="E0E0E0"/>
            </w:tcBorders>
          </w:tcPr>
          <w:p>
            <w:r>
              <w:rPr>
                <w:sz w:val="18"/>
              </w:rPr>
              <w:t>Để sơn ổn định, lắc mạnh 1p tạo bọt: dd sơn tạo bọt rất ít và tan nhanh chống sau khoảng 20p</w:t>
            </w:r>
          </w:p>
        </w:tc>
        <w:tc>
          <w:tcPr>
            <w:tcW w:type="dxa" w:w="2340"/>
            <w:shd w:fill="F7F9FA"/>
            <w:tcMar>
              <w:top w:w="80" w:type="dxa"/>
              <w:bottom w:w="80" w:type="dxa"/>
              <w:left w:w="100" w:type="dxa"/>
              <w:right w:w="100" w:type="dxa"/>
            </w:tcMar>
            <w:tcBorders>
              <w:bottom w:sz="4" w:val="single" w:color="E0E0E0"/>
            </w:tcBorders>
          </w:tcPr>
          <w:p>
            <w:r>
              <w:rPr>
                <w:sz w:val="18"/>
              </w:rPr>
              <w:t>Để sơn ổn định, lắc mạnh 1p tạo bọt: dd sơn tạo bọt rất ít và tan nhanh chống sau khoảng 20p</w:t>
            </w:r>
          </w:p>
        </w:tc>
        <w:tc>
          <w:tcPr>
            <w:tcW w:type="dxa" w:w="2340"/>
            <w:shd w:fill="F7F9FA"/>
            <w:tcMar>
              <w:top w:w="80" w:type="dxa"/>
              <w:bottom w:w="80" w:type="dxa"/>
              <w:left w:w="100" w:type="dxa"/>
              <w:right w:w="100" w:type="dxa"/>
            </w:tcMar>
            <w:tcBorders>
              <w:bottom w:sz="4" w:val="single" w:color="E0E0E0"/>
            </w:tcBorders>
          </w:tcPr>
          <w:p>
            <w:r>
              <w:rPr>
                <w:sz w:val="18"/>
              </w:rPr>
              <w:t>Để sơn ổn định, lắc mạnh 1p tạo bọt: dd sơn tạo bọt rất ít và tan nhanh chống sau khoảng 20p</w:t>
            </w:r>
          </w:p>
        </w:tc>
      </w:tr>
    </w:tbl>
    <w:p/>
    <w:p>
      <w:r>
        <w:t>Airex 920 dùng từ 0.2% hoạt chất trở lên hiệu quả phá bọt đạt.</w:t>
      </w:r>
    </w:p>
    <w:p>
      <w:r>
        <w:t>* Sử dụng trong sơn đặc 2008 sealer</w:t>
      </w:r>
    </w:p>
    <w:tbl>
      <w:tblPr>
        <w:tblW w:type="auto" w:w="0"/>
        <w:jc w:val="center"/>
        <w:tblLook w:firstColumn="1" w:firstRow="1" w:lastColumn="0" w:lastRow="0" w:noHBand="0" w:noVBand="1" w:val="04A0"/>
      </w:tblPr>
      <w:tblGrid>
        <w:gridCol w:w="3120"/>
        <w:gridCol w:w="3120"/>
        <w:gridCol w:w="3120"/>
      </w:tblGrid>
      <w:tr>
        <w:tc>
          <w:tcPr>
            <w:tcW w:type="dxa" w:w="3120"/>
            <w:shd w:fill="2C5E8A"/>
            <w:tcMar>
              <w:top w:w="80" w:type="dxa"/>
              <w:bottom w:w="80" w:type="dxa"/>
              <w:left w:w="100" w:type="dxa"/>
              <w:right w:w="100" w:type="dxa"/>
            </w:tcMar>
            <w:tcBorders>
              <w:bottom w:sz="4" w:val="single" w:color="E0E0E0"/>
            </w:tcBorders>
          </w:tcPr>
          <w:p>
            <w:r>
              <w:rPr>
                <w:b/>
                <w:color w:val="FFFFFF"/>
                <w:sz w:val="18"/>
              </w:rPr>
              <w:t>Thành phần</w:t>
            </w:r>
          </w:p>
        </w:tc>
        <w:tc>
          <w:tcPr>
            <w:tcW w:type="dxa" w:w="3120"/>
            <w:shd w:fill="2C5E8A"/>
            <w:tcMar>
              <w:top w:w="80" w:type="dxa"/>
              <w:bottom w:w="80" w:type="dxa"/>
              <w:left w:w="100" w:type="dxa"/>
              <w:right w:w="100" w:type="dxa"/>
            </w:tcMar>
            <w:tcBorders>
              <w:bottom w:sz="4" w:val="single" w:color="E0E0E0"/>
            </w:tcBorders>
          </w:tcPr>
          <w:p>
            <w:r>
              <w:rPr>
                <w:b/>
                <w:color w:val="FFFFFF"/>
                <w:sz w:val="18"/>
              </w:rPr>
              <w:t>Khối lượng</w:t>
            </w:r>
          </w:p>
        </w:tc>
        <w:tc>
          <w:tcPr>
            <w:tcW w:type="dxa" w:w="3120"/>
            <w:shd w:fill="2C5E8A"/>
            <w:tcMar>
              <w:top w:w="80" w:type="dxa"/>
              <w:bottom w:w="80" w:type="dxa"/>
              <w:left w:w="100" w:type="dxa"/>
              <w:right w:w="100" w:type="dxa"/>
            </w:tcMar>
            <w:tcBorders>
              <w:bottom w:sz="4" w:val="single" w:color="E0E0E0"/>
            </w:tcBorders>
          </w:tcPr>
          <w:p>
            <w:r>
              <w:rPr>
                <w:b/>
                <w:color w:val="FFFFFF"/>
                <w:sz w:val="18"/>
              </w:rPr>
              <w:t>Quy trình khuấy</w:t>
            </w:r>
          </w:p>
        </w:tc>
      </w:tr>
      <w:tr>
        <w:tc>
          <w:tcPr>
            <w:tcW w:type="dxa" w:w="3120"/>
            <w:shd w:fill="FFFFFF"/>
            <w:tcMar>
              <w:top w:w="80" w:type="dxa"/>
              <w:bottom w:w="80" w:type="dxa"/>
              <w:left w:w="100" w:type="dxa"/>
              <w:right w:w="100" w:type="dxa"/>
            </w:tcMar>
            <w:tcBorders>
              <w:bottom w:sz="4" w:val="single" w:color="E0E0E0"/>
            </w:tcBorders>
          </w:tcPr>
          <w:p>
            <w:r>
              <w:rPr>
                <w:sz w:val="18"/>
              </w:rPr>
              <w:t>B-113</w:t>
            </w:r>
          </w:p>
        </w:tc>
        <w:tc>
          <w:tcPr>
            <w:tcW w:type="dxa" w:w="3120"/>
            <w:shd w:fill="FFFFFF"/>
            <w:tcMar>
              <w:top w:w="80" w:type="dxa"/>
              <w:bottom w:w="80" w:type="dxa"/>
              <w:left w:w="100" w:type="dxa"/>
              <w:right w:w="100" w:type="dxa"/>
            </w:tcMar>
            <w:tcBorders>
              <w:bottom w:sz="4" w:val="single" w:color="E0E0E0"/>
            </w:tcBorders>
          </w:tcPr>
          <w:p>
            <w:r>
              <w:rPr>
                <w:sz w:val="18"/>
              </w:rPr>
              <w:t>55.8</w:t>
            </w:r>
          </w:p>
        </w:tc>
        <w:tc>
          <w:tcPr>
            <w:tcW w:type="dxa" w:w="3120"/>
            <w:shd w:fill="FFFFFF"/>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3120"/>
            <w:shd w:fill="F7F9FA"/>
            <w:tcMar>
              <w:top w:w="80" w:type="dxa"/>
              <w:bottom w:w="80" w:type="dxa"/>
              <w:left w:w="100" w:type="dxa"/>
              <w:right w:w="100" w:type="dxa"/>
            </w:tcMar>
            <w:tcBorders>
              <w:bottom w:sz="4" w:val="single" w:color="E0E0E0"/>
            </w:tcBorders>
          </w:tcPr>
          <w:p>
            <w:r>
              <w:rPr>
                <w:sz w:val="18"/>
              </w:rPr>
              <w:t>EM223</w:t>
            </w:r>
          </w:p>
        </w:tc>
        <w:tc>
          <w:tcPr>
            <w:tcW w:type="dxa" w:w="3120"/>
            <w:shd w:fill="F7F9FA"/>
            <w:tcMar>
              <w:top w:w="80" w:type="dxa"/>
              <w:bottom w:w="80" w:type="dxa"/>
              <w:left w:w="100" w:type="dxa"/>
              <w:right w:w="100" w:type="dxa"/>
            </w:tcMar>
            <w:tcBorders>
              <w:bottom w:sz="4" w:val="single" w:color="E0E0E0"/>
            </w:tcBorders>
          </w:tcPr>
          <w:p>
            <w:r>
              <w:rPr>
                <w:sz w:val="18"/>
              </w:rPr>
              <w:t>10.1</w:t>
            </w:r>
          </w:p>
        </w:tc>
        <w:tc>
          <w:tcPr>
            <w:tcW w:type="dxa" w:w="3120"/>
            <w:shd w:fill="F7F9FA"/>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3120"/>
            <w:shd w:fill="FFFFFF"/>
            <w:tcMar>
              <w:top w:w="80" w:type="dxa"/>
              <w:bottom w:w="80" w:type="dxa"/>
              <w:left w:w="100" w:type="dxa"/>
              <w:right w:w="100" w:type="dxa"/>
            </w:tcMar>
            <w:tcBorders>
              <w:bottom w:sz="4" w:val="single" w:color="E0E0E0"/>
            </w:tcBorders>
          </w:tcPr>
          <w:p>
            <w:r>
              <w:rPr>
                <w:sz w:val="18"/>
              </w:rPr>
              <w:t>W522</w:t>
            </w:r>
          </w:p>
        </w:tc>
        <w:tc>
          <w:tcPr>
            <w:tcW w:type="dxa" w:w="3120"/>
            <w:shd w:fill="FFFFFF"/>
            <w:tcMar>
              <w:top w:w="80" w:type="dxa"/>
              <w:bottom w:w="80" w:type="dxa"/>
              <w:left w:w="100" w:type="dxa"/>
              <w:right w:w="100" w:type="dxa"/>
            </w:tcMar>
            <w:tcBorders>
              <w:bottom w:sz="4" w:val="single" w:color="E0E0E0"/>
            </w:tcBorders>
          </w:tcPr>
          <w:p>
            <w:r>
              <w:rPr>
                <w:sz w:val="18"/>
              </w:rPr>
              <w:t>75.3</w:t>
            </w:r>
          </w:p>
        </w:tc>
        <w:tc>
          <w:tcPr>
            <w:tcW w:type="dxa" w:w="3120"/>
            <w:shd w:fill="FFFFFF"/>
            <w:tcMar>
              <w:top w:w="80" w:type="dxa"/>
              <w:bottom w:w="80" w:type="dxa"/>
              <w:left w:w="100" w:type="dxa"/>
              <w:right w:w="100" w:type="dxa"/>
            </w:tcMar>
            <w:tcBorders>
              <w:bottom w:sz="4" w:val="single" w:color="E0E0E0"/>
            </w:tcBorders>
          </w:tcPr>
          <w:p>
            <w:r>
              <w:rPr>
                <w:sz w:val="18"/>
              </w:rPr>
              <w:t>Khuấy hỗn hợp trong 5p với tốc độ 900v/p để dd sinh bọt</w:t>
            </w:r>
          </w:p>
        </w:tc>
      </w:tr>
      <w:tr>
        <w:tc>
          <w:tcPr>
            <w:tcW w:type="dxa" w:w="3120"/>
            <w:shd w:fill="F7F9FA"/>
            <w:tcMar>
              <w:top w:w="80" w:type="dxa"/>
              <w:bottom w:w="80" w:type="dxa"/>
              <w:left w:w="100" w:type="dxa"/>
              <w:right w:w="100" w:type="dxa"/>
            </w:tcMar>
            <w:tcBorders>
              <w:bottom w:sz="4" w:val="single" w:color="E0E0E0"/>
            </w:tcBorders>
          </w:tcPr>
          <w:p>
            <w:r>
              <w:rPr>
                <w:sz w:val="18"/>
              </w:rPr>
              <w:t>TM2800</w:t>
            </w:r>
          </w:p>
        </w:tc>
        <w:tc>
          <w:tcPr>
            <w:tcW w:type="dxa" w:w="3120"/>
            <w:shd w:fill="F7F9FA"/>
            <w:tcMar>
              <w:top w:w="80" w:type="dxa"/>
              <w:bottom w:w="80" w:type="dxa"/>
              <w:left w:w="100" w:type="dxa"/>
              <w:right w:w="100" w:type="dxa"/>
            </w:tcMar>
            <w:tcBorders>
              <w:bottom w:sz="4" w:val="single" w:color="E0E0E0"/>
            </w:tcBorders>
          </w:tcPr>
          <w:p>
            <w:r>
              <w:rPr>
                <w:sz w:val="18"/>
              </w:rPr>
              <w:t>54</w:t>
            </w:r>
          </w:p>
        </w:tc>
        <w:tc>
          <w:tcPr>
            <w:tcW w:type="dxa" w:w="3120"/>
            <w:shd w:fill="F7F9FA"/>
            <w:tcMar>
              <w:top w:w="80" w:type="dxa"/>
              <w:bottom w:w="80" w:type="dxa"/>
              <w:left w:w="100" w:type="dxa"/>
              <w:right w:w="100" w:type="dxa"/>
            </w:tcMar>
            <w:tcBorders>
              <w:bottom w:sz="4" w:val="single" w:color="E0E0E0"/>
            </w:tcBorders>
          </w:tcPr>
          <w:p>
            <w:r>
              <w:rPr>
                <w:sz w:val="18"/>
              </w:rPr>
              <w:t>Tăng tốc độ lên 1100v/p cho từ từ bột vào khuấy trong 20p</w:t>
            </w:r>
          </w:p>
        </w:tc>
      </w:tr>
      <w:tr>
        <w:tc>
          <w:tcPr>
            <w:tcW w:type="dxa" w:w="3120"/>
            <w:shd w:fill="FFFFFF"/>
            <w:tcMar>
              <w:top w:w="80" w:type="dxa"/>
              <w:bottom w:w="80" w:type="dxa"/>
              <w:left w:w="100" w:type="dxa"/>
              <w:right w:w="100" w:type="dxa"/>
            </w:tcMar>
            <w:tcBorders>
              <w:bottom w:sz="4" w:val="single" w:color="E0E0E0"/>
            </w:tcBorders>
          </w:tcPr>
          <w:p>
            <w:r>
              <w:rPr>
                <w:sz w:val="18"/>
              </w:rPr>
              <w:t>AK60</w:t>
            </w:r>
          </w:p>
        </w:tc>
        <w:tc>
          <w:tcPr>
            <w:tcW w:type="dxa" w:w="3120"/>
            <w:shd w:fill="FFFFFF"/>
            <w:tcMar>
              <w:top w:w="80" w:type="dxa"/>
              <w:bottom w:w="80" w:type="dxa"/>
              <w:left w:w="100" w:type="dxa"/>
              <w:right w:w="100" w:type="dxa"/>
            </w:tcMar>
            <w:tcBorders>
              <w:bottom w:sz="4" w:val="single" w:color="E0E0E0"/>
            </w:tcBorders>
          </w:tcPr>
          <w:p>
            <w:r>
              <w:rPr>
                <w:sz w:val="18"/>
              </w:rPr>
              <w:t>46.6</w:t>
            </w:r>
          </w:p>
        </w:tc>
        <w:tc>
          <w:tcPr>
            <w:tcW w:type="dxa" w:w="3120"/>
            <w:shd w:fill="FFFFFF"/>
            <w:tcMar>
              <w:top w:w="80" w:type="dxa"/>
              <w:bottom w:w="80" w:type="dxa"/>
              <w:left w:w="100" w:type="dxa"/>
              <w:right w:w="100" w:type="dxa"/>
            </w:tcMar>
            <w:tcBorders>
              <w:bottom w:sz="4" w:val="single" w:color="E0E0E0"/>
            </w:tcBorders>
          </w:tcPr>
          <w:p>
            <w:r>
              <w:rPr>
                <w:sz w:val="18"/>
              </w:rPr>
              <w:t>Giữ nguyên tốc độ 1100v/p cho phá bọt vào khuấy trong 30p, kéo giấy kiểm tra mức độ lõm ở thời điểm 5p, 20p và 30p</w:t>
            </w:r>
          </w:p>
        </w:tc>
      </w:tr>
      <w:tr>
        <w:tc>
          <w:tcPr>
            <w:tcW w:type="dxa" w:w="3120"/>
            <w:shd w:fill="F7F9FA"/>
            <w:tcMar>
              <w:top w:w="80" w:type="dxa"/>
              <w:bottom w:w="80" w:type="dxa"/>
              <w:left w:w="100" w:type="dxa"/>
              <w:right w:w="100" w:type="dxa"/>
            </w:tcMar>
            <w:tcBorders>
              <w:bottom w:sz="4" w:val="single" w:color="E0E0E0"/>
            </w:tcBorders>
          </w:tcPr>
          <w:p>
            <w:r>
              <w:rPr>
                <w:sz w:val="18"/>
              </w:rPr>
              <w:t>D-1173</w:t>
            </w:r>
          </w:p>
        </w:tc>
        <w:tc>
          <w:tcPr>
            <w:tcW w:type="dxa" w:w="3120"/>
            <w:shd w:fill="F7F9FA"/>
            <w:tcMar>
              <w:top w:w="80" w:type="dxa"/>
              <w:bottom w:w="80" w:type="dxa"/>
              <w:left w:w="100" w:type="dxa"/>
              <w:right w:w="100" w:type="dxa"/>
            </w:tcMar>
            <w:tcBorders>
              <w:bottom w:sz="4" w:val="single" w:color="E0E0E0"/>
            </w:tcBorders>
          </w:tcPr>
          <w:p>
            <w:r>
              <w:rPr>
                <w:sz w:val="18"/>
              </w:rPr>
              <w:t>8.3</w:t>
            </w:r>
          </w:p>
        </w:tc>
        <w:tc>
          <w:tcPr>
            <w:tcW w:type="dxa" w:w="3120"/>
            <w:shd w:fill="F7F9FA"/>
            <w:tcMar>
              <w:top w:w="80" w:type="dxa"/>
              <w:bottom w:w="80" w:type="dxa"/>
              <w:left w:w="100" w:type="dxa"/>
              <w:right w:w="100" w:type="dxa"/>
            </w:tcMar>
            <w:tcBorders>
              <w:bottom w:sz="4" w:val="single" w:color="E0E0E0"/>
            </w:tcBorders>
          </w:tcPr>
          <w:p>
            <w:r>
              <w:rPr>
                <w:sz w:val="18"/>
              </w:rPr>
              <w:t>Giữ nguyên tốc độ 1100v/p cho phá bọt vào khuấy trong 30p, kéo giấy kiểm tra mức độ lõm ở thời điểm 5p, 20p và 30p</w:t>
            </w:r>
          </w:p>
        </w:tc>
      </w:tr>
      <w:tr>
        <w:tc>
          <w:tcPr>
            <w:tcW w:type="dxa" w:w="3120"/>
            <w:shd w:fill="FFFFFF"/>
            <w:tcMar>
              <w:top w:w="80" w:type="dxa"/>
              <w:bottom w:w="80" w:type="dxa"/>
              <w:left w:w="100" w:type="dxa"/>
              <w:right w:w="100" w:type="dxa"/>
            </w:tcMar>
            <w:tcBorders>
              <w:bottom w:sz="4" w:val="single" w:color="E0E0E0"/>
            </w:tcBorders>
          </w:tcPr>
          <w:p>
            <w:r>
              <w:rPr>
                <w:sz w:val="18"/>
              </w:rPr>
              <w:t>Airex 920</w:t>
            </w:r>
          </w:p>
        </w:tc>
        <w:tc>
          <w:tcPr>
            <w:tcW w:type="dxa" w:w="3120"/>
            <w:shd w:fill="FFFFFF"/>
            <w:tcMar>
              <w:top w:w="80" w:type="dxa"/>
              <w:bottom w:w="80" w:type="dxa"/>
              <w:left w:w="100" w:type="dxa"/>
              <w:right w:w="100" w:type="dxa"/>
            </w:tcMar>
            <w:tcBorders>
              <w:bottom w:sz="4" w:val="single" w:color="E0E0E0"/>
            </w:tcBorders>
          </w:tcPr>
          <w:p>
            <w:r>
              <w:rPr>
                <w:sz w:val="18"/>
              </w:rPr>
              <w:t>0.5</w:t>
            </w:r>
          </w:p>
        </w:tc>
        <w:tc>
          <w:tcPr>
            <w:tcW w:type="dxa" w:w="3120"/>
            <w:shd w:fill="FFFFFF"/>
            <w:tcMar>
              <w:top w:w="80" w:type="dxa"/>
              <w:bottom w:w="80" w:type="dxa"/>
              <w:left w:w="100" w:type="dxa"/>
              <w:right w:w="100" w:type="dxa"/>
            </w:tcMar>
            <w:tcBorders>
              <w:bottom w:sz="4" w:val="single" w:color="E0E0E0"/>
            </w:tcBorders>
          </w:tcPr>
          <w:p>
            <w:r>
              <w:rPr>
                <w:sz w:val="18"/>
              </w:rPr>
              <w:t>Giữ nguyên tốc độ 1100v/p cho phá bọt vào khuấy trong 30p, kéo giấy kiểm tra mức độ lõm ở thời điểm 5p, 20p và 30p</w:t>
            </w:r>
          </w:p>
        </w:tc>
      </w:tr>
      <w:tr>
        <w:tc>
          <w:tcPr>
            <w:tcW w:type="dxa" w:w="3120"/>
            <w:shd w:fill="F7F9FA"/>
            <w:tcMar>
              <w:top w:w="80" w:type="dxa"/>
              <w:bottom w:w="80" w:type="dxa"/>
              <w:left w:w="100" w:type="dxa"/>
              <w:right w:w="100" w:type="dxa"/>
            </w:tcMar>
            <w:tcBorders>
              <w:bottom w:sz="4" w:val="single" w:color="E0E0E0"/>
            </w:tcBorders>
          </w:tcPr>
          <w:p>
            <w:r>
              <w:rPr>
                <w:sz w:val="18"/>
              </w:rPr>
              <w:t>TỔNG</w:t>
            </w:r>
          </w:p>
        </w:tc>
        <w:tc>
          <w:tcPr>
            <w:tcW w:type="dxa" w:w="3120"/>
            <w:shd w:fill="F7F9FA"/>
            <w:tcMar>
              <w:top w:w="80" w:type="dxa"/>
              <w:bottom w:w="80" w:type="dxa"/>
              <w:left w:w="100" w:type="dxa"/>
              <w:right w:w="100" w:type="dxa"/>
            </w:tcMar>
            <w:tcBorders>
              <w:bottom w:sz="4" w:val="single" w:color="E0E0E0"/>
            </w:tcBorders>
          </w:tcPr>
          <w:p>
            <w:r>
              <w:rPr>
                <w:sz w:val="18"/>
              </w:rPr>
              <w:t>250g</w:t>
            </w:r>
          </w:p>
        </w:tc>
        <w:tc>
          <w:tcPr>
            <w:tcW w:type="dxa" w:w="3120"/>
            <w:shd w:fill="F7F9FA"/>
            <w:tcMar>
              <w:top w:w="80" w:type="dxa"/>
              <w:bottom w:w="80" w:type="dxa"/>
              <w:left w:w="100" w:type="dxa"/>
              <w:right w:w="100" w:type="dxa"/>
            </w:tcMar>
            <w:tcBorders>
              <w:bottom w:sz="4" w:val="single" w:color="E0E0E0"/>
            </w:tcBorders>
          </w:tcPr>
          <w:p>
            <w:r>
              <w:rPr>
                <w:sz w:val="18"/>
              </w:rPr>
              <w:t>Giữ nguyên tốc độ 1100v/p cho phá bọt vào khuấy trong 30p, kéo giấy kiểm tra mức độ lõm ở thời điểm 5p, 20p và 30p</w:t>
            </w:r>
          </w:p>
        </w:tc>
      </w:tr>
    </w:tbl>
    <w:p/>
    <w:p>
      <w:r>
        <w:t>Dùng 0.2% Airex 920 trong công thức sơn đặc, hiệu quả phá bọt đạt.</w:t>
      </w:r>
    </w:p>
    <w:p>
      <w:r>
        <w:t>Bề mặt sơn láng phẳng, không lõm.</w:t>
      </w:r>
    </w:p>
    <w:p>
      <w:r>
        <w:t>Độ trong: khác biệt không đáng kể.</w:t>
      </w:r>
    </w:p>
    <w:p>
      <w:r>
        <w:t>* Sử dụng trong 2105V sealer DN sản xuất thử 11kg</w:t>
      </w:r>
    </w:p>
    <w:p>
      <w:r>
        <w:t>-Tỉ lệ sử dụng: 0.3% trên tổng công thức</w:t>
      </w:r>
    </w:p>
    <w:p>
      <w:r>
        <w:t>-Hiệu quả phá bọt đạt: phá bọt động nhanh, ổn định bọt đạt, để qua ngày không trồi bọt lên mặt, không có lớp bọt dày trên mặt.</w:t>
      </w:r>
    </w:p>
    <w:p>
      <w:r>
        <w:t>-Bề mặt sơn: láng phẳng, không lõm, không bong.</w:t>
      </w:r>
    </w:p>
    <w:p>
      <w:r>
        <w:t>-Độ trong đạt, khác biệt không đáng kể so với BYK1798.</w:t>
      </w:r>
    </w:p>
    <w:p>
      <w:r>
        <w:t>6. Kết luận</w:t>
      </w:r>
    </w:p>
    <w:p>
      <w:r>
        <w:t>Airex 920 sử dụng ≥ 0.2% (nguyên chất): hiệu quả phá bọt đạt, hạ bọt nhanh, chống tái sinh bọt đạt, khuấy phân tán đạt, màng sơn không lõm, không gây đục.</w:t>
      </w:r>
    </w:p>
    <w:p>
      <w:r>
        <w:t>Ngày 03/07/2026</w:t>
      </w:r>
    </w:p>
    <w:p>
      <w:r>
        <w:t>Nhân viên báo cáo</w:t>
      </w:r>
    </w:p>
    <w:p>
      <w:r>
        <w:t>Trần Vũ Linh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