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DANH MỤC NGUYÊN LIỆU VÀ PHỤ GIA HỆ NƯỚC</w:t>
      </w:r>
    </w:p>
    <w:p>
      <w:pPr>
        <w:pStyle w:val="Heading3"/>
      </w:pPr>
      <w:r>
        <w:t>Tên - hãng - mã - vai trò - giá mới nhất (trích CSDL nguyên liệu ngày 29/09/2026)</w:t>
      </w:r>
    </w:p>
    <w:p>
      <w:r>
        <w:t>Nguồn: CSDL `btchem.db` (bảng `nguyen_lieu` 473 mặt hàng + `gia_nguyen_lieu` 920 dòng giá) và bảng giá nguyên liệu của Phòng Mua hàng gửi ngày 14/09/2026. Giá là giá VND/kg chưa VAT, lấy ở mức giá mới nhất (Giá báo hoặc Tồn kho).</w:t>
      </w:r>
    </w:p>
    <w:p>
      <w:pPr>
        <w:pStyle w:val="Heading2"/>
      </w:pPr>
      <w:r>
        <w:t>PHẦN A - NHỰA TẠO MÀNG HỆ NƯỚC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r>
              <w:rPr>
                <w:b/>
              </w:rPr>
              <w:t>STT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Tên nguyên liệu (mã)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Hãng / nhà sản xuất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Vai trò trong hệ nước</w:t>
            </w:r>
          </w:p>
        </w:tc>
        <w:tc>
          <w:tcPr>
            <w:tcW w:type="dxa" w:w="1377"/>
          </w:tcPr>
          <w:p>
            <w:r>
              <w:rPr>
                <w:b/>
              </w:rPr>
              <w:t>Giá mới nhất (VND/kg)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Ngày giá</w:t>
            </w:r>
          </w:p>
        </w:tc>
        <w:tc>
          <w:tcPr>
            <w:tcW w:type="dxa" w:w="1377"/>
          </w:tcPr>
          <w:p>
            <w:r>
              <w:rPr>
                <w:b/>
              </w:rPr>
              <w:t>Nhóm trong CSDL</w:t>
            </w:r>
          </w:p>
        </w:tc>
      </w:tr>
      <w:tr>
        <w:tc>
          <w:tcPr>
            <w:tcW w:type="dxa" w:w="1377"/>
          </w:tcPr>
          <w:p>
            <w:r>
              <w:t>1</w:t>
            </w:r>
          </w:p>
        </w:tc>
        <w:tc>
          <w:tcPr>
            <w:tcW w:type="dxa" w:w="1377"/>
          </w:tcPr>
          <w:p>
            <w:r>
              <w:t>Acronal PA 510</w:t>
            </w:r>
          </w:p>
        </w:tc>
        <w:tc>
          <w:tcPr>
            <w:tcW w:type="dxa" w:w="1377"/>
          </w:tcPr>
          <w:p>
            <w:r>
              <w:t>BASF</w:t>
            </w:r>
          </w:p>
        </w:tc>
        <w:tc>
          <w:tcPr>
            <w:tcW w:type="dxa" w:w="1377"/>
          </w:tcPr>
          <w:p>
            <w:r>
              <w:t>Nhựa acrylic tạo màng (binder)</w:t>
            </w:r>
          </w:p>
        </w:tc>
        <w:tc>
          <w:tcPr>
            <w:tcW w:type="dxa" w:w="1377"/>
          </w:tcPr>
          <w:p>
            <w:r>
              <w:t>45.000</w:t>
            </w:r>
          </w:p>
        </w:tc>
        <w:tc>
          <w:tcPr>
            <w:tcW w:type="dxa" w:w="1377"/>
          </w:tcPr>
          <w:p>
            <w:r>
              <w:t>2026-09-08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2</w:t>
            </w:r>
          </w:p>
        </w:tc>
        <w:tc>
          <w:tcPr>
            <w:tcW w:type="dxa" w:w="1377"/>
          </w:tcPr>
          <w:p>
            <w:r>
              <w:t>Neocryl XK 14</w:t>
            </w:r>
          </w:p>
        </w:tc>
        <w:tc>
          <w:tcPr>
            <w:tcW w:type="dxa" w:w="1377"/>
          </w:tcPr>
          <w:p>
            <w:r>
              <w:t>DSM (Covestro/DSM Coating Resins)</w:t>
            </w:r>
          </w:p>
        </w:tc>
        <w:tc>
          <w:tcPr>
            <w:tcW w:type="dxa" w:w="1377"/>
          </w:tcPr>
          <w:p>
            <w:r>
              <w:t>Nhựa acrylic/PUD tạo màng</w:t>
            </w:r>
          </w:p>
        </w:tc>
        <w:tc>
          <w:tcPr>
            <w:tcW w:type="dxa" w:w="1377"/>
          </w:tcPr>
          <w:p>
            <w:r>
              <w:t>85.000</w:t>
            </w:r>
          </w:p>
        </w:tc>
        <w:tc>
          <w:tcPr>
            <w:tcW w:type="dxa" w:w="1377"/>
          </w:tcPr>
          <w:p>
            <w:r>
              <w:t>2026-09-03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3</w:t>
            </w:r>
          </w:p>
        </w:tc>
        <w:tc>
          <w:tcPr>
            <w:tcW w:type="dxa" w:w="1377"/>
          </w:tcPr>
          <w:p>
            <w:r>
              <w:t>Neocryl XK 351</w:t>
            </w:r>
          </w:p>
        </w:tc>
        <w:tc>
          <w:tcPr>
            <w:tcW w:type="dxa" w:w="1377"/>
          </w:tcPr>
          <w:p>
            <w:r>
              <w:t>DSM Coating Resins</w:t>
            </w:r>
          </w:p>
        </w:tc>
        <w:tc>
          <w:tcPr>
            <w:tcW w:type="dxa" w:w="1377"/>
          </w:tcPr>
          <w:p>
            <w:r>
              <w:t>Nhựa acrylic tạo màng</w:t>
            </w:r>
          </w:p>
        </w:tc>
        <w:tc>
          <w:tcPr>
            <w:tcW w:type="dxa" w:w="1377"/>
          </w:tcPr>
          <w:p>
            <w:r>
              <w:t>97.000</w:t>
            </w:r>
          </w:p>
        </w:tc>
        <w:tc>
          <w:tcPr>
            <w:tcW w:type="dxa" w:w="1377"/>
          </w:tcPr>
          <w:p>
            <w:r>
              <w:t>2026-09-03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4</w:t>
            </w:r>
          </w:p>
        </w:tc>
        <w:tc>
          <w:tcPr>
            <w:tcW w:type="dxa" w:w="1377"/>
          </w:tcPr>
          <w:p>
            <w:r>
              <w:t>Neocryl XK 98</w:t>
            </w:r>
          </w:p>
        </w:tc>
        <w:tc>
          <w:tcPr>
            <w:tcW w:type="dxa" w:w="1377"/>
          </w:tcPr>
          <w:p>
            <w:r>
              <w:t>DSM Coating Resins</w:t>
            </w:r>
          </w:p>
        </w:tc>
        <w:tc>
          <w:tcPr>
            <w:tcW w:type="dxa" w:w="1377"/>
          </w:tcPr>
          <w:p>
            <w:r>
              <w:t>Nhựa acrylic tạo màng</w:t>
            </w:r>
          </w:p>
        </w:tc>
        <w:tc>
          <w:tcPr>
            <w:tcW w:type="dxa" w:w="1377"/>
          </w:tcPr>
          <w:p>
            <w:r>
              <w:t>76.000</w:t>
            </w:r>
          </w:p>
        </w:tc>
        <w:tc>
          <w:tcPr>
            <w:tcW w:type="dxa" w:w="1377"/>
          </w:tcPr>
          <w:p>
            <w:r>
              <w:t>2026-09-03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5</w:t>
            </w:r>
          </w:p>
        </w:tc>
        <w:tc>
          <w:tcPr>
            <w:tcW w:type="dxa" w:w="1377"/>
          </w:tcPr>
          <w:p>
            <w:r>
              <w:t>Nhũ tương gốc nước Pegar LS8500B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gốc nước</w:t>
            </w:r>
          </w:p>
        </w:tc>
        <w:tc>
          <w:tcPr>
            <w:tcW w:type="dxa" w:w="1377"/>
          </w:tcPr>
          <w:p>
            <w:r>
              <w:t>52.000</w:t>
            </w:r>
          </w:p>
        </w:tc>
        <w:tc>
          <w:tcPr>
            <w:tcW w:type="dxa" w:w="1377"/>
          </w:tcPr>
          <w:p>
            <w:r>
              <w:t>2026-01-31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6</w:t>
            </w:r>
          </w:p>
        </w:tc>
        <w:tc>
          <w:tcPr>
            <w:tcW w:type="dxa" w:w="1377"/>
          </w:tcPr>
          <w:p>
            <w:r>
              <w:t>Nhựa Acrylic - Water-besed acrylic emulsion AC120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acrylic gốc nước</w:t>
            </w:r>
          </w:p>
        </w:tc>
        <w:tc>
          <w:tcPr>
            <w:tcW w:type="dxa" w:w="1377"/>
          </w:tcPr>
          <w:p>
            <w:r>
              <w:t>46.500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7</w:t>
            </w:r>
          </w:p>
        </w:tc>
        <w:tc>
          <w:tcPr>
            <w:tcW w:type="dxa" w:w="1377"/>
          </w:tcPr>
          <w:p>
            <w:r>
              <w:t>Nhựa Acrylic-Water-besed Acrylic Emulsion 2013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acrylic gốc nước</w:t>
            </w:r>
          </w:p>
        </w:tc>
        <w:tc>
          <w:tcPr>
            <w:tcW w:type="dxa" w:w="1377"/>
          </w:tcPr>
          <w:p>
            <w:r>
              <w:t>71.500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8</w:t>
            </w:r>
          </w:p>
        </w:tc>
        <w:tc>
          <w:tcPr>
            <w:tcW w:type="dxa" w:w="1377"/>
          </w:tcPr>
          <w:p>
            <w:r>
              <w:t>Nhựa Acrylic-Water-besed acrylic emulsion 8016-35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acrylic gốc nước</w:t>
            </w:r>
          </w:p>
        </w:tc>
        <w:tc>
          <w:tcPr>
            <w:tcW w:type="dxa" w:w="1377"/>
          </w:tcPr>
          <w:p>
            <w:r>
              <w:t>51.000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9</w:t>
            </w:r>
          </w:p>
        </w:tc>
        <w:tc>
          <w:tcPr>
            <w:tcW w:type="dxa" w:w="1377"/>
          </w:tcPr>
          <w:p>
            <w:r>
              <w:t>Nhựa Acrylic-Water-besed acrylic emulsion SC243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acrylic gốc nước (đang dùng nhiều, có báo cáo mẫu)</w:t>
            </w:r>
          </w:p>
        </w:tc>
        <w:tc>
          <w:tcPr>
            <w:tcW w:type="dxa" w:w="1377"/>
          </w:tcPr>
          <w:p>
            <w:r>
              <w:t>44.000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  <w:tr>
        <w:tc>
          <w:tcPr>
            <w:tcW w:type="dxa" w:w="1377"/>
          </w:tcPr>
          <w:p>
            <w:r>
              <w:t>10</w:t>
            </w:r>
          </w:p>
        </w:tc>
        <w:tc>
          <w:tcPr>
            <w:tcW w:type="dxa" w:w="1377"/>
          </w:tcPr>
          <w:p>
            <w:r>
              <w:t>Nhựa Water-besed acrylic emulsion AP2502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Nhũ tương acrylic gốc nước (có báo cáo mẫu 22/09/2025)</w:t>
            </w:r>
          </w:p>
        </w:tc>
        <w:tc>
          <w:tcPr>
            <w:tcW w:type="dxa" w:w="1377"/>
          </w:tcPr>
          <w:p>
            <w:r>
              <w:t>105.000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NGUYÊN LIỆU-SƠN NƯỚC</w:t>
            </w:r>
          </w:p>
        </w:tc>
      </w:tr>
    </w:tbl>
    <w:p>
      <w:pPr>
        <w:pStyle w:val="Heading2"/>
      </w:pPr>
      <w:r>
        <w:t>PHẦN B - PHỤ GIA DÙNG CHO HỆ NƯỚC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r>
              <w:rPr>
                <w:b/>
              </w:rPr>
              <w:t>STT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Tên nguyên liệu (mã)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Hãng / nhà sản xuất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Vai trò trong hệ nước</w:t>
            </w:r>
          </w:p>
        </w:tc>
        <w:tc>
          <w:tcPr>
            <w:tcW w:type="dxa" w:w="1377"/>
          </w:tcPr>
          <w:p>
            <w:r>
              <w:rPr>
                <w:b/>
              </w:rPr>
              <w:t>Giá mới nhất (VND/kg)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Ngày giá</w:t>
            </w:r>
          </w:p>
        </w:tc>
        <w:tc>
          <w:tcPr>
            <w:tcW w:type="dxa" w:w="1377"/>
          </w:tcPr>
          <w:p>
            <w:r>
              <w:rPr>
                <w:b/>
              </w:rPr>
              <w:t>Nhóm trong CSDL</w:t>
            </w:r>
          </w:p>
        </w:tc>
      </w:tr>
      <w:tr>
        <w:tc>
          <w:tcPr>
            <w:tcW w:type="dxa" w:w="1377"/>
          </w:tcPr>
          <w:p>
            <w:r>
              <w:t>1</w:t>
            </w:r>
          </w:p>
        </w:tc>
        <w:tc>
          <w:tcPr>
            <w:tcW w:type="dxa" w:w="1377"/>
          </w:tcPr>
          <w:p>
            <w:r>
              <w:t>AMP 95</w:t>
            </w:r>
          </w:p>
        </w:tc>
        <w:tc>
          <w:tcPr>
            <w:tcW w:type="dxa" w:w="1377"/>
          </w:tcPr>
          <w:p>
            <w:r>
              <w:t>ANGUS Chemical (nay thuộc Dow)</w:t>
            </w:r>
          </w:p>
        </w:tc>
        <w:tc>
          <w:tcPr>
            <w:tcW w:type="dxa" w:w="1377"/>
          </w:tcPr>
          <w:p>
            <w:r>
              <w:t>Trung hoà, điều chỉnh pH, ổn định nhũ tương</w:t>
            </w:r>
          </w:p>
        </w:tc>
        <w:tc>
          <w:tcPr>
            <w:tcW w:type="dxa" w:w="1377"/>
          </w:tcPr>
          <w:p>
            <w:r>
              <w:t>209.500</w:t>
            </w:r>
          </w:p>
        </w:tc>
        <w:tc>
          <w:tcPr>
            <w:tcW w:type="dxa" w:w="1377"/>
          </w:tcPr>
          <w:p>
            <w:r>
              <w:t>2026-05-13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</w:t>
            </w:r>
          </w:p>
        </w:tc>
        <w:tc>
          <w:tcPr>
            <w:tcW w:type="dxa" w:w="1377"/>
          </w:tcPr>
          <w:p>
            <w:r>
              <w:t>Acid Acetic - CH3COOH</w:t>
            </w:r>
          </w:p>
        </w:tc>
        <w:tc>
          <w:tcPr>
            <w:tcW w:type="dxa" w:w="1377"/>
          </w:tcPr>
          <w:p>
            <w:r>
              <w:t>hoá chất phổ thông</w:t>
            </w:r>
          </w:p>
        </w:tc>
        <w:tc>
          <w:tcPr>
            <w:tcW w:type="dxa" w:w="1377"/>
          </w:tcPr>
          <w:p>
            <w:r>
              <w:t>Điều chỉnh pH</w:t>
            </w:r>
          </w:p>
        </w:tc>
        <w:tc>
          <w:tcPr>
            <w:tcW w:type="dxa" w:w="1377"/>
          </w:tcPr>
          <w:p>
            <w:r>
              <w:t>30.000</w:t>
            </w:r>
          </w:p>
        </w:tc>
        <w:tc>
          <w:tcPr>
            <w:tcW w:type="dxa" w:w="1377"/>
          </w:tcPr>
          <w:p>
            <w:r>
              <w:t>2025-11-26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3</w:t>
            </w:r>
          </w:p>
        </w:tc>
        <w:tc>
          <w:tcPr>
            <w:tcW w:type="dxa" w:w="1377"/>
          </w:tcPr>
          <w:p>
            <w:r>
              <w:t>Acrysol ASE-60</w:t>
            </w:r>
          </w:p>
        </w:tc>
        <w:tc>
          <w:tcPr>
            <w:tcW w:type="dxa" w:w="1377"/>
          </w:tcPr>
          <w:p>
            <w:r>
              <w:t>Dow (Rohm &amp; Haas)</w:t>
            </w:r>
          </w:p>
        </w:tc>
        <w:tc>
          <w:tcPr>
            <w:tcW w:type="dxa" w:w="1377"/>
          </w:tcPr>
          <w:p>
            <w:r>
              <w:t>Chất tạo đặc kiềm trương (rheology modifier)</w:t>
            </w:r>
          </w:p>
        </w:tc>
        <w:tc>
          <w:tcPr>
            <w:tcW w:type="dxa" w:w="1377"/>
          </w:tcPr>
          <w:p>
            <w:r>
              <w:t>87.000</w:t>
            </w:r>
          </w:p>
        </w:tc>
        <w:tc>
          <w:tcPr>
            <w:tcW w:type="dxa" w:w="1377"/>
          </w:tcPr>
          <w:p>
            <w:r>
              <w:t>2026-05-13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4</w:t>
            </w:r>
          </w:p>
        </w:tc>
        <w:tc>
          <w:tcPr>
            <w:tcW w:type="dxa" w:w="1377"/>
          </w:tcPr>
          <w:p>
            <w:r>
              <w:t>Đất sét hoạt tính FRGEL EC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Chất tạo đặc/treo (organoclay)</w:t>
            </w:r>
          </w:p>
        </w:tc>
        <w:tc>
          <w:tcPr>
            <w:tcW w:type="dxa" w:w="1377"/>
          </w:tcPr>
          <w:p>
            <w:r>
              <w:t>66.000</w:t>
            </w:r>
          </w:p>
        </w:tc>
        <w:tc>
          <w:tcPr>
            <w:tcW w:type="dxa" w:w="1377"/>
          </w:tcPr>
          <w:p>
            <w:r>
              <w:t>2026-09-05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5</w:t>
            </w:r>
          </w:p>
        </w:tc>
        <w:tc>
          <w:tcPr>
            <w:tcW w:type="dxa" w:w="1377"/>
          </w:tcPr>
          <w:p>
            <w:r>
              <w:t>Bentone 34</w:t>
            </w:r>
          </w:p>
        </w:tc>
        <w:tc>
          <w:tcPr>
            <w:tcW w:type="dxa" w:w="1377"/>
          </w:tcPr>
          <w:p>
            <w:r>
              <w:t>Elementis</w:t>
            </w:r>
          </w:p>
        </w:tc>
        <w:tc>
          <w:tcPr>
            <w:tcW w:type="dxa" w:w="1377"/>
          </w:tcPr>
          <w:p>
            <w:r>
              <w:t>Tạo đặc, chống lắng (organoclay)</w:t>
            </w:r>
          </w:p>
        </w:tc>
        <w:tc>
          <w:tcPr>
            <w:tcW w:type="dxa" w:w="1377"/>
          </w:tcPr>
          <w:p>
            <w:r>
              <w:t>230.000</w:t>
            </w:r>
          </w:p>
        </w:tc>
        <w:tc>
          <w:tcPr>
            <w:tcW w:type="dxa" w:w="1377"/>
          </w:tcPr>
          <w:p>
            <w:r>
              <w:t>2026-09-10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6</w:t>
            </w:r>
          </w:p>
        </w:tc>
        <w:tc>
          <w:tcPr>
            <w:tcW w:type="dxa" w:w="1377"/>
          </w:tcPr>
          <w:p>
            <w:r>
              <w:t>Acticide DW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 (in-can preservative)</w:t>
            </w:r>
          </w:p>
        </w:tc>
        <w:tc>
          <w:tcPr>
            <w:tcW w:type="dxa" w:w="1377"/>
          </w:tcPr>
          <w:p>
            <w:r>
              <w:t>330.000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7</w:t>
            </w:r>
          </w:p>
        </w:tc>
        <w:tc>
          <w:tcPr>
            <w:tcW w:type="dxa" w:w="1377"/>
          </w:tcPr>
          <w:p>
            <w:r>
              <w:t>Acticide EPW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</w:t>
            </w:r>
          </w:p>
        </w:tc>
        <w:tc>
          <w:tcPr>
            <w:tcW w:type="dxa" w:w="1377"/>
          </w:tcPr>
          <w:p>
            <w:r>
              <w:t>147.000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8</w:t>
            </w:r>
          </w:p>
        </w:tc>
        <w:tc>
          <w:tcPr>
            <w:tcW w:type="dxa" w:w="1377"/>
          </w:tcPr>
          <w:p>
            <w:r>
              <w:t>Acticide IOG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</w:t>
            </w:r>
          </w:p>
        </w:tc>
        <w:tc>
          <w:tcPr>
            <w:tcW w:type="dxa" w:w="1377"/>
          </w:tcPr>
          <w:p>
            <w:r>
              <w:t>580.000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9</w:t>
            </w:r>
          </w:p>
        </w:tc>
        <w:tc>
          <w:tcPr>
            <w:tcW w:type="dxa" w:w="1377"/>
          </w:tcPr>
          <w:p>
            <w:r>
              <w:t>Acticide RS Conc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</w:t>
            </w:r>
          </w:p>
        </w:tc>
        <w:tc>
          <w:tcPr>
            <w:tcW w:type="dxa" w:w="1377"/>
          </w:tcPr>
          <w:p>
            <w:r>
              <w:t>58.000</w:t>
            </w:r>
          </w:p>
        </w:tc>
        <w:tc>
          <w:tcPr>
            <w:tcW w:type="dxa" w:w="1377"/>
          </w:tcPr>
          <w:p>
            <w:r>
              <w:t>2026-09-14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10</w:t>
            </w:r>
          </w:p>
        </w:tc>
        <w:tc>
          <w:tcPr>
            <w:tcW w:type="dxa" w:w="1377"/>
          </w:tcPr>
          <w:p>
            <w:r>
              <w:t>Acticide MBS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 (giá cũ 2024)</w:t>
            </w:r>
          </w:p>
        </w:tc>
        <w:tc>
          <w:tcPr>
            <w:tcW w:type="dxa" w:w="1377"/>
          </w:tcPr>
          <w:p>
            <w:r>
              <w:t>118.000</w:t>
            </w:r>
          </w:p>
        </w:tc>
        <w:tc>
          <w:tcPr>
            <w:tcW w:type="dxa" w:w="1377"/>
          </w:tcPr>
          <w:p>
            <w:r>
              <w:t>2024-10-17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11</w:t>
            </w:r>
          </w:p>
        </w:tc>
        <w:tc>
          <w:tcPr>
            <w:tcW w:type="dxa" w:w="1377"/>
          </w:tcPr>
          <w:p>
            <w:r>
              <w:t>Acticide BAC 80</w:t>
            </w:r>
          </w:p>
        </w:tc>
        <w:tc>
          <w:tcPr>
            <w:tcW w:type="dxa" w:w="1377"/>
          </w:tcPr>
          <w:p>
            <w:r>
              <w:t>Thor Specialities</w:t>
            </w:r>
          </w:p>
        </w:tc>
        <w:tc>
          <w:tcPr>
            <w:tcW w:type="dxa" w:w="1377"/>
          </w:tcPr>
          <w:p>
            <w:r>
              <w:t>Bảo quản - diệt khuẩn (giá cũ 2017, cần xác nhận còn dùng)</w:t>
            </w:r>
          </w:p>
        </w:tc>
        <w:tc>
          <w:tcPr>
            <w:tcW w:type="dxa" w:w="1377"/>
          </w:tcPr>
          <w:p>
            <w:r>
              <w:t>136.500</w:t>
            </w:r>
          </w:p>
        </w:tc>
        <w:tc>
          <w:tcPr>
            <w:tcW w:type="dxa" w:w="1377"/>
          </w:tcPr>
          <w:p>
            <w:r>
              <w:t>2017-11-14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12</w:t>
            </w:r>
          </w:p>
        </w:tc>
        <w:tc>
          <w:tcPr>
            <w:tcW w:type="dxa" w:w="1377"/>
          </w:tcPr>
          <w:p>
            <w:r>
              <w:t>Polyphase 641</w:t>
            </w:r>
          </w:p>
        </w:tc>
        <w:tc>
          <w:tcPr>
            <w:tcW w:type="dxa" w:w="1377"/>
          </w:tcPr>
          <w:p>
            <w:r>
              <w:t>Troy Corporation</w:t>
            </w:r>
          </w:p>
        </w:tc>
        <w:tc>
          <w:tcPr>
            <w:tcW w:type="dxa" w:w="1377"/>
          </w:tcPr>
          <w:p>
            <w:r>
              <w:t>Chống nấm mốc màng khô (dry-film fungicide)</w:t>
            </w:r>
          </w:p>
        </w:tc>
        <w:tc>
          <w:tcPr>
            <w:tcW w:type="dxa" w:w="1377"/>
          </w:tcPr>
          <w:p>
            <w:r>
              <w:t>565.000</w:t>
            </w:r>
          </w:p>
        </w:tc>
        <w:tc>
          <w:tcPr>
            <w:tcW w:type="dxa" w:w="1377"/>
          </w:tcPr>
          <w:p>
            <w:r>
              <w:t>2026-07-14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13</w:t>
            </w:r>
          </w:p>
        </w:tc>
        <w:tc>
          <w:tcPr>
            <w:tcW w:type="dxa" w:w="1377"/>
          </w:tcPr>
          <w:p>
            <w:r>
              <w:t>Airex 920 (test thay BYK 1798)</w:t>
            </w:r>
          </w:p>
        </w:tc>
        <w:tc>
          <w:tcPr>
            <w:tcW w:type="dxa" w:w="1377"/>
          </w:tcPr>
          <w:p>
            <w:r>
              <w:t>Evonik (TEGO Airex)</w:t>
            </w:r>
          </w:p>
        </w:tc>
        <w:tc>
          <w:tcPr>
            <w:tcW w:type="dxa" w:w="1377"/>
          </w:tcPr>
          <w:p>
            <w:r>
              <w:t>Chống bọt (đang test thay BYK 1798)</w:t>
            </w:r>
          </w:p>
        </w:tc>
        <w:tc>
          <w:tcPr>
            <w:tcW w:type="dxa" w:w="1377"/>
          </w:tcPr>
          <w:p>
            <w:r>
              <w:t>590.000</w:t>
            </w:r>
          </w:p>
        </w:tc>
        <w:tc>
          <w:tcPr>
            <w:tcW w:type="dxa" w:w="1377"/>
          </w:tcPr>
          <w:p>
            <w:r>
              <w:t>2026-07-20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14</w:t>
            </w:r>
          </w:p>
        </w:tc>
        <w:tc>
          <w:tcPr>
            <w:tcW w:type="dxa" w:w="1377"/>
          </w:tcPr>
          <w:p>
            <w:r>
              <w:t>Efka PU 4010 AN</w:t>
            </w:r>
          </w:p>
        </w:tc>
        <w:tc>
          <w:tcPr>
            <w:tcW w:type="dxa" w:w="1377"/>
          </w:tcPr>
          <w:p>
            <w:r>
              <w:t>BASF (Efka)</w:t>
            </w:r>
          </w:p>
        </w:tc>
        <w:tc>
          <w:tcPr>
            <w:tcW w:type="dxa" w:w="1377"/>
          </w:tcPr>
          <w:p>
            <w:r>
              <w:t>Chống bọt/khử bọt</w:t>
            </w:r>
          </w:p>
        </w:tc>
        <w:tc>
          <w:tcPr>
            <w:tcW w:type="dxa" w:w="1377"/>
          </w:tcPr>
          <w:p>
            <w:r>
              <w:t>190.000</w:t>
            </w:r>
          </w:p>
        </w:tc>
        <w:tc>
          <w:tcPr>
            <w:tcW w:type="dxa" w:w="1377"/>
          </w:tcPr>
          <w:p>
            <w:r>
              <w:t>2026-09-08</w:t>
            </w:r>
          </w:p>
        </w:tc>
        <w:tc>
          <w:tcPr>
            <w:tcW w:type="dxa" w:w="1377"/>
          </w:tcPr>
          <w:p>
            <w:r>
              <w:t>BYK LPN 22836</w:t>
            </w:r>
          </w:p>
        </w:tc>
      </w:tr>
      <w:tr>
        <w:tc>
          <w:tcPr>
            <w:tcW w:type="dxa" w:w="1377"/>
          </w:tcPr>
          <w:p>
            <w:r>
              <w:t>15</w:t>
            </w:r>
          </w:p>
        </w:tc>
        <w:tc>
          <w:tcPr>
            <w:tcW w:type="dxa" w:w="1377"/>
          </w:tcPr>
          <w:p>
            <w:r>
              <w:t>Efka PU 4061 AN</w:t>
            </w:r>
          </w:p>
        </w:tc>
        <w:tc>
          <w:tcPr>
            <w:tcW w:type="dxa" w:w="1377"/>
          </w:tcPr>
          <w:p>
            <w:r>
              <w:t>BASF (Efka)</w:t>
            </w:r>
          </w:p>
        </w:tc>
        <w:tc>
          <w:tcPr>
            <w:tcW w:type="dxa" w:w="1377"/>
          </w:tcPr>
          <w:p>
            <w:r>
              <w:t>Chống bọt/khử bọt</w:t>
            </w:r>
          </w:p>
        </w:tc>
        <w:tc>
          <w:tcPr>
            <w:tcW w:type="dxa" w:w="1377"/>
          </w:tcPr>
          <w:p>
            <w:r>
              <w:t>240.000</w:t>
            </w:r>
          </w:p>
        </w:tc>
        <w:tc>
          <w:tcPr>
            <w:tcW w:type="dxa" w:w="1377"/>
          </w:tcPr>
          <w:p>
            <w:r>
              <w:t>2026-09-08</w:t>
            </w:r>
          </w:p>
        </w:tc>
        <w:tc>
          <w:tcPr>
            <w:tcW w:type="dxa" w:w="1377"/>
          </w:tcPr>
          <w:p>
            <w:r>
              <w:t>BYK LPN 22836</w:t>
            </w:r>
          </w:p>
        </w:tc>
      </w:tr>
      <w:tr>
        <w:tc>
          <w:tcPr>
            <w:tcW w:type="dxa" w:w="1377"/>
          </w:tcPr>
          <w:p>
            <w:r>
              <w:t>16</w:t>
            </w:r>
          </w:p>
        </w:tc>
        <w:tc>
          <w:tcPr>
            <w:tcW w:type="dxa" w:w="1377"/>
          </w:tcPr>
          <w:p>
            <w:r>
              <w:t>Phụ gia JP-504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Chống bọt / trợ thấm ướt (giá cũ 2024)</w:t>
            </w:r>
          </w:p>
        </w:tc>
        <w:tc>
          <w:tcPr>
            <w:tcW w:type="dxa" w:w="1377"/>
          </w:tcPr>
          <w:p>
            <w:r>
              <w:t>657.600</w:t>
            </w:r>
          </w:p>
        </w:tc>
        <w:tc>
          <w:tcPr>
            <w:tcW w:type="dxa" w:w="1377"/>
          </w:tcPr>
          <w:p>
            <w:r>
              <w:t>2024-07-24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17</w:t>
            </w:r>
          </w:p>
        </w:tc>
        <w:tc>
          <w:tcPr>
            <w:tcW w:type="dxa" w:w="1377"/>
          </w:tcPr>
          <w:p>
            <w:r>
              <w:t>Dowsil 51 additive</w:t>
            </w:r>
          </w:p>
        </w:tc>
        <w:tc>
          <w:tcPr>
            <w:tcW w:type="dxa" w:w="1377"/>
          </w:tcPr>
          <w:p>
            <w:r>
              <w:t>Dow (silicone)</w:t>
            </w:r>
          </w:p>
        </w:tc>
        <w:tc>
          <w:tcPr>
            <w:tcW w:type="dxa" w:w="1377"/>
          </w:tcPr>
          <w:p>
            <w:r>
              <w:t>Phụ gia bề mặt - tăng trượt, chống trầy</w:t>
            </w:r>
          </w:p>
        </w:tc>
        <w:tc>
          <w:tcPr>
            <w:tcW w:type="dxa" w:w="1377"/>
          </w:tcPr>
          <w:p>
            <w:r>
              <w:t>710.000</w:t>
            </w:r>
          </w:p>
        </w:tc>
        <w:tc>
          <w:tcPr>
            <w:tcW w:type="dxa" w:w="1377"/>
          </w:tcPr>
          <w:p>
            <w:r>
              <w:t>2026-09-10</w:t>
            </w:r>
          </w:p>
        </w:tc>
        <w:tc>
          <w:tcPr>
            <w:tcW w:type="dxa" w:w="1377"/>
          </w:tcPr>
          <w:p>
            <w:r>
              <w:t>BYK 346</w:t>
            </w:r>
          </w:p>
        </w:tc>
      </w:tr>
      <w:tr>
        <w:tc>
          <w:tcPr>
            <w:tcW w:type="dxa" w:w="1377"/>
          </w:tcPr>
          <w:p>
            <w:r>
              <w:t>18</w:t>
            </w:r>
          </w:p>
        </w:tc>
        <w:tc>
          <w:tcPr>
            <w:tcW w:type="dxa" w:w="1377"/>
          </w:tcPr>
          <w:p>
            <w:r>
              <w:t>SN Dispersant 5040</w:t>
            </w:r>
          </w:p>
        </w:tc>
        <w:tc>
          <w:tcPr>
            <w:tcW w:type="dxa" w:w="1377"/>
          </w:tcPr>
          <w:p>
            <w:r>
              <w:t>San Nopco</w:t>
            </w:r>
          </w:p>
        </w:tc>
        <w:tc>
          <w:tcPr>
            <w:tcW w:type="dxa" w:w="1377"/>
          </w:tcPr>
          <w:p>
            <w:r>
              <w:t>Phân tán (dispersant)</w:t>
            </w:r>
          </w:p>
        </w:tc>
        <w:tc>
          <w:tcPr>
            <w:tcW w:type="dxa" w:w="1377"/>
          </w:tcPr>
          <w:p>
            <w:r>
              <w:t>34.500</w:t>
            </w:r>
          </w:p>
        </w:tc>
        <w:tc>
          <w:tcPr>
            <w:tcW w:type="dxa" w:w="1377"/>
          </w:tcPr>
          <w:p>
            <w:r>
              <w:t>2026-03-16</w:t>
            </w:r>
          </w:p>
        </w:tc>
        <w:tc>
          <w:tcPr>
            <w:tcW w:type="dxa" w:w="1377"/>
          </w:tcPr>
          <w:p>
            <w:r>
              <w:t>BYK 346</w:t>
            </w:r>
          </w:p>
        </w:tc>
      </w:tr>
      <w:tr>
        <w:tc>
          <w:tcPr>
            <w:tcW w:type="dxa" w:w="1377"/>
          </w:tcPr>
          <w:p>
            <w:r>
              <w:t>19</w:t>
            </w:r>
          </w:p>
        </w:tc>
        <w:tc>
          <w:tcPr>
            <w:tcW w:type="dxa" w:w="1377"/>
          </w:tcPr>
          <w:p>
            <w:r>
              <w:t>Additol XL 6577 DISP (= DBYK 110)</w:t>
            </w:r>
          </w:p>
        </w:tc>
        <w:tc>
          <w:tcPr>
            <w:tcW w:type="dxa" w:w="1377"/>
          </w:tcPr>
          <w:p>
            <w:r>
              <w:t>Allnex</w:t>
            </w:r>
          </w:p>
        </w:tc>
        <w:tc>
          <w:tcPr>
            <w:tcW w:type="dxa" w:w="1377"/>
          </w:tcPr>
          <w:p>
            <w:r>
              <w:t>Phân tán / trợ phân tán</w:t>
            </w:r>
          </w:p>
        </w:tc>
        <w:tc>
          <w:tcPr>
            <w:tcW w:type="dxa" w:w="1377"/>
          </w:tcPr>
          <w:p>
            <w:r>
              <w:t>296.000</w:t>
            </w:r>
          </w:p>
        </w:tc>
        <w:tc>
          <w:tcPr>
            <w:tcW w:type="dxa" w:w="1377"/>
          </w:tcPr>
          <w:p>
            <w:r>
              <w:t>2026-08-18</w:t>
            </w:r>
          </w:p>
        </w:tc>
        <w:tc>
          <w:tcPr>
            <w:tcW w:type="dxa" w:w="1377"/>
          </w:tcPr>
          <w:p>
            <w:r>
              <w:t>BYK LPN 22836</w:t>
            </w:r>
          </w:p>
        </w:tc>
      </w:tr>
      <w:tr>
        <w:tc>
          <w:tcPr>
            <w:tcW w:type="dxa" w:w="1377"/>
          </w:tcPr>
          <w:p>
            <w:r>
              <w:t>20</w:t>
            </w:r>
          </w:p>
        </w:tc>
        <w:tc>
          <w:tcPr>
            <w:tcW w:type="dxa" w:w="1377"/>
          </w:tcPr>
          <w:p>
            <w:r>
              <w:t>Anti Terra 204</w:t>
            </w:r>
          </w:p>
        </w:tc>
        <w:tc>
          <w:tcPr>
            <w:tcW w:type="dxa" w:w="1377"/>
          </w:tcPr>
          <w:p>
            <w:r>
              <w:t>BYK (Altana)</w:t>
            </w:r>
          </w:p>
        </w:tc>
        <w:tc>
          <w:tcPr>
            <w:tcW w:type="dxa" w:w="1377"/>
          </w:tcPr>
          <w:p>
            <w:r>
              <w:t>Làm ướt - phân tán (giá cũ 2021)</w:t>
            </w:r>
          </w:p>
        </w:tc>
        <w:tc>
          <w:tcPr>
            <w:tcW w:type="dxa" w:w="1377"/>
          </w:tcPr>
          <w:p>
            <w:r>
              <w:t>230.200</w:t>
            </w:r>
          </w:p>
        </w:tc>
        <w:tc>
          <w:tcPr>
            <w:tcW w:type="dxa" w:w="1377"/>
          </w:tcPr>
          <w:p>
            <w:r>
              <w:t>2021-03-17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21</w:t>
            </w:r>
          </w:p>
        </w:tc>
        <w:tc>
          <w:tcPr>
            <w:tcW w:type="dxa" w:w="1377"/>
          </w:tcPr>
          <w:p>
            <w:r>
              <w:t>Crosslinker CF-100</w:t>
            </w:r>
          </w:p>
        </w:tc>
        <w:tc>
          <w:tcPr>
            <w:tcW w:type="dxa" w:w="1377"/>
          </w:tcPr>
          <w:p>
            <w:r>
              <w:t>cần xác nhận hãng (dòng aziridine)</w:t>
            </w:r>
          </w:p>
        </w:tc>
        <w:tc>
          <w:tcPr>
            <w:tcW w:type="dxa" w:w="1377"/>
          </w:tcPr>
          <w:p>
            <w:r>
              <w:t>Liên kết ngang (crosslinker) tăng cứng - chống xước</w:t>
            </w:r>
          </w:p>
        </w:tc>
        <w:tc>
          <w:tcPr>
            <w:tcW w:type="dxa" w:w="1377"/>
          </w:tcPr>
          <w:p>
            <w:r>
              <w:t>525.000</w:t>
            </w:r>
          </w:p>
        </w:tc>
        <w:tc>
          <w:tcPr>
            <w:tcW w:type="dxa" w:w="1377"/>
          </w:tcPr>
          <w:p>
            <w:r>
              <w:t>2026-09-10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22</w:t>
            </w:r>
          </w:p>
        </w:tc>
        <w:tc>
          <w:tcPr>
            <w:tcW w:type="dxa" w:w="1377"/>
          </w:tcPr>
          <w:p>
            <w:r>
              <w:t>Additol VXW 6206</w:t>
            </w:r>
          </w:p>
        </w:tc>
        <w:tc>
          <w:tcPr>
            <w:tcW w:type="dxa" w:w="1377"/>
          </w:tcPr>
          <w:p>
            <w:r>
              <w:t>Allnex</w:t>
            </w:r>
          </w:p>
        </w:tc>
        <w:tc>
          <w:tcPr>
            <w:tcW w:type="dxa" w:w="1377"/>
          </w:tcPr>
          <w:p>
            <w:r>
              <w:t>Phụ gia hệ nước (giá cũ 2018)</w:t>
            </w:r>
          </w:p>
        </w:tc>
        <w:tc>
          <w:tcPr>
            <w:tcW w:type="dxa" w:w="1377"/>
          </w:tcPr>
          <w:p>
            <w:r>
              <w:t>665.400</w:t>
            </w:r>
          </w:p>
        </w:tc>
        <w:tc>
          <w:tcPr>
            <w:tcW w:type="dxa" w:w="1377"/>
          </w:tcPr>
          <w:p>
            <w:r>
              <w:t>2018-04-16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23</w:t>
            </w:r>
          </w:p>
        </w:tc>
        <w:tc>
          <w:tcPr>
            <w:tcW w:type="dxa" w:w="1377"/>
          </w:tcPr>
          <w:p>
            <w:r>
              <w:t>Borchi Kat 24</w:t>
            </w:r>
          </w:p>
        </w:tc>
        <w:tc>
          <w:tcPr>
            <w:tcW w:type="dxa" w:w="1377"/>
          </w:tcPr>
          <w:p>
            <w:r>
              <w:t>Borchers (Milliken)</w:t>
            </w:r>
          </w:p>
        </w:tc>
        <w:tc>
          <w:tcPr>
            <w:tcW w:type="dxa" w:w="1377"/>
          </w:tcPr>
          <w:p>
            <w:r>
              <w:t>Xúc tác urethan hoá (giá cũ 2019)</w:t>
            </w:r>
          </w:p>
        </w:tc>
        <w:tc>
          <w:tcPr>
            <w:tcW w:type="dxa" w:w="1377"/>
          </w:tcPr>
          <w:p>
            <w:r>
              <w:t>690.000</w:t>
            </w:r>
          </w:p>
        </w:tc>
        <w:tc>
          <w:tcPr>
            <w:tcW w:type="dxa" w:w="1377"/>
          </w:tcPr>
          <w:p>
            <w:r>
              <w:t>2019-03-28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24</w:t>
            </w:r>
          </w:p>
        </w:tc>
        <w:tc>
          <w:tcPr>
            <w:tcW w:type="dxa" w:w="1377"/>
          </w:tcPr>
          <w:p>
            <w:r>
              <w:t>Addocat 201N</w:t>
            </w:r>
          </w:p>
        </w:tc>
        <w:tc>
          <w:tcPr>
            <w:tcW w:type="dxa" w:w="1377"/>
          </w:tcPr>
          <w:p>
            <w:r>
              <w:t>Rhein Chemie / Lanxess</w:t>
            </w:r>
          </w:p>
        </w:tc>
        <w:tc>
          <w:tcPr>
            <w:tcW w:type="dxa" w:w="1377"/>
          </w:tcPr>
          <w:p>
            <w:r>
              <w:t>Xúc tác (giá cũ 2018)</w:t>
            </w:r>
          </w:p>
        </w:tc>
        <w:tc>
          <w:tcPr>
            <w:tcW w:type="dxa" w:w="1377"/>
          </w:tcPr>
          <w:p>
            <w:r>
              <w:t>910.000</w:t>
            </w:r>
          </w:p>
        </w:tc>
        <w:tc>
          <w:tcPr>
            <w:tcW w:type="dxa" w:w="1377"/>
          </w:tcPr>
          <w:p>
            <w:r>
              <w:t>2018-08-04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25</w:t>
            </w:r>
          </w:p>
        </w:tc>
        <w:tc>
          <w:tcPr>
            <w:tcW w:type="dxa" w:w="1377"/>
          </w:tcPr>
          <w:p>
            <w:r>
              <w:t>Aquacer 535</w:t>
            </w:r>
          </w:p>
        </w:tc>
        <w:tc>
          <w:tcPr>
            <w:tcW w:type="dxa" w:w="1377"/>
          </w:tcPr>
          <w:p>
            <w:r>
              <w:t>BYK (Altana)</w:t>
            </w:r>
          </w:p>
        </w:tc>
        <w:tc>
          <w:tcPr>
            <w:tcW w:type="dxa" w:w="1377"/>
          </w:tcPr>
          <w:p>
            <w:r>
              <w:t>Wax emulsion - chống trầy, tăng trượt (giá cũ 2021)</w:t>
            </w:r>
          </w:p>
        </w:tc>
        <w:tc>
          <w:tcPr>
            <w:tcW w:type="dxa" w:w="1377"/>
          </w:tcPr>
          <w:p>
            <w:r>
              <w:t>100.198</w:t>
            </w:r>
          </w:p>
        </w:tc>
        <w:tc>
          <w:tcPr>
            <w:tcW w:type="dxa" w:w="1377"/>
          </w:tcPr>
          <w:p>
            <w:r>
              <w:t>2021-03-19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26</w:t>
            </w:r>
          </w:p>
        </w:tc>
        <w:tc>
          <w:tcPr>
            <w:tcW w:type="dxa" w:w="1377"/>
          </w:tcPr>
          <w:p>
            <w:r>
              <w:t>Silicate Matting Agent 550</w:t>
            </w:r>
          </w:p>
        </w:tc>
        <w:tc>
          <w:tcPr>
            <w:tcW w:type="dxa" w:w="1377"/>
          </w:tcPr>
          <w:p>
            <w:r>
              <w:t>cần xác nhận nhà cung cấp</w:t>
            </w:r>
          </w:p>
        </w:tc>
        <w:tc>
          <w:tcPr>
            <w:tcW w:type="dxa" w:w="1377"/>
          </w:tcPr>
          <w:p>
            <w:r>
              <w:t>Làm mờ (matting agent)</w:t>
            </w:r>
          </w:p>
        </w:tc>
        <w:tc>
          <w:tcPr>
            <w:tcW w:type="dxa" w:w="1377"/>
          </w:tcPr>
          <w:p>
            <w:r>
              <w:t>64.000</w:t>
            </w:r>
          </w:p>
        </w:tc>
        <w:tc>
          <w:tcPr>
            <w:tcW w:type="dxa" w:w="1377"/>
          </w:tcPr>
          <w:p>
            <w:r>
              <w:t>2024-03-25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27</w:t>
            </w:r>
          </w:p>
        </w:tc>
        <w:tc>
          <w:tcPr>
            <w:tcW w:type="dxa" w:w="1377"/>
          </w:tcPr>
          <w:p>
            <w:r>
              <w:t>Syloid C 803</w:t>
            </w:r>
          </w:p>
        </w:tc>
        <w:tc>
          <w:tcPr>
            <w:tcW w:type="dxa" w:w="1377"/>
          </w:tcPr>
          <w:p>
            <w:r>
              <w:t>W.R. Grace (Davison)</w:t>
            </w:r>
          </w:p>
        </w:tc>
        <w:tc>
          <w:tcPr>
            <w:tcW w:type="dxa" w:w="1377"/>
          </w:tcPr>
          <w:p>
            <w:r>
              <w:t>Làm mờ / silica</w:t>
            </w:r>
          </w:p>
        </w:tc>
        <w:tc>
          <w:tcPr>
            <w:tcW w:type="dxa" w:w="1377"/>
          </w:tcPr>
          <w:p>
            <w:r>
              <w:t>151.000</w:t>
            </w:r>
          </w:p>
        </w:tc>
        <w:tc>
          <w:tcPr>
            <w:tcW w:type="dxa" w:w="1377"/>
          </w:tcPr>
          <w:p>
            <w:r>
              <w:t>2026-06-18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28</w:t>
            </w:r>
          </w:p>
        </w:tc>
        <w:tc>
          <w:tcPr>
            <w:tcW w:type="dxa" w:w="1377"/>
          </w:tcPr>
          <w:p>
            <w:r>
              <w:t>Syloid ED 30</w:t>
            </w:r>
          </w:p>
        </w:tc>
        <w:tc>
          <w:tcPr>
            <w:tcW w:type="dxa" w:w="1377"/>
          </w:tcPr>
          <w:p>
            <w:r>
              <w:t>W.R. Grace (Davison)</w:t>
            </w:r>
          </w:p>
        </w:tc>
        <w:tc>
          <w:tcPr>
            <w:tcW w:type="dxa" w:w="1377"/>
          </w:tcPr>
          <w:p>
            <w:r>
              <w:t>Làm mờ / silica</w:t>
            </w:r>
          </w:p>
        </w:tc>
        <w:tc>
          <w:tcPr>
            <w:tcW w:type="dxa" w:w="1377"/>
          </w:tcPr>
          <w:p>
            <w:r>
              <w:t>116.000</w:t>
            </w:r>
          </w:p>
        </w:tc>
        <w:tc>
          <w:tcPr>
            <w:tcW w:type="dxa" w:w="1377"/>
          </w:tcPr>
          <w:p>
            <w:r>
              <w:t>2026-04-13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29</w:t>
            </w:r>
          </w:p>
        </w:tc>
        <w:tc>
          <w:tcPr>
            <w:tcW w:type="dxa" w:w="1377"/>
          </w:tcPr>
          <w:p>
            <w:r>
              <w:t>Syloid RAD 2105</w:t>
            </w:r>
          </w:p>
        </w:tc>
        <w:tc>
          <w:tcPr>
            <w:tcW w:type="dxa" w:w="1377"/>
          </w:tcPr>
          <w:p>
            <w:r>
              <w:t>W.R. Grace (Davison)</w:t>
            </w:r>
          </w:p>
        </w:tc>
        <w:tc>
          <w:tcPr>
            <w:tcW w:type="dxa" w:w="1377"/>
          </w:tcPr>
          <w:p>
            <w:r>
              <w:t>Làm mờ (giá cũ 2021)</w:t>
            </w:r>
          </w:p>
        </w:tc>
        <w:tc>
          <w:tcPr>
            <w:tcW w:type="dxa" w:w="1377"/>
          </w:tcPr>
          <w:p>
            <w:r>
              <w:t>210.700</w:t>
            </w:r>
          </w:p>
        </w:tc>
        <w:tc>
          <w:tcPr>
            <w:tcW w:type="dxa" w:w="1377"/>
          </w:tcPr>
          <w:p>
            <w:r>
              <w:t>2021-06-02</w:t>
            </w:r>
          </w:p>
        </w:tc>
        <w:tc>
          <w:tcPr>
            <w:tcW w:type="dxa" w:w="1377"/>
          </w:tcPr>
          <w:p>
            <w:r>
              <w:t>PHỤ GIA</w:t>
            </w:r>
          </w:p>
        </w:tc>
      </w:tr>
      <w:tr>
        <w:tc>
          <w:tcPr>
            <w:tcW w:type="dxa" w:w="1377"/>
          </w:tcPr>
          <w:p>
            <w:r>
              <w:t>30</w:t>
            </w:r>
          </w:p>
        </w:tc>
        <w:tc>
          <w:tcPr>
            <w:tcW w:type="dxa" w:w="1377"/>
          </w:tcPr>
          <w:p>
            <w:r>
              <w:t>Nano BYK 3652</w:t>
            </w:r>
          </w:p>
        </w:tc>
        <w:tc>
          <w:tcPr>
            <w:tcW w:type="dxa" w:w="1377"/>
          </w:tcPr>
          <w:p>
            <w:r>
              <w:t>BYK (Altana)</w:t>
            </w:r>
          </w:p>
        </w:tc>
        <w:tc>
          <w:tcPr>
            <w:tcW w:type="dxa" w:w="1377"/>
          </w:tcPr>
          <w:p>
            <w:r>
              <w:t>Phụ gia nano bề mặt (giá cũ 2018)</w:t>
            </w:r>
          </w:p>
        </w:tc>
        <w:tc>
          <w:tcPr>
            <w:tcW w:type="dxa" w:w="1377"/>
          </w:tcPr>
          <w:p>
            <w:r>
              <w:t>1.395.000</w:t>
            </w:r>
          </w:p>
        </w:tc>
        <w:tc>
          <w:tcPr>
            <w:tcW w:type="dxa" w:w="1377"/>
          </w:tcPr>
          <w:p>
            <w:r>
              <w:t>2018-07-23</w:t>
            </w:r>
          </w:p>
        </w:tc>
        <w:tc>
          <w:tcPr>
            <w:tcW w:type="dxa" w:w="1377"/>
          </w:tcPr>
          <w:p>
            <w:r>
              <w:t>HDK N20</w:t>
            </w:r>
          </w:p>
        </w:tc>
      </w:tr>
      <w:tr>
        <w:tc>
          <w:tcPr>
            <w:tcW w:type="dxa" w:w="1377"/>
          </w:tcPr>
          <w:p>
            <w:r>
              <w:t>31</w:t>
            </w:r>
          </w:p>
        </w:tc>
        <w:tc>
          <w:tcPr>
            <w:tcW w:type="dxa" w:w="1377"/>
          </w:tcPr>
          <w:p>
            <w:r>
              <w:t>Texanol Ester Alcohol</w:t>
            </w:r>
          </w:p>
        </w:tc>
        <w:tc>
          <w:tcPr>
            <w:tcW w:type="dxa" w:w="1377"/>
          </w:tcPr>
          <w:p>
            <w:r>
              <w:t>Eastman</w:t>
            </w:r>
          </w:p>
        </w:tc>
        <w:tc>
          <w:tcPr>
            <w:tcW w:type="dxa" w:w="1377"/>
          </w:tcPr>
          <w:p>
            <w:r>
              <w:t>Chất tạo màng (coalescent) đặc trưng hệ nước</w:t>
            </w:r>
          </w:p>
        </w:tc>
        <w:tc>
          <w:tcPr>
            <w:tcW w:type="dxa" w:w="1377"/>
          </w:tcPr>
          <w:p>
            <w:r>
              <w:t>65.000</w:t>
            </w:r>
          </w:p>
        </w:tc>
        <w:tc>
          <w:tcPr>
            <w:tcW w:type="dxa" w:w="1377"/>
          </w:tcPr>
          <w:p>
            <w:r>
              <w:t>2026-09-10</w:t>
            </w:r>
          </w:p>
        </w:tc>
        <w:tc>
          <w:tcPr>
            <w:tcW w:type="dxa" w:w="1377"/>
          </w:tcPr>
          <w:p>
            <w:r>
              <w:t>DUNG MÔI</w:t>
            </w:r>
          </w:p>
        </w:tc>
      </w:tr>
      <w:tr>
        <w:tc>
          <w:tcPr>
            <w:tcW w:type="dxa" w:w="1377"/>
          </w:tcPr>
          <w:p>
            <w:r>
              <w:t>32</w:t>
            </w:r>
          </w:p>
        </w:tc>
        <w:tc>
          <w:tcPr>
            <w:tcW w:type="dxa" w:w="1377"/>
          </w:tcPr>
          <w:p>
            <w:r>
              <w:t>Dowanol DPM</w:t>
            </w:r>
          </w:p>
        </w:tc>
        <w:tc>
          <w:tcPr>
            <w:tcW w:type="dxa" w:w="1377"/>
          </w:tcPr>
          <w:p>
            <w:r>
              <w:t>Dow</w:t>
            </w:r>
          </w:p>
        </w:tc>
        <w:tc>
          <w:tcPr>
            <w:tcW w:type="dxa" w:w="1377"/>
          </w:tcPr>
          <w:p>
            <w:r>
              <w:t>Trợ dung môi (co-solvent, giá cũ 2018)</w:t>
            </w:r>
          </w:p>
        </w:tc>
        <w:tc>
          <w:tcPr>
            <w:tcW w:type="dxa" w:w="1377"/>
          </w:tcPr>
          <w:p>
            <w:r>
              <w:t>54.000</w:t>
            </w:r>
          </w:p>
        </w:tc>
        <w:tc>
          <w:tcPr>
            <w:tcW w:type="dxa" w:w="1377"/>
          </w:tcPr>
          <w:p>
            <w:r>
              <w:t>2018-05-05</w:t>
            </w:r>
          </w:p>
        </w:tc>
        <w:tc>
          <w:tcPr>
            <w:tcW w:type="dxa" w:w="1377"/>
          </w:tcPr>
          <w:p>
            <w:r>
              <w:t>DUNG MÔI</w:t>
            </w:r>
          </w:p>
        </w:tc>
      </w:tr>
    </w:tbl>
    <w:p>
      <w:pPr>
        <w:pStyle w:val="Heading2"/>
      </w:pPr>
      <w:r>
        <w:t>GHI CHÚ</w:t>
      </w:r>
    </w:p>
    <w:p>
      <w:pPr>
        <w:pStyle w:val="ListNumber"/>
      </w:pPr>
      <w:r>
        <w:t>Cột vai trò ghi theo chức năng thực tế trong công thức hệ nước; các mục ghi "cần xác nhận nhà cung cấp" là những mã chưa có dữ liệu hãng trong CSDL và bảng giá của Phòng Mua hàng - cần bổ sung khi có chứng từ.</w:t>
      </w:r>
    </w:p>
    <w:p>
      <w:pPr>
        <w:pStyle w:val="ListNumber"/>
      </w:pPr>
      <w:r>
        <w:t>Các mục còn giá cũ (2017-2021): Aquacer 535, Anti Terra 204, Syloid RAD 2105, Nano BYK 3652, Acticide BAC 80, Borchi Kat 24, Addocat 201N, Additol VXW 6206, Dowanol DPM - cần xác nhận còn dùng hay đã ngừng để dọn danh mục.</w:t>
      </w:r>
    </w:p>
    <w:p>
      <w:pPr>
        <w:pStyle w:val="ListNumber"/>
      </w:pPr>
      <w:r>
        <w:t>Phụ gia xuất hiện trong báo cáo mẫu sơn nước nhưng CHƯA có trong danh mục: DPnB (dung môi trợ tạo màng) và TEGO (nhóm phụ gia bề mặt/chống bọt) - đề nghị bổ sung.</w:t>
      </w:r>
    </w:p>
    <w:p>
      <w:pPr>
        <w:pStyle w:val="ListNumber"/>
      </w:pPr>
      <w:r>
        <w:t>Cột "nhóm" trong CSDL chưa chuẩn: nhiều phụ gia đang nằm ở nhóm lấy theo ô Excel/nhà cung cấp (HDK N20, BYK 346, BYK LPN 22836) thay vì nhóm PHỤ GIA - nên tách riêng một nhóm "PHỤ GIA HỆ NƯỚC".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