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val="0"/>
          <w:i w:val="0"/>
          <w:sz w:val="22"/>
        </w:rPr>
        <w:br/>
        <w:br/>
        <w:br/>
        <w:br/>
      </w:r>
    </w:p>
    <w:p>
      <w:pPr>
        <w:jc w:val="center"/>
      </w:pPr>
      <w:r>
        <w:rPr>
          <w:rFonts w:ascii="Arial" w:hAnsi="Arial" w:eastAsia="Arial"/>
          <w:b/>
          <w:i w:val="0"/>
          <w:color w:val="0D47A1"/>
          <w:sz w:val="26"/>
        </w:rPr>
        <w:t>CÔNG TY TNHH VẬT LIỆU MỚI TRI MỘC VIỆT NAM</w:t>
      </w:r>
    </w:p>
    <w:p>
      <w:pPr>
        <w:jc w:val="center"/>
      </w:pPr>
      <w:r>
        <w:rPr>
          <w:rFonts w:ascii="Arial" w:hAnsi="Arial" w:eastAsia="Arial"/>
          <w:b w:val="0"/>
          <w:i w:val="0"/>
          <w:sz w:val="22"/>
        </w:rPr>
        <w:t>---oOo---</w:t>
      </w:r>
    </w:p>
    <w:p/>
    <w:p>
      <w:pPr>
        <w:jc w:val="center"/>
      </w:pPr>
      <w:r>
        <w:rPr>
          <w:rFonts w:ascii="Arial" w:hAnsi="Arial" w:eastAsia="Arial"/>
          <w:b/>
          <w:i w:val="0"/>
          <w:color w:val="0D47A1"/>
          <w:sz w:val="40"/>
        </w:rPr>
        <w:t>QUY TRÌNH HOÀN THIỆN BỀ MẶT GỖ</w:t>
      </w:r>
    </w:p>
    <w:p>
      <w:pPr>
        <w:jc w:val="center"/>
      </w:pPr>
      <w:r>
        <w:rPr>
          <w:rFonts w:ascii="Arial" w:hAnsi="Arial" w:eastAsia="Arial"/>
          <w:b/>
          <w:i w:val="0"/>
          <w:color w:val="FF8F00"/>
          <w:sz w:val="32"/>
        </w:rPr>
        <w:t>HARDWAX OIL - HỆ NƯỚC (Water-based)</w:t>
      </w:r>
    </w:p>
    <w:p/>
    <w:p>
      <w:pPr>
        <w:jc w:val="center"/>
      </w:pPr>
      <w:r>
        <w:rPr>
          <w:rFonts w:ascii="Arial" w:hAnsi="Arial" w:eastAsia="Arial"/>
          <w:b w:val="0"/>
          <w:i w:val="0"/>
          <w:color w:val="646464"/>
          <w:sz w:val="24"/>
        </w:rPr>
        <w:t>(Dùng cho: Sàn gỗ, mặt bàn, tủ bếp, nội thất gỗ tự nhiên)</w:t>
        <w:br/>
        <w:br/>
        <w:br/>
        <w:br/>
        <w:br/>
      </w:r>
    </w:p>
    <w:p>
      <w:pPr>
        <w:jc w:val="center"/>
      </w:pPr>
      <w:r>
        <w:rPr>
          <w:rFonts w:ascii="Arial" w:hAnsi="Arial" w:eastAsia="Arial"/>
          <w:b w:val="0"/>
          <w:i w:val="0"/>
          <w:color w:val="646464"/>
          <w:sz w:val="22"/>
        </w:rPr>
        <w:t>Hotline tư vấn: 0936.072.177 - 0938.272.977</w:t>
        <w:br/>
        <w:t>Email: trimoc0707@gmail.com</w:t>
      </w:r>
    </w:p>
    <w:p>
      <w:r>
        <w:br w:type="page"/>
      </w:r>
    </w:p>
    <w:p>
      <w:pPr>
        <w:pStyle w:val="Heading1"/>
      </w:pPr>
      <w:r>
        <w:rPr>
          <w:rFonts w:ascii="Arial" w:hAnsi="Arial" w:eastAsia="Arial"/>
          <w:b/>
          <w:i w:val="0"/>
          <w:color w:val="0D47A1"/>
          <w:sz w:val="32"/>
        </w:rPr>
        <w:t>MỤC LỤC</w:t>
      </w:r>
    </w:p>
    <w:p>
      <w:pPr>
        <w:spacing w:after="120"/>
      </w:pPr>
      <w:r>
        <w:rPr>
          <w:rFonts w:ascii="Arial" w:hAnsi="Arial" w:eastAsia="Arial"/>
          <w:b w:val="0"/>
          <w:i w:val="0"/>
          <w:sz w:val="22"/>
        </w:rPr>
        <w:t>1. Giới thiệu sản phẩm</w:t>
      </w:r>
    </w:p>
    <w:p>
      <w:pPr>
        <w:spacing w:after="120"/>
      </w:pPr>
      <w:r>
        <w:rPr>
          <w:rFonts w:ascii="Arial" w:hAnsi="Arial" w:eastAsia="Arial"/>
          <w:b w:val="0"/>
          <w:i w:val="0"/>
          <w:sz w:val="22"/>
        </w:rPr>
        <w:t>2. Yêu cầu kỹ thuật &amp; Điều kiện thi công</w:t>
      </w:r>
    </w:p>
    <w:p>
      <w:pPr>
        <w:spacing w:after="120"/>
      </w:pPr>
      <w:r>
        <w:rPr>
          <w:rFonts w:ascii="Arial" w:hAnsi="Arial" w:eastAsia="Arial"/>
          <w:b w:val="0"/>
          <w:i w:val="0"/>
          <w:sz w:val="22"/>
        </w:rPr>
        <w:t>3. Dụng cụ thi công</w:t>
      </w:r>
    </w:p>
    <w:p>
      <w:pPr>
        <w:spacing w:after="120"/>
      </w:pPr>
      <w:r>
        <w:rPr>
          <w:rFonts w:ascii="Arial" w:hAnsi="Arial" w:eastAsia="Arial"/>
          <w:b w:val="0"/>
          <w:i w:val="0"/>
          <w:sz w:val="22"/>
        </w:rPr>
        <w:t>4. Chuẩn bị bề mặt gỗ</w:t>
      </w:r>
    </w:p>
    <w:p>
      <w:pPr>
        <w:spacing w:after="120"/>
      </w:pPr>
      <w:r>
        <w:rPr>
          <w:rFonts w:ascii="Arial" w:hAnsi="Arial" w:eastAsia="Arial"/>
          <w:b w:val="0"/>
          <w:i w:val="0"/>
          <w:sz w:val="22"/>
        </w:rPr>
        <w:t>5. Quy trình 1 lần lau</w:t>
      </w:r>
    </w:p>
    <w:p>
      <w:pPr>
        <w:spacing w:after="120"/>
      </w:pPr>
      <w:r>
        <w:rPr>
          <w:rFonts w:ascii="Arial" w:hAnsi="Arial" w:eastAsia="Arial"/>
          <w:b w:val="0"/>
          <w:i w:val="0"/>
          <w:sz w:val="22"/>
        </w:rPr>
        <w:t>6. Quy trình 2 lần lau (cách nhau 4 giờ)</w:t>
      </w:r>
    </w:p>
    <w:p>
      <w:pPr>
        <w:spacing w:after="120"/>
      </w:pPr>
      <w:r>
        <w:rPr>
          <w:rFonts w:ascii="Arial" w:hAnsi="Arial" w:eastAsia="Arial"/>
          <w:b w:val="0"/>
          <w:i w:val="0"/>
          <w:sz w:val="22"/>
        </w:rPr>
        <w:t>7. Kiểm tra &amp; nghiệm thu</w:t>
      </w:r>
    </w:p>
    <w:p>
      <w:pPr>
        <w:spacing w:after="120"/>
      </w:pPr>
      <w:r>
        <w:rPr>
          <w:rFonts w:ascii="Arial" w:hAnsi="Arial" w:eastAsia="Arial"/>
          <w:b w:val="0"/>
          <w:i w:val="0"/>
          <w:sz w:val="22"/>
        </w:rPr>
        <w:t>8. Bảo dưỡng định kỳ</w:t>
      </w:r>
    </w:p>
    <w:p>
      <w:pPr>
        <w:spacing w:after="120"/>
      </w:pPr>
      <w:r>
        <w:rPr>
          <w:rFonts w:ascii="Arial" w:hAnsi="Arial" w:eastAsia="Arial"/>
          <w:b w:val="0"/>
          <w:i w:val="0"/>
          <w:sz w:val="22"/>
        </w:rPr>
        <w:t>9. An toàn lao động &amp; Lưu ý</w:t>
      </w:r>
    </w:p>
    <w:p>
      <w:r>
        <w:br w:type="page"/>
      </w:r>
    </w:p>
    <w:p>
      <w:pPr>
        <w:pStyle w:val="Heading1"/>
      </w:pPr>
      <w:r>
        <w:rPr>
          <w:rFonts w:ascii="Arial" w:hAnsi="Arial" w:eastAsia="Arial"/>
          <w:b/>
          <w:i w:val="0"/>
          <w:color w:val="0D47A1"/>
          <w:sz w:val="32"/>
        </w:rPr>
        <w:t>1. GIỚI THIỆU SẢN PHẨM</w:t>
      </w:r>
    </w:p>
    <w:p>
      <w:pPr>
        <w:spacing w:after="120"/>
      </w:pPr>
      <w:r>
        <w:rPr>
          <w:rFonts w:ascii="Arial" w:hAnsi="Arial" w:eastAsia="Arial"/>
          <w:b/>
          <w:i w:val="0"/>
          <w:sz w:val="22"/>
        </w:rPr>
        <w:t>Hardwax Oil hệ NƯỚC (Water-based Hardwax Oil) là sản phẩm dầu sáp cứng thế hệ mới, dùng dung môi là nước thay vì dung môi hữu cơ. Kết hợp tinh dầu thực vật và sáp cứng (Carnauba, sáp ong) dạng nhũ tương nước, tạo lớp bảo vệ thẩm thấu sâu, tôn vân gỗ tự nhiên, không mùi, thân thiện môi trường.</w:t>
      </w:r>
    </w:p>
    <w:p>
      <w:pPr>
        <w:spacing w:after="120"/>
      </w:pPr>
      <w:r>
        <w:rPr>
          <w:rFonts w:ascii="Arial" w:hAnsi="Arial" w:eastAsia="Arial"/>
          <w:b w:val="0"/>
          <w:i w:val="0"/>
          <w:sz w:val="22"/>
        </w:rPr>
      </w:r>
    </w:p>
    <w:p>
      <w:pPr>
        <w:pStyle w:val="Heading2"/>
      </w:pPr>
      <w:r>
        <w:rPr>
          <w:rFonts w:ascii="Arial" w:hAnsi="Arial" w:eastAsia="Arial"/>
          <w:b/>
          <w:i w:val="0"/>
          <w:color w:val="0D47A1"/>
          <w:sz w:val="26"/>
        </w:rPr>
        <w:t>1.1. Đặc điểm nổi bật</w:t>
      </w:r>
    </w:p>
    <w:p>
      <w:pPr>
        <w:pStyle w:val="ListBullet"/>
        <w:spacing w:after="60"/>
      </w:pPr>
      <w:r>
        <w:rPr>
          <w:rFonts w:ascii="Arial" w:hAnsi="Arial" w:eastAsia="Arial"/>
          <w:b w:val="0"/>
          <w:i w:val="0"/>
          <w:sz w:val="22"/>
        </w:rPr>
        <w:t>Thẩm thấu sâu vào thớ gỗ, không tạo màng phim - giữ cảm giác mộc tự nhiên</w:t>
      </w:r>
    </w:p>
    <w:p>
      <w:pPr>
        <w:pStyle w:val="ListBullet"/>
        <w:spacing w:after="60"/>
      </w:pPr>
      <w:r>
        <w:rPr>
          <w:rFonts w:ascii="Arial" w:hAnsi="Arial" w:eastAsia="Arial"/>
          <w:b w:val="0"/>
          <w:i w:val="0"/>
          <w:sz w:val="22"/>
        </w:rPr>
        <w:t>Tôn vân gỗ tối đa, màu sắc ấm sâu</w:t>
      </w:r>
    </w:p>
    <w:p>
      <w:pPr>
        <w:pStyle w:val="ListBullet"/>
        <w:spacing w:after="60"/>
      </w:pPr>
      <w:r>
        <w:rPr>
          <w:rFonts w:ascii="Arial" w:hAnsi="Arial" w:eastAsia="Arial"/>
          <w:b w:val="0"/>
          <w:i w:val="0"/>
          <w:sz w:val="22"/>
        </w:rPr>
        <w:t>Chống nước, chống bám bụi tốt</w:t>
      </w:r>
    </w:p>
    <w:p>
      <w:pPr>
        <w:pStyle w:val="ListBullet"/>
        <w:spacing w:after="60"/>
      </w:pPr>
      <w:r>
        <w:rPr>
          <w:rFonts w:ascii="Arial" w:hAnsi="Arial" w:eastAsia="Arial"/>
          <w:b w:val="0"/>
          <w:i w:val="0"/>
          <w:sz w:val="22"/>
        </w:rPr>
        <w:t>Gỗ thoát ẩm (breathable) - không nứt, cong vênh</w:t>
      </w:r>
    </w:p>
    <w:p>
      <w:pPr>
        <w:pStyle w:val="ListBullet"/>
        <w:spacing w:after="60"/>
      </w:pPr>
      <w:r>
        <w:rPr>
          <w:rFonts w:ascii="Arial" w:hAnsi="Arial" w:eastAsia="Arial"/>
          <w:b w:val="0"/>
          <w:i w:val="0"/>
          <w:sz w:val="22"/>
        </w:rPr>
        <w:t>Dễ sửa chữa cục bộ - không cần xả nhám toàn bộ</w:t>
      </w:r>
    </w:p>
    <w:p>
      <w:pPr>
        <w:pStyle w:val="ListBullet"/>
        <w:spacing w:after="60"/>
      </w:pPr>
      <w:r>
        <w:rPr>
          <w:rFonts w:ascii="Arial" w:hAnsi="Arial" w:eastAsia="Arial"/>
          <w:b w:val="0"/>
          <w:i w:val="0"/>
          <w:sz w:val="22"/>
        </w:rPr>
        <w:t>An toàn người thi công, thân thiện môi trường</w:t>
      </w:r>
    </w:p>
    <w:p>
      <w:pPr>
        <w:pStyle w:val="ListBullet"/>
        <w:spacing w:after="60"/>
      </w:pPr>
      <w:r>
        <w:rPr>
          <w:rFonts w:ascii="Arial" w:hAnsi="Arial" w:eastAsia="Arial"/>
          <w:b w:val="0"/>
          <w:i w:val="0"/>
          <w:sz w:val="22"/>
        </w:rPr>
        <w:t>Không mùi, không dung môi hữu cơ, thi công trong nhà kín</w:t>
      </w:r>
    </w:p>
    <w:p>
      <w:pPr>
        <w:pStyle w:val="ListBullet"/>
        <w:spacing w:after="60"/>
      </w:pPr>
      <w:r>
        <w:rPr>
          <w:rFonts w:ascii="Arial" w:hAnsi="Arial" w:eastAsia="Arial"/>
          <w:b w:val="0"/>
          <w:i w:val="0"/>
          <w:sz w:val="22"/>
        </w:rPr>
        <w:t>Dụng cụ rửa bằng nước sạch</w:t>
      </w:r>
    </w:p>
    <w:p>
      <w:pPr>
        <w:spacing w:after="120"/>
      </w:pPr>
      <w:r>
        <w:rPr>
          <w:rFonts w:ascii="Arial" w:hAnsi="Arial" w:eastAsia="Arial"/>
          <w:b w:val="0"/>
          <w:i w:val="0"/>
          <w:sz w:val="22"/>
        </w:rPr>
      </w:r>
    </w:p>
    <w:p>
      <w:pPr>
        <w:pStyle w:val="Heading2"/>
      </w:pPr>
      <w:r>
        <w:rPr>
          <w:rFonts w:ascii="Arial" w:hAnsi="Arial" w:eastAsia="Arial"/>
          <w:b/>
          <w:i w:val="0"/>
          <w:color w:val="0D47A1"/>
          <w:sz w:val="26"/>
        </w:rPr>
        <w:t>1.2. Định mức &amp; Thời gian</w:t>
      </w:r>
    </w:p>
    <w:p>
      <w:pPr>
        <w:spacing w:after="120"/>
      </w:pPr>
      <w:r>
        <w:rPr>
          <w:rFonts w:ascii="Arial" w:hAnsi="Arial" w:eastAsia="Arial"/>
          <w:b w:val="0"/>
          <w:i w:val="0"/>
          <w:sz w:val="22"/>
        </w:rPr>
        <w:t>Định mức: 30-50 m2/lit (tuỳ loại gỗ). Khô chạm tay: 1-2h. Khô hoàn toàn: 24-48h.</w:t>
      </w:r>
    </w:p>
    <w:p>
      <w:r>
        <w:br w:type="page"/>
      </w:r>
    </w:p>
    <w:p>
      <w:pPr>
        <w:pStyle w:val="Heading1"/>
      </w:pPr>
      <w:r>
        <w:rPr>
          <w:rFonts w:ascii="Arial" w:hAnsi="Arial" w:eastAsia="Arial"/>
          <w:b/>
          <w:i w:val="0"/>
          <w:color w:val="0D47A1"/>
          <w:sz w:val="32"/>
        </w:rPr>
        <w:t>2. YÊU CẦU KỸ THUẬT &amp; ĐIỀU KIỆN</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565C0"/>
          </w:tcPr>
          <w:p>
            <w:r>
              <w:rPr>
                <w:rFonts w:ascii="Arial" w:hAnsi="Arial" w:eastAsia="Arial"/>
                <w:b/>
                <w:i w:val="0"/>
                <w:color w:val="FFFFFF"/>
                <w:sz w:val="20"/>
              </w:rPr>
              <w:t>Yếu tố</w:t>
            </w:r>
          </w:p>
        </w:tc>
        <w:tc>
          <w:tcPr>
            <w:tcW w:type="dxa" w:w="4703"/>
            <w:shd w:val="clear" w:color="auto" w:fill="1565C0"/>
          </w:tcPr>
          <w:p>
            <w:r>
              <w:rPr>
                <w:rFonts w:ascii="Arial" w:hAnsi="Arial" w:eastAsia="Arial"/>
                <w:b/>
                <w:i w:val="0"/>
                <w:color w:val="FFFFFF"/>
                <w:sz w:val="20"/>
              </w:rPr>
              <w:t>Yêu cầu</w:t>
            </w:r>
          </w:p>
        </w:tc>
      </w:tr>
      <w:tr>
        <w:tc>
          <w:tcPr>
            <w:tcW w:type="dxa" w:w="4703"/>
          </w:tcPr>
          <w:p>
            <w:r>
              <w:rPr>
                <w:rFonts w:ascii="Arial" w:hAnsi="Arial" w:eastAsia="Arial"/>
                <w:b w:val="0"/>
                <w:i w:val="0"/>
                <w:sz w:val="20"/>
              </w:rPr>
              <w:t>Nhiệt độ</w:t>
            </w:r>
          </w:p>
        </w:tc>
        <w:tc>
          <w:tcPr>
            <w:tcW w:type="dxa" w:w="4703"/>
          </w:tcPr>
          <w:p>
            <w:r>
              <w:rPr>
                <w:rFonts w:ascii="Arial" w:hAnsi="Arial" w:eastAsia="Arial"/>
                <w:b w:val="0"/>
                <w:i w:val="0"/>
                <w:sz w:val="20"/>
              </w:rPr>
              <w:t>18-35°C</w:t>
            </w:r>
          </w:p>
        </w:tc>
      </w:tr>
      <w:tr>
        <w:tc>
          <w:tcPr>
            <w:tcW w:type="dxa" w:w="4703"/>
          </w:tcPr>
          <w:p>
            <w:r>
              <w:rPr>
                <w:rFonts w:ascii="Arial" w:hAnsi="Arial" w:eastAsia="Arial"/>
                <w:b w:val="0"/>
                <w:i w:val="0"/>
                <w:sz w:val="20"/>
              </w:rPr>
              <w:t>Độ ẩm không khí</w:t>
            </w:r>
          </w:p>
        </w:tc>
        <w:tc>
          <w:tcPr>
            <w:tcW w:type="dxa" w:w="4703"/>
          </w:tcPr>
          <w:p>
            <w:r>
              <w:rPr>
                <w:rFonts w:ascii="Arial" w:hAnsi="Arial" w:eastAsia="Arial"/>
                <w:b w:val="0"/>
                <w:i w:val="0"/>
                <w:sz w:val="20"/>
              </w:rPr>
              <w:t>40-75%</w:t>
            </w:r>
          </w:p>
        </w:tc>
      </w:tr>
      <w:tr>
        <w:tc>
          <w:tcPr>
            <w:tcW w:type="dxa" w:w="4703"/>
          </w:tcPr>
          <w:p>
            <w:r>
              <w:rPr>
                <w:rFonts w:ascii="Arial" w:hAnsi="Arial" w:eastAsia="Arial"/>
                <w:b w:val="0"/>
                <w:i w:val="0"/>
                <w:sz w:val="20"/>
              </w:rPr>
              <w:t>Độ ẩm gỗ</w:t>
            </w:r>
          </w:p>
        </w:tc>
        <w:tc>
          <w:tcPr>
            <w:tcW w:type="dxa" w:w="4703"/>
          </w:tcPr>
          <w:p>
            <w:r>
              <w:rPr>
                <w:rFonts w:ascii="Arial" w:hAnsi="Arial" w:eastAsia="Arial"/>
                <w:b w:val="0"/>
                <w:i w:val="0"/>
                <w:sz w:val="20"/>
              </w:rPr>
              <w:t>8-12%</w:t>
            </w:r>
          </w:p>
        </w:tc>
      </w:tr>
      <w:tr>
        <w:tc>
          <w:tcPr>
            <w:tcW w:type="dxa" w:w="4703"/>
          </w:tcPr>
          <w:p>
            <w:r>
              <w:rPr>
                <w:rFonts w:ascii="Arial" w:hAnsi="Arial" w:eastAsia="Arial"/>
                <w:b w:val="0"/>
                <w:i w:val="0"/>
                <w:sz w:val="20"/>
              </w:rPr>
              <w:t>Độ nhám cuối</w:t>
            </w:r>
          </w:p>
        </w:tc>
        <w:tc>
          <w:tcPr>
            <w:tcW w:type="dxa" w:w="4703"/>
          </w:tcPr>
          <w:p>
            <w:r>
              <w:rPr>
                <w:rFonts w:ascii="Arial" w:hAnsi="Arial" w:eastAsia="Arial"/>
                <w:b w:val="0"/>
                <w:i w:val="0"/>
                <w:sz w:val="20"/>
              </w:rPr>
              <w:t>P120-P180 (không mịn hơn P240)</w:t>
            </w:r>
          </w:p>
        </w:tc>
      </w:tr>
      <w:tr>
        <w:tc>
          <w:tcPr>
            <w:tcW w:type="dxa" w:w="4703"/>
          </w:tcPr>
          <w:p>
            <w:r>
              <w:rPr>
                <w:rFonts w:ascii="Arial" w:hAnsi="Arial" w:eastAsia="Arial"/>
                <w:b w:val="0"/>
                <w:i w:val="0"/>
                <w:sz w:val="20"/>
              </w:rPr>
              <w:t>pH bề mặt gỗ</w:t>
            </w:r>
          </w:p>
        </w:tc>
        <w:tc>
          <w:tcPr>
            <w:tcW w:type="dxa" w:w="4703"/>
          </w:tcPr>
          <w:p>
            <w:r>
              <w:rPr>
                <w:rFonts w:ascii="Arial" w:hAnsi="Arial" w:eastAsia="Arial"/>
                <w:b w:val="0"/>
                <w:i w:val="0"/>
                <w:sz w:val="20"/>
              </w:rPr>
              <w:t>Trung tính 6-8</w:t>
            </w:r>
          </w:p>
        </w:tc>
      </w:tr>
    </w:tbl>
    <w:p>
      <w:pPr>
        <w:spacing w:after="120"/>
      </w:pPr>
      <w:r>
        <w:rPr>
          <w:rFonts w:ascii="Arial" w:hAnsi="Arial" w:eastAsia="Arial"/>
          <w:b w:val="0"/>
          <w:i w:val="0"/>
          <w:sz w:val="22"/>
        </w:rPr>
      </w:r>
    </w:p>
    <w:p>
      <w:pPr>
        <w:pStyle w:val="Heading1"/>
      </w:pPr>
      <w:r>
        <w:rPr>
          <w:rFonts w:ascii="Arial" w:hAnsi="Arial" w:eastAsia="Arial"/>
          <w:b/>
          <w:i w:val="0"/>
          <w:color w:val="0D47A1"/>
          <w:sz w:val="32"/>
        </w:rPr>
        <w:t>3. DỤNG CỤ THI CÔNG</w:t>
      </w:r>
    </w:p>
    <w:p>
      <w:pPr>
        <w:pStyle w:val="ListBullet"/>
        <w:spacing w:after="60"/>
      </w:pPr>
      <w:r>
        <w:rPr>
          <w:rFonts w:ascii="Arial" w:hAnsi="Arial" w:eastAsia="Arial"/>
          <w:b w:val="0"/>
          <w:i w:val="0"/>
          <w:sz w:val="22"/>
        </w:rPr>
        <w:t>Vải không xơ (cotton trắng)/miếng bọt biển (pad)</w:t>
      </w:r>
    </w:p>
    <w:p>
      <w:pPr>
        <w:pStyle w:val="ListBullet"/>
        <w:spacing w:after="60"/>
      </w:pPr>
      <w:r>
        <w:rPr>
          <w:rFonts w:ascii="Arial" w:hAnsi="Arial" w:eastAsia="Arial"/>
          <w:b w:val="0"/>
          <w:i w:val="0"/>
          <w:sz w:val="22"/>
        </w:rPr>
        <w:t>Scotchbrite đỏ/trắng</w:t>
      </w:r>
    </w:p>
    <w:p>
      <w:pPr>
        <w:pStyle w:val="ListBullet"/>
        <w:spacing w:after="60"/>
      </w:pPr>
      <w:r>
        <w:rPr>
          <w:rFonts w:ascii="Arial" w:hAnsi="Arial" w:eastAsia="Arial"/>
          <w:b w:val="0"/>
          <w:i w:val="0"/>
          <w:sz w:val="22"/>
        </w:rPr>
        <w:t>Găng tay cao su</w:t>
      </w:r>
    </w:p>
    <w:p>
      <w:pPr>
        <w:pStyle w:val="ListBullet"/>
        <w:spacing w:after="60"/>
      </w:pPr>
      <w:r>
        <w:rPr>
          <w:rFonts w:ascii="Arial" w:hAnsi="Arial" w:eastAsia="Arial"/>
          <w:b w:val="0"/>
          <w:i w:val="0"/>
          <w:sz w:val="22"/>
        </w:rPr>
        <w:t>Khăn cotton sạch khô lau dầu thừa</w:t>
      </w:r>
    </w:p>
    <w:p>
      <w:pPr>
        <w:pStyle w:val="ListBullet"/>
        <w:spacing w:after="60"/>
      </w:pPr>
      <w:r>
        <w:rPr>
          <w:rFonts w:ascii="Arial" w:hAnsi="Arial" w:eastAsia="Arial"/>
          <w:b w:val="0"/>
          <w:i w:val="0"/>
          <w:sz w:val="22"/>
        </w:rPr>
        <w:t>Máy chà nhám quỹ đạo + giấy nhám P120-P180-P240</w:t>
      </w:r>
    </w:p>
    <w:p>
      <w:pPr>
        <w:pStyle w:val="ListBullet"/>
        <w:spacing w:after="60"/>
      </w:pPr>
      <w:r>
        <w:rPr>
          <w:rFonts w:ascii="Arial" w:hAnsi="Arial" w:eastAsia="Arial"/>
          <w:b w:val="0"/>
          <w:i w:val="0"/>
          <w:sz w:val="22"/>
        </w:rPr>
        <w:t>Máy hút bụi/chổi mềm</w:t>
      </w:r>
    </w:p>
    <w:p>
      <w:pPr>
        <w:pStyle w:val="ListBullet"/>
        <w:spacing w:after="60"/>
      </w:pPr>
      <w:r>
        <w:rPr>
          <w:rFonts w:ascii="Arial" w:hAnsi="Arial" w:eastAsia="Arial"/>
          <w:b w:val="0"/>
          <w:i w:val="0"/>
          <w:sz w:val="22"/>
        </w:rPr>
        <w:t>Khẩu trang, kính bảo hộ</w:t>
      </w:r>
    </w:p>
    <w:p>
      <w:pPr>
        <w:pStyle w:val="ListBullet"/>
        <w:spacing w:after="60"/>
      </w:pPr>
      <w:r>
        <w:rPr>
          <w:rFonts w:ascii="Arial" w:hAnsi="Arial" w:eastAsia="Arial"/>
          <w:b w:val="0"/>
          <w:i w:val="0"/>
          <w:sz w:val="22"/>
        </w:rPr>
        <w:t>Thau nước sạch rửa dụng cụ</w:t>
      </w:r>
    </w:p>
    <w:p>
      <w:pPr>
        <w:spacing w:after="120"/>
      </w:pPr>
      <w:r>
        <w:rPr>
          <w:rFonts w:ascii="Arial" w:hAnsi="Arial" w:eastAsia="Arial"/>
          <w:b w:val="0"/>
          <w:i w:val="0"/>
          <w:sz w:val="22"/>
        </w:rPr>
      </w:r>
    </w:p>
    <w:p>
      <w:pPr>
        <w:pStyle w:val="Heading1"/>
      </w:pPr>
      <w:r>
        <w:rPr>
          <w:rFonts w:ascii="Arial" w:hAnsi="Arial" w:eastAsia="Arial"/>
          <w:b/>
          <w:i w:val="0"/>
          <w:color w:val="0D47A1"/>
          <w:sz w:val="32"/>
        </w:rPr>
        <w:t>4. CHUẨN BỊ BỀ MẶT GỖ</w:t>
      </w:r>
    </w:p>
    <w:p>
      <w:pPr>
        <w:spacing w:after="120"/>
      </w:pPr>
      <w:r>
        <w:rPr>
          <w:rFonts w:ascii="Arial" w:hAnsi="Arial" w:eastAsia="Arial"/>
          <w:b w:val="0"/>
          <w:i w:val="0"/>
          <w:sz w:val="22"/>
        </w:rPr>
        <w:t>Bước này quyết định 70% chất lượng. Bề mặt phải sạch, khô, phẳng, không khuyết tật.</w:t>
      </w:r>
    </w:p>
    <w:p>
      <w:r>
        <w:rPr>
          <w:rFonts w:ascii="Arial" w:hAnsi="Arial" w:eastAsia="Arial"/>
          <w:b/>
          <w:i w:val="0"/>
          <w:color w:val="0D47A1"/>
          <w:sz w:val="22"/>
        </w:rPr>
        <w:t>B4.1 - Chà nhám thô:</w:t>
      </w:r>
    </w:p>
    <w:p>
      <w:pPr>
        <w:spacing w:after="120"/>
      </w:pPr>
      <w:r>
        <w:rPr>
          <w:rFonts w:ascii="Arial" w:hAnsi="Arial" w:eastAsia="Arial"/>
          <w:b w:val="0"/>
          <w:i w:val="0"/>
          <w:sz w:val="22"/>
        </w:rPr>
        <w:t>Chà P120 theo chiều vân. Loại bỏ xù xì, mộc dư, keo thừa.</w:t>
      </w:r>
    </w:p>
    <w:p>
      <w:r>
        <w:rPr>
          <w:rFonts w:ascii="Arial" w:hAnsi="Arial" w:eastAsia="Arial"/>
          <w:b/>
          <w:i w:val="0"/>
          <w:color w:val="0D47A1"/>
          <w:sz w:val="22"/>
        </w:rPr>
        <w:t>B4.2 - Chà nhám tinh:</w:t>
      </w:r>
    </w:p>
    <w:p>
      <w:pPr>
        <w:spacing w:after="120"/>
      </w:pPr>
      <w:r>
        <w:rPr>
          <w:rFonts w:ascii="Arial" w:hAnsi="Arial" w:eastAsia="Arial"/>
          <w:b w:val="0"/>
          <w:i w:val="0"/>
          <w:sz w:val="22"/>
        </w:rPr>
        <w:t>Chà P180. Không chà quá mịn (&gt;P240) vì bít mao quản, dầu không thấm sâu.</w:t>
      </w:r>
    </w:p>
    <w:p>
      <w:r>
        <w:rPr>
          <w:rFonts w:ascii="Arial" w:hAnsi="Arial" w:eastAsia="Arial"/>
          <w:b/>
          <w:i w:val="0"/>
          <w:color w:val="0D47A1"/>
          <w:sz w:val="22"/>
        </w:rPr>
        <w:t>B4.3 - Vệ sinh bụi:</w:t>
      </w:r>
    </w:p>
    <w:p>
      <w:pPr>
        <w:spacing w:after="120"/>
      </w:pPr>
      <w:r>
        <w:rPr>
          <w:rFonts w:ascii="Arial" w:hAnsi="Arial" w:eastAsia="Arial"/>
          <w:b w:val="0"/>
          <w:i w:val="0"/>
          <w:sz w:val="22"/>
        </w:rPr>
        <w:t>Hút bụi kỹ. Lau khăn ẩm (vắt kiệt) lần cuối loại bụi mịn.</w:t>
      </w:r>
    </w:p>
    <w:p>
      <w:r>
        <w:rPr>
          <w:rFonts w:ascii="Arial" w:hAnsi="Arial" w:eastAsia="Arial"/>
          <w:b/>
          <w:i w:val="0"/>
          <w:color w:val="0D47A1"/>
          <w:sz w:val="22"/>
        </w:rPr>
        <w:t>B4.4 - Đánh vân gỗ:</w:t>
      </w:r>
    </w:p>
    <w:p>
      <w:pPr>
        <w:spacing w:after="120"/>
      </w:pPr>
      <w:r>
        <w:rPr>
          <w:rFonts w:ascii="Arial" w:hAnsi="Arial" w:eastAsia="Arial"/>
          <w:b w:val="0"/>
          <w:i w:val="0"/>
          <w:sz w:val="22"/>
        </w:rPr>
        <w:t>Lau khăn ẩm sạch lên bề mặt. Xơ gỗ dựng đứng. Chờ khô 30-60 phút, chà nhẹ P240 hết xơ.</w:t>
      </w:r>
    </w:p>
    <w:p>
      <w:r>
        <w:rPr>
          <w:rFonts w:ascii="Arial" w:hAnsi="Arial" w:eastAsia="Arial"/>
          <w:b/>
          <w:i w:val="0"/>
          <w:color w:val="0D47A1"/>
          <w:sz w:val="22"/>
        </w:rPr>
        <w:t>B4.5 - Hút bụi cuối:</w:t>
      </w:r>
    </w:p>
    <w:p>
      <w:pPr>
        <w:spacing w:after="120"/>
      </w:pPr>
      <w:r>
        <w:rPr>
          <w:rFonts w:ascii="Arial" w:hAnsi="Arial" w:eastAsia="Arial"/>
          <w:b w:val="0"/>
          <w:i w:val="0"/>
          <w:sz w:val="22"/>
        </w:rPr>
        <w:t>Hút bụi + lau khăn khô. Bề mặt sẵn sàng thi công.</w:t>
      </w:r>
    </w:p>
    <w:p>
      <w:r>
        <w:br w:type="page"/>
      </w:r>
    </w:p>
    <w:p>
      <w:pPr>
        <w:pStyle w:val="Heading1"/>
      </w:pPr>
      <w:r>
        <w:rPr>
          <w:rFonts w:ascii="Arial" w:hAnsi="Arial" w:eastAsia="Arial"/>
          <w:b/>
          <w:i w:val="0"/>
          <w:color w:val="0D47A1"/>
          <w:sz w:val="32"/>
        </w:rPr>
        <w:t>5. QUY TRÌNH 1 LẦN LAU</w:t>
      </w:r>
    </w:p>
    <w:p>
      <w:pPr>
        <w:spacing w:after="120"/>
      </w:pPr>
      <w:r>
        <w:rPr>
          <w:rFonts w:ascii="Arial" w:hAnsi="Arial" w:eastAsia="Arial"/>
          <w:b/>
          <w:i w:val="0"/>
          <w:color w:val="C81E1E"/>
          <w:sz w:val="22"/>
        </w:rPr>
        <w:t>Phương pháp tối ưu cho hầu hết nội thất. Tiết kiệm vật tư, thời gian, thẩm mỹ cao.</w:t>
      </w:r>
    </w:p>
    <w:p>
      <w:pPr>
        <w:spacing w:after="120"/>
      </w:pPr>
      <w:r>
        <w:rPr>
          <w:rFonts w:ascii="Arial" w:hAnsi="Arial" w:eastAsia="Arial"/>
          <w:b w:val="0"/>
          <w:i w:val="0"/>
          <w:sz w:val="22"/>
        </w:rPr>
      </w:r>
    </w:p>
    <w:p>
      <w:r>
        <w:rPr>
          <w:rFonts w:ascii="Arial" w:hAnsi="Arial" w:eastAsia="Arial"/>
          <w:b/>
          <w:i w:val="0"/>
          <w:color w:val="0D47A1"/>
          <w:sz w:val="22"/>
        </w:rPr>
        <w:t>B1 - Lắc/khuấy sản phẩm:</w:t>
      </w:r>
    </w:p>
    <w:p>
      <w:pPr>
        <w:spacing w:after="120"/>
      </w:pPr>
      <w:r>
        <w:rPr>
          <w:rFonts w:ascii="Arial" w:hAnsi="Arial" w:eastAsia="Arial"/>
          <w:b w:val="0"/>
          <w:i w:val="0"/>
          <w:sz w:val="22"/>
        </w:rPr>
        <w:t>Lắc chai 1-2 phút. Nếu 2K, pha theo tỷ lệ nhà sx, khuấy 2 phút.</w:t>
      </w:r>
    </w:p>
    <w:p>
      <w:r>
        <w:rPr>
          <w:rFonts w:ascii="Arial" w:hAnsi="Arial" w:eastAsia="Arial"/>
          <w:b/>
          <w:i w:val="0"/>
          <w:color w:val="0D47A1"/>
          <w:sz w:val="22"/>
        </w:rPr>
        <w:t>B2 - Thi công:</w:t>
      </w:r>
    </w:p>
    <w:p>
      <w:pPr>
        <w:spacing w:after="120"/>
      </w:pPr>
      <w:r>
        <w:rPr>
          <w:rFonts w:ascii="Arial" w:hAnsi="Arial" w:eastAsia="Arial"/>
          <w:b w:val="0"/>
          <w:i w:val="0"/>
          <w:sz w:val="22"/>
        </w:rPr>
        <w:t>Vải/pad thấm dầu, quét đều theo chiều vân. Lượng vừa đủ ẩm, không đọng vũng.</w:t>
      </w:r>
    </w:p>
    <w:p>
      <w:r>
        <w:rPr>
          <w:rFonts w:ascii="Arial" w:hAnsi="Arial" w:eastAsia="Arial"/>
          <w:b/>
          <w:i w:val="0"/>
          <w:color w:val="0D47A1"/>
          <w:sz w:val="22"/>
        </w:rPr>
        <w:t>B3 - Chờ thấm:</w:t>
      </w:r>
    </w:p>
    <w:p>
      <w:pPr>
        <w:spacing w:after="120"/>
      </w:pPr>
      <w:r>
        <w:rPr>
          <w:rFonts w:ascii="Arial" w:hAnsi="Arial" w:eastAsia="Arial"/>
          <w:b w:val="0"/>
          <w:i w:val="0"/>
          <w:sz w:val="22"/>
        </w:rPr>
        <w:t>15-20 phút cho dầu thẩm thấu vào gỗ.</w:t>
      </w:r>
    </w:p>
    <w:p>
      <w:r>
        <w:rPr>
          <w:rFonts w:ascii="Arial" w:hAnsi="Arial" w:eastAsia="Arial"/>
          <w:b/>
          <w:i w:val="0"/>
          <w:color w:val="0D47A1"/>
          <w:sz w:val="22"/>
        </w:rPr>
        <w:t>B4 - Lau sạch dầu thừa (QUAN TRỌNG):</w:t>
      </w:r>
    </w:p>
    <w:p>
      <w:pPr>
        <w:spacing w:after="120"/>
      </w:pPr>
      <w:r>
        <w:rPr>
          <w:rFonts w:ascii="Arial" w:hAnsi="Arial" w:eastAsia="Arial"/>
          <w:b w:val="0"/>
          <w:i w:val="0"/>
          <w:sz w:val="22"/>
        </w:rPr>
        <w:t>Khăn cotton khô lau kỹ 2-3 lượt đến khi khăn sạch. Bề mặt khô ráo. Nếu không lau sạch -&gt; màng keo dính, loang lổ, bám bụi.</w:t>
      </w:r>
    </w:p>
    <w:p>
      <w:r>
        <w:rPr>
          <w:rFonts w:ascii="Arial" w:hAnsi="Arial" w:eastAsia="Arial"/>
          <w:b/>
          <w:i w:val="0"/>
          <w:color w:val="0D47A1"/>
          <w:sz w:val="22"/>
        </w:rPr>
        <w:t>B5 - Chờ khô:</w:t>
      </w:r>
    </w:p>
    <w:p>
      <w:pPr>
        <w:spacing w:after="120"/>
      </w:pPr>
      <w:r>
        <w:rPr>
          <w:rFonts w:ascii="Arial" w:hAnsi="Arial" w:eastAsia="Arial"/>
          <w:b w:val="0"/>
          <w:i w:val="0"/>
          <w:sz w:val="22"/>
        </w:rPr>
        <w:t>Để khô tự nhiên thông thoáng.</w:t>
      </w:r>
    </w:p>
    <w:p>
      <w:pPr>
        <w:spacing w:after="120"/>
      </w:pPr>
      <w:r>
        <w:rPr>
          <w:rFonts w:ascii="Arial" w:hAnsi="Arial" w:eastAsia="Arial"/>
          <w:b w:val="0"/>
          <w:i w:val="0"/>
          <w:sz w:val="22"/>
        </w:rPr>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565C0"/>
          </w:tcPr>
          <w:p>
            <w:r>
              <w:rPr>
                <w:rFonts w:ascii="Arial" w:hAnsi="Arial" w:eastAsia="Arial"/>
                <w:b/>
                <w:i w:val="0"/>
                <w:color w:val="FFFFFF"/>
                <w:sz w:val="20"/>
              </w:rPr>
              <w:t>Thời gian</w:t>
            </w:r>
          </w:p>
        </w:tc>
        <w:tc>
          <w:tcPr>
            <w:tcW w:type="dxa" w:w="4703"/>
            <w:shd w:val="clear" w:color="auto" w:fill="1565C0"/>
          </w:tcPr>
          <w:p>
            <w:r>
              <w:rPr>
                <w:rFonts w:ascii="Arial" w:hAnsi="Arial" w:eastAsia="Arial"/>
                <w:b/>
                <w:i w:val="0"/>
                <w:color w:val="FFFFFF"/>
                <w:sz w:val="20"/>
              </w:rPr>
              <w:t>Trạng thái</w:t>
            </w:r>
          </w:p>
        </w:tc>
      </w:tr>
      <w:tr>
        <w:tc>
          <w:tcPr>
            <w:tcW w:type="dxa" w:w="4703"/>
          </w:tcPr>
          <w:p>
            <w:r>
              <w:rPr>
                <w:rFonts w:ascii="Arial" w:hAnsi="Arial" w:eastAsia="Arial"/>
                <w:b w:val="0"/>
                <w:i w:val="0"/>
                <w:sz w:val="20"/>
              </w:rPr>
              <w:t>Ngay sau lau</w:t>
            </w:r>
          </w:p>
        </w:tc>
        <w:tc>
          <w:tcPr>
            <w:tcW w:type="dxa" w:w="4703"/>
          </w:tcPr>
          <w:p>
            <w:r>
              <w:rPr>
                <w:rFonts w:ascii="Arial" w:hAnsi="Arial" w:eastAsia="Arial"/>
                <w:b w:val="0"/>
                <w:i w:val="0"/>
                <w:sz w:val="20"/>
              </w:rPr>
              <w:t>Bề mặt khô, sạch, không dính dầu</w:t>
            </w:r>
          </w:p>
        </w:tc>
      </w:tr>
      <w:tr>
        <w:tc>
          <w:tcPr>
            <w:tcW w:type="dxa" w:w="4703"/>
          </w:tcPr>
          <w:p>
            <w:r>
              <w:rPr>
                <w:rFonts w:ascii="Arial" w:hAnsi="Arial" w:eastAsia="Arial"/>
                <w:b w:val="0"/>
                <w:i w:val="0"/>
                <w:sz w:val="20"/>
              </w:rPr>
              <w:t>Sau 2-4h</w:t>
            </w:r>
          </w:p>
        </w:tc>
        <w:tc>
          <w:tcPr>
            <w:tcW w:type="dxa" w:w="4703"/>
          </w:tcPr>
          <w:p>
            <w:r>
              <w:rPr>
                <w:rFonts w:ascii="Arial" w:hAnsi="Arial" w:eastAsia="Arial"/>
                <w:b w:val="0"/>
                <w:i w:val="0"/>
                <w:sz w:val="20"/>
              </w:rPr>
              <w:t>Khô chạm tay</w:t>
            </w:r>
          </w:p>
        </w:tc>
      </w:tr>
      <w:tr>
        <w:tc>
          <w:tcPr>
            <w:tcW w:type="dxa" w:w="4703"/>
          </w:tcPr>
          <w:p>
            <w:r>
              <w:rPr>
                <w:rFonts w:ascii="Arial" w:hAnsi="Arial" w:eastAsia="Arial"/>
                <w:b w:val="0"/>
                <w:i w:val="0"/>
                <w:sz w:val="20"/>
              </w:rPr>
              <w:t>Sau 8-12h</w:t>
            </w:r>
          </w:p>
        </w:tc>
        <w:tc>
          <w:tcPr>
            <w:tcW w:type="dxa" w:w="4703"/>
          </w:tcPr>
          <w:p>
            <w:r>
              <w:rPr>
                <w:rFonts w:ascii="Arial" w:hAnsi="Arial" w:eastAsia="Arial"/>
                <w:b w:val="0"/>
                <w:i w:val="0"/>
                <w:sz w:val="20"/>
              </w:rPr>
              <w:t>Có thể đi lại nhẹ</w:t>
            </w:r>
          </w:p>
        </w:tc>
      </w:tr>
      <w:tr>
        <w:tc>
          <w:tcPr>
            <w:tcW w:type="dxa" w:w="4703"/>
          </w:tcPr>
          <w:p>
            <w:r>
              <w:rPr>
                <w:rFonts w:ascii="Arial" w:hAnsi="Arial" w:eastAsia="Arial"/>
                <w:b w:val="0"/>
                <w:i w:val="0"/>
                <w:sz w:val="20"/>
              </w:rPr>
              <w:t>Sau 24-48h</w:t>
            </w:r>
          </w:p>
        </w:tc>
        <w:tc>
          <w:tcPr>
            <w:tcW w:type="dxa" w:w="4703"/>
          </w:tcPr>
          <w:p>
            <w:r>
              <w:rPr>
                <w:rFonts w:ascii="Arial" w:hAnsi="Arial" w:eastAsia="Arial"/>
                <w:b w:val="0"/>
                <w:i w:val="0"/>
                <w:sz w:val="20"/>
              </w:rPr>
              <w:t>Khô hoàn toàn, sử dụng nhẹ</w:t>
            </w:r>
          </w:p>
        </w:tc>
      </w:tr>
      <w:tr>
        <w:tc>
          <w:tcPr>
            <w:tcW w:type="dxa" w:w="4703"/>
          </w:tcPr>
          <w:p>
            <w:r>
              <w:rPr>
                <w:rFonts w:ascii="Arial" w:hAnsi="Arial" w:eastAsia="Arial"/>
                <w:b w:val="0"/>
                <w:i w:val="0"/>
                <w:sz w:val="20"/>
              </w:rPr>
              <w:t>Sau 5-7 ngày</w:t>
            </w:r>
          </w:p>
        </w:tc>
        <w:tc>
          <w:tcPr>
            <w:tcW w:type="dxa" w:w="4703"/>
          </w:tcPr>
          <w:p>
            <w:r>
              <w:rPr>
                <w:rFonts w:ascii="Arial" w:hAnsi="Arial" w:eastAsia="Arial"/>
                <w:b w:val="0"/>
                <w:i w:val="0"/>
                <w:sz w:val="20"/>
              </w:rPr>
              <w:t>Đóng rắn 100%</w:t>
            </w:r>
          </w:p>
        </w:tc>
      </w:tr>
    </w:tbl>
    <w:p>
      <w:r>
        <w:br w:type="page"/>
      </w:r>
    </w:p>
    <w:p>
      <w:pPr>
        <w:pStyle w:val="Heading1"/>
      </w:pPr>
      <w:r>
        <w:rPr>
          <w:rFonts w:ascii="Arial" w:hAnsi="Arial" w:eastAsia="Arial"/>
          <w:b/>
          <w:i w:val="0"/>
          <w:color w:val="0D47A1"/>
          <w:sz w:val="32"/>
        </w:rPr>
        <w:t>6. QUY TRÌNH 2 LẦN LAU (CÁCH NHAU 4 GIỜ)</w:t>
      </w:r>
    </w:p>
    <w:p>
      <w:pPr>
        <w:spacing w:after="120"/>
      </w:pPr>
      <w:r>
        <w:rPr>
          <w:rFonts w:ascii="Arial" w:hAnsi="Arial" w:eastAsia="Arial"/>
          <w:b/>
          <w:i w:val="0"/>
          <w:color w:val="C81E1E"/>
          <w:sz w:val="22"/>
        </w:rPr>
        <w:t>Dành cho bề mặt yêu cầu độ bền cao: sàn nhà, mặt bàn bếp, quầy bar, gỗ xốp.</w:t>
      </w:r>
    </w:p>
    <w:p>
      <w:pPr>
        <w:spacing w:after="120"/>
      </w:pPr>
      <w:r>
        <w:rPr>
          <w:rFonts w:ascii="Arial" w:hAnsi="Arial" w:eastAsia="Arial"/>
          <w:b w:val="0"/>
          <w:i w:val="0"/>
          <w:sz w:val="22"/>
        </w:rPr>
      </w:r>
    </w:p>
    <w:p>
      <w:pPr>
        <w:spacing w:after="120"/>
      </w:pPr>
      <w:r>
        <w:rPr>
          <w:rFonts w:ascii="Arial" w:hAnsi="Arial" w:eastAsia="Arial"/>
          <w:b/>
          <w:i w:val="0"/>
          <w:sz w:val="22"/>
        </w:rPr>
        <w:t>LẦN 1: Thực hiện như Mục 5 (1 lần lau).</w:t>
      </w:r>
    </w:p>
    <w:p>
      <w:pPr>
        <w:spacing w:after="120"/>
      </w:pPr>
      <w:r>
        <w:rPr>
          <w:rFonts w:ascii="Arial" w:hAnsi="Arial" w:eastAsia="Arial"/>
          <w:b w:val="0"/>
          <w:i w:val="0"/>
          <w:sz w:val="22"/>
        </w:rPr>
      </w:r>
    </w:p>
    <w:p>
      <w:pPr>
        <w:spacing w:after="120"/>
      </w:pPr>
      <w:r>
        <w:rPr>
          <w:rFonts w:ascii="Arial" w:hAnsi="Arial" w:eastAsia="Arial"/>
          <w:b/>
          <w:i w:val="0"/>
          <w:color w:val="0D47A1"/>
          <w:sz w:val="22"/>
        </w:rPr>
        <w:t>SAU 4 GIỜ (thời gian giữa 2 lần lau):</w:t>
      </w:r>
    </w:p>
    <w:p>
      <w:pPr>
        <w:spacing w:after="120"/>
      </w:pPr>
      <w:r>
        <w:rPr>
          <w:rFonts w:ascii="Arial" w:hAnsi="Arial" w:eastAsia="Arial"/>
          <w:b w:val="0"/>
          <w:i w:val="0"/>
          <w:sz w:val="22"/>
        </w:rPr>
        <w:t>Bề mặt đã khô chạm tay. Dùng giấy nhám P320 (hoặc scotchbrite xám) chà NHẸ để tạo độ nhám vi mô cho lớp sau bám tốt hơn. Hút bụi, lau sạch.</w:t>
      </w:r>
    </w:p>
    <w:p>
      <w:pPr>
        <w:spacing w:after="120"/>
      </w:pPr>
      <w:r>
        <w:rPr>
          <w:rFonts w:ascii="Arial" w:hAnsi="Arial" w:eastAsia="Arial"/>
          <w:b w:val="0"/>
          <w:i w:val="0"/>
          <w:sz w:val="22"/>
        </w:rPr>
      </w:r>
    </w:p>
    <w:p>
      <w:r>
        <w:rPr>
          <w:rFonts w:ascii="Arial" w:hAnsi="Arial" w:eastAsia="Arial"/>
          <w:b/>
          <w:i w:val="0"/>
          <w:color w:val="0D47A1"/>
          <w:sz w:val="22"/>
        </w:rPr>
        <w:t>LẦN 2 - B1: Thi công:</w:t>
      </w:r>
    </w:p>
    <w:p>
      <w:pPr>
        <w:spacing w:after="120"/>
      </w:pPr>
      <w:r>
        <w:rPr>
          <w:rFonts w:ascii="Arial" w:hAnsi="Arial" w:eastAsia="Arial"/>
          <w:b w:val="0"/>
          <w:i w:val="0"/>
          <w:sz w:val="22"/>
        </w:rPr>
        <w:t>Lắc/khuấy lại sản phẩm. Quét đều, lượng dầu chỉ 50-70% lần 1.</w:t>
      </w:r>
    </w:p>
    <w:p>
      <w:pPr>
        <w:spacing w:after="120"/>
      </w:pPr>
      <w:r>
        <w:rPr>
          <w:rFonts w:ascii="Arial" w:hAnsi="Arial" w:eastAsia="Arial"/>
          <w:b w:val="0"/>
          <w:i w:val="0"/>
          <w:sz w:val="22"/>
        </w:rPr>
      </w:r>
    </w:p>
    <w:p>
      <w:r>
        <w:rPr>
          <w:rFonts w:ascii="Arial" w:hAnsi="Arial" w:eastAsia="Arial"/>
          <w:b/>
          <w:i w:val="0"/>
          <w:color w:val="0D47A1"/>
          <w:sz w:val="22"/>
        </w:rPr>
        <w:t>LẦN 2 - B2: Chờ thấm:</w:t>
      </w:r>
    </w:p>
    <w:p>
      <w:pPr>
        <w:spacing w:after="120"/>
      </w:pPr>
      <w:r>
        <w:rPr>
          <w:rFonts w:ascii="Arial" w:hAnsi="Arial" w:eastAsia="Arial"/>
          <w:b w:val="0"/>
          <w:i w:val="0"/>
          <w:sz w:val="22"/>
        </w:rPr>
        <w:t>10-15 phút.</w:t>
      </w:r>
    </w:p>
    <w:p>
      <w:pPr>
        <w:spacing w:after="120"/>
      </w:pPr>
      <w:r>
        <w:rPr>
          <w:rFonts w:ascii="Arial" w:hAnsi="Arial" w:eastAsia="Arial"/>
          <w:b w:val="0"/>
          <w:i w:val="0"/>
          <w:sz w:val="22"/>
        </w:rPr>
      </w:r>
    </w:p>
    <w:p>
      <w:r>
        <w:rPr>
          <w:rFonts w:ascii="Arial" w:hAnsi="Arial" w:eastAsia="Arial"/>
          <w:b/>
          <w:i w:val="0"/>
          <w:color w:val="0D47A1"/>
          <w:sz w:val="22"/>
        </w:rPr>
        <w:t>LẦN 2 - B3: Lau sạch dầu thừa:</w:t>
      </w:r>
    </w:p>
    <w:p>
      <w:pPr>
        <w:spacing w:after="120"/>
      </w:pPr>
      <w:r>
        <w:rPr>
          <w:rFonts w:ascii="Arial" w:hAnsi="Arial" w:eastAsia="Arial"/>
          <w:b w:val="0"/>
          <w:i w:val="0"/>
          <w:sz w:val="22"/>
        </w:rPr>
        <w:t>Khăn cotton khô lau sạch. Bề mặt khô.</w:t>
      </w:r>
    </w:p>
    <w:p>
      <w:pPr>
        <w:spacing w:after="120"/>
      </w:pPr>
      <w:r>
        <w:rPr>
          <w:rFonts w:ascii="Arial" w:hAnsi="Arial" w:eastAsia="Arial"/>
          <w:b w:val="0"/>
          <w:i w:val="0"/>
          <w:sz w:val="22"/>
        </w:rPr>
      </w:r>
    </w:p>
    <w:p>
      <w:r>
        <w:rPr>
          <w:rFonts w:ascii="Arial" w:hAnsi="Arial" w:eastAsia="Arial"/>
          <w:b/>
          <w:i w:val="0"/>
          <w:color w:val="0D47A1"/>
          <w:sz w:val="22"/>
        </w:rPr>
        <w:t>LẦN 2 - B4: Chờ khô:</w:t>
      </w:r>
    </w:p>
    <w:p>
      <w:pPr>
        <w:spacing w:after="120"/>
      </w:pPr>
      <w:r>
        <w:rPr>
          <w:rFonts w:ascii="Arial" w:hAnsi="Arial" w:eastAsia="Arial"/>
          <w:b w:val="0"/>
          <w:i w:val="0"/>
          <w:sz w:val="22"/>
        </w:rPr>
        <w:t>Để khô tự nhiên.</w:t>
      </w:r>
    </w:p>
    <w:p>
      <w:pPr>
        <w:spacing w:after="120"/>
      </w:pPr>
      <w:r>
        <w:rPr>
          <w:rFonts w:ascii="Arial" w:hAnsi="Arial" w:eastAsia="Arial"/>
          <w:b w:val="0"/>
          <w:i w:val="0"/>
          <w:sz w:val="22"/>
        </w:rPr>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565C0"/>
          </w:tcPr>
          <w:p>
            <w:r>
              <w:rPr>
                <w:rFonts w:ascii="Arial" w:hAnsi="Arial" w:eastAsia="Arial"/>
                <w:b/>
                <w:i w:val="0"/>
                <w:color w:val="FFFFFF"/>
                <w:sz w:val="20"/>
              </w:rPr>
              <w:t>Thời gian</w:t>
            </w:r>
          </w:p>
        </w:tc>
        <w:tc>
          <w:tcPr>
            <w:tcW w:type="dxa" w:w="4703"/>
            <w:shd w:val="clear" w:color="auto" w:fill="1565C0"/>
          </w:tcPr>
          <w:p>
            <w:r>
              <w:rPr>
                <w:rFonts w:ascii="Arial" w:hAnsi="Arial" w:eastAsia="Arial"/>
                <w:b/>
                <w:i w:val="0"/>
                <w:color w:val="FFFFFF"/>
                <w:sz w:val="20"/>
              </w:rPr>
              <w:t>Trạng thái</w:t>
            </w:r>
          </w:p>
        </w:tc>
      </w:tr>
      <w:tr>
        <w:tc>
          <w:tcPr>
            <w:tcW w:type="dxa" w:w="4703"/>
          </w:tcPr>
          <w:p>
            <w:r>
              <w:rPr>
                <w:rFonts w:ascii="Arial" w:hAnsi="Arial" w:eastAsia="Arial"/>
                <w:b w:val="0"/>
                <w:i w:val="0"/>
                <w:sz w:val="20"/>
              </w:rPr>
              <w:t>Ngay sau lần 2</w:t>
            </w:r>
          </w:p>
        </w:tc>
        <w:tc>
          <w:tcPr>
            <w:tcW w:type="dxa" w:w="4703"/>
          </w:tcPr>
          <w:p>
            <w:r>
              <w:rPr>
                <w:rFonts w:ascii="Arial" w:hAnsi="Arial" w:eastAsia="Arial"/>
                <w:b w:val="0"/>
                <w:i w:val="0"/>
                <w:sz w:val="20"/>
              </w:rPr>
              <w:t>Bề mặt khô, sạch</w:t>
            </w:r>
          </w:p>
        </w:tc>
      </w:tr>
      <w:tr>
        <w:tc>
          <w:tcPr>
            <w:tcW w:type="dxa" w:w="4703"/>
          </w:tcPr>
          <w:p>
            <w:r>
              <w:rPr>
                <w:rFonts w:ascii="Arial" w:hAnsi="Arial" w:eastAsia="Arial"/>
                <w:b w:val="0"/>
                <w:i w:val="0"/>
                <w:sz w:val="20"/>
              </w:rPr>
              <w:t>Sau 4-6h</w:t>
            </w:r>
          </w:p>
        </w:tc>
        <w:tc>
          <w:tcPr>
            <w:tcW w:type="dxa" w:w="4703"/>
          </w:tcPr>
          <w:p>
            <w:r>
              <w:rPr>
                <w:rFonts w:ascii="Arial" w:hAnsi="Arial" w:eastAsia="Arial"/>
                <w:b w:val="0"/>
                <w:i w:val="0"/>
                <w:sz w:val="20"/>
              </w:rPr>
              <w:t>Khô chạm tay</w:t>
            </w:r>
          </w:p>
        </w:tc>
      </w:tr>
      <w:tr>
        <w:tc>
          <w:tcPr>
            <w:tcW w:type="dxa" w:w="4703"/>
          </w:tcPr>
          <w:p>
            <w:r>
              <w:rPr>
                <w:rFonts w:ascii="Arial" w:hAnsi="Arial" w:eastAsia="Arial"/>
                <w:b w:val="0"/>
                <w:i w:val="0"/>
                <w:sz w:val="20"/>
              </w:rPr>
              <w:t>Sau 12-24h</w:t>
            </w:r>
          </w:p>
        </w:tc>
        <w:tc>
          <w:tcPr>
            <w:tcW w:type="dxa" w:w="4703"/>
          </w:tcPr>
          <w:p>
            <w:r>
              <w:rPr>
                <w:rFonts w:ascii="Arial" w:hAnsi="Arial" w:eastAsia="Arial"/>
                <w:b w:val="0"/>
                <w:i w:val="0"/>
                <w:sz w:val="20"/>
              </w:rPr>
              <w:t>Khô hoàn toàn</w:t>
            </w:r>
          </w:p>
        </w:tc>
      </w:tr>
      <w:tr>
        <w:tc>
          <w:tcPr>
            <w:tcW w:type="dxa" w:w="4703"/>
          </w:tcPr>
          <w:p>
            <w:r>
              <w:rPr>
                <w:rFonts w:ascii="Arial" w:hAnsi="Arial" w:eastAsia="Arial"/>
                <w:b w:val="0"/>
                <w:i w:val="0"/>
                <w:sz w:val="20"/>
              </w:rPr>
              <w:t>Sau 5-7 ngày</w:t>
            </w:r>
          </w:p>
        </w:tc>
        <w:tc>
          <w:tcPr>
            <w:tcW w:type="dxa" w:w="4703"/>
          </w:tcPr>
          <w:p>
            <w:r>
              <w:rPr>
                <w:rFonts w:ascii="Arial" w:hAnsi="Arial" w:eastAsia="Arial"/>
                <w:b w:val="0"/>
                <w:i w:val="0"/>
                <w:sz w:val="20"/>
              </w:rPr>
              <w:t>Đóng rắn 100%</w:t>
            </w:r>
          </w:p>
        </w:tc>
      </w:tr>
    </w:tbl>
    <w:p>
      <w:r>
        <w:br w:type="page"/>
      </w:r>
    </w:p>
    <w:p>
      <w:pPr>
        <w:pStyle w:val="Heading1"/>
      </w:pPr>
      <w:r>
        <w:rPr>
          <w:rFonts w:ascii="Arial" w:hAnsi="Arial" w:eastAsia="Arial"/>
          <w:b/>
          <w:i w:val="0"/>
          <w:color w:val="0D47A1"/>
          <w:sz w:val="32"/>
        </w:rPr>
        <w:t>7. KIỂM TRA &amp; NGHIỆM THU</w:t>
      </w:r>
    </w:p>
    <w:p>
      <w:r>
        <w:rPr>
          <w:rFonts w:ascii="Arial" w:hAnsi="Arial" w:eastAsia="Arial"/>
          <w:b/>
          <w:i w:val="0"/>
          <w:color w:val="0D47A1"/>
          <w:sz w:val="22"/>
        </w:rPr>
        <w:t>Cảm quan:</w:t>
      </w:r>
    </w:p>
    <w:p>
      <w:pPr>
        <w:spacing w:after="120"/>
      </w:pPr>
      <w:r>
        <w:rPr>
          <w:rFonts w:ascii="Arial" w:hAnsi="Arial" w:eastAsia="Arial"/>
          <w:b w:val="0"/>
          <w:i w:val="0"/>
          <w:sz w:val="22"/>
        </w:rPr>
        <w:t>Sờ ấm, mịn, tự nhiên. Vân gỗ tôn rõ. Không xù xì.</w:t>
      </w:r>
    </w:p>
    <w:p>
      <w:r>
        <w:rPr>
          <w:rFonts w:ascii="Arial" w:hAnsi="Arial" w:eastAsia="Arial"/>
          <w:b/>
          <w:i w:val="0"/>
          <w:color w:val="0D47A1"/>
          <w:sz w:val="22"/>
        </w:rPr>
        <w:t>Đồng đều:</w:t>
      </w:r>
    </w:p>
    <w:p>
      <w:pPr>
        <w:spacing w:after="120"/>
      </w:pPr>
      <w:r>
        <w:rPr>
          <w:rFonts w:ascii="Arial" w:hAnsi="Arial" w:eastAsia="Arial"/>
          <w:b w:val="0"/>
          <w:i w:val="0"/>
          <w:sz w:val="22"/>
        </w:rPr>
        <w:t>Màu đều toàn bộ. Không loang, đậm nhạt, cháy.</w:t>
      </w:r>
    </w:p>
    <w:p>
      <w:r>
        <w:rPr>
          <w:rFonts w:ascii="Arial" w:hAnsi="Arial" w:eastAsia="Arial"/>
          <w:b/>
          <w:i w:val="0"/>
          <w:color w:val="0D47A1"/>
          <w:sz w:val="22"/>
        </w:rPr>
        <w:t>Độ khô:</w:t>
      </w:r>
    </w:p>
    <w:p>
      <w:pPr>
        <w:spacing w:after="120"/>
      </w:pPr>
      <w:r>
        <w:rPr>
          <w:rFonts w:ascii="Arial" w:hAnsi="Arial" w:eastAsia="Arial"/>
          <w:b w:val="0"/>
          <w:i w:val="0"/>
          <w:sz w:val="22"/>
        </w:rPr>
        <w:t>Khô hoàn toàn. Không dính tay, không vân tay. Không mùi.</w:t>
      </w:r>
    </w:p>
    <w:p>
      <w:r>
        <w:rPr>
          <w:rFonts w:ascii="Arial" w:hAnsi="Arial" w:eastAsia="Arial"/>
          <w:b/>
          <w:i w:val="0"/>
          <w:color w:val="0D47A1"/>
          <w:sz w:val="22"/>
        </w:rPr>
        <w:t>Độ bóng:</w:t>
      </w:r>
    </w:p>
    <w:p>
      <w:pPr>
        <w:spacing w:after="120"/>
      </w:pPr>
      <w:r>
        <w:rPr>
          <w:rFonts w:ascii="Arial" w:hAnsi="Arial" w:eastAsia="Arial"/>
          <w:b w:val="0"/>
          <w:i w:val="0"/>
          <w:sz w:val="22"/>
        </w:rPr>
        <w:t>Bóng nhẹ tự nhiên (sheen). Không bóng loáng như PU.</w:t>
      </w:r>
    </w:p>
    <w:p>
      <w:r>
        <w:rPr>
          <w:rFonts w:ascii="Arial" w:hAnsi="Arial" w:eastAsia="Arial"/>
          <w:b/>
          <w:i w:val="0"/>
          <w:color w:val="0D47A1"/>
          <w:sz w:val="22"/>
        </w:rPr>
        <w:t>Kiểm tra nước:</w:t>
      </w:r>
    </w:p>
    <w:p>
      <w:pPr>
        <w:spacing w:after="120"/>
      </w:pPr>
      <w:r>
        <w:rPr>
          <w:rFonts w:ascii="Arial" w:hAnsi="Arial" w:eastAsia="Arial"/>
          <w:b w:val="0"/>
          <w:i w:val="0"/>
          <w:sz w:val="22"/>
        </w:rPr>
        <w:t>Nhỏ vài giọt - nước đọng hạt tròn, không thấm vào gỗ.</w:t>
      </w:r>
    </w:p>
    <w:p>
      <w:pPr>
        <w:spacing w:after="120"/>
      </w:pPr>
      <w:r>
        <w:rPr>
          <w:rFonts w:ascii="Arial" w:hAnsi="Arial" w:eastAsia="Arial"/>
          <w:b w:val="0"/>
          <w:i w:val="0"/>
          <w:sz w:val="22"/>
        </w:rPr>
      </w:r>
    </w:p>
    <w:p>
      <w:pPr>
        <w:pStyle w:val="Heading1"/>
      </w:pPr>
      <w:r>
        <w:rPr>
          <w:rFonts w:ascii="Arial" w:hAnsi="Arial" w:eastAsia="Arial"/>
          <w:b/>
          <w:i w:val="0"/>
          <w:color w:val="0D47A1"/>
          <w:sz w:val="32"/>
        </w:rPr>
        <w:t>8. BẢO DƯỠNG ĐỊNH KỲ</w:t>
      </w:r>
    </w:p>
    <w:p>
      <w:r>
        <w:rPr>
          <w:rFonts w:ascii="Arial" w:hAnsi="Arial" w:eastAsia="Arial"/>
          <w:b/>
          <w:i w:val="0"/>
          <w:color w:val="0D47A1"/>
          <w:sz w:val="22"/>
        </w:rPr>
        <w:t>Hàng ngày:</w:t>
      </w:r>
    </w:p>
    <w:p>
      <w:pPr>
        <w:spacing w:after="120"/>
      </w:pPr>
      <w:r>
        <w:rPr>
          <w:rFonts w:ascii="Arial" w:hAnsi="Arial" w:eastAsia="Arial"/>
          <w:b w:val="0"/>
          <w:i w:val="0"/>
          <w:sz w:val="22"/>
        </w:rPr>
        <w:t>Lau bụi khăn khô mềm / hút bụi. Tránh nước nhiều.</w:t>
      </w:r>
    </w:p>
    <w:p>
      <w:r>
        <w:rPr>
          <w:rFonts w:ascii="Arial" w:hAnsi="Arial" w:eastAsia="Arial"/>
          <w:b/>
          <w:i w:val="0"/>
          <w:color w:val="0D47A1"/>
          <w:sz w:val="22"/>
        </w:rPr>
        <w:t>Định kỳ:</w:t>
      </w:r>
    </w:p>
    <w:p>
      <w:pPr>
        <w:spacing w:after="120"/>
      </w:pPr>
      <w:r>
        <w:rPr>
          <w:rFonts w:ascii="Arial" w:hAnsi="Arial" w:eastAsia="Arial"/>
          <w:b w:val="0"/>
          <w:i w:val="0"/>
          <w:sz w:val="22"/>
        </w:rPr>
        <w:t>Lau khăn hơi ẩm + xà phòng trung tính. Lau khô ngay.</w:t>
      </w:r>
    </w:p>
    <w:p>
      <w:r>
        <w:rPr>
          <w:rFonts w:ascii="Arial" w:hAnsi="Arial" w:eastAsia="Arial"/>
          <w:b/>
          <w:i w:val="0"/>
          <w:color w:val="0D47A1"/>
          <w:sz w:val="22"/>
        </w:rPr>
        <w:t>6-12 tháng:</w:t>
      </w:r>
    </w:p>
    <w:p>
      <w:pPr>
        <w:spacing w:after="120"/>
      </w:pPr>
      <w:r>
        <w:rPr>
          <w:rFonts w:ascii="Arial" w:hAnsi="Arial" w:eastAsia="Arial"/>
          <w:b w:val="0"/>
          <w:i w:val="0"/>
          <w:sz w:val="22"/>
        </w:rPr>
        <w:t>Dùng Maintenance Oil/Soap chuyên dụng. Lau mỏng, sạch dầu thừa.</w:t>
      </w:r>
    </w:p>
    <w:p>
      <w:r>
        <w:rPr>
          <w:rFonts w:ascii="Arial" w:hAnsi="Arial" w:eastAsia="Arial"/>
          <w:b/>
          <w:i w:val="0"/>
          <w:color w:val="0D47A1"/>
          <w:sz w:val="22"/>
        </w:rPr>
        <w:t>Sửa xước:</w:t>
      </w:r>
    </w:p>
    <w:p>
      <w:pPr>
        <w:spacing w:after="120"/>
      </w:pPr>
      <w:r>
        <w:rPr>
          <w:rFonts w:ascii="Arial" w:hAnsi="Arial" w:eastAsia="Arial"/>
          <w:b w:val="0"/>
          <w:i w:val="0"/>
          <w:sz w:val="22"/>
        </w:rPr>
        <w:t>Chà nhẹ P240-P320, lau dầu lại, sạch dầu thừa. Không cần xả toàn bộ.</w:t>
      </w:r>
    </w:p>
    <w:p>
      <w:pPr>
        <w:spacing w:after="120"/>
      </w:pPr>
      <w:r>
        <w:rPr>
          <w:rFonts w:ascii="Arial" w:hAnsi="Arial" w:eastAsia="Arial"/>
          <w:b w:val="0"/>
          <w:i w:val="0"/>
          <w:sz w:val="22"/>
        </w:rPr>
      </w:r>
    </w:p>
    <w:p>
      <w:pPr>
        <w:pStyle w:val="Heading1"/>
      </w:pPr>
      <w:r>
        <w:rPr>
          <w:rFonts w:ascii="Arial" w:hAnsi="Arial" w:eastAsia="Arial"/>
          <w:b/>
          <w:i w:val="0"/>
          <w:color w:val="0D47A1"/>
          <w:sz w:val="32"/>
        </w:rPr>
        <w:t>9. AN TOÀN LAO ĐỘNG &amp; LƯU Ý</w:t>
      </w:r>
    </w:p>
    <w:p>
      <w:pPr>
        <w:pStyle w:val="ListBullet"/>
        <w:spacing w:after="60"/>
      </w:pPr>
      <w:r>
        <w:rPr>
          <w:rFonts w:ascii="Arial" w:hAnsi="Arial" w:eastAsia="Arial"/>
          <w:b w:val="0"/>
          <w:i w:val="0"/>
          <w:sz w:val="22"/>
        </w:rPr>
        <w:t>Trang bị găng tay cao su khi thi công.</w:t>
      </w:r>
    </w:p>
    <w:p>
      <w:pPr>
        <w:pStyle w:val="ListBullet"/>
        <w:spacing w:after="60"/>
      </w:pPr>
      <w:r>
        <w:rPr>
          <w:rFonts w:ascii="Arial" w:hAnsi="Arial" w:eastAsia="Arial"/>
          <w:b w:val="0"/>
          <w:i w:val="0"/>
          <w:sz w:val="22"/>
        </w:rPr>
        <w:t>Đảm bảo thông thoáng khu vực thi công.</w:t>
      </w:r>
    </w:p>
    <w:p>
      <w:pPr>
        <w:pStyle w:val="ListBullet"/>
        <w:spacing w:after="60"/>
      </w:pPr>
      <w:r>
        <w:rPr>
          <w:rFonts w:ascii="Arial" w:hAnsi="Arial" w:eastAsia="Arial"/>
          <w:b w:val="0"/>
          <w:i w:val="0"/>
          <w:sz w:val="22"/>
        </w:rPr>
        <w:t>Không đổ dầu thừa xuống cống.</w:t>
      </w:r>
    </w:p>
    <w:p>
      <w:pPr>
        <w:pStyle w:val="ListBullet"/>
        <w:spacing w:after="60"/>
      </w:pPr>
      <w:r>
        <w:rPr>
          <w:rFonts w:ascii="Arial" w:hAnsi="Arial" w:eastAsia="Arial"/>
          <w:b w:val="0"/>
          <w:i w:val="0"/>
          <w:sz w:val="22"/>
        </w:rPr>
        <w:t>Rửa dụng cụ bằng nước sạch ngay sau thi công.</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