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0000"/>
          <w:sz w:val="21"/>
        </w:rPr>
        <w:t>CÔNG TY TNHH SX TM HÓA KEO BÌNH THẠNH — PHÒNG KỸ THUẬT</w:t>
      </w:r>
    </w:p>
    <w:p>
      <w:pPr>
        <w:jc w:val="center"/>
      </w:pPr>
      <w:r>
        <w:rPr>
          <w:rFonts w:ascii="Arial" w:hAnsi="Arial"/>
          <w:b/>
          <w:color w:val="000000"/>
          <w:sz w:val="21"/>
        </w:rPr>
        <w:t>DANH MỤC SẢN PHẨM SƠN UV — ỨNG DỤNG &amp; HƯỚNG DẪN CHI TIẾT</w:t>
      </w:r>
    </w:p>
    <w:p>
      <w:pPr>
        <w:jc w:val="center"/>
      </w:pPr>
      <w:r>
        <w:rPr>
          <w:rFonts w:ascii="Arial" w:hAnsi="Arial"/>
          <w:b w:val="0"/>
          <w:color w:val="000000"/>
          <w:sz w:val="21"/>
        </w:rPr>
        <w:t>Ngày lập: 10/10/2026 · Nguồn: tài liệu kỹ thuật trong C:\Claw 2\Nghien cuu (CONTHUCUV, TDS\UV)</w:t>
      </w:r>
    </w:p>
    <w:p>
      <w:r>
        <w:rPr>
          <w:rFonts w:ascii="Arial" w:hAnsi="Arial"/>
          <w:b w:val="0"/>
          <w:color w:val="000000"/>
          <w:sz w:val="21"/>
        </w:rPr>
      </w:r>
    </w:p>
    <w:p>
      <w:pPr>
        <w:pStyle w:val="Heading1"/>
      </w:pPr>
      <w:r>
        <w:rPr>
          <w:rFonts w:ascii="Arial" w:hAnsi="Arial"/>
          <w:color w:val="000000"/>
          <w:sz w:val="21"/>
        </w:rPr>
        <w:t>PHẦN 1. HƯỚNG DẪN LỰA CHỌN VÀ SỬ DỤNG SƠN UV</w:t>
      </w:r>
    </w:p>
    <w:p>
      <w:pPr>
        <w:pStyle w:val="Heading2"/>
      </w:pPr>
      <w:r>
        <w:rPr>
          <w:rFonts w:ascii="Arial" w:hAnsi="Arial"/>
          <w:color w:val="000000"/>
          <w:sz w:val="21"/>
        </w:rPr>
        <w:t>Hướng dẫn lựa chọn và sử dụng sơn UV</w:t>
      </w:r>
    </w:p>
    <w:p>
      <w:pPr>
        <w:pStyle w:val="Heading3"/>
      </w:pPr>
      <w:r>
        <w:rPr>
          <w:rFonts w:ascii="Arial" w:hAnsi="Arial"/>
          <w:color w:val="000000"/>
          <w:sz w:val="21"/>
        </w:rPr>
        <w:t>1. Phân loại các dòng sơn UV không màu</w:t>
      </w:r>
    </w:p>
    <w:p>
      <w:pPr>
        <w:pStyle w:val="Heading4"/>
      </w:pPr>
      <w:r>
        <w:rPr>
          <w:rFonts w:ascii="Arial" w:hAnsi="Arial"/>
          <w:color w:val="000000"/>
          <w:sz w:val="21"/>
        </w:rPr>
        <w:t>Sơn lót (Sealer)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Mã sản phẩm</w:t>
            </w:r>
          </w:p>
        </w:tc>
        <w:tc>
          <w:tcPr>
            <w:tcW w:type="dxa" w:w="3437"/>
          </w:tcPr>
          <w:p>
            <w:r/>
            <w:r>
              <w:rPr>
                <w:rFonts w:ascii="Arial" w:hAnsi="Arial"/>
                <w:b/>
                <w:color w:val="000000"/>
                <w:sz w:val="19"/>
              </w:rPr>
              <w:t>Đặc điểm</w:t>
            </w:r>
          </w:p>
        </w:tc>
        <w:tc>
          <w:tcPr>
            <w:tcW w:type="dxa" w:w="3437"/>
          </w:tcPr>
          <w:p>
            <w:r/>
            <w:r>
              <w:rPr>
                <w:rFonts w:ascii="Arial" w:hAnsi="Arial"/>
                <w:b/>
                <w:color w:val="000000"/>
                <w:sz w:val="19"/>
              </w:rPr>
              <w:t>Ứng dụng</w:t>
            </w:r>
          </w:p>
        </w:tc>
      </w:tr>
      <w:tr>
        <w:tc>
          <w:tcPr>
            <w:tcW w:type="dxa" w:w="3437"/>
          </w:tcPr>
          <w:p>
            <w:r/>
            <w:r>
              <w:rPr>
                <w:rFonts w:ascii="Arial" w:hAnsi="Arial"/>
                <w:b w:val="0"/>
                <w:color w:val="000000"/>
                <w:sz w:val="19"/>
              </w:rPr>
              <w:t>BTUV 2008</w:t>
            </w:r>
          </w:p>
        </w:tc>
        <w:tc>
          <w:tcPr>
            <w:tcW w:type="dxa" w:w="3437"/>
          </w:tcPr>
          <w:p>
            <w:r/>
            <w:r>
              <w:rPr>
                <w:rFonts w:ascii="Arial" w:hAnsi="Arial"/>
                <w:b w:val="0"/>
                <w:color w:val="000000"/>
                <w:sz w:val="19"/>
              </w:rPr>
              <w:t>Đa năng, chà nhám tốt</w:t>
            </w:r>
          </w:p>
        </w:tc>
        <w:tc>
          <w:tcPr>
            <w:tcW w:type="dxa" w:w="3437"/>
          </w:tcPr>
          <w:p>
            <w:r/>
            <w:r>
              <w:rPr>
                <w:rFonts w:ascii="Arial" w:hAnsi="Arial"/>
                <w:b w:val="0"/>
                <w:color w:val="000000"/>
                <w:sz w:val="19"/>
              </w:rPr>
              <w:t>Sơn lót thông dụng cho nội thất</w:t>
            </w:r>
          </w:p>
        </w:tc>
      </w:tr>
      <w:tr>
        <w:tc>
          <w:tcPr>
            <w:tcW w:type="dxa" w:w="3437"/>
          </w:tcPr>
          <w:p>
            <w:r/>
            <w:r>
              <w:rPr>
                <w:rFonts w:ascii="Arial" w:hAnsi="Arial"/>
                <w:b w:val="0"/>
                <w:color w:val="000000"/>
                <w:sz w:val="19"/>
              </w:rPr>
              <w:t>BT_UV 2011 HP</w:t>
            </w:r>
          </w:p>
        </w:tc>
        <w:tc>
          <w:tcPr>
            <w:tcW w:type="dxa" w:w="3437"/>
          </w:tcPr>
          <w:p>
            <w:r/>
            <w:r>
              <w:rPr>
                <w:rFonts w:ascii="Arial" w:hAnsi="Arial"/>
                <w:b w:val="0"/>
                <w:color w:val="000000"/>
                <w:sz w:val="19"/>
              </w:rPr>
              <w:t>Độ trong cao</w:t>
            </w:r>
          </w:p>
        </w:tc>
        <w:tc>
          <w:tcPr>
            <w:tcW w:type="dxa" w:w="3437"/>
          </w:tcPr>
          <w:p>
            <w:r/>
            <w:r>
              <w:rPr>
                <w:rFonts w:ascii="Arial" w:hAnsi="Arial"/>
                <w:b w:val="0"/>
                <w:color w:val="000000"/>
                <w:sz w:val="19"/>
              </w:rPr>
              <w:t>Khi yêu cầu thẩm mỹ cao, giữ màu gỗ tự nhiên</w:t>
            </w:r>
          </w:p>
        </w:tc>
      </w:tr>
      <w:tr>
        <w:tc>
          <w:tcPr>
            <w:tcW w:type="dxa" w:w="3437"/>
          </w:tcPr>
          <w:p>
            <w:r/>
            <w:r>
              <w:rPr>
                <w:rFonts w:ascii="Arial" w:hAnsi="Arial"/>
                <w:b w:val="0"/>
                <w:color w:val="000000"/>
                <w:sz w:val="19"/>
              </w:rPr>
              <w:t>BTUV 0711</w:t>
            </w:r>
          </w:p>
        </w:tc>
        <w:tc>
          <w:tcPr>
            <w:tcW w:type="dxa" w:w="3437"/>
          </w:tcPr>
          <w:p>
            <w:r/>
            <w:r>
              <w:rPr>
                <w:rFonts w:ascii="Arial" w:hAnsi="Arial"/>
                <w:b w:val="0"/>
                <w:color w:val="000000"/>
                <w:sz w:val="19"/>
              </w:rPr>
              <w:t>Chuyên dụng</w:t>
            </w:r>
          </w:p>
        </w:tc>
        <w:tc>
          <w:tcPr>
            <w:tcW w:type="dxa" w:w="3437"/>
          </w:tcPr>
          <w:p>
            <w:r/>
            <w:r>
              <w:rPr>
                <w:rFonts w:ascii="Arial" w:hAnsi="Arial"/>
                <w:b w:val="0"/>
                <w:color w:val="000000"/>
                <w:sz w:val="19"/>
              </w:rPr>
              <w:t>Ván sàn, chịu lực tốt</w:t>
            </w:r>
          </w:p>
        </w:tc>
      </w:tr>
      <w:tr>
        <w:tc>
          <w:tcPr>
            <w:tcW w:type="dxa" w:w="3437"/>
          </w:tcPr>
          <w:p>
            <w:r/>
            <w:r>
              <w:rPr>
                <w:rFonts w:ascii="Arial" w:hAnsi="Arial"/>
                <w:b w:val="0"/>
                <w:color w:val="000000"/>
                <w:sz w:val="19"/>
              </w:rPr>
              <w:t>BTUV 2005</w:t>
            </w:r>
          </w:p>
        </w:tc>
        <w:tc>
          <w:tcPr>
            <w:tcW w:type="dxa" w:w="3437"/>
          </w:tcPr>
          <w:p>
            <w:r/>
            <w:r>
              <w:rPr>
                <w:rFonts w:ascii="Arial" w:hAnsi="Arial"/>
                <w:b w:val="0"/>
                <w:color w:val="000000"/>
                <w:sz w:val="19"/>
              </w:rPr>
              <w:t>Sơn lót mờ</w:t>
            </w:r>
          </w:p>
        </w:tc>
        <w:tc>
          <w:tcPr>
            <w:tcW w:type="dxa" w:w="3437"/>
          </w:tcPr>
          <w:p>
            <w:r/>
            <w:r>
              <w:rPr>
                <w:rFonts w:ascii="Arial" w:hAnsi="Arial"/>
                <w:b w:val="0"/>
                <w:color w:val="000000"/>
                <w:sz w:val="19"/>
              </w:rPr>
              <w:t>Tạo bề mặt mịn mờ, giảm chói</w:t>
            </w:r>
          </w:p>
        </w:tc>
      </w:tr>
      <w:tr>
        <w:tc>
          <w:tcPr>
            <w:tcW w:type="dxa" w:w="3437"/>
          </w:tcPr>
          <w:p>
            <w:r/>
            <w:r>
              <w:rPr>
                <w:rFonts w:ascii="Arial" w:hAnsi="Arial"/>
                <w:b w:val="0"/>
                <w:color w:val="000000"/>
                <w:sz w:val="19"/>
              </w:rPr>
              <w:t>BTUV 1403</w:t>
            </w:r>
          </w:p>
        </w:tc>
        <w:tc>
          <w:tcPr>
            <w:tcW w:type="dxa" w:w="3437"/>
          </w:tcPr>
          <w:p>
            <w:r/>
            <w:r>
              <w:rPr>
                <w:rFonts w:ascii="Arial" w:hAnsi="Arial"/>
                <w:b w:val="0"/>
                <w:color w:val="000000"/>
                <w:sz w:val="19"/>
              </w:rPr>
              <w:t>Tăng chống mài mòn</w:t>
            </w:r>
          </w:p>
        </w:tc>
        <w:tc>
          <w:tcPr>
            <w:tcW w:type="dxa" w:w="3437"/>
          </w:tcPr>
          <w:p>
            <w:r/>
            <w:r>
              <w:rPr>
                <w:rFonts w:ascii="Arial" w:hAnsi="Arial"/>
                <w:b w:val="0"/>
                <w:color w:val="000000"/>
                <w:sz w:val="19"/>
              </w:rPr>
              <w:t>Nơi có lưu lượng đi lại cao</w:t>
            </w:r>
          </w:p>
        </w:tc>
      </w:tr>
    </w:tbl>
    <w:p>
      <w:pPr>
        <w:pStyle w:val="Heading4"/>
      </w:pPr>
      <w:r>
        <w:rPr>
          <w:rFonts w:ascii="Arial" w:hAnsi="Arial"/>
          <w:color w:val="000000"/>
          <w:sz w:val="21"/>
        </w:rPr>
        <w:t>Sơn phủ (Topcoat)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Mã sản phẩm</w:t>
            </w:r>
          </w:p>
        </w:tc>
        <w:tc>
          <w:tcPr>
            <w:tcW w:type="dxa" w:w="3437"/>
          </w:tcPr>
          <w:p>
            <w:r/>
            <w:r>
              <w:rPr>
                <w:rFonts w:ascii="Arial" w:hAnsi="Arial"/>
                <w:b/>
                <w:color w:val="000000"/>
                <w:sz w:val="19"/>
              </w:rPr>
              <w:t>Đặc điểm</w:t>
            </w:r>
          </w:p>
        </w:tc>
        <w:tc>
          <w:tcPr>
            <w:tcW w:type="dxa" w:w="3437"/>
          </w:tcPr>
          <w:p>
            <w:r/>
            <w:r>
              <w:rPr>
                <w:rFonts w:ascii="Arial" w:hAnsi="Arial"/>
                <w:b/>
                <w:color w:val="000000"/>
                <w:sz w:val="19"/>
              </w:rPr>
              <w:t>Ứng dụng</w:t>
            </w:r>
          </w:p>
        </w:tc>
      </w:tr>
      <w:tr>
        <w:tc>
          <w:tcPr>
            <w:tcW w:type="dxa" w:w="3437"/>
          </w:tcPr>
          <w:p>
            <w:r/>
            <w:r>
              <w:rPr>
                <w:rFonts w:ascii="Arial" w:hAnsi="Arial"/>
                <w:b w:val="0"/>
                <w:color w:val="000000"/>
                <w:sz w:val="19"/>
              </w:rPr>
              <w:t>BT UV SPR 1010</w:t>
            </w:r>
          </w:p>
        </w:tc>
        <w:tc>
          <w:tcPr>
            <w:tcW w:type="dxa" w:w="3437"/>
          </w:tcPr>
          <w:p>
            <w:r/>
            <w:r>
              <w:rPr>
                <w:rFonts w:ascii="Arial" w:hAnsi="Arial"/>
                <w:b w:val="0"/>
                <w:color w:val="000000"/>
                <w:sz w:val="19"/>
              </w:rPr>
              <w:t>Bóng dùng súng phun</w:t>
            </w:r>
          </w:p>
        </w:tc>
        <w:tc>
          <w:tcPr>
            <w:tcW w:type="dxa" w:w="3437"/>
          </w:tcPr>
          <w:p>
            <w:r/>
            <w:r>
              <w:rPr>
                <w:rFonts w:ascii="Arial" w:hAnsi="Arial"/>
                <w:b w:val="0"/>
                <w:color w:val="000000"/>
                <w:sz w:val="19"/>
              </w:rPr>
              <w:t>Thi công nhanh, bề mặt bóng</w:t>
            </w:r>
          </w:p>
        </w:tc>
      </w:tr>
      <w:tr>
        <w:tc>
          <w:tcPr>
            <w:tcW w:type="dxa" w:w="3437"/>
          </w:tcPr>
          <w:p>
            <w:r/>
            <w:r>
              <w:rPr>
                <w:rFonts w:ascii="Arial" w:hAnsi="Arial"/>
                <w:b w:val="0"/>
                <w:color w:val="000000"/>
                <w:sz w:val="19"/>
              </w:rPr>
              <w:t>BTUV 2407</w:t>
            </w:r>
          </w:p>
        </w:tc>
        <w:tc>
          <w:tcPr>
            <w:tcW w:type="dxa" w:w="3437"/>
          </w:tcPr>
          <w:p>
            <w:r/>
            <w:r>
              <w:rPr>
                <w:rFonts w:ascii="Arial" w:hAnsi="Arial"/>
                <w:b w:val="0"/>
                <w:color w:val="000000"/>
                <w:sz w:val="19"/>
              </w:rPr>
              <w:t>Bóng, chống biến màu</w:t>
            </w:r>
          </w:p>
        </w:tc>
        <w:tc>
          <w:tcPr>
            <w:tcW w:type="dxa" w:w="3437"/>
          </w:tcPr>
          <w:p>
            <w:r/>
            <w:r>
              <w:rPr>
                <w:rFonts w:ascii="Arial" w:hAnsi="Arial"/>
                <w:b w:val="0"/>
                <w:color w:val="000000"/>
                <w:sz w:val="19"/>
              </w:rPr>
              <w:t>Màu sáng, yêu cầu giữ màu lâu dài</w:t>
            </w:r>
          </w:p>
        </w:tc>
      </w:tr>
      <w:tr>
        <w:tc>
          <w:tcPr>
            <w:tcW w:type="dxa" w:w="3437"/>
          </w:tcPr>
          <w:p>
            <w:r/>
            <w:r>
              <w:rPr>
                <w:rFonts w:ascii="Arial" w:hAnsi="Arial"/>
                <w:b w:val="0"/>
                <w:color w:val="000000"/>
                <w:sz w:val="19"/>
              </w:rPr>
              <w:t>BTUV 0510</w:t>
            </w:r>
          </w:p>
        </w:tc>
        <w:tc>
          <w:tcPr>
            <w:tcW w:type="dxa" w:w="3437"/>
          </w:tcPr>
          <w:p>
            <w:r/>
            <w:r>
              <w:rPr>
                <w:rFonts w:ascii="Arial" w:hAnsi="Arial"/>
                <w:b w:val="0"/>
                <w:color w:val="000000"/>
                <w:sz w:val="19"/>
              </w:rPr>
              <w:t>Bóng ván sàn</w:t>
            </w:r>
          </w:p>
        </w:tc>
        <w:tc>
          <w:tcPr>
            <w:tcW w:type="dxa" w:w="3437"/>
          </w:tcPr>
          <w:p>
            <w:r/>
            <w:r>
              <w:rPr>
                <w:rFonts w:ascii="Arial" w:hAnsi="Arial"/>
                <w:b w:val="0"/>
                <w:color w:val="000000"/>
                <w:sz w:val="19"/>
              </w:rPr>
              <w:t>Chịu mài mòn, phù hợp mặt sàn</w:t>
            </w:r>
          </w:p>
        </w:tc>
      </w:tr>
      <w:tr>
        <w:tc>
          <w:tcPr>
            <w:tcW w:type="dxa" w:w="3437"/>
          </w:tcPr>
          <w:p>
            <w:r/>
            <w:r>
              <w:rPr>
                <w:rFonts w:ascii="Arial" w:hAnsi="Arial"/>
                <w:b w:val="0"/>
                <w:color w:val="000000"/>
                <w:sz w:val="19"/>
              </w:rPr>
              <w:t>BTUV 0609</w:t>
            </w:r>
          </w:p>
        </w:tc>
        <w:tc>
          <w:tcPr>
            <w:tcW w:type="dxa" w:w="3437"/>
          </w:tcPr>
          <w:p>
            <w:r/>
            <w:r>
              <w:rPr>
                <w:rFonts w:ascii="Arial" w:hAnsi="Arial"/>
                <w:b w:val="0"/>
                <w:color w:val="000000"/>
                <w:sz w:val="19"/>
              </w:rPr>
              <w:t>Bóng thông dụng</w:t>
            </w:r>
          </w:p>
        </w:tc>
        <w:tc>
          <w:tcPr>
            <w:tcW w:type="dxa" w:w="3437"/>
          </w:tcPr>
          <w:p>
            <w:r/>
            <w:r>
              <w:rPr>
                <w:rFonts w:ascii="Arial" w:hAnsi="Arial"/>
                <w:b w:val="0"/>
                <w:color w:val="000000"/>
                <w:sz w:val="19"/>
              </w:rPr>
              <w:t>Nội thất thông thường</w:t>
            </w:r>
          </w:p>
        </w:tc>
      </w:tr>
    </w:tbl>
    <w:p>
      <w:pPr>
        <w:pStyle w:val="Heading4"/>
      </w:pPr>
      <w:r>
        <w:rPr>
          <w:rFonts w:ascii="Arial" w:hAnsi="Arial"/>
          <w:color w:val="000000"/>
          <w:sz w:val="21"/>
        </w:rPr>
        <w:t>Sơn Primer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Mã sản phẩm</w:t>
            </w:r>
          </w:p>
        </w:tc>
        <w:tc>
          <w:tcPr>
            <w:tcW w:type="dxa" w:w="3437"/>
          </w:tcPr>
          <w:p>
            <w:r/>
            <w:r>
              <w:rPr>
                <w:rFonts w:ascii="Arial" w:hAnsi="Arial"/>
                <w:b/>
                <w:color w:val="000000"/>
                <w:sz w:val="19"/>
              </w:rPr>
              <w:t>Đặc điểm</w:t>
            </w:r>
          </w:p>
        </w:tc>
        <w:tc>
          <w:tcPr>
            <w:tcW w:type="dxa" w:w="3437"/>
          </w:tcPr>
          <w:p>
            <w:r/>
            <w:r>
              <w:rPr>
                <w:rFonts w:ascii="Arial" w:hAnsi="Arial"/>
                <w:b/>
                <w:color w:val="000000"/>
                <w:sz w:val="19"/>
              </w:rPr>
              <w:t>Ứng dụng</w:t>
            </w:r>
          </w:p>
        </w:tc>
      </w:tr>
      <w:tr>
        <w:tc>
          <w:tcPr>
            <w:tcW w:type="dxa" w:w="3437"/>
          </w:tcPr>
          <w:p>
            <w:r/>
            <w:r>
              <w:rPr>
                <w:rFonts w:ascii="Arial" w:hAnsi="Arial"/>
                <w:b w:val="0"/>
                <w:color w:val="000000"/>
                <w:sz w:val="19"/>
              </w:rPr>
              <w:t>BTUV PRIMER 01 GT</w:t>
            </w:r>
          </w:p>
        </w:tc>
        <w:tc>
          <w:tcPr>
            <w:tcW w:type="dxa" w:w="3437"/>
          </w:tcPr>
          <w:p>
            <w:r/>
            <w:r>
              <w:rPr>
                <w:rFonts w:ascii="Arial" w:hAnsi="Arial"/>
                <w:b w:val="0"/>
                <w:color w:val="000000"/>
                <w:sz w:val="19"/>
              </w:rPr>
              <w:t>Ngăn dầu</w:t>
            </w:r>
          </w:p>
        </w:tc>
        <w:tc>
          <w:tcPr>
            <w:tcW w:type="dxa" w:w="3437"/>
          </w:tcPr>
          <w:p>
            <w:r/>
            <w:r>
              <w:rPr>
                <w:rFonts w:ascii="Arial" w:hAnsi="Arial"/>
                <w:b w:val="0"/>
                <w:color w:val="000000"/>
                <w:sz w:val="19"/>
              </w:rPr>
              <w:t>Gỗ tràm, gỗ thông nhiều dầu</w:t>
            </w:r>
          </w:p>
        </w:tc>
      </w:tr>
      <w:tr>
        <w:tc>
          <w:tcPr>
            <w:tcW w:type="dxa" w:w="3437"/>
          </w:tcPr>
          <w:p>
            <w:r/>
            <w:r>
              <w:rPr>
                <w:rFonts w:ascii="Arial" w:hAnsi="Arial"/>
                <w:b w:val="0"/>
                <w:color w:val="000000"/>
                <w:sz w:val="19"/>
              </w:rPr>
              <w:t>BT_UV1508</w:t>
            </w:r>
          </w:p>
        </w:tc>
        <w:tc>
          <w:tcPr>
            <w:tcW w:type="dxa" w:w="3437"/>
          </w:tcPr>
          <w:p>
            <w:r/>
            <w:r>
              <w:rPr>
                <w:rFonts w:ascii="Arial" w:hAnsi="Arial"/>
                <w:b w:val="0"/>
                <w:color w:val="000000"/>
                <w:sz w:val="19"/>
              </w:rPr>
              <w:t>Bám dính đa năng</w:t>
            </w:r>
          </w:p>
        </w:tc>
        <w:tc>
          <w:tcPr>
            <w:tcW w:type="dxa" w:w="3437"/>
          </w:tcPr>
          <w:p>
            <w:r/>
            <w:r>
              <w:rPr>
                <w:rFonts w:ascii="Arial" w:hAnsi="Arial"/>
                <w:b w:val="0"/>
                <w:color w:val="000000"/>
                <w:sz w:val="19"/>
              </w:rPr>
              <w:t>Kim loại, nhựa ABS</w:t>
            </w:r>
          </w:p>
        </w:tc>
      </w:tr>
    </w:tbl>
    <w:p>
      <w:r>
        <w:rPr>
          <w:rFonts w:ascii="Arial" w:hAnsi="Arial"/>
          <w:b w:val="0"/>
          <w:color w:val="000000"/>
          <w:sz w:val="21"/>
        </w:rPr>
        <w:t>---</w:t>
      </w:r>
    </w:p>
    <w:p>
      <w:pPr>
        <w:pStyle w:val="Heading3"/>
      </w:pPr>
      <w:r>
        <w:rPr>
          <w:rFonts w:ascii="Arial" w:hAnsi="Arial"/>
          <w:color w:val="000000"/>
          <w:sz w:val="21"/>
        </w:rPr>
        <w:t>2. Các dòng sơn UV có màu và sơn hỗ trợ</w:t>
      </w:r>
    </w:p>
    <w:p>
      <w:pPr>
        <w:pStyle w:val="Heading4"/>
      </w:pPr>
      <w:r>
        <w:rPr>
          <w:rFonts w:ascii="Arial" w:hAnsi="Arial"/>
          <w:color w:val="000000"/>
          <w:sz w:val="21"/>
        </w:rPr>
        <w:t>Sơn trắng</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Mã sản phẩm</w:t>
            </w:r>
          </w:p>
        </w:tc>
        <w:tc>
          <w:tcPr>
            <w:tcW w:type="dxa" w:w="3437"/>
          </w:tcPr>
          <w:p>
            <w:r/>
            <w:r>
              <w:rPr>
                <w:rFonts w:ascii="Arial" w:hAnsi="Arial"/>
                <w:b/>
                <w:color w:val="000000"/>
                <w:sz w:val="19"/>
              </w:rPr>
              <w:t>Phân khúc</w:t>
            </w:r>
          </w:p>
        </w:tc>
        <w:tc>
          <w:tcPr>
            <w:tcW w:type="dxa" w:w="3437"/>
          </w:tcPr>
          <w:p>
            <w:r/>
            <w:r>
              <w:rPr>
                <w:rFonts w:ascii="Arial" w:hAnsi="Arial"/>
                <w:b/>
                <w:color w:val="000000"/>
                <w:sz w:val="19"/>
              </w:rPr>
              <w:t>Đặc điểm</w:t>
            </w:r>
          </w:p>
        </w:tc>
      </w:tr>
      <w:tr>
        <w:tc>
          <w:tcPr>
            <w:tcW w:type="dxa" w:w="3437"/>
          </w:tcPr>
          <w:p>
            <w:r/>
            <w:r>
              <w:rPr>
                <w:rFonts w:ascii="Arial" w:hAnsi="Arial"/>
                <w:b w:val="0"/>
                <w:color w:val="000000"/>
                <w:sz w:val="19"/>
              </w:rPr>
              <w:t>BT UV 2222</w:t>
            </w:r>
          </w:p>
        </w:tc>
        <w:tc>
          <w:tcPr>
            <w:tcW w:type="dxa" w:w="3437"/>
          </w:tcPr>
          <w:p>
            <w:r/>
            <w:r>
              <w:rPr>
                <w:rFonts w:ascii="Arial" w:hAnsi="Arial"/>
                <w:b w:val="0"/>
                <w:color w:val="000000"/>
                <w:sz w:val="19"/>
              </w:rPr>
              <w:t>Trung bình</w:t>
            </w:r>
          </w:p>
        </w:tc>
        <w:tc>
          <w:tcPr>
            <w:tcW w:type="dxa" w:w="3437"/>
          </w:tcPr>
          <w:p>
            <w:r/>
            <w:r>
              <w:rPr>
                <w:rFonts w:ascii="Arial" w:hAnsi="Arial"/>
                <w:b w:val="0"/>
                <w:color w:val="000000"/>
                <w:sz w:val="19"/>
              </w:rPr>
              <w:t>Giá thành hợp lý, che phủ tốt</w:t>
            </w:r>
          </w:p>
        </w:tc>
      </w:tr>
      <w:tr>
        <w:tc>
          <w:tcPr>
            <w:tcW w:type="dxa" w:w="3437"/>
          </w:tcPr>
          <w:p>
            <w:r/>
            <w:r>
              <w:rPr>
                <w:rFonts w:ascii="Arial" w:hAnsi="Arial"/>
                <w:b w:val="0"/>
                <w:color w:val="000000"/>
                <w:sz w:val="19"/>
              </w:rPr>
              <w:t>BTUV0907</w:t>
            </w:r>
          </w:p>
        </w:tc>
        <w:tc>
          <w:tcPr>
            <w:tcW w:type="dxa" w:w="3437"/>
          </w:tcPr>
          <w:p>
            <w:r/>
            <w:r>
              <w:rPr>
                <w:rFonts w:ascii="Arial" w:hAnsi="Arial"/>
                <w:b w:val="0"/>
                <w:color w:val="000000"/>
                <w:sz w:val="19"/>
              </w:rPr>
              <w:t>Cao cấp</w:t>
            </w:r>
          </w:p>
        </w:tc>
        <w:tc>
          <w:tcPr>
            <w:tcW w:type="dxa" w:w="3437"/>
          </w:tcPr>
          <w:p>
            <w:r/>
            <w:r>
              <w:rPr>
                <w:rFonts w:ascii="Arial" w:hAnsi="Arial"/>
                <w:b w:val="0"/>
                <w:color w:val="000000"/>
                <w:sz w:val="19"/>
              </w:rPr>
              <w:t>Độ che phủ cao, độ trắng tốt</w:t>
            </w:r>
          </w:p>
        </w:tc>
      </w:tr>
      <w:tr>
        <w:tc>
          <w:tcPr>
            <w:tcW w:type="dxa" w:w="3437"/>
          </w:tcPr>
          <w:p>
            <w:r/>
            <w:r>
              <w:rPr>
                <w:rFonts w:ascii="Arial" w:hAnsi="Arial"/>
                <w:b w:val="0"/>
                <w:color w:val="000000"/>
                <w:sz w:val="19"/>
              </w:rPr>
              <w:t>Paste white UV 1112</w:t>
            </w:r>
          </w:p>
        </w:tc>
        <w:tc>
          <w:tcPr>
            <w:tcW w:type="dxa" w:w="3437"/>
          </w:tcPr>
          <w:p>
            <w:r/>
            <w:r>
              <w:rPr>
                <w:rFonts w:ascii="Arial" w:hAnsi="Arial"/>
                <w:b w:val="0"/>
                <w:color w:val="000000"/>
                <w:sz w:val="19"/>
              </w:rPr>
              <w:t>Phụ gia</w:t>
            </w:r>
          </w:p>
        </w:tc>
        <w:tc>
          <w:tcPr>
            <w:tcW w:type="dxa" w:w="3437"/>
          </w:tcPr>
          <w:p>
            <w:r/>
            <w:r>
              <w:rPr>
                <w:rFonts w:ascii="Arial" w:hAnsi="Arial"/>
                <w:b w:val="0"/>
                <w:color w:val="000000"/>
                <w:sz w:val="19"/>
              </w:rPr>
              <w:t>Tăng độ phủ khi pha vào sơn trắng</w:t>
            </w:r>
          </w:p>
        </w:tc>
      </w:tr>
    </w:tbl>
    <w:p>
      <w:pPr>
        <w:pStyle w:val="Heading4"/>
      </w:pPr>
      <w:r>
        <w:rPr>
          <w:rFonts w:ascii="Arial" w:hAnsi="Arial"/>
          <w:color w:val="000000"/>
          <w:sz w:val="21"/>
        </w:rPr>
        <w:t>Sơn đen</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Mã sản phẩm</w:t>
            </w:r>
          </w:p>
        </w:tc>
        <w:tc>
          <w:tcPr>
            <w:tcW w:type="dxa" w:w="5156"/>
          </w:tcPr>
          <w:p>
            <w:r/>
            <w:r>
              <w:rPr>
                <w:rFonts w:ascii="Arial" w:hAnsi="Arial"/>
                <w:b/>
                <w:color w:val="000000"/>
                <w:sz w:val="19"/>
              </w:rPr>
              <w:t>Đặc điểm</w:t>
            </w:r>
          </w:p>
        </w:tc>
      </w:tr>
      <w:tr>
        <w:tc>
          <w:tcPr>
            <w:tcW w:type="dxa" w:w="5156"/>
          </w:tcPr>
          <w:p>
            <w:r/>
            <w:r>
              <w:rPr>
                <w:rFonts w:ascii="Arial" w:hAnsi="Arial"/>
                <w:b w:val="0"/>
                <w:color w:val="000000"/>
                <w:sz w:val="19"/>
              </w:rPr>
              <w:t>BT UV 2711</w:t>
            </w:r>
          </w:p>
        </w:tc>
        <w:tc>
          <w:tcPr>
            <w:tcW w:type="dxa" w:w="5156"/>
          </w:tcPr>
          <w:p>
            <w:r/>
            <w:r>
              <w:rPr>
                <w:rFonts w:ascii="Arial" w:hAnsi="Arial"/>
                <w:b w:val="0"/>
                <w:color w:val="000000"/>
                <w:sz w:val="19"/>
              </w:rPr>
              <w:t>Sơn lót đen, độ che phủ cao</w:t>
            </w:r>
          </w:p>
        </w:tc>
      </w:tr>
      <w:tr>
        <w:tc>
          <w:tcPr>
            <w:tcW w:type="dxa" w:w="5156"/>
          </w:tcPr>
          <w:p>
            <w:r/>
            <w:r>
              <w:rPr>
                <w:rFonts w:ascii="Arial" w:hAnsi="Arial"/>
                <w:b w:val="0"/>
                <w:color w:val="000000"/>
                <w:sz w:val="19"/>
              </w:rPr>
              <w:t>PA100 UV</w:t>
            </w:r>
          </w:p>
        </w:tc>
        <w:tc>
          <w:tcPr>
            <w:tcW w:type="dxa" w:w="5156"/>
          </w:tcPr>
          <w:p>
            <w:r/>
            <w:r>
              <w:rPr>
                <w:rFonts w:ascii="Arial" w:hAnsi="Arial"/>
                <w:b w:val="0"/>
                <w:color w:val="000000"/>
                <w:sz w:val="19"/>
              </w:rPr>
              <w:t>Tinh màu đen, pha phối màu</w:t>
            </w:r>
          </w:p>
        </w:tc>
      </w:tr>
    </w:tbl>
    <w:p>
      <w:pPr>
        <w:pStyle w:val="Heading4"/>
      </w:pPr>
      <w:r>
        <w:rPr>
          <w:rFonts w:ascii="Arial" w:hAnsi="Arial"/>
          <w:color w:val="000000"/>
          <w:sz w:val="21"/>
        </w:rPr>
        <w:t>Sơn bù (Filler)</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Mã sản phẩm</w:t>
            </w:r>
          </w:p>
        </w:tc>
        <w:tc>
          <w:tcPr>
            <w:tcW w:type="dxa" w:w="5156"/>
          </w:tcPr>
          <w:p>
            <w:r/>
            <w:r>
              <w:rPr>
                <w:rFonts w:ascii="Arial" w:hAnsi="Arial"/>
                <w:b/>
                <w:color w:val="000000"/>
                <w:sz w:val="19"/>
              </w:rPr>
              <w:t>Đặc điểm</w:t>
            </w:r>
          </w:p>
        </w:tc>
      </w:tr>
      <w:tr>
        <w:tc>
          <w:tcPr>
            <w:tcW w:type="dxa" w:w="5156"/>
          </w:tcPr>
          <w:p>
            <w:r/>
            <w:r>
              <w:rPr>
                <w:rFonts w:ascii="Arial" w:hAnsi="Arial"/>
                <w:b w:val="0"/>
                <w:color w:val="000000"/>
                <w:sz w:val="19"/>
              </w:rPr>
              <w:t>BTUV 2703</w:t>
            </w:r>
          </w:p>
        </w:tc>
        <w:tc>
          <w:tcPr>
            <w:tcW w:type="dxa" w:w="5156"/>
          </w:tcPr>
          <w:p>
            <w:r/>
            <w:r>
              <w:rPr>
                <w:rFonts w:ascii="Arial" w:hAnsi="Arial"/>
                <w:b w:val="0"/>
                <w:color w:val="000000"/>
                <w:sz w:val="19"/>
              </w:rPr>
              <w:t>Sơn bù đặc, lấp ghim gỗ sâu</w:t>
            </w:r>
          </w:p>
        </w:tc>
      </w:tr>
      <w:tr>
        <w:tc>
          <w:tcPr>
            <w:tcW w:type="dxa" w:w="5156"/>
          </w:tcPr>
          <w:p>
            <w:r/>
            <w:r>
              <w:rPr>
                <w:rFonts w:ascii="Arial" w:hAnsi="Arial"/>
                <w:b w:val="0"/>
                <w:color w:val="000000"/>
                <w:sz w:val="19"/>
              </w:rPr>
              <w:t>BTUV 2704</w:t>
            </w:r>
          </w:p>
        </w:tc>
        <w:tc>
          <w:tcPr>
            <w:tcW w:type="dxa" w:w="5156"/>
          </w:tcPr>
          <w:p>
            <w:r/>
            <w:r>
              <w:rPr>
                <w:rFonts w:ascii="Arial" w:hAnsi="Arial"/>
                <w:b w:val="0"/>
                <w:color w:val="000000"/>
                <w:sz w:val="19"/>
              </w:rPr>
              <w:t>Sơn bù lỏng, dễ bơm, lấp ghim nông</w:t>
            </w:r>
          </w:p>
        </w:tc>
      </w:tr>
    </w:tbl>
    <w:p>
      <w:pPr>
        <w:pStyle w:val="Heading4"/>
      </w:pPr>
      <w:r>
        <w:rPr>
          <w:rFonts w:ascii="Arial" w:hAnsi="Arial"/>
          <w:color w:val="000000"/>
          <w:sz w:val="21"/>
        </w:rPr>
        <w:t>Sơn cạnh (Vacuum Sealer)</w:t>
      </w:r>
    </w:p>
    <w:p>
      <w:r>
        <w:rPr>
          <w:rFonts w:ascii="Arial" w:hAnsi="Arial"/>
          <w:b w:val="0"/>
          <w:color w:val="000000"/>
          <w:sz w:val="21"/>
        </w:rPr>
        <w:t>Chuyên dụng cho cạnh ván ép và MDF, thi công bằng máy hút chân không.</w:t>
      </w:r>
    </w:p>
    <w:p>
      <w:r>
        <w:rPr>
          <w:rFonts w:ascii="Arial" w:hAnsi="Arial"/>
          <w:b w:val="0"/>
          <w:color w:val="000000"/>
          <w:sz w:val="21"/>
        </w:rPr>
        <w:t>---</w:t>
      </w:r>
    </w:p>
    <w:p>
      <w:pPr>
        <w:pStyle w:val="Heading3"/>
      </w:pPr>
      <w:r>
        <w:rPr>
          <w:rFonts w:ascii="Arial" w:hAnsi="Arial"/>
          <w:color w:val="000000"/>
          <w:sz w:val="21"/>
        </w:rPr>
        <w:t>3. Hệ màu và phụ gia biến tính</w:t>
      </w:r>
    </w:p>
    <w:p>
      <w:pPr>
        <w:pStyle w:val="Heading4"/>
      </w:pPr>
      <w:r>
        <w:rPr>
          <w:rFonts w:ascii="Arial" w:hAnsi="Arial"/>
          <w:color w:val="000000"/>
          <w:sz w:val="21"/>
        </w:rPr>
        <w:t>Hệ màu</w:t>
      </w:r>
    </w:p>
    <w:p>
      <w:r>
        <w:rPr>
          <w:rFonts w:ascii="Arial" w:hAnsi="Arial"/>
          <w:b w:val="0"/>
          <w:color w:val="000000"/>
          <w:sz w:val="21"/>
        </w:rPr>
        <w:t>Đa dạng các nhóm màu: Vàng (Vàng cam 2RA, Vàng 57 UV, Vàng 412), Đỏ (Đỏ 04 UV, Đỏ VM 334, Đỏ New Super), Xanh dương (Xanh dương 4GA, Giant Blue), Xanh lá, Đen (Đen TC L3, Đen MA 100 UV) — sử dụng dạng Pigment hoặc màu nhuộm (Stain).</w:t>
      </w:r>
    </w:p>
    <w:p>
      <w:pPr>
        <w:pStyle w:val="Heading4"/>
      </w:pPr>
      <w:r>
        <w:rPr>
          <w:rFonts w:ascii="Arial" w:hAnsi="Arial"/>
          <w:color w:val="000000"/>
          <w:sz w:val="21"/>
        </w:rPr>
        <w:t>Chất phụ trợ</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Phụ gia</w:t>
            </w:r>
          </w:p>
        </w:tc>
        <w:tc>
          <w:tcPr>
            <w:tcW w:type="dxa" w:w="3437"/>
          </w:tcPr>
          <w:p>
            <w:r/>
            <w:r>
              <w:rPr>
                <w:rFonts w:ascii="Arial" w:hAnsi="Arial"/>
                <w:b/>
                <w:color w:val="000000"/>
                <w:sz w:val="19"/>
              </w:rPr>
              <w:t>Công dụng</w:t>
            </w:r>
          </w:p>
        </w:tc>
        <w:tc>
          <w:tcPr>
            <w:tcW w:type="dxa" w:w="3437"/>
          </w:tcPr>
          <w:p>
            <w:r/>
            <w:r>
              <w:rPr>
                <w:rFonts w:ascii="Arial" w:hAnsi="Arial"/>
                <w:b/>
                <w:color w:val="000000"/>
                <w:sz w:val="19"/>
              </w:rPr>
              <w:t>Lưu ý</w:t>
            </w:r>
          </w:p>
        </w:tc>
      </w:tr>
      <w:tr>
        <w:tc>
          <w:tcPr>
            <w:tcW w:type="dxa" w:w="3437"/>
          </w:tcPr>
          <w:p>
            <w:r/>
            <w:r>
              <w:rPr>
                <w:rFonts w:ascii="Arial" w:hAnsi="Arial"/>
                <w:b w:val="0"/>
                <w:color w:val="000000"/>
                <w:sz w:val="19"/>
              </w:rPr>
              <w:t>BV1711</w:t>
            </w:r>
          </w:p>
        </w:tc>
        <w:tc>
          <w:tcPr>
            <w:tcW w:type="dxa" w:w="3437"/>
          </w:tcPr>
          <w:p>
            <w:r/>
            <w:r>
              <w:rPr>
                <w:rFonts w:ascii="Arial" w:hAnsi="Arial"/>
                <w:b w:val="0"/>
                <w:color w:val="000000"/>
                <w:sz w:val="19"/>
              </w:rPr>
              <w:t>Tăng độ khô cho sơn màu</w:t>
            </w:r>
          </w:p>
        </w:tc>
        <w:tc>
          <w:tcPr>
            <w:tcW w:type="dxa" w:w="3437"/>
          </w:tcPr>
          <w:p>
            <w:r/>
            <w:r>
              <w:rPr>
                <w:rFonts w:ascii="Arial" w:hAnsi="Arial"/>
                <w:b w:val="0"/>
                <w:color w:val="000000"/>
                <w:sz w:val="19"/>
              </w:rPr>
              <w:t>Thêm khi sơn màu chậm khô</w:t>
            </w:r>
          </w:p>
        </w:tc>
      </w:tr>
      <w:tr>
        <w:tc>
          <w:tcPr>
            <w:tcW w:type="dxa" w:w="3437"/>
          </w:tcPr>
          <w:p>
            <w:r/>
            <w:r>
              <w:rPr>
                <w:rFonts w:ascii="Arial" w:hAnsi="Arial"/>
                <w:b w:val="0"/>
                <w:color w:val="000000"/>
                <w:sz w:val="19"/>
              </w:rPr>
              <w:t>CCN</w:t>
            </w:r>
          </w:p>
        </w:tc>
        <w:tc>
          <w:tcPr>
            <w:tcW w:type="dxa" w:w="3437"/>
          </w:tcPr>
          <w:p>
            <w:r/>
            <w:r>
              <w:rPr>
                <w:rFonts w:ascii="Arial" w:hAnsi="Arial"/>
                <w:b w:val="0"/>
                <w:color w:val="000000"/>
                <w:sz w:val="19"/>
              </w:rPr>
              <w:t>Tăng khả năng chà nhám</w:t>
            </w:r>
          </w:p>
        </w:tc>
        <w:tc>
          <w:tcPr>
            <w:tcW w:type="dxa" w:w="3437"/>
          </w:tcPr>
          <w:p>
            <w:r/>
            <w:r>
              <w:rPr>
                <w:rFonts w:ascii="Arial" w:hAnsi="Arial"/>
                <w:b w:val="0"/>
                <w:color w:val="000000"/>
                <w:sz w:val="19"/>
              </w:rPr>
              <w:t>Hỗ trợ đánh bóng</w:t>
            </w:r>
          </w:p>
        </w:tc>
      </w:tr>
      <w:tr>
        <w:tc>
          <w:tcPr>
            <w:tcW w:type="dxa" w:w="3437"/>
          </w:tcPr>
          <w:p>
            <w:r/>
            <w:r>
              <w:rPr>
                <w:rFonts w:ascii="Arial" w:hAnsi="Arial"/>
                <w:b w:val="0"/>
                <w:color w:val="000000"/>
                <w:sz w:val="19"/>
              </w:rPr>
              <w:t>CTC</w:t>
            </w:r>
          </w:p>
        </w:tc>
        <w:tc>
          <w:tcPr>
            <w:tcW w:type="dxa" w:w="3437"/>
          </w:tcPr>
          <w:p>
            <w:r/>
            <w:r>
              <w:rPr>
                <w:rFonts w:ascii="Arial" w:hAnsi="Arial"/>
                <w:b w:val="0"/>
                <w:color w:val="000000"/>
                <w:sz w:val="19"/>
              </w:rPr>
              <w:t>Tăng độ cứng (6H → 8H)</w:t>
            </w:r>
          </w:p>
        </w:tc>
        <w:tc>
          <w:tcPr>
            <w:tcW w:type="dxa" w:w="3437"/>
          </w:tcPr>
          <w:p>
            <w:r/>
            <w:r>
              <w:rPr>
                <w:rFonts w:ascii="Arial" w:hAnsi="Arial"/>
                <w:b w:val="0"/>
                <w:color w:val="000000"/>
                <w:sz w:val="19"/>
              </w:rPr>
              <w:t>Chỉ dùng cho bề mặt yêu cầu cứng cao</w:t>
            </w:r>
          </w:p>
        </w:tc>
      </w:tr>
      <w:tr>
        <w:tc>
          <w:tcPr>
            <w:tcW w:type="dxa" w:w="3437"/>
          </w:tcPr>
          <w:p>
            <w:r/>
            <w:r>
              <w:rPr>
                <w:rFonts w:ascii="Arial" w:hAnsi="Arial"/>
                <w:b w:val="0"/>
                <w:color w:val="000000"/>
                <w:sz w:val="19"/>
              </w:rPr>
              <w:t>PG 6020</w:t>
            </w:r>
          </w:p>
        </w:tc>
        <w:tc>
          <w:tcPr>
            <w:tcW w:type="dxa" w:w="3437"/>
          </w:tcPr>
          <w:p>
            <w:r/>
            <w:r>
              <w:rPr>
                <w:rFonts w:ascii="Arial" w:hAnsi="Arial"/>
                <w:b w:val="0"/>
                <w:color w:val="000000"/>
                <w:sz w:val="19"/>
              </w:rPr>
              <w:t>Làm căng mặt sơn</w:t>
            </w:r>
          </w:p>
        </w:tc>
        <w:tc>
          <w:tcPr>
            <w:tcW w:type="dxa" w:w="3437"/>
          </w:tcPr>
          <w:p>
            <w:r/>
            <w:r>
              <w:rPr>
                <w:rFonts w:ascii="Arial" w:hAnsi="Arial"/>
                <w:b w:val="0"/>
                <w:color w:val="000000"/>
                <w:sz w:val="19"/>
              </w:rPr>
              <w:t>Giảm hiện tượng vỏ cam, lỗ kim</w:t>
            </w:r>
          </w:p>
        </w:tc>
      </w:tr>
      <w:tr>
        <w:tc>
          <w:tcPr>
            <w:tcW w:type="dxa" w:w="3437"/>
          </w:tcPr>
          <w:p>
            <w:r/>
            <w:r>
              <w:rPr>
                <w:rFonts w:ascii="Arial" w:hAnsi="Arial"/>
                <w:b w:val="0"/>
                <w:color w:val="000000"/>
                <w:sz w:val="19"/>
              </w:rPr>
              <w:t>DL UV 01</w:t>
            </w:r>
          </w:p>
        </w:tc>
        <w:tc>
          <w:tcPr>
            <w:tcW w:type="dxa" w:w="3437"/>
          </w:tcPr>
          <w:p>
            <w:r/>
            <w:r>
              <w:rPr>
                <w:rFonts w:ascii="Arial" w:hAnsi="Arial"/>
                <w:b w:val="0"/>
                <w:color w:val="000000"/>
                <w:sz w:val="19"/>
              </w:rPr>
              <w:t>Làm loãng, ổn định độ nhớt</w:t>
            </w:r>
          </w:p>
        </w:tc>
        <w:tc>
          <w:tcPr>
            <w:tcW w:type="dxa" w:w="3437"/>
          </w:tcPr>
          <w:p>
            <w:r/>
            <w:r>
              <w:rPr>
                <w:rFonts w:ascii="Arial" w:hAnsi="Arial"/>
                <w:b w:val="0"/>
                <w:color w:val="000000"/>
                <w:sz w:val="19"/>
              </w:rPr>
              <w:t>Pha điều chỉnh độ nhớt thi công</w:t>
            </w:r>
          </w:p>
        </w:tc>
      </w:tr>
      <w:tr>
        <w:tc>
          <w:tcPr>
            <w:tcW w:type="dxa" w:w="3437"/>
          </w:tcPr>
          <w:p>
            <w:r/>
            <w:r>
              <w:rPr>
                <w:rFonts w:ascii="Arial" w:hAnsi="Arial"/>
                <w:b w:val="0"/>
                <w:color w:val="000000"/>
                <w:sz w:val="19"/>
              </w:rPr>
              <w:t>Phụ gia 1608</w:t>
            </w:r>
          </w:p>
        </w:tc>
        <w:tc>
          <w:tcPr>
            <w:tcW w:type="dxa" w:w="3437"/>
          </w:tcPr>
          <w:p>
            <w:r/>
            <w:r>
              <w:rPr>
                <w:rFonts w:ascii="Arial" w:hAnsi="Arial"/>
                <w:b w:val="0"/>
                <w:color w:val="000000"/>
                <w:sz w:val="19"/>
              </w:rPr>
              <w:t>Tăng bám dính, chống dầu</w:t>
            </w:r>
          </w:p>
        </w:tc>
        <w:tc>
          <w:tcPr>
            <w:tcW w:type="dxa" w:w="3437"/>
          </w:tcPr>
          <w:p>
            <w:r/>
            <w:r>
              <w:rPr>
                <w:rFonts w:ascii="Arial" w:hAnsi="Arial"/>
                <w:b w:val="0"/>
                <w:color w:val="000000"/>
                <w:sz w:val="19"/>
              </w:rPr>
              <w:t>Hiệu quả trong 6 giờ sau pha</w:t>
            </w:r>
          </w:p>
        </w:tc>
      </w:tr>
      <w:tr>
        <w:tc>
          <w:tcPr>
            <w:tcW w:type="dxa" w:w="3437"/>
          </w:tcPr>
          <w:p>
            <w:r/>
            <w:r>
              <w:rPr>
                <w:rFonts w:ascii="Arial" w:hAnsi="Arial"/>
                <w:b w:val="0"/>
                <w:color w:val="000000"/>
                <w:sz w:val="19"/>
              </w:rPr>
              <w:t>UV100</w:t>
            </w:r>
          </w:p>
        </w:tc>
        <w:tc>
          <w:tcPr>
            <w:tcW w:type="dxa" w:w="3437"/>
          </w:tcPr>
          <w:p>
            <w:r/>
            <w:r>
              <w:rPr>
                <w:rFonts w:ascii="Arial" w:hAnsi="Arial"/>
                <w:b w:val="0"/>
                <w:color w:val="000000"/>
                <w:sz w:val="19"/>
              </w:rPr>
              <w:t>Chống dầu</w:t>
            </w:r>
          </w:p>
        </w:tc>
        <w:tc>
          <w:tcPr>
            <w:tcW w:type="dxa" w:w="3437"/>
          </w:tcPr>
          <w:p>
            <w:r/>
            <w:r>
              <w:rPr>
                <w:rFonts w:ascii="Arial" w:hAnsi="Arial"/>
                <w:b w:val="0"/>
                <w:color w:val="000000"/>
                <w:sz w:val="19"/>
              </w:rPr>
              <w:t>Pha vào sơn trắng/sealer</w:t>
            </w:r>
          </w:p>
        </w:tc>
      </w:tr>
    </w:tbl>
    <w:p>
      <w:r>
        <w:rPr>
          <w:rFonts w:ascii="Arial" w:hAnsi="Arial"/>
          <w:b w:val="0"/>
          <w:color w:val="000000"/>
          <w:sz w:val="21"/>
        </w:rPr>
        <w:t>---</w:t>
      </w:r>
    </w:p>
    <w:p>
      <w:pPr>
        <w:pStyle w:val="Heading3"/>
      </w:pPr>
      <w:r>
        <w:rPr>
          <w:rFonts w:ascii="Arial" w:hAnsi="Arial"/>
          <w:color w:val="000000"/>
          <w:sz w:val="21"/>
        </w:rPr>
        <w:t>4. Quy trình pha chế và thi công</w:t>
      </w:r>
    </w:p>
    <w:p>
      <w:pPr>
        <w:pStyle w:val="Heading4"/>
      </w:pPr>
      <w:r>
        <w:rPr>
          <w:rFonts w:ascii="Arial" w:hAnsi="Arial"/>
          <w:color w:val="000000"/>
          <w:sz w:val="21"/>
        </w:rPr>
        <w:t>Pha màu</w:t>
      </w:r>
    </w:p>
    <w:p>
      <w:pPr>
        <w:pStyle w:val="ListBullet"/>
      </w:pPr>
      <w:r>
        <w:rPr>
          <w:rFonts w:ascii="Arial" w:hAnsi="Arial"/>
          <w:color w:val="000000"/>
          <w:sz w:val="21"/>
        </w:rPr>
        <w:t>Tỷ lệ màu không quá 15% tổng khối lượng</w:t>
      </w:r>
    </w:p>
    <w:p>
      <w:pPr>
        <w:pStyle w:val="ListBullet"/>
      </w:pPr>
      <w:r>
        <w:rPr>
          <w:rFonts w:ascii="Arial" w:hAnsi="Arial"/>
          <w:color w:val="000000"/>
          <w:sz w:val="21"/>
        </w:rPr>
        <w:t>Vượt quá 15% sẽ ảnh hưởng:</w:t>
      </w:r>
    </w:p>
    <w:p>
      <w:pPr>
        <w:pStyle w:val="ListBullet"/>
      </w:pPr>
      <w:r>
        <w:rPr>
          <w:rFonts w:ascii="Arial" w:hAnsi="Arial"/>
          <w:color w:val="000000"/>
          <w:sz w:val="21"/>
        </w:rPr>
        <w:t>Giảm độ bám dính</w:t>
      </w:r>
    </w:p>
    <w:p>
      <w:pPr>
        <w:pStyle w:val="ListBullet"/>
      </w:pPr>
      <w:r>
        <w:rPr>
          <w:rFonts w:ascii="Arial" w:hAnsi="Arial"/>
          <w:color w:val="000000"/>
          <w:sz w:val="21"/>
        </w:rPr>
        <w:t>Giảm khả năng khô UV (tia UV bị màu che lấp)</w:t>
      </w:r>
    </w:p>
    <w:p>
      <w:pPr>
        <w:pStyle w:val="Heading4"/>
      </w:pPr>
      <w:r>
        <w:rPr>
          <w:rFonts w:ascii="Arial" w:hAnsi="Arial"/>
          <w:color w:val="000000"/>
          <w:sz w:val="21"/>
        </w:rPr>
        <w:t>Pha Stain</w:t>
      </w:r>
    </w:p>
    <w:p>
      <w:pPr>
        <w:pStyle w:val="ListBullet"/>
      </w:pPr>
      <w:r>
        <w:rPr>
          <w:rFonts w:ascii="Arial" w:hAnsi="Arial"/>
          <w:color w:val="000000"/>
          <w:sz w:val="21"/>
        </w:rPr>
        <w:t>Dùng sơn lót BTUV 2008 làm nền</w:t>
      </w:r>
    </w:p>
    <w:p>
      <w:pPr>
        <w:pStyle w:val="ListBullet"/>
      </w:pPr>
      <w:r>
        <w:rPr>
          <w:rFonts w:ascii="Arial" w:hAnsi="Arial"/>
          <w:color w:val="000000"/>
          <w:sz w:val="21"/>
        </w:rPr>
        <w:t>Pha với 10-20% tinh màu</w:t>
      </w:r>
    </w:p>
    <w:p>
      <w:pPr>
        <w:pStyle w:val="ListBullet"/>
      </w:pPr>
      <w:r>
        <w:rPr>
          <w:rFonts w:ascii="Arial" w:hAnsi="Arial"/>
          <w:color w:val="000000"/>
          <w:sz w:val="21"/>
        </w:rPr>
        <w:t>Thêm 20-30% dung môi</w:t>
      </w:r>
    </w:p>
    <w:p>
      <w:pPr>
        <w:pStyle w:val="Heading4"/>
      </w:pPr>
      <w:r>
        <w:rPr>
          <w:rFonts w:ascii="Arial" w:hAnsi="Arial"/>
          <w:color w:val="000000"/>
          <w:sz w:val="21"/>
        </w:rPr>
        <w:t>Định lượng chuẩn</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Loại sơn</w:t>
            </w:r>
          </w:p>
        </w:tc>
        <w:tc>
          <w:tcPr>
            <w:tcW w:type="dxa" w:w="5156"/>
          </w:tcPr>
          <w:p>
            <w:r/>
            <w:r>
              <w:rPr>
                <w:rFonts w:ascii="Arial" w:hAnsi="Arial"/>
                <w:b/>
                <w:color w:val="000000"/>
                <w:sz w:val="19"/>
              </w:rPr>
              <w:t>Định lượng</w:t>
            </w:r>
          </w:p>
        </w:tc>
      </w:tr>
      <w:tr>
        <w:tc>
          <w:tcPr>
            <w:tcW w:type="dxa" w:w="5156"/>
          </w:tcPr>
          <w:p>
            <w:r/>
            <w:r>
              <w:rPr>
                <w:rFonts w:ascii="Arial" w:hAnsi="Arial"/>
                <w:b w:val="0"/>
                <w:color w:val="000000"/>
                <w:sz w:val="19"/>
              </w:rPr>
              <w:t>Sơn màu</w:t>
            </w:r>
          </w:p>
        </w:tc>
        <w:tc>
          <w:tcPr>
            <w:tcW w:type="dxa" w:w="5156"/>
          </w:tcPr>
          <w:p>
            <w:r/>
            <w:r>
              <w:rPr>
                <w:rFonts w:ascii="Arial" w:hAnsi="Arial"/>
                <w:b w:val="0"/>
                <w:color w:val="000000"/>
                <w:sz w:val="19"/>
              </w:rPr>
              <w:t>30–35 g/m²</w:t>
            </w:r>
          </w:p>
        </w:tc>
      </w:tr>
      <w:tr>
        <w:tc>
          <w:tcPr>
            <w:tcW w:type="dxa" w:w="5156"/>
          </w:tcPr>
          <w:p>
            <w:r/>
            <w:r>
              <w:rPr>
                <w:rFonts w:ascii="Arial" w:hAnsi="Arial"/>
                <w:b w:val="0"/>
                <w:color w:val="000000"/>
                <w:sz w:val="19"/>
              </w:rPr>
              <w:t>Sơn không màu</w:t>
            </w:r>
          </w:p>
        </w:tc>
        <w:tc>
          <w:tcPr>
            <w:tcW w:type="dxa" w:w="5156"/>
          </w:tcPr>
          <w:p>
            <w:r/>
            <w:r>
              <w:rPr>
                <w:rFonts w:ascii="Arial" w:hAnsi="Arial"/>
                <w:b w:val="0"/>
                <w:color w:val="000000"/>
                <w:sz w:val="19"/>
              </w:rPr>
              <w:t>20–25 g/m²</w:t>
            </w:r>
          </w:p>
        </w:tc>
      </w:tr>
    </w:tbl>
    <w:p>
      <w:r>
        <w:rPr>
          <w:rFonts w:ascii="Arial" w:hAnsi="Arial"/>
          <w:b w:val="0"/>
          <w:color w:val="000000"/>
          <w:sz w:val="21"/>
        </w:rPr>
        <w:t>---</w:t>
      </w:r>
    </w:p>
    <w:p>
      <w:pPr>
        <w:pStyle w:val="Heading3"/>
      </w:pPr>
      <w:r>
        <w:rPr>
          <w:rFonts w:ascii="Arial" w:hAnsi="Arial"/>
          <w:color w:val="000000"/>
          <w:sz w:val="21"/>
        </w:rPr>
        <w:t>5. Ưu và nhược điểm của hệ sơn UV</w:t>
      </w:r>
    </w:p>
    <w:p>
      <w:pPr>
        <w:pStyle w:val="Heading4"/>
      </w:pPr>
      <w:r>
        <w:rPr>
          <w:rFonts w:ascii="Arial" w:hAnsi="Arial"/>
          <w:color w:val="000000"/>
          <w:sz w:val="21"/>
        </w:rPr>
        <w:t>Ưu điểm</w:t>
      </w:r>
    </w:p>
    <w:p>
      <w:pPr>
        <w:pStyle w:val="ListBullet"/>
      </w:pPr>
      <w:r>
        <w:rPr>
          <w:rFonts w:ascii="Arial" w:hAnsi="Arial"/>
          <w:color w:val="000000"/>
          <w:sz w:val="21"/>
        </w:rPr>
        <w:t>Khô tức thì dưới đèn UV — tăng năng suất</w:t>
      </w:r>
    </w:p>
    <w:p>
      <w:pPr>
        <w:pStyle w:val="ListBullet"/>
      </w:pPr>
      <w:r>
        <w:rPr>
          <w:rFonts w:ascii="Arial" w:hAnsi="Arial"/>
          <w:color w:val="000000"/>
          <w:sz w:val="21"/>
        </w:rPr>
        <w:t>Lấp ghim và làm phẳng bề mặt tốt</w:t>
      </w:r>
    </w:p>
    <w:p>
      <w:pPr>
        <w:pStyle w:val="ListBullet"/>
      </w:pPr>
      <w:r>
        <w:rPr>
          <w:rFonts w:ascii="Arial" w:hAnsi="Arial"/>
          <w:color w:val="000000"/>
          <w:sz w:val="21"/>
        </w:rPr>
        <w:t>Tiết kiệm sơn hơn PU:</w:t>
      </w:r>
    </w:p>
    <w:p>
      <w:pPr>
        <w:pStyle w:val="ListBullet"/>
      </w:pPr>
      <w:r>
        <w:rPr>
          <w:rFonts w:ascii="Arial" w:hAnsi="Arial"/>
          <w:color w:val="000000"/>
          <w:sz w:val="21"/>
        </w:rPr>
        <w:t>1kg sơn UV phủ được ≈ 14 m²</w:t>
      </w:r>
    </w:p>
    <w:p>
      <w:pPr>
        <w:pStyle w:val="ListBullet"/>
      </w:pPr>
      <w:r>
        <w:rPr>
          <w:rFonts w:ascii="Arial" w:hAnsi="Arial"/>
          <w:color w:val="000000"/>
          <w:sz w:val="21"/>
        </w:rPr>
        <w:t>Phù hợp dây chuyền sản xuất liên tục</w:t>
      </w:r>
    </w:p>
    <w:p>
      <w:pPr>
        <w:pStyle w:val="Heading4"/>
      </w:pPr>
      <w:r>
        <w:rPr>
          <w:rFonts w:ascii="Arial" w:hAnsi="Arial"/>
          <w:color w:val="000000"/>
          <w:sz w:val="21"/>
        </w:rPr>
        <w:t>Nhược điểm</w:t>
      </w:r>
    </w:p>
    <w:p>
      <w:pPr>
        <w:pStyle w:val="ListBullet"/>
      </w:pPr>
      <w:r>
        <w:rPr>
          <w:rFonts w:ascii="Arial" w:hAnsi="Arial"/>
          <w:color w:val="000000"/>
          <w:sz w:val="21"/>
        </w:rPr>
        <w:t>Độ bám dính yếu hơn sơn PU/NC</w:t>
      </w:r>
    </w:p>
    <w:p>
      <w:pPr>
        <w:pStyle w:val="ListBullet"/>
      </w:pPr>
      <w:r>
        <w:rPr>
          <w:rFonts w:ascii="Arial" w:hAnsi="Arial"/>
          <w:color w:val="000000"/>
          <w:sz w:val="21"/>
        </w:rPr>
        <w:t>Không thể cán quá dày</w:t>
      </w:r>
    </w:p>
    <w:p>
      <w:pPr>
        <w:pStyle w:val="ListBullet"/>
      </w:pPr>
      <w:r>
        <w:rPr>
          <w:rFonts w:ascii="Arial" w:hAnsi="Arial"/>
          <w:color w:val="000000"/>
          <w:sz w:val="21"/>
        </w:rPr>
        <w:t>Yêu cầu thiết bị lò sấy UV chuyên dụng</w:t>
      </w:r>
    </w:p>
    <w:p>
      <w:pPr>
        <w:pStyle w:val="ListBullet"/>
      </w:pPr>
      <w:r>
        <w:rPr>
          <w:rFonts w:ascii="Arial" w:hAnsi="Arial"/>
          <w:color w:val="000000"/>
          <w:sz w:val="21"/>
        </w:rPr>
        <w:t>Giá đầu tư thiết bị ban đầu cao</w:t>
      </w:r>
    </w:p>
    <w:p>
      <w:r>
        <w:rPr>
          <w:rFonts w:ascii="Arial" w:hAnsi="Arial"/>
          <w:b w:val="0"/>
          <w:color w:val="000000"/>
          <w:sz w:val="21"/>
        </w:rPr>
        <w:t>---</w:t>
      </w:r>
    </w:p>
    <w:p>
      <w:pPr>
        <w:pStyle w:val="Heading3"/>
      </w:pPr>
      <w:r>
        <w:rPr>
          <w:rFonts w:ascii="Arial" w:hAnsi="Arial"/>
          <w:color w:val="000000"/>
          <w:sz w:val="21"/>
        </w:rPr>
        <w:t>6. Phương án xử lý tình huống thực tế</w:t>
      </w:r>
    </w:p>
    <w:p>
      <w:pPr>
        <w:pStyle w:val="Heading4"/>
      </w:pPr>
      <w:r>
        <w:rPr>
          <w:rFonts w:ascii="Arial" w:hAnsi="Arial"/>
          <w:color w:val="000000"/>
          <w:sz w:val="21"/>
        </w:rPr>
        <w:t>Tình huống: Gỗ tràm nhiều dầu + sơn trắng sáng</w:t>
      </w:r>
    </w:p>
    <w:p>
      <w:r>
        <w:rPr>
          <w:rFonts w:ascii="Arial" w:hAnsi="Arial"/>
          <w:b w:val="0"/>
          <w:color w:val="000000"/>
          <w:sz w:val="21"/>
        </w:rPr>
        <w:t>Giải pháp:</w:t>
      </w:r>
    </w:p>
    <w:p>
      <w:r>
        <w:rPr>
          <w:rFonts w:ascii="Arial" w:hAnsi="Arial"/>
          <w:b w:val="0"/>
          <w:color w:val="000000"/>
          <w:sz w:val="21"/>
        </w:rPr>
        <w:t>1. Lót (Sealer):</w:t>
      </w:r>
    </w:p>
    <w:p>
      <w:pPr>
        <w:pStyle w:val="ListBullet"/>
      </w:pPr>
      <w:r>
        <w:rPr>
          <w:rFonts w:ascii="Arial" w:hAnsi="Arial"/>
          <w:color w:val="000000"/>
          <w:sz w:val="21"/>
        </w:rPr>
        <w:t>Dùng BTUV PRIMER 01 GT ngăn dầu</w:t>
      </w:r>
    </w:p>
    <w:p>
      <w:pPr>
        <w:pStyle w:val="ListBullet"/>
      </w:pPr>
      <w:r>
        <w:rPr>
          <w:rFonts w:ascii="Arial" w:hAnsi="Arial"/>
          <w:color w:val="000000"/>
          <w:sz w:val="21"/>
        </w:rPr>
        <w:t>Pha với sơn trắng BT UV 2222 tỷ lệ 7:3 hoặc 6:4</w:t>
      </w:r>
    </w:p>
    <w:p>
      <w:pPr>
        <w:pStyle w:val="ListBullet"/>
      </w:pPr>
      <w:r>
        <w:rPr>
          <w:rFonts w:ascii="Arial" w:hAnsi="Arial"/>
          <w:color w:val="000000"/>
          <w:sz w:val="21"/>
        </w:rPr>
        <w:t>Thêm BV1711 để tăng độ khô</w:t>
      </w:r>
    </w:p>
    <w:p>
      <w:r>
        <w:rPr>
          <w:rFonts w:ascii="Arial" w:hAnsi="Arial"/>
          <w:b w:val="0"/>
          <w:color w:val="000000"/>
          <w:sz w:val="21"/>
        </w:rPr>
        <w:t>2. Phủ (Topcoat):</w:t>
      </w:r>
    </w:p>
    <w:p>
      <w:pPr>
        <w:pStyle w:val="ListBullet"/>
      </w:pPr>
      <w:r>
        <w:rPr>
          <w:rFonts w:ascii="Arial" w:hAnsi="Arial"/>
          <w:color w:val="000000"/>
          <w:sz w:val="21"/>
        </w:rPr>
        <w:t>Dùng BTUV 2407 bóng chống biến màu</w:t>
      </w:r>
    </w:p>
    <w:p>
      <w:pPr>
        <w:pStyle w:val="ListBullet"/>
      </w:pPr>
      <w:r>
        <w:rPr>
          <w:rFonts w:ascii="Arial" w:hAnsi="Arial"/>
          <w:color w:val="000000"/>
          <w:sz w:val="21"/>
        </w:rPr>
        <w:t>Đảm bảo giữ độ trắng sáng lâu dài</w:t>
      </w:r>
    </w:p>
    <w:p>
      <w:pPr>
        <w:pStyle w:val="Heading1"/>
      </w:pPr>
      <w:r>
        <w:rPr>
          <w:rFonts w:ascii="Arial" w:hAnsi="Arial"/>
          <w:color w:val="000000"/>
          <w:sz w:val="21"/>
        </w:rPr>
        <w:t>PHẦN 2. DANH MỤC SẢN PHẨM UV THEO NHÓM (ỨNG DỤNG TỪNG LOẠI)</w:t>
      </w:r>
    </w:p>
    <w:p>
      <w:pPr>
        <w:pStyle w:val="Heading2"/>
      </w:pPr>
      <w:r>
        <w:rPr>
          <w:rFonts w:ascii="Arial" w:hAnsi="Arial"/>
          <w:color w:val="000000"/>
          <w:sz w:val="21"/>
        </w:rPr>
        <w:t>DANH MỤC CÔNG THỨC SƠN UV</w:t>
      </w:r>
    </w:p>
    <w:p>
      <w:r>
        <w:rPr>
          <w:rFonts w:ascii="Arial" w:hAnsi="Arial"/>
          <w:b w:val="0"/>
          <w:color w:val="000000"/>
          <w:sz w:val="21"/>
        </w:rPr>
        <w:t>&gt; Thư mục: `C:\antigra-DS\CLAW_LAM_VIEC\CONTHUCUV`</w:t>
      </w:r>
    </w:p>
    <w:p>
      <w:r>
        <w:rPr>
          <w:rFonts w:ascii="Arial" w:hAnsi="Arial"/>
          <w:b w:val="0"/>
          <w:color w:val="000000"/>
          <w:sz w:val="21"/>
        </w:rPr>
        <w:t>&gt; Cập nhật: 12/06/2026</w:t>
      </w:r>
    </w:p>
    <w:p>
      <w:r>
        <w:rPr>
          <w:rFonts w:ascii="Arial" w:hAnsi="Arial"/>
          <w:b w:val="0"/>
          <w:color w:val="000000"/>
          <w:sz w:val="21"/>
        </w:rPr>
        <w:t>---</w:t>
      </w:r>
    </w:p>
    <w:p>
      <w:pPr>
        <w:pStyle w:val="Heading3"/>
      </w:pPr>
      <w:r>
        <w:rPr>
          <w:rFonts w:ascii="Arial" w:hAnsi="Arial"/>
          <w:color w:val="000000"/>
          <w:sz w:val="21"/>
        </w:rPr>
        <w:t>1. TÀI LIỆU HƯỚNG DẪN</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`Huong_dan_lua_chon_son_UV.md`</w:t>
            </w:r>
          </w:p>
        </w:tc>
        <w:tc>
          <w:tcPr>
            <w:tcW w:type="dxa" w:w="5156"/>
          </w:tcPr>
          <w:p>
            <w:r/>
            <w:r>
              <w:rPr>
                <w:rFonts w:ascii="Arial" w:hAnsi="Arial"/>
                <w:b w:val="0"/>
                <w:color w:val="000000"/>
                <w:sz w:val="19"/>
              </w:rPr>
              <w:t>Hướng dẫn lựa chọn &amp; sử dụng sơn UV — phân loại Sealer, Topcoat, Primer, sơn màu, Filler</w:t>
            </w:r>
          </w:p>
        </w:tc>
      </w:tr>
      <w:tr>
        <w:tc>
          <w:tcPr>
            <w:tcW w:type="dxa" w:w="5156"/>
          </w:tcPr>
          <w:p>
            <w:r/>
            <w:r>
              <w:rPr>
                <w:rFonts w:ascii="Arial" w:hAnsi="Arial"/>
                <w:b w:val="0"/>
                <w:color w:val="000000"/>
                <w:sz w:val="19"/>
              </w:rPr>
              <w:t>`Danh_sach_Mau_UV.md`</w:t>
            </w:r>
          </w:p>
        </w:tc>
        <w:tc>
          <w:tcPr>
            <w:tcW w:type="dxa" w:w="5156"/>
          </w:tcPr>
          <w:p>
            <w:r/>
            <w:r>
              <w:rPr>
                <w:rFonts w:ascii="Arial" w:hAnsi="Arial"/>
                <w:b w:val="0"/>
                <w:color w:val="000000"/>
                <w:sz w:val="19"/>
              </w:rPr>
              <w:t>Danh sách mã màu UV (Vàng, Đỏ, Xanh dương, Đen...)</w:t>
            </w:r>
          </w:p>
        </w:tc>
      </w:tr>
    </w:tbl>
    <w:p>
      <w:r>
        <w:rPr>
          <w:rFonts w:ascii="Arial" w:hAnsi="Arial"/>
          <w:b w:val="0"/>
          <w:color w:val="000000"/>
          <w:sz w:val="21"/>
        </w:rPr>
        <w:t>---</w:t>
      </w:r>
    </w:p>
    <w:p>
      <w:pPr>
        <w:pStyle w:val="Heading3"/>
      </w:pPr>
      <w:r>
        <w:rPr>
          <w:rFonts w:ascii="Arial" w:hAnsi="Arial"/>
          <w:color w:val="000000"/>
          <w:sz w:val="21"/>
        </w:rPr>
        <w:t>2. SƠN LÓT (SEALER)</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`BT_UV_2008_Sealer.md`</w:t>
            </w:r>
          </w:p>
        </w:tc>
        <w:tc>
          <w:tcPr>
            <w:tcW w:type="dxa" w:w="5156"/>
          </w:tcPr>
          <w:p>
            <w:r/>
            <w:r>
              <w:rPr>
                <w:rFonts w:ascii="Arial" w:hAnsi="Arial"/>
                <w:b w:val="0"/>
                <w:color w:val="000000"/>
                <w:sz w:val="19"/>
              </w:rPr>
              <w:t>Sealer đa năng, chà nhám tốt, giá tốt</w:t>
            </w:r>
          </w:p>
        </w:tc>
      </w:tr>
      <w:tr>
        <w:tc>
          <w:tcPr>
            <w:tcW w:type="dxa" w:w="5156"/>
          </w:tcPr>
          <w:p>
            <w:r/>
            <w:r>
              <w:rPr>
                <w:rFonts w:ascii="Arial" w:hAnsi="Arial"/>
                <w:b w:val="0"/>
                <w:color w:val="000000"/>
                <w:sz w:val="19"/>
              </w:rPr>
              <w:t>`BT_UV_2011_HP_Sealer.md`</w:t>
            </w:r>
          </w:p>
        </w:tc>
        <w:tc>
          <w:tcPr>
            <w:tcW w:type="dxa" w:w="5156"/>
          </w:tcPr>
          <w:p>
            <w:r/>
            <w:r>
              <w:rPr>
                <w:rFonts w:ascii="Arial" w:hAnsi="Arial"/>
                <w:b w:val="0"/>
                <w:color w:val="000000"/>
                <w:sz w:val="19"/>
              </w:rPr>
              <w:t>Sealer không màu, có tính ngăn dầu</w:t>
            </w:r>
          </w:p>
        </w:tc>
      </w:tr>
      <w:tr>
        <w:tc>
          <w:tcPr>
            <w:tcW w:type="dxa" w:w="5156"/>
          </w:tcPr>
          <w:p>
            <w:r/>
            <w:r>
              <w:rPr>
                <w:rFonts w:ascii="Arial" w:hAnsi="Arial"/>
                <w:b w:val="0"/>
                <w:color w:val="000000"/>
                <w:sz w:val="19"/>
              </w:rPr>
              <w:t>`BTUV_2005_Matte_Sealer.md`</w:t>
            </w:r>
          </w:p>
        </w:tc>
        <w:tc>
          <w:tcPr>
            <w:tcW w:type="dxa" w:w="5156"/>
          </w:tcPr>
          <w:p>
            <w:r/>
            <w:r>
              <w:rPr>
                <w:rFonts w:ascii="Arial" w:hAnsi="Arial"/>
                <w:b w:val="0"/>
                <w:color w:val="000000"/>
                <w:sz w:val="19"/>
              </w:rPr>
              <w:t>Sealer mờ, dùng để pha vào lót làm giảm độ sáng của lót UV thông thường</w:t>
            </w:r>
          </w:p>
        </w:tc>
      </w:tr>
      <w:tr>
        <w:tc>
          <w:tcPr>
            <w:tcW w:type="dxa" w:w="5156"/>
          </w:tcPr>
          <w:p>
            <w:r/>
            <w:r>
              <w:rPr>
                <w:rFonts w:ascii="Arial" w:hAnsi="Arial"/>
                <w:b w:val="0"/>
                <w:color w:val="000000"/>
                <w:sz w:val="19"/>
              </w:rPr>
              <w:t>`BT-UV_0711_Sealer_VT.md`</w:t>
            </w:r>
          </w:p>
        </w:tc>
        <w:tc>
          <w:tcPr>
            <w:tcW w:type="dxa" w:w="5156"/>
          </w:tcPr>
          <w:p>
            <w:r/>
            <w:r>
              <w:rPr>
                <w:rFonts w:ascii="Arial" w:hAnsi="Arial"/>
                <w:b w:val="0"/>
                <w:color w:val="000000"/>
                <w:sz w:val="19"/>
              </w:rPr>
              <w:t>Sealer chuyên dụng ván sàn dẻo, độ bám cao</w:t>
            </w:r>
          </w:p>
        </w:tc>
      </w:tr>
      <w:tr>
        <w:tc>
          <w:tcPr>
            <w:tcW w:type="dxa" w:w="5156"/>
          </w:tcPr>
          <w:p>
            <w:r/>
            <w:r>
              <w:rPr>
                <w:rFonts w:ascii="Arial" w:hAnsi="Arial"/>
                <w:b w:val="0"/>
                <w:color w:val="000000"/>
                <w:sz w:val="19"/>
              </w:rPr>
              <w:t>`BT_UV_127_Floor_Sealer.md`</w:t>
            </w:r>
          </w:p>
        </w:tc>
        <w:tc>
          <w:tcPr>
            <w:tcW w:type="dxa" w:w="5156"/>
          </w:tcPr>
          <w:p>
            <w:r/>
            <w:r>
              <w:rPr>
                <w:rFonts w:ascii="Arial" w:hAnsi="Arial"/>
                <w:b w:val="0"/>
                <w:color w:val="000000"/>
                <w:sz w:val="19"/>
              </w:rPr>
              <w:t>Sealer ván sàn siêu cứng — đang thử nghiệm thay thế nguyên liệu</w:t>
            </w:r>
          </w:p>
        </w:tc>
      </w:tr>
      <w:tr>
        <w:tc>
          <w:tcPr>
            <w:tcW w:type="dxa" w:w="5156"/>
          </w:tcPr>
          <w:p>
            <w:r/>
            <w:r>
              <w:rPr>
                <w:rFonts w:ascii="Arial" w:hAnsi="Arial"/>
                <w:b w:val="0"/>
                <w:color w:val="000000"/>
                <w:sz w:val="19"/>
              </w:rPr>
              <w:t>`BTUV_0712_BV.md`</w:t>
            </w:r>
          </w:p>
        </w:tc>
        <w:tc>
          <w:tcPr>
            <w:tcW w:type="dxa" w:w="5156"/>
          </w:tcPr>
          <w:p>
            <w:r/>
            <w:r>
              <w:rPr>
                <w:rFonts w:ascii="Arial" w:hAnsi="Arial"/>
                <w:b w:val="0"/>
                <w:color w:val="000000"/>
                <w:sz w:val="19"/>
              </w:rPr>
              <w:t>Phụ gia làm khô mặt nhanh, cứng mặt, cho ván sàn nội địa, giấy, PVC</w:t>
            </w:r>
          </w:p>
        </w:tc>
      </w:tr>
      <w:tr>
        <w:tc>
          <w:tcPr>
            <w:tcW w:type="dxa" w:w="5156"/>
          </w:tcPr>
          <w:p>
            <w:r/>
            <w:r>
              <w:rPr>
                <w:rFonts w:ascii="Arial" w:hAnsi="Arial"/>
                <w:b w:val="0"/>
                <w:color w:val="000000"/>
                <w:sz w:val="19"/>
              </w:rPr>
              <w:t>`BTUV_0806_WV_Sealer.md`</w:t>
            </w:r>
          </w:p>
        </w:tc>
        <w:tc>
          <w:tcPr>
            <w:tcW w:type="dxa" w:w="5156"/>
          </w:tcPr>
          <w:p>
            <w:r/>
            <w:r>
              <w:rPr>
                <w:rFonts w:ascii="Arial" w:hAnsi="Arial"/>
                <w:b w:val="0"/>
                <w:color w:val="000000"/>
                <w:sz w:val="19"/>
              </w:rPr>
              <w:t>Sealer WV (chống thấm?) phun cạnh máy chân không màu trắng</w:t>
            </w:r>
          </w:p>
        </w:tc>
      </w:tr>
      <w:tr>
        <w:tc>
          <w:tcPr>
            <w:tcW w:type="dxa" w:w="5156"/>
          </w:tcPr>
          <w:p>
            <w:r/>
            <w:r>
              <w:rPr>
                <w:rFonts w:ascii="Arial" w:hAnsi="Arial"/>
                <w:b w:val="0"/>
                <w:color w:val="000000"/>
                <w:sz w:val="19"/>
              </w:rPr>
              <w:t>`BT_UV_2106_V_Sealer.md`</w:t>
            </w:r>
          </w:p>
        </w:tc>
        <w:tc>
          <w:tcPr>
            <w:tcW w:type="dxa" w:w="5156"/>
          </w:tcPr>
          <w:p>
            <w:r/>
            <w:r>
              <w:rPr>
                <w:rFonts w:ascii="Arial" w:hAnsi="Arial"/>
                <w:b w:val="0"/>
                <w:color w:val="000000"/>
                <w:sz w:val="19"/>
              </w:rPr>
              <w:t>Sealer V (vacuum) phun cạnh máy chân không</w:t>
            </w:r>
          </w:p>
        </w:tc>
      </w:tr>
      <w:tr>
        <w:tc>
          <w:tcPr>
            <w:tcW w:type="dxa" w:w="5156"/>
          </w:tcPr>
          <w:p>
            <w:r/>
            <w:r>
              <w:rPr>
                <w:rFonts w:ascii="Arial" w:hAnsi="Arial"/>
                <w:b w:val="0"/>
                <w:color w:val="000000"/>
                <w:sz w:val="19"/>
              </w:rPr>
              <w:t>`BTND_UV_2009_Sealer_4-5.md`</w:t>
            </w:r>
          </w:p>
        </w:tc>
        <w:tc>
          <w:tcPr>
            <w:tcW w:type="dxa" w:w="5156"/>
          </w:tcPr>
          <w:p>
            <w:r/>
            <w:r>
              <w:rPr>
                <w:rFonts w:ascii="Arial" w:hAnsi="Arial"/>
                <w:b w:val="0"/>
                <w:color w:val="000000"/>
                <w:sz w:val="19"/>
              </w:rPr>
              <w:t>Sealer ND nội địa</w:t>
            </w:r>
          </w:p>
        </w:tc>
      </w:tr>
      <w:tr>
        <w:tc>
          <w:tcPr>
            <w:tcW w:type="dxa" w:w="5156"/>
          </w:tcPr>
          <w:p>
            <w:r/>
            <w:r>
              <w:rPr>
                <w:rFonts w:ascii="Arial" w:hAnsi="Arial"/>
                <w:b w:val="0"/>
                <w:color w:val="000000"/>
                <w:sz w:val="19"/>
              </w:rPr>
              <w:t>`BTUV_BOTR.md`</w:t>
            </w:r>
          </w:p>
        </w:tc>
        <w:tc>
          <w:tcPr>
            <w:tcW w:type="dxa" w:w="5156"/>
          </w:tcPr>
          <w:p>
            <w:r/>
            <w:r>
              <w:rPr>
                <w:rFonts w:ascii="Arial" w:hAnsi="Arial"/>
                <w:b w:val="0"/>
                <w:color w:val="000000"/>
                <w:sz w:val="19"/>
              </w:rPr>
              <w:t>Chất làm giảm giá thành sơn trắng</w:t>
            </w:r>
          </w:p>
        </w:tc>
      </w:tr>
      <w:tr>
        <w:tc>
          <w:tcPr>
            <w:tcW w:type="dxa" w:w="5156"/>
          </w:tcPr>
          <w:p>
            <w:r/>
            <w:r>
              <w:rPr>
                <w:rFonts w:ascii="Arial" w:hAnsi="Arial"/>
                <w:b w:val="0"/>
                <w:color w:val="000000"/>
                <w:sz w:val="19"/>
              </w:rPr>
              <w:t>`BTUV_BTR.md`</w:t>
            </w:r>
          </w:p>
        </w:tc>
        <w:tc>
          <w:tcPr>
            <w:tcW w:type="dxa" w:w="5156"/>
          </w:tcPr>
          <w:p>
            <w:r/>
            <w:r>
              <w:rPr>
                <w:rFonts w:ascii="Arial" w:hAnsi="Arial"/>
                <w:b w:val="0"/>
                <w:color w:val="000000"/>
                <w:sz w:val="19"/>
              </w:rPr>
              <w:t>Chất làm giảm giá thành sơn trong</w:t>
            </w:r>
          </w:p>
        </w:tc>
      </w:tr>
    </w:tbl>
    <w:p>
      <w:r>
        <w:rPr>
          <w:rFonts w:ascii="Arial" w:hAnsi="Arial"/>
          <w:b w:val="0"/>
          <w:color w:val="000000"/>
          <w:sz w:val="21"/>
        </w:rPr>
        <w:t>---</w:t>
      </w:r>
    </w:p>
    <w:p>
      <w:pPr>
        <w:pStyle w:val="Heading3"/>
      </w:pPr>
      <w:r>
        <w:rPr>
          <w:rFonts w:ascii="Arial" w:hAnsi="Arial"/>
          <w:color w:val="000000"/>
          <w:sz w:val="21"/>
        </w:rPr>
        <w:t>3. SƠN PHỦ (TOPCOAT)</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`BTUV_0510_Topcoat_.md`</w:t>
            </w:r>
          </w:p>
        </w:tc>
        <w:tc>
          <w:tcPr>
            <w:tcW w:type="dxa" w:w="5156"/>
          </w:tcPr>
          <w:p>
            <w:r/>
            <w:r>
              <w:rPr>
                <w:rFonts w:ascii="Arial" w:hAnsi="Arial"/>
                <w:b w:val="0"/>
                <w:color w:val="000000"/>
                <w:sz w:val="19"/>
              </w:rPr>
              <w:t>Topcoat bóng ván sàn, giả thấp, muốn nhanh khô mặt thì pha với BV1712</w:t>
            </w:r>
          </w:p>
        </w:tc>
      </w:tr>
      <w:tr>
        <w:tc>
          <w:tcPr>
            <w:tcW w:type="dxa" w:w="5156"/>
          </w:tcPr>
          <w:p>
            <w:r/>
            <w:r>
              <w:rPr>
                <w:rFonts w:ascii="Arial" w:hAnsi="Arial"/>
                <w:b w:val="0"/>
                <w:color w:val="000000"/>
                <w:sz w:val="19"/>
              </w:rPr>
              <w:t>`BTUV_0609_Topcoat_.md`</w:t>
            </w:r>
          </w:p>
        </w:tc>
        <w:tc>
          <w:tcPr>
            <w:tcW w:type="dxa" w:w="5156"/>
          </w:tcPr>
          <w:p>
            <w:r/>
            <w:r>
              <w:rPr>
                <w:rFonts w:ascii="Arial" w:hAnsi="Arial"/>
                <w:b w:val="0"/>
                <w:color w:val="000000"/>
                <w:sz w:val="19"/>
              </w:rPr>
              <w:t>Topcoat bóng thông dụng , chống trầy xước cao, giá cao</w:t>
            </w:r>
          </w:p>
        </w:tc>
      </w:tr>
      <w:tr>
        <w:tc>
          <w:tcPr>
            <w:tcW w:type="dxa" w:w="5156"/>
          </w:tcPr>
          <w:p>
            <w:r/>
            <w:r>
              <w:rPr>
                <w:rFonts w:ascii="Arial" w:hAnsi="Arial"/>
                <w:b w:val="0"/>
                <w:color w:val="000000"/>
                <w:sz w:val="19"/>
              </w:rPr>
              <w:t>`BTUV_2407_Topcoat_Clear_PHT.md`</w:t>
            </w:r>
          </w:p>
        </w:tc>
        <w:tc>
          <w:tcPr>
            <w:tcW w:type="dxa" w:w="5156"/>
          </w:tcPr>
          <w:p>
            <w:r/>
            <w:r>
              <w:rPr>
                <w:rFonts w:ascii="Arial" w:hAnsi="Arial"/>
                <w:b w:val="0"/>
                <w:color w:val="000000"/>
                <w:sz w:val="19"/>
              </w:rPr>
              <w:t>Topcoat trong, chống biến màu sau khi sấy</w:t>
            </w:r>
          </w:p>
        </w:tc>
      </w:tr>
      <w:tr>
        <w:tc>
          <w:tcPr>
            <w:tcW w:type="dxa" w:w="5156"/>
          </w:tcPr>
          <w:p>
            <w:r/>
            <w:r>
              <w:rPr>
                <w:rFonts w:ascii="Arial" w:hAnsi="Arial"/>
                <w:b w:val="0"/>
                <w:color w:val="000000"/>
                <w:sz w:val="19"/>
              </w:rPr>
              <w:t>`BTUV_2407_Topcoat_Matte_PHT.md`</w:t>
            </w:r>
          </w:p>
        </w:tc>
        <w:tc>
          <w:tcPr>
            <w:tcW w:type="dxa" w:w="5156"/>
          </w:tcPr>
          <w:p>
            <w:r/>
            <w:r>
              <w:rPr>
                <w:rFonts w:ascii="Arial" w:hAnsi="Arial"/>
                <w:b w:val="0"/>
                <w:color w:val="000000"/>
                <w:sz w:val="19"/>
              </w:rPr>
              <w:t>Topcoat mờ, chống biến màu</w:t>
            </w:r>
          </w:p>
        </w:tc>
      </w:tr>
      <w:tr>
        <w:tc>
          <w:tcPr>
            <w:tcW w:type="dxa" w:w="5156"/>
          </w:tcPr>
          <w:p>
            <w:r/>
            <w:r>
              <w:rPr>
                <w:rFonts w:ascii="Arial" w:hAnsi="Arial"/>
                <w:b w:val="0"/>
                <w:color w:val="000000"/>
                <w:sz w:val="19"/>
              </w:rPr>
              <w:t>`BTUV_2407_White_Topcoat_PHT_Gloss.md`</w:t>
            </w:r>
          </w:p>
        </w:tc>
        <w:tc>
          <w:tcPr>
            <w:tcW w:type="dxa" w:w="5156"/>
          </w:tcPr>
          <w:p>
            <w:r/>
            <w:r>
              <w:rPr>
                <w:rFonts w:ascii="Arial" w:hAnsi="Arial"/>
                <w:b w:val="0"/>
                <w:color w:val="000000"/>
                <w:sz w:val="19"/>
              </w:rPr>
              <w:t>Topcoat trắng bóng</w:t>
            </w:r>
          </w:p>
        </w:tc>
      </w:tr>
      <w:tr>
        <w:tc>
          <w:tcPr>
            <w:tcW w:type="dxa" w:w="5156"/>
          </w:tcPr>
          <w:p>
            <w:r/>
            <w:r>
              <w:rPr>
                <w:rFonts w:ascii="Arial" w:hAnsi="Arial"/>
                <w:b w:val="0"/>
                <w:color w:val="000000"/>
                <w:sz w:val="19"/>
              </w:rPr>
              <w:t>`BTUV_2407_White_Topcoat_PHT_Matt.md`</w:t>
            </w:r>
          </w:p>
        </w:tc>
        <w:tc>
          <w:tcPr>
            <w:tcW w:type="dxa" w:w="5156"/>
          </w:tcPr>
          <w:p>
            <w:r/>
            <w:r>
              <w:rPr>
                <w:rFonts w:ascii="Arial" w:hAnsi="Arial"/>
                <w:b w:val="0"/>
                <w:color w:val="000000"/>
                <w:sz w:val="19"/>
              </w:rPr>
              <w:t>Topcoat trắng mờ</w:t>
            </w:r>
          </w:p>
        </w:tc>
      </w:tr>
      <w:tr>
        <w:tc>
          <w:tcPr>
            <w:tcW w:type="dxa" w:w="5156"/>
          </w:tcPr>
          <w:p>
            <w:r/>
            <w:r>
              <w:rPr>
                <w:rFonts w:ascii="Arial" w:hAnsi="Arial"/>
                <w:b w:val="0"/>
                <w:color w:val="000000"/>
                <w:sz w:val="19"/>
              </w:rPr>
              <w:t>`BTUV_BV_1711.md`</w:t>
            </w:r>
          </w:p>
        </w:tc>
        <w:tc>
          <w:tcPr>
            <w:tcW w:type="dxa" w:w="5156"/>
          </w:tcPr>
          <w:p>
            <w:r/>
            <w:r>
              <w:rPr>
                <w:rFonts w:ascii="Arial" w:hAnsi="Arial"/>
                <w:b w:val="0"/>
                <w:color w:val="000000"/>
                <w:sz w:val="19"/>
              </w:rPr>
              <w:t>Chất làm khô cho sơn màu và sơn trong lăn dầy ( không khuyến khích )</w:t>
            </w:r>
          </w:p>
        </w:tc>
      </w:tr>
      <w:tr>
        <w:tc>
          <w:tcPr>
            <w:tcW w:type="dxa" w:w="5156"/>
          </w:tcPr>
          <w:p>
            <w:r/>
            <w:r>
              <w:rPr>
                <w:rFonts w:ascii="Arial" w:hAnsi="Arial"/>
                <w:b w:val="0"/>
                <w:color w:val="000000"/>
                <w:sz w:val="19"/>
              </w:rPr>
              <w:t>`BTUV_CCN.md`</w:t>
            </w:r>
          </w:p>
        </w:tc>
        <w:tc>
          <w:tcPr>
            <w:tcW w:type="dxa" w:w="5156"/>
          </w:tcPr>
          <w:p>
            <w:r/>
            <w:r>
              <w:rPr>
                <w:rFonts w:ascii="Arial" w:hAnsi="Arial"/>
                <w:b w:val="0"/>
                <w:color w:val="000000"/>
                <w:sz w:val="19"/>
              </w:rPr>
              <w:t>Chất làm dùng để cho vào sơn lót, làm sơn giòn, dễ chà nhám</w:t>
            </w:r>
          </w:p>
        </w:tc>
      </w:tr>
      <w:tr>
        <w:tc>
          <w:tcPr>
            <w:tcW w:type="dxa" w:w="5156"/>
          </w:tcPr>
          <w:p>
            <w:r/>
            <w:r>
              <w:rPr>
                <w:rFonts w:ascii="Arial" w:hAnsi="Arial"/>
                <w:b w:val="0"/>
                <w:color w:val="000000"/>
                <w:sz w:val="19"/>
              </w:rPr>
              <w:t>`BTUV_CTC.md`</w:t>
            </w:r>
          </w:p>
        </w:tc>
        <w:tc>
          <w:tcPr>
            <w:tcW w:type="dxa" w:w="5156"/>
          </w:tcPr>
          <w:p>
            <w:r/>
            <w:r>
              <w:rPr>
                <w:rFonts w:ascii="Arial" w:hAnsi="Arial"/>
                <w:b w:val="0"/>
                <w:color w:val="000000"/>
                <w:sz w:val="19"/>
              </w:rPr>
              <w:t>Chất cho vào sơn bóng ( topcoat) làm sơn bóng cứng hơn.</w:t>
            </w:r>
          </w:p>
        </w:tc>
      </w:tr>
    </w:tbl>
    <w:p>
      <w:r>
        <w:rPr>
          <w:rFonts w:ascii="Arial" w:hAnsi="Arial"/>
          <w:b w:val="0"/>
          <w:color w:val="000000"/>
          <w:sz w:val="21"/>
        </w:rPr>
        <w:t>---</w:t>
      </w:r>
    </w:p>
    <w:p>
      <w:pPr>
        <w:pStyle w:val="Heading3"/>
      </w:pPr>
      <w:r>
        <w:rPr>
          <w:rFonts w:ascii="Arial" w:hAnsi="Arial"/>
          <w:color w:val="000000"/>
          <w:sz w:val="21"/>
        </w:rPr>
        <w:t>4. PRIMER (NGĂN DẦU / BÁM DÍNH)</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`PRIMER_01_GT.md`</w:t>
            </w:r>
          </w:p>
        </w:tc>
        <w:tc>
          <w:tcPr>
            <w:tcW w:type="dxa" w:w="5156"/>
          </w:tcPr>
          <w:p>
            <w:r/>
            <w:r>
              <w:rPr>
                <w:rFonts w:ascii="Arial" w:hAnsi="Arial"/>
                <w:b w:val="0"/>
                <w:color w:val="000000"/>
                <w:sz w:val="19"/>
              </w:rPr>
              <w:t>Primer ngăn dầu — gỗ tràm, gỗ thông , đồng thời cũng là chất tăng cường bám dính, chất lượng cao hơn 2011HP rất nhiều, giá cao</w:t>
            </w:r>
          </w:p>
        </w:tc>
      </w:tr>
    </w:tbl>
    <w:p>
      <w:r>
        <w:rPr>
          <w:rFonts w:ascii="Arial" w:hAnsi="Arial"/>
          <w:b w:val="0"/>
          <w:color w:val="000000"/>
          <w:sz w:val="21"/>
        </w:rPr>
        <w:t>---</w:t>
      </w:r>
    </w:p>
    <w:p>
      <w:pPr>
        <w:pStyle w:val="Heading3"/>
      </w:pPr>
      <w:r>
        <w:rPr>
          <w:rFonts w:ascii="Arial" w:hAnsi="Arial"/>
          <w:color w:val="000000"/>
          <w:sz w:val="21"/>
        </w:rPr>
        <w:t>5. SƠN TRẮNG</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r>
          </w:p>
        </w:tc>
        <w:tc>
          <w:tcPr>
            <w:tcW w:type="dxa" w:w="5156"/>
          </w:tcPr>
          <w:p>
            <w:r/>
            <w:r>
              <w:rPr>
                <w:rFonts w:ascii="Arial" w:hAnsi="Arial"/>
                <w:b w:val="0"/>
                <w:color w:val="000000"/>
                <w:sz w:val="19"/>
              </w:rPr>
            </w:r>
          </w:p>
        </w:tc>
      </w:tr>
      <w:tr>
        <w:tc>
          <w:tcPr>
            <w:tcW w:type="dxa" w:w="5156"/>
          </w:tcPr>
          <w:p>
            <w:r/>
            <w:r>
              <w:rPr>
                <w:rFonts w:ascii="Arial" w:hAnsi="Arial"/>
                <w:b w:val="0"/>
                <w:color w:val="000000"/>
                <w:sz w:val="19"/>
              </w:rPr>
              <w:t>`BT_UV_2222_White_Sealer_PHT.md`</w:t>
            </w:r>
          </w:p>
        </w:tc>
        <w:tc>
          <w:tcPr>
            <w:tcW w:type="dxa" w:w="5156"/>
          </w:tcPr>
          <w:p>
            <w:r/>
            <w:r>
              <w:rPr>
                <w:rFonts w:ascii="Arial" w:hAnsi="Arial"/>
                <w:b w:val="0"/>
                <w:color w:val="000000"/>
                <w:sz w:val="19"/>
              </w:rPr>
              <w:t>Sealer trắng PHT — giá thành hợp lý</w:t>
            </w:r>
          </w:p>
        </w:tc>
      </w:tr>
      <w:tr>
        <w:tc>
          <w:tcPr>
            <w:tcW w:type="dxa" w:w="5156"/>
          </w:tcPr>
          <w:p>
            <w:r/>
            <w:r>
              <w:rPr>
                <w:rFonts w:ascii="Arial" w:hAnsi="Arial"/>
                <w:b w:val="0"/>
                <w:color w:val="000000"/>
                <w:sz w:val="19"/>
              </w:rPr>
              <w:t>`BTUV0907_White_Sealer.md`</w:t>
            </w:r>
          </w:p>
        </w:tc>
        <w:tc>
          <w:tcPr>
            <w:tcW w:type="dxa" w:w="5156"/>
          </w:tcPr>
          <w:p>
            <w:r/>
            <w:r>
              <w:rPr>
                <w:rFonts w:ascii="Arial" w:hAnsi="Arial"/>
                <w:b w:val="0"/>
                <w:color w:val="000000"/>
                <w:sz w:val="19"/>
              </w:rPr>
              <w:t>Sealer trắng cao cấp, che phủ tốt</w:t>
            </w:r>
          </w:p>
        </w:tc>
      </w:tr>
      <w:tr>
        <w:tc>
          <w:tcPr>
            <w:tcW w:type="dxa" w:w="5156"/>
          </w:tcPr>
          <w:p>
            <w:r/>
            <w:r>
              <w:rPr>
                <w:rFonts w:ascii="Arial" w:hAnsi="Arial"/>
                <w:b w:val="0"/>
                <w:color w:val="000000"/>
                <w:sz w:val="19"/>
              </w:rPr>
              <w:t>`Paste_White_UV_1112.md`</w:t>
            </w:r>
          </w:p>
        </w:tc>
        <w:tc>
          <w:tcPr>
            <w:tcW w:type="dxa" w:w="5156"/>
          </w:tcPr>
          <w:p>
            <w:r/>
            <w:r>
              <w:rPr>
                <w:rFonts w:ascii="Arial" w:hAnsi="Arial"/>
                <w:b w:val="0"/>
                <w:color w:val="000000"/>
                <w:sz w:val="19"/>
              </w:rPr>
              <w:t>Paste trắng — tăng độ trắng</w:t>
            </w:r>
          </w:p>
        </w:tc>
      </w:tr>
    </w:tbl>
    <w:p>
      <w:r>
        <w:rPr>
          <w:rFonts w:ascii="Arial" w:hAnsi="Arial"/>
          <w:b w:val="0"/>
          <w:color w:val="000000"/>
          <w:sz w:val="21"/>
        </w:rPr>
        <w:t>---</w:t>
      </w:r>
    </w:p>
    <w:p>
      <w:pPr>
        <w:pStyle w:val="Heading3"/>
      </w:pPr>
      <w:r>
        <w:rPr>
          <w:rFonts w:ascii="Arial" w:hAnsi="Arial"/>
          <w:color w:val="000000"/>
          <w:sz w:val="21"/>
        </w:rPr>
        <w:t>6. SƠN ĐEN</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`BT_UV_2711_Black_Sealer_PHT.md`</w:t>
            </w:r>
          </w:p>
        </w:tc>
        <w:tc>
          <w:tcPr>
            <w:tcW w:type="dxa" w:w="5156"/>
          </w:tcPr>
          <w:p>
            <w:r/>
            <w:r>
              <w:rPr>
                <w:rFonts w:ascii="Arial" w:hAnsi="Arial"/>
                <w:b w:val="0"/>
                <w:color w:val="000000"/>
                <w:sz w:val="19"/>
              </w:rPr>
              <w:t>Sealer đen PHT — che phủ cao</w:t>
            </w:r>
          </w:p>
        </w:tc>
      </w:tr>
      <w:tr>
        <w:tc>
          <w:tcPr>
            <w:tcW w:type="dxa" w:w="5156"/>
          </w:tcPr>
          <w:p>
            <w:r/>
            <w:r>
              <w:rPr>
                <w:rFonts w:ascii="Arial" w:hAnsi="Arial"/>
                <w:b w:val="0"/>
                <w:color w:val="000000"/>
                <w:sz w:val="19"/>
              </w:rPr>
              <w:t>`Den_MA100.md`</w:t>
            </w:r>
          </w:p>
        </w:tc>
        <w:tc>
          <w:tcPr>
            <w:tcW w:type="dxa" w:w="5156"/>
          </w:tcPr>
          <w:p>
            <w:r/>
            <w:r>
              <w:rPr>
                <w:rFonts w:ascii="Arial" w:hAnsi="Arial"/>
                <w:b w:val="0"/>
                <w:color w:val="000000"/>
                <w:sz w:val="19"/>
              </w:rPr>
              <w:t>Tinh màu đen MA100 — pha phối màu</w:t>
            </w:r>
          </w:p>
        </w:tc>
      </w:tr>
      <w:tr>
        <w:tc>
          <w:tcPr>
            <w:tcW w:type="dxa" w:w="5156"/>
          </w:tcPr>
          <w:p>
            <w:r/>
            <w:r>
              <w:rPr>
                <w:rFonts w:ascii="Arial" w:hAnsi="Arial"/>
                <w:b w:val="0"/>
                <w:color w:val="000000"/>
                <w:sz w:val="19"/>
              </w:rPr>
              <w:t>`DL_UV_01.md`</w:t>
            </w:r>
          </w:p>
        </w:tc>
        <w:tc>
          <w:tcPr>
            <w:tcW w:type="dxa" w:w="5156"/>
          </w:tcPr>
          <w:p>
            <w:r/>
            <w:r>
              <w:rPr>
                <w:rFonts w:ascii="Arial" w:hAnsi="Arial"/>
                <w:b w:val="0"/>
                <w:color w:val="000000"/>
                <w:sz w:val="19"/>
              </w:rPr>
              <w:t>Dung dịch pha cho sơn lỏng ra</w:t>
            </w:r>
          </w:p>
        </w:tc>
      </w:tr>
    </w:tbl>
    <w:p>
      <w:r>
        <w:rPr>
          <w:rFonts w:ascii="Arial" w:hAnsi="Arial"/>
          <w:b w:val="0"/>
          <w:color w:val="000000"/>
          <w:sz w:val="21"/>
        </w:rPr>
        <w:t>---</w:t>
      </w:r>
    </w:p>
    <w:p>
      <w:pPr>
        <w:pStyle w:val="Heading3"/>
      </w:pPr>
      <w:r>
        <w:rPr>
          <w:rFonts w:ascii="Arial" w:hAnsi="Arial"/>
          <w:color w:val="000000"/>
          <w:sz w:val="21"/>
        </w:rPr>
        <w:t>7. SƠN BÙ (FILLER)</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`BT_UV_2703_FILLER.md`</w:t>
            </w:r>
          </w:p>
        </w:tc>
        <w:tc>
          <w:tcPr>
            <w:tcW w:type="dxa" w:w="5156"/>
          </w:tcPr>
          <w:p>
            <w:r/>
            <w:r>
              <w:rPr>
                <w:rFonts w:ascii="Arial" w:hAnsi="Arial"/>
                <w:b w:val="0"/>
                <w:color w:val="000000"/>
                <w:sz w:val="19"/>
              </w:rPr>
              <w:t>Filler đặc — lấp ghim gỗ sâu</w:t>
            </w:r>
          </w:p>
        </w:tc>
      </w:tr>
      <w:tr>
        <w:tc>
          <w:tcPr>
            <w:tcW w:type="dxa" w:w="5156"/>
          </w:tcPr>
          <w:p>
            <w:r/>
            <w:r>
              <w:rPr>
                <w:rFonts w:ascii="Arial" w:hAnsi="Arial"/>
                <w:b w:val="0"/>
                <w:color w:val="000000"/>
                <w:sz w:val="19"/>
              </w:rPr>
              <w:t>`BT_UV_2704_FILLER_PHT.md`</w:t>
            </w:r>
          </w:p>
        </w:tc>
        <w:tc>
          <w:tcPr>
            <w:tcW w:type="dxa" w:w="5156"/>
          </w:tcPr>
          <w:p>
            <w:r/>
            <w:r>
              <w:rPr>
                <w:rFonts w:ascii="Arial" w:hAnsi="Arial"/>
                <w:b w:val="0"/>
                <w:color w:val="000000"/>
                <w:sz w:val="19"/>
              </w:rPr>
              <w:t>Filler lỏng — độ nhớt thấp, lấp ghim nông, dễ bơm</w:t>
            </w:r>
          </w:p>
        </w:tc>
      </w:tr>
    </w:tbl>
    <w:p>
      <w:r>
        <w:rPr>
          <w:rFonts w:ascii="Arial" w:hAnsi="Arial"/>
          <w:b w:val="0"/>
          <w:color w:val="000000"/>
          <w:sz w:val="21"/>
        </w:rPr>
        <w:t>---</w:t>
      </w:r>
    </w:p>
    <w:p>
      <w:pPr>
        <w:pStyle w:val="Heading3"/>
      </w:pPr>
      <w:r>
        <w:rPr>
          <w:rFonts w:ascii="Arial" w:hAnsi="Arial"/>
          <w:color w:val="000000"/>
          <w:sz w:val="21"/>
        </w:rPr>
        <w:t>8. PHỤ GIA &amp; PASTE</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`Matting_Paste_0510.md`</w:t>
            </w:r>
          </w:p>
        </w:tc>
        <w:tc>
          <w:tcPr>
            <w:tcW w:type="dxa" w:w="5156"/>
          </w:tcPr>
          <w:p>
            <w:r/>
            <w:r>
              <w:rPr>
                <w:rFonts w:ascii="Arial" w:hAnsi="Arial"/>
                <w:b w:val="0"/>
                <w:color w:val="000000"/>
                <w:sz w:val="19"/>
              </w:rPr>
              <w:t>Paste tạo bóng mờ (matting paste)</w:t>
            </w:r>
          </w:p>
        </w:tc>
      </w:tr>
      <w:tr>
        <w:tc>
          <w:tcPr>
            <w:tcW w:type="dxa" w:w="5156"/>
          </w:tcPr>
          <w:p>
            <w:r/>
            <w:r>
              <w:rPr>
                <w:rFonts w:ascii="Arial" w:hAnsi="Arial"/>
                <w:b w:val="0"/>
                <w:color w:val="000000"/>
                <w:sz w:val="19"/>
              </w:rPr>
              <w:t>`Past_CMM_0411.md`</w:t>
            </w:r>
          </w:p>
        </w:tc>
        <w:tc>
          <w:tcPr>
            <w:tcW w:type="dxa" w:w="5156"/>
          </w:tcPr>
          <w:p>
            <w:r/>
            <w:r>
              <w:rPr>
                <w:rFonts w:ascii="Arial" w:hAnsi="Arial"/>
                <w:b w:val="0"/>
                <w:color w:val="000000"/>
                <w:sz w:val="19"/>
              </w:rPr>
              <w:t>Paste CMM 0411, đây là paste tăng tính chống mài mòn</w:t>
            </w:r>
          </w:p>
        </w:tc>
      </w:tr>
      <w:tr>
        <w:tc>
          <w:tcPr>
            <w:tcW w:type="dxa" w:w="5156"/>
          </w:tcPr>
          <w:p>
            <w:r/>
            <w:r>
              <w:rPr>
                <w:rFonts w:ascii="Arial" w:hAnsi="Arial"/>
                <w:b w:val="0"/>
                <w:color w:val="000000"/>
                <w:sz w:val="19"/>
              </w:rPr>
              <w:t>`PG_1608.md`</w:t>
            </w:r>
          </w:p>
        </w:tc>
        <w:tc>
          <w:tcPr>
            <w:tcW w:type="dxa" w:w="5156"/>
          </w:tcPr>
          <w:p>
            <w:r/>
            <w:r>
              <w:rPr>
                <w:rFonts w:ascii="Arial" w:hAnsi="Arial"/>
                <w:b w:val="0"/>
                <w:color w:val="000000"/>
                <w:sz w:val="19"/>
              </w:rPr>
              <w:t>Phụ gia PG 1608 để pha vào sơn màu, trường hợp màu đậm, đèn yếu hoặc nhiều dầu , tỉ lệ pha vào tối đa 7% , pha xong qua 5h phải đo độ nhớt và pha lại. Không được pha quá 2 lần.</w:t>
            </w:r>
          </w:p>
        </w:tc>
      </w:tr>
      <w:tr>
        <w:tc>
          <w:tcPr>
            <w:tcW w:type="dxa" w:w="5156"/>
          </w:tcPr>
          <w:p>
            <w:r/>
            <w:r>
              <w:rPr>
                <w:rFonts w:ascii="Arial" w:hAnsi="Arial"/>
                <w:b w:val="0"/>
                <w:color w:val="000000"/>
                <w:sz w:val="19"/>
              </w:rPr>
              <w:t>`PG_6020.md`</w:t>
            </w:r>
          </w:p>
        </w:tc>
        <w:tc>
          <w:tcPr>
            <w:tcW w:type="dxa" w:w="5156"/>
          </w:tcPr>
          <w:p>
            <w:r/>
            <w:r>
              <w:rPr>
                <w:rFonts w:ascii="Arial" w:hAnsi="Arial"/>
                <w:b w:val="0"/>
                <w:color w:val="000000"/>
                <w:sz w:val="19"/>
              </w:rPr>
              <w:t>Phụ gia PG 6020, đây là chất làm căng mặt cho sơn bóng clear</w:t>
            </w:r>
          </w:p>
        </w:tc>
      </w:tr>
    </w:tbl>
    <w:p>
      <w:r>
        <w:rPr>
          <w:rFonts w:ascii="Arial" w:hAnsi="Arial"/>
          <w:b w:val="0"/>
          <w:color w:val="000000"/>
          <w:sz w:val="21"/>
        </w:rPr>
        <w:t>---</w:t>
      </w:r>
    </w:p>
    <w:p>
      <w:pPr>
        <w:pStyle w:val="Heading3"/>
      </w:pPr>
      <w:r>
        <w:rPr>
          <w:rFonts w:ascii="Arial" w:hAnsi="Arial"/>
          <w:color w:val="000000"/>
          <w:sz w:val="21"/>
        </w:rPr>
        <w:t>9. TEST &amp; PHÁT TRIỂN</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File</w:t>
            </w:r>
          </w:p>
        </w:tc>
        <w:tc>
          <w:tcPr>
            <w:tcW w:type="dxa" w:w="5156"/>
          </w:tcPr>
          <w:p>
            <w:r/>
            <w:r>
              <w:rPr>
                <w:rFonts w:ascii="Arial" w:hAnsi="Arial"/>
                <w:b/>
                <w:color w:val="000000"/>
                <w:sz w:val="19"/>
              </w:rPr>
              <w:t>Mô tả</w:t>
            </w:r>
          </w:p>
        </w:tc>
      </w:tr>
      <w:tr>
        <w:tc>
          <w:tcPr>
            <w:tcW w:type="dxa" w:w="5156"/>
          </w:tcPr>
          <w:p>
            <w:r/>
            <w:r>
              <w:rPr>
                <w:rFonts w:ascii="Arial" w:hAnsi="Arial"/>
                <w:b w:val="0"/>
                <w:color w:val="000000"/>
                <w:sz w:val="19"/>
              </w:rPr>
              <w:t>`Bo_son_test_An_Toan_Hoa_Chat.md`</w:t>
            </w:r>
          </w:p>
        </w:tc>
        <w:tc>
          <w:tcPr>
            <w:tcW w:type="dxa" w:w="5156"/>
          </w:tcPr>
          <w:p>
            <w:r/>
            <w:r>
              <w:rPr>
                <w:rFonts w:ascii="Arial" w:hAnsi="Arial"/>
                <w:b w:val="0"/>
                <w:color w:val="000000"/>
                <w:sz w:val="19"/>
              </w:rPr>
              <w:t>Bộ sơn test An Toàn Hoá Chất (Bóng 5%, Bóng Clear, Lót)</w:t>
            </w:r>
          </w:p>
        </w:tc>
      </w:tr>
    </w:tbl>
    <w:p>
      <w:r>
        <w:rPr>
          <w:rFonts w:ascii="Arial" w:hAnsi="Arial"/>
          <w:b w:val="0"/>
          <w:color w:val="000000"/>
          <w:sz w:val="21"/>
        </w:rPr>
        <w:t>---</w:t>
      </w:r>
    </w:p>
    <w:p>
      <w:pPr>
        <w:pStyle w:val="Heading3"/>
      </w:pPr>
      <w:r>
        <w:rPr>
          <w:rFonts w:ascii="Arial" w:hAnsi="Arial"/>
          <w:color w:val="000000"/>
          <w:sz w:val="21"/>
        </w:rPr>
        <w:t>TỔNG HỢP NHANH</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Nhóm</w:t>
            </w:r>
          </w:p>
        </w:tc>
        <w:tc>
          <w:tcPr>
            <w:tcW w:type="dxa" w:w="3437"/>
          </w:tcPr>
          <w:p>
            <w:r/>
            <w:r>
              <w:rPr>
                <w:rFonts w:ascii="Arial" w:hAnsi="Arial"/>
                <w:b/>
                <w:color w:val="000000"/>
                <w:sz w:val="19"/>
              </w:rPr>
              <w:t>Số lượng</w:t>
            </w:r>
          </w:p>
        </w:tc>
        <w:tc>
          <w:tcPr>
            <w:tcW w:type="dxa" w:w="3437"/>
          </w:tcPr>
          <w:p>
            <w:r/>
            <w:r>
              <w:rPr>
                <w:rFonts w:ascii="Arial" w:hAnsi="Arial"/>
                <w:b/>
                <w:color w:val="000000"/>
                <w:sz w:val="19"/>
              </w:rPr>
              <w:t>Ghi chú</w:t>
            </w:r>
          </w:p>
        </w:tc>
      </w:tr>
      <w:tr>
        <w:tc>
          <w:tcPr>
            <w:tcW w:type="dxa" w:w="3437"/>
          </w:tcPr>
          <w:p>
            <w:r/>
            <w:r>
              <w:rPr>
                <w:rFonts w:ascii="Arial" w:hAnsi="Arial"/>
                <w:b w:val="0"/>
                <w:color w:val="000000"/>
                <w:sz w:val="19"/>
              </w:rPr>
              <w:t>Sealer</w:t>
            </w:r>
          </w:p>
        </w:tc>
        <w:tc>
          <w:tcPr>
            <w:tcW w:type="dxa" w:w="3437"/>
          </w:tcPr>
          <w:p>
            <w:r/>
            <w:r>
              <w:rPr>
                <w:rFonts w:ascii="Arial" w:hAnsi="Arial"/>
                <w:b w:val="0"/>
                <w:color w:val="000000"/>
                <w:sz w:val="19"/>
              </w:rPr>
              <w:t>13 ct</w:t>
            </w:r>
          </w:p>
        </w:tc>
        <w:tc>
          <w:tcPr>
            <w:tcW w:type="dxa" w:w="3437"/>
          </w:tcPr>
          <w:p>
            <w:r/>
            <w:r>
              <w:rPr>
                <w:rFonts w:ascii="Arial" w:hAnsi="Arial"/>
                <w:b w:val="0"/>
                <w:color w:val="000000"/>
                <w:sz w:val="19"/>
              </w:rPr>
              <w:t>Đa dạng từ thông dụng đến chuyên dụng</w:t>
            </w:r>
          </w:p>
        </w:tc>
      </w:tr>
      <w:tr>
        <w:tc>
          <w:tcPr>
            <w:tcW w:type="dxa" w:w="3437"/>
          </w:tcPr>
          <w:p>
            <w:r/>
            <w:r>
              <w:rPr>
                <w:rFonts w:ascii="Arial" w:hAnsi="Arial"/>
                <w:b w:val="0"/>
                <w:color w:val="000000"/>
                <w:sz w:val="19"/>
              </w:rPr>
              <w:t>Topcoat</w:t>
            </w:r>
          </w:p>
        </w:tc>
        <w:tc>
          <w:tcPr>
            <w:tcW w:type="dxa" w:w="3437"/>
          </w:tcPr>
          <w:p>
            <w:r/>
            <w:r>
              <w:rPr>
                <w:rFonts w:ascii="Arial" w:hAnsi="Arial"/>
                <w:b w:val="0"/>
                <w:color w:val="000000"/>
                <w:sz w:val="19"/>
              </w:rPr>
              <w:t>8 ct</w:t>
            </w:r>
          </w:p>
        </w:tc>
        <w:tc>
          <w:tcPr>
            <w:tcW w:type="dxa" w:w="3437"/>
          </w:tcPr>
          <w:p>
            <w:r/>
            <w:r>
              <w:rPr>
                <w:rFonts w:ascii="Arial" w:hAnsi="Arial"/>
                <w:b w:val="0"/>
                <w:color w:val="000000"/>
                <w:sz w:val="19"/>
              </w:rPr>
              <w:t>Trong, mờ, bóng, trắng</w:t>
            </w:r>
          </w:p>
        </w:tc>
      </w:tr>
      <w:tr>
        <w:tc>
          <w:tcPr>
            <w:tcW w:type="dxa" w:w="3437"/>
          </w:tcPr>
          <w:p>
            <w:r/>
            <w:r>
              <w:rPr>
                <w:rFonts w:ascii="Arial" w:hAnsi="Arial"/>
                <w:b w:val="0"/>
                <w:color w:val="000000"/>
                <w:sz w:val="19"/>
              </w:rPr>
              <w:t>Primer</w:t>
            </w:r>
          </w:p>
        </w:tc>
        <w:tc>
          <w:tcPr>
            <w:tcW w:type="dxa" w:w="3437"/>
          </w:tcPr>
          <w:p>
            <w:r/>
            <w:r>
              <w:rPr>
                <w:rFonts w:ascii="Arial" w:hAnsi="Arial"/>
                <w:b w:val="0"/>
                <w:color w:val="000000"/>
                <w:sz w:val="19"/>
              </w:rPr>
              <w:t>1 ct</w:t>
            </w:r>
          </w:p>
        </w:tc>
        <w:tc>
          <w:tcPr>
            <w:tcW w:type="dxa" w:w="3437"/>
          </w:tcPr>
          <w:p>
            <w:r/>
            <w:r>
              <w:rPr>
                <w:rFonts w:ascii="Arial" w:hAnsi="Arial"/>
                <w:b w:val="0"/>
                <w:color w:val="000000"/>
                <w:sz w:val="19"/>
              </w:rPr>
              <w:t>Ngăn dầu</w:t>
            </w:r>
          </w:p>
        </w:tc>
      </w:tr>
      <w:tr>
        <w:tc>
          <w:tcPr>
            <w:tcW w:type="dxa" w:w="3437"/>
          </w:tcPr>
          <w:p>
            <w:r/>
            <w:r>
              <w:rPr>
                <w:rFonts w:ascii="Arial" w:hAnsi="Arial"/>
                <w:b w:val="0"/>
                <w:color w:val="000000"/>
                <w:sz w:val="19"/>
              </w:rPr>
              <w:t>Sơn trắng</w:t>
            </w:r>
          </w:p>
        </w:tc>
        <w:tc>
          <w:tcPr>
            <w:tcW w:type="dxa" w:w="3437"/>
          </w:tcPr>
          <w:p>
            <w:r/>
            <w:r>
              <w:rPr>
                <w:rFonts w:ascii="Arial" w:hAnsi="Arial"/>
                <w:b w:val="0"/>
                <w:color w:val="000000"/>
                <w:sz w:val="19"/>
              </w:rPr>
              <w:t>4 ct</w:t>
            </w:r>
          </w:p>
        </w:tc>
        <w:tc>
          <w:tcPr>
            <w:tcW w:type="dxa" w:w="3437"/>
          </w:tcPr>
          <w:p>
            <w:r/>
            <w:r>
              <w:rPr>
                <w:rFonts w:ascii="Arial" w:hAnsi="Arial"/>
                <w:b w:val="0"/>
                <w:color w:val="000000"/>
                <w:sz w:val="19"/>
              </w:rPr>
              <w:t>Gồm 2 sealer trắng + 1 topcoat trắng + paste</w:t>
            </w:r>
          </w:p>
        </w:tc>
      </w:tr>
      <w:tr>
        <w:tc>
          <w:tcPr>
            <w:tcW w:type="dxa" w:w="3437"/>
          </w:tcPr>
          <w:p>
            <w:r/>
            <w:r>
              <w:rPr>
                <w:rFonts w:ascii="Arial" w:hAnsi="Arial"/>
                <w:b w:val="0"/>
                <w:color w:val="000000"/>
                <w:sz w:val="19"/>
              </w:rPr>
              <w:t>Sơn đen</w:t>
            </w:r>
          </w:p>
        </w:tc>
        <w:tc>
          <w:tcPr>
            <w:tcW w:type="dxa" w:w="3437"/>
          </w:tcPr>
          <w:p>
            <w:r/>
            <w:r>
              <w:rPr>
                <w:rFonts w:ascii="Arial" w:hAnsi="Arial"/>
                <w:b w:val="0"/>
                <w:color w:val="000000"/>
                <w:sz w:val="19"/>
              </w:rPr>
              <w:t>3 ct</w:t>
            </w:r>
          </w:p>
        </w:tc>
        <w:tc>
          <w:tcPr>
            <w:tcW w:type="dxa" w:w="3437"/>
          </w:tcPr>
          <w:p>
            <w:r/>
            <w:r>
              <w:rPr>
                <w:rFonts w:ascii="Arial" w:hAnsi="Arial"/>
                <w:b w:val="0"/>
                <w:color w:val="000000"/>
                <w:sz w:val="19"/>
              </w:rPr>
              <w:t>Sealer đen, tinh màu, công thức</w:t>
            </w:r>
          </w:p>
        </w:tc>
      </w:tr>
      <w:tr>
        <w:tc>
          <w:tcPr>
            <w:tcW w:type="dxa" w:w="3437"/>
          </w:tcPr>
          <w:p>
            <w:r/>
            <w:r>
              <w:rPr>
                <w:rFonts w:ascii="Arial" w:hAnsi="Arial"/>
                <w:b w:val="0"/>
                <w:color w:val="000000"/>
                <w:sz w:val="19"/>
              </w:rPr>
              <w:t>Filler</w:t>
            </w:r>
          </w:p>
        </w:tc>
        <w:tc>
          <w:tcPr>
            <w:tcW w:type="dxa" w:w="3437"/>
          </w:tcPr>
          <w:p>
            <w:r/>
            <w:r>
              <w:rPr>
                <w:rFonts w:ascii="Arial" w:hAnsi="Arial"/>
                <w:b w:val="0"/>
                <w:color w:val="000000"/>
                <w:sz w:val="19"/>
              </w:rPr>
              <w:t>2 ct</w:t>
            </w:r>
          </w:p>
        </w:tc>
        <w:tc>
          <w:tcPr>
            <w:tcW w:type="dxa" w:w="3437"/>
          </w:tcPr>
          <w:p>
            <w:r/>
            <w:r>
              <w:rPr>
                <w:rFonts w:ascii="Arial" w:hAnsi="Arial"/>
                <w:b w:val="0"/>
                <w:color w:val="000000"/>
                <w:sz w:val="19"/>
              </w:rPr>
              <w:t>Đặc &amp; lỏng</w:t>
            </w:r>
          </w:p>
        </w:tc>
      </w:tr>
      <w:tr>
        <w:tc>
          <w:tcPr>
            <w:tcW w:type="dxa" w:w="3437"/>
          </w:tcPr>
          <w:p>
            <w:r/>
            <w:r>
              <w:rPr>
                <w:rFonts w:ascii="Arial" w:hAnsi="Arial"/>
                <w:b w:val="0"/>
                <w:color w:val="000000"/>
                <w:sz w:val="19"/>
              </w:rPr>
              <w:t>Phụ gia</w:t>
            </w:r>
          </w:p>
        </w:tc>
        <w:tc>
          <w:tcPr>
            <w:tcW w:type="dxa" w:w="3437"/>
          </w:tcPr>
          <w:p>
            <w:r/>
            <w:r>
              <w:rPr>
                <w:rFonts w:ascii="Arial" w:hAnsi="Arial"/>
                <w:b w:val="0"/>
                <w:color w:val="000000"/>
                <w:sz w:val="19"/>
              </w:rPr>
              <w:t>4 ct</w:t>
            </w:r>
          </w:p>
        </w:tc>
        <w:tc>
          <w:tcPr>
            <w:tcW w:type="dxa" w:w="3437"/>
          </w:tcPr>
          <w:p>
            <w:r/>
            <w:r>
              <w:rPr>
                <w:rFonts w:ascii="Arial" w:hAnsi="Arial"/>
                <w:b w:val="0"/>
                <w:color w:val="000000"/>
                <w:sz w:val="19"/>
              </w:rPr>
              <w:t>Matting paste, CMM, PG</w:t>
            </w:r>
          </w:p>
        </w:tc>
      </w:tr>
      <w:tr>
        <w:tc>
          <w:tcPr>
            <w:tcW w:type="dxa" w:w="3437"/>
          </w:tcPr>
          <w:p>
            <w:r/>
            <w:r>
              <w:rPr>
                <w:rFonts w:ascii="Arial" w:hAnsi="Arial"/>
                <w:b w:val="0"/>
                <w:color w:val="000000"/>
                <w:sz w:val="19"/>
              </w:rPr>
              <w:t>Test</w:t>
            </w:r>
          </w:p>
        </w:tc>
        <w:tc>
          <w:tcPr>
            <w:tcW w:type="dxa" w:w="3437"/>
          </w:tcPr>
          <w:p>
            <w:r/>
            <w:r>
              <w:rPr>
                <w:rFonts w:ascii="Arial" w:hAnsi="Arial"/>
                <w:b w:val="0"/>
                <w:color w:val="000000"/>
                <w:sz w:val="19"/>
              </w:rPr>
              <w:t>1 ct</w:t>
            </w:r>
          </w:p>
        </w:tc>
        <w:tc>
          <w:tcPr>
            <w:tcW w:type="dxa" w:w="3437"/>
          </w:tcPr>
          <w:p>
            <w:r/>
            <w:r>
              <w:rPr>
                <w:rFonts w:ascii="Arial" w:hAnsi="Arial"/>
                <w:b w:val="0"/>
                <w:color w:val="000000"/>
                <w:sz w:val="19"/>
              </w:rPr>
              <w:t>Bộ test An Toàn Hoá Chất</w:t>
            </w:r>
          </w:p>
        </w:tc>
      </w:tr>
    </w:tbl>
    <w:p>
      <w:r>
        <w:rPr>
          <w:rFonts w:ascii="Arial" w:hAnsi="Arial"/>
          <w:b w:val="0"/>
          <w:color w:val="000000"/>
          <w:sz w:val="21"/>
        </w:rPr>
        <w:t>---</w:t>
      </w:r>
    </w:p>
    <w:p>
      <w:r>
        <w:rPr>
          <w:rFonts w:ascii="Arial" w:hAnsi="Arial"/>
          <w:b w:val="0"/>
          <w:color w:val="000000"/>
          <w:sz w:val="21"/>
        </w:rPr>
        <w:t>*Tổng cộng: ~36 file công thức UV*</w:t>
      </w:r>
    </w:p>
    <w:p>
      <w:pPr>
        <w:pStyle w:val="Heading1"/>
      </w:pPr>
      <w:r>
        <w:rPr>
          <w:rFonts w:ascii="Arial" w:hAnsi="Arial"/>
          <w:color w:val="000000"/>
          <w:sz w:val="21"/>
        </w:rPr>
        <w:t>PHẦN 3. CHI TIẾT CÔNG THỨC TỪNG SẢN PHẨM (NGUYÊN LIỆU &amp; KHỐI LƯỢNG PHẦN)</w:t>
      </w:r>
    </w:p>
    <w:p>
      <w:pPr>
        <w:pStyle w:val="Heading2"/>
      </w:pPr>
      <w:r>
        <w:rPr>
          <w:rFonts w:ascii="Arial" w:hAnsi="Arial"/>
          <w:color w:val="000000"/>
          <w:sz w:val="21"/>
        </w:rPr>
        <w:t>BT-UV 0711 Sealer VT</w:t>
      </w:r>
    </w:p>
    <w:p>
      <w:pPr>
        <w:pStyle w:val="Heading3"/>
      </w:pPr>
      <w:r>
        <w:rPr>
          <w:rFonts w:ascii="Arial" w:hAnsi="Arial"/>
          <w:color w:val="000000"/>
          <w:sz w:val="21"/>
        </w:rPr>
        <w:t>BT-UV 0711 SEALER — Phiên bản VT (Vĩnh Tiến)</w:t>
      </w:r>
    </w:p>
    <w:p>
      <w:r>
        <w:rPr>
          <w:rFonts w:ascii="Arial" w:hAnsi="Arial"/>
          <w:b w:val="0"/>
          <w:color w:val="000000"/>
          <w:sz w:val="21"/>
        </w:rPr>
        <w:t>Ngày: 21/05/26</w:t>
      </w:r>
    </w:p>
    <w:p>
      <w:r>
        <w:rPr>
          <w:rFonts w:ascii="Arial" w:hAnsi="Arial"/>
          <w:b w:val="0"/>
          <w:color w:val="000000"/>
          <w:sz w:val="21"/>
        </w:rPr>
        <w:t>Mục đích: Tăng độ bám dính cho sàn gỗ Vĩnh Tiến.</w:t>
      </w:r>
    </w:p>
    <w:p>
      <w:pPr>
        <w:pStyle w:val="Heading4"/>
      </w:pPr>
      <w:r>
        <w:rPr>
          <w:rFonts w:ascii="Arial" w:hAnsi="Arial"/>
          <w:color w:val="000000"/>
          <w:sz w:val="21"/>
        </w:rPr>
        <w:t>Bảng nguyên liệu &amp; Quy trình khuấy</w:t>
      </w:r>
    </w:p>
    <w:tbl>
      <w:tblPr>
        <w:tblStyle w:val="TableGrid"/>
        <w:tblW w:type="auto" w:w="0"/>
        <w:tblLook w:firstColumn="1" w:firstRow="1" w:lastColumn="0" w:lastRow="0" w:noHBand="0" w:noVBand="1" w:val="04A0"/>
      </w:tblPr>
      <w:tblGrid>
        <w:gridCol w:w="1719"/>
        <w:gridCol w:w="1719"/>
        <w:gridCol w:w="1719"/>
        <w:gridCol w:w="1719"/>
        <w:gridCol w:w="1719"/>
        <w:gridCol w:w="1719"/>
      </w:tblGrid>
      <w:tr>
        <w:tc>
          <w:tcPr>
            <w:tcW w:type="dxa" w:w="1719"/>
          </w:tcPr>
          <w:p>
            <w:r/>
            <w:r>
              <w:rPr>
                <w:rFonts w:ascii="Arial" w:hAnsi="Arial"/>
                <w:b/>
                <w:color w:val="000000"/>
                <w:sz w:val="19"/>
              </w:rPr>
              <w:t>STT</w:t>
            </w:r>
          </w:p>
        </w:tc>
        <w:tc>
          <w:tcPr>
            <w:tcW w:type="dxa" w:w="1719"/>
          </w:tcPr>
          <w:p>
            <w:r/>
            <w:r>
              <w:rPr>
                <w:rFonts w:ascii="Arial" w:hAnsi="Arial"/>
                <w:b/>
                <w:color w:val="000000"/>
                <w:sz w:val="19"/>
              </w:rPr>
              <w:t>Ký hiệu nguyên liệu</w:t>
            </w:r>
          </w:p>
        </w:tc>
        <w:tc>
          <w:tcPr>
            <w:tcW w:type="dxa" w:w="1719"/>
          </w:tcPr>
          <w:p>
            <w:r/>
            <w:r>
              <w:rPr>
                <w:rFonts w:ascii="Arial" w:hAnsi="Arial"/>
                <w:b/>
                <w:color w:val="000000"/>
                <w:sz w:val="19"/>
              </w:rPr>
              <w:t>Số lượng chuẩn</w:t>
            </w:r>
          </w:p>
        </w:tc>
        <w:tc>
          <w:tcPr>
            <w:tcW w:type="dxa" w:w="1719"/>
          </w:tcPr>
          <w:p>
            <w:r/>
            <w:r>
              <w:rPr>
                <w:rFonts w:ascii="Arial" w:hAnsi="Arial"/>
                <w:b/>
                <w:color w:val="000000"/>
                <w:sz w:val="19"/>
              </w:rPr>
              <w:t>Công đoạn khuấy</w:t>
            </w:r>
          </w:p>
        </w:tc>
        <w:tc>
          <w:tcPr>
            <w:tcW w:type="dxa" w:w="1719"/>
          </w:tcPr>
          <w:p>
            <w:r/>
            <w:r>
              <w:rPr>
                <w:rFonts w:ascii="Arial" w:hAnsi="Arial"/>
                <w:b/>
                <w:color w:val="000000"/>
                <w:sz w:val="19"/>
              </w:rPr>
              <w:t>Thời gian khuấy</w:t>
            </w:r>
          </w:p>
        </w:tc>
        <w:tc>
          <w:tcPr>
            <w:tcW w:type="dxa" w:w="1719"/>
          </w:tcPr>
          <w:p>
            <w:r/>
            <w:r>
              <w:rPr>
                <w:rFonts w:ascii="Arial" w:hAnsi="Arial"/>
                <w:b/>
                <w:color w:val="000000"/>
                <w:sz w:val="19"/>
              </w:rPr>
              <w:t>Tần số khuấy</w:t>
            </w:r>
          </w:p>
        </w:tc>
      </w:tr>
      <w:tr>
        <w:tc>
          <w:tcPr>
            <w:tcW w:type="dxa" w:w="1719"/>
          </w:tcPr>
          <w:p>
            <w:r/>
            <w:r>
              <w:rPr>
                <w:rFonts w:ascii="Arial" w:hAnsi="Arial"/>
                <w:b w:val="0"/>
                <w:color w:val="000000"/>
                <w:sz w:val="19"/>
              </w:rPr>
              <w:t>01</w:t>
            </w:r>
          </w:p>
        </w:tc>
        <w:tc>
          <w:tcPr>
            <w:tcW w:type="dxa" w:w="1719"/>
          </w:tcPr>
          <w:p>
            <w:r/>
            <w:r>
              <w:rPr>
                <w:rFonts w:ascii="Arial" w:hAnsi="Arial"/>
                <w:b w:val="0"/>
                <w:color w:val="000000"/>
                <w:sz w:val="19"/>
              </w:rPr>
              <w:t>HE 421 (B-113)</w:t>
            </w:r>
          </w:p>
        </w:tc>
        <w:tc>
          <w:tcPr>
            <w:tcW w:type="dxa" w:w="1719"/>
          </w:tcPr>
          <w:p>
            <w:r/>
            <w:r>
              <w:rPr>
                <w:rFonts w:ascii="Arial" w:hAnsi="Arial"/>
                <w:b w:val="0"/>
                <w:color w:val="000000"/>
                <w:sz w:val="19"/>
              </w:rPr>
              <w:t>50.06</w:t>
            </w:r>
          </w:p>
        </w:tc>
        <w:tc>
          <w:tcPr>
            <w:tcW w:type="dxa" w:w="1719"/>
          </w:tcPr>
          <w:p>
            <w:r/>
            <w:r>
              <w:rPr>
                <w:rFonts w:ascii="Arial" w:hAnsi="Arial"/>
                <w:b w:val="0"/>
                <w:color w:val="000000"/>
                <w:sz w:val="19"/>
              </w:rPr>
              <w:t>1 → 4</w:t>
            </w:r>
          </w:p>
        </w:tc>
        <w:tc>
          <w:tcPr>
            <w:tcW w:type="dxa" w:w="1719"/>
          </w:tcPr>
          <w:p>
            <w:r/>
            <w:r>
              <w:rPr>
                <w:rFonts w:ascii="Arial" w:hAnsi="Arial"/>
                <w:b w:val="0"/>
                <w:color w:val="000000"/>
                <w:sz w:val="19"/>
              </w:rPr>
              <w:t>35' – 45'</w:t>
            </w:r>
          </w:p>
        </w:tc>
        <w:tc>
          <w:tcPr>
            <w:tcW w:type="dxa" w:w="1719"/>
          </w:tcPr>
          <w:p>
            <w:r/>
            <w:r>
              <w:rPr>
                <w:rFonts w:ascii="Arial" w:hAnsi="Arial"/>
                <w:b w:val="0"/>
                <w:color w:val="000000"/>
                <w:sz w:val="19"/>
              </w:rPr>
              <w:t>30 – 35 Hz</w:t>
            </w:r>
          </w:p>
        </w:tc>
      </w:tr>
      <w:tr>
        <w:tc>
          <w:tcPr>
            <w:tcW w:type="dxa" w:w="1719"/>
          </w:tcPr>
          <w:p>
            <w:r/>
            <w:r>
              <w:rPr>
                <w:rFonts w:ascii="Arial" w:hAnsi="Arial"/>
                <w:b w:val="0"/>
                <w:color w:val="000000"/>
                <w:sz w:val="19"/>
              </w:rPr>
              <w:t>02</w:t>
            </w:r>
          </w:p>
        </w:tc>
        <w:tc>
          <w:tcPr>
            <w:tcW w:type="dxa" w:w="1719"/>
          </w:tcPr>
          <w:p>
            <w:r/>
            <w:r>
              <w:rPr>
                <w:rFonts w:ascii="Arial" w:hAnsi="Arial"/>
                <w:b w:val="0"/>
                <w:color w:val="000000"/>
                <w:sz w:val="19"/>
              </w:rPr>
              <w:t>EM 231 (TMPTA)</w:t>
            </w:r>
          </w:p>
        </w:tc>
        <w:tc>
          <w:tcPr>
            <w:tcW w:type="dxa" w:w="1719"/>
          </w:tcPr>
          <w:p>
            <w:r/>
            <w:r>
              <w:rPr>
                <w:rFonts w:ascii="Arial" w:hAnsi="Arial"/>
                <w:b w:val="0"/>
                <w:color w:val="000000"/>
                <w:sz w:val="19"/>
              </w:rPr>
              <w:t>4.39</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03</w:t>
            </w:r>
          </w:p>
        </w:tc>
        <w:tc>
          <w:tcPr>
            <w:tcW w:type="dxa" w:w="1719"/>
          </w:tcPr>
          <w:p>
            <w:r/>
            <w:r>
              <w:rPr>
                <w:rFonts w:ascii="Arial" w:hAnsi="Arial"/>
                <w:b w:val="0"/>
                <w:color w:val="000000"/>
                <w:sz w:val="19"/>
              </w:rPr>
              <w:t>EM 223 (TPGDA)</w:t>
            </w:r>
          </w:p>
        </w:tc>
        <w:tc>
          <w:tcPr>
            <w:tcW w:type="dxa" w:w="1719"/>
          </w:tcPr>
          <w:p>
            <w:r/>
            <w:r>
              <w:rPr>
                <w:rFonts w:ascii="Arial" w:hAnsi="Arial"/>
                <w:b w:val="0"/>
                <w:color w:val="000000"/>
                <w:sz w:val="19"/>
              </w:rPr>
              <w:t>14.05</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04</w:t>
            </w:r>
          </w:p>
        </w:tc>
        <w:tc>
          <w:tcPr>
            <w:tcW w:type="dxa" w:w="1719"/>
          </w:tcPr>
          <w:p>
            <w:r/>
            <w:r>
              <w:rPr>
                <w:rFonts w:ascii="Arial" w:hAnsi="Arial"/>
                <w:b w:val="0"/>
                <w:color w:val="000000"/>
                <w:sz w:val="19"/>
              </w:rPr>
              <w:t>H 15 (268A)</w:t>
            </w:r>
          </w:p>
        </w:tc>
        <w:tc>
          <w:tcPr>
            <w:tcW w:type="dxa" w:w="1719"/>
          </w:tcPr>
          <w:p>
            <w:r/>
            <w:r>
              <w:rPr>
                <w:rFonts w:ascii="Arial" w:hAnsi="Arial"/>
                <w:b w:val="0"/>
                <w:color w:val="000000"/>
                <w:sz w:val="19"/>
              </w:rPr>
              <w:t>15.03</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05</w:t>
            </w:r>
          </w:p>
        </w:tc>
        <w:tc>
          <w:tcPr>
            <w:tcW w:type="dxa" w:w="1719"/>
          </w:tcPr>
          <w:p>
            <w:r/>
            <w:r>
              <w:rPr>
                <w:rFonts w:ascii="Arial" w:hAnsi="Arial"/>
                <w:b w:val="0"/>
                <w:color w:val="000000"/>
                <w:sz w:val="19"/>
              </w:rPr>
              <w:t>*(trống)*</w:t>
            </w:r>
          </w:p>
        </w:tc>
        <w:tc>
          <w:tcPr>
            <w:tcW w:type="dxa" w:w="1719"/>
          </w:tcPr>
          <w:p>
            <w:r/>
            <w:r>
              <w:rPr>
                <w:rFonts w:ascii="Arial" w:hAnsi="Arial"/>
                <w:b w:val="0"/>
                <w:color w:val="000000"/>
                <w:sz w:val="19"/>
              </w:rPr>
              <w:t>—</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06</w:t>
            </w:r>
          </w:p>
        </w:tc>
        <w:tc>
          <w:tcPr>
            <w:tcW w:type="dxa" w:w="1719"/>
          </w:tcPr>
          <w:p>
            <w:r/>
            <w:r>
              <w:rPr>
                <w:rFonts w:ascii="Arial" w:hAnsi="Arial"/>
                <w:b w:val="0"/>
                <w:color w:val="000000"/>
                <w:sz w:val="19"/>
              </w:rPr>
              <w:t>*(trống)*</w:t>
            </w:r>
          </w:p>
        </w:tc>
        <w:tc>
          <w:tcPr>
            <w:tcW w:type="dxa" w:w="1719"/>
          </w:tcPr>
          <w:p>
            <w:r/>
            <w:r>
              <w:rPr>
                <w:rFonts w:ascii="Arial" w:hAnsi="Arial"/>
                <w:b w:val="0"/>
                <w:color w:val="000000"/>
                <w:sz w:val="19"/>
              </w:rPr>
              <w:t>—</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07</w:t>
            </w:r>
          </w:p>
        </w:tc>
        <w:tc>
          <w:tcPr>
            <w:tcW w:type="dxa" w:w="1719"/>
          </w:tcPr>
          <w:p>
            <w:r/>
            <w:r>
              <w:rPr>
                <w:rFonts w:ascii="Arial" w:hAnsi="Arial"/>
                <w:b w:val="0"/>
                <w:color w:val="000000"/>
                <w:sz w:val="19"/>
              </w:rPr>
              <w:t>*(trống)*</w:t>
            </w:r>
          </w:p>
        </w:tc>
        <w:tc>
          <w:tcPr>
            <w:tcW w:type="dxa" w:w="1719"/>
          </w:tcPr>
          <w:p>
            <w:r/>
            <w:r>
              <w:rPr>
                <w:rFonts w:ascii="Arial" w:hAnsi="Arial"/>
                <w:b w:val="0"/>
                <w:color w:val="000000"/>
                <w:sz w:val="19"/>
              </w:rPr>
              <w:t>—</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08</w:t>
            </w:r>
          </w:p>
        </w:tc>
        <w:tc>
          <w:tcPr>
            <w:tcW w:type="dxa" w:w="1719"/>
          </w:tcPr>
          <w:p>
            <w:r/>
            <w:r>
              <w:rPr>
                <w:rFonts w:ascii="Arial" w:hAnsi="Arial"/>
                <w:b w:val="0"/>
                <w:color w:val="000000"/>
                <w:sz w:val="19"/>
              </w:rPr>
              <w:t>A66 (606)</w:t>
            </w:r>
          </w:p>
        </w:tc>
        <w:tc>
          <w:tcPr>
            <w:tcW w:type="dxa" w:w="1719"/>
          </w:tcPr>
          <w:p>
            <w:r/>
            <w:r>
              <w:rPr>
                <w:rFonts w:ascii="Arial" w:hAnsi="Arial"/>
                <w:b w:val="0"/>
                <w:color w:val="000000"/>
                <w:sz w:val="19"/>
              </w:rPr>
              <w:t>4.40</w:t>
            </w:r>
          </w:p>
        </w:tc>
        <w:tc>
          <w:tcPr>
            <w:tcW w:type="dxa" w:w="1719"/>
          </w:tcPr>
          <w:p>
            <w:r/>
            <w:r>
              <w:rPr>
                <w:rFonts w:ascii="Arial" w:hAnsi="Arial"/>
                <w:b w:val="0"/>
                <w:color w:val="000000"/>
                <w:sz w:val="19"/>
              </w:rPr>
              <w:t>8 → 12</w:t>
            </w:r>
          </w:p>
        </w:tc>
        <w:tc>
          <w:tcPr>
            <w:tcW w:type="dxa" w:w="1719"/>
          </w:tcPr>
          <w:p>
            <w:r/>
            <w:r>
              <w:rPr>
                <w:rFonts w:ascii="Arial" w:hAnsi="Arial"/>
                <w:b w:val="0"/>
                <w:color w:val="000000"/>
                <w:sz w:val="19"/>
              </w:rPr>
              <w:t>10' – 15'</w:t>
            </w:r>
          </w:p>
        </w:tc>
        <w:tc>
          <w:tcPr>
            <w:tcW w:type="dxa" w:w="1719"/>
          </w:tcPr>
          <w:p>
            <w:r/>
            <w:r>
              <w:rPr>
                <w:rFonts w:ascii="Arial" w:hAnsi="Arial"/>
                <w:b w:val="0"/>
                <w:color w:val="000000"/>
                <w:sz w:val="19"/>
              </w:rPr>
              <w:t>20 – 30 Hz</w:t>
            </w:r>
          </w:p>
        </w:tc>
      </w:tr>
      <w:tr>
        <w:tc>
          <w:tcPr>
            <w:tcW w:type="dxa" w:w="1719"/>
          </w:tcPr>
          <w:p>
            <w:r/>
            <w:r>
              <w:rPr>
                <w:rFonts w:ascii="Arial" w:hAnsi="Arial"/>
                <w:b w:val="0"/>
                <w:color w:val="000000"/>
                <w:sz w:val="19"/>
              </w:rPr>
              <w:t>09</w:t>
            </w:r>
          </w:p>
        </w:tc>
        <w:tc>
          <w:tcPr>
            <w:tcW w:type="dxa" w:w="1719"/>
          </w:tcPr>
          <w:p>
            <w:r/>
            <w:r>
              <w:rPr>
                <w:rFonts w:ascii="Arial" w:hAnsi="Arial"/>
                <w:b w:val="0"/>
                <w:color w:val="000000"/>
                <w:sz w:val="19"/>
              </w:rPr>
              <w:t>DD-UV 100 (9%)</w:t>
            </w:r>
          </w:p>
        </w:tc>
        <w:tc>
          <w:tcPr>
            <w:tcW w:type="dxa" w:w="1719"/>
          </w:tcPr>
          <w:p>
            <w:r/>
            <w:r>
              <w:rPr>
                <w:rFonts w:ascii="Arial" w:hAnsi="Arial"/>
                <w:b w:val="0"/>
                <w:color w:val="000000"/>
                <w:sz w:val="19"/>
              </w:rPr>
              <w:t>8.26</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10</w:t>
            </w:r>
          </w:p>
        </w:tc>
        <w:tc>
          <w:tcPr>
            <w:tcW w:type="dxa" w:w="1719"/>
          </w:tcPr>
          <w:p>
            <w:r/>
            <w:r>
              <w:rPr>
                <w:rFonts w:ascii="Arial" w:hAnsi="Arial"/>
                <w:b w:val="0"/>
                <w:color w:val="000000"/>
                <w:sz w:val="19"/>
              </w:rPr>
              <w:t>D-1173 (1103)</w:t>
            </w:r>
          </w:p>
        </w:tc>
        <w:tc>
          <w:tcPr>
            <w:tcW w:type="dxa" w:w="1719"/>
          </w:tcPr>
          <w:p>
            <w:r/>
            <w:r>
              <w:rPr>
                <w:rFonts w:ascii="Arial" w:hAnsi="Arial"/>
                <w:b w:val="0"/>
                <w:color w:val="000000"/>
                <w:sz w:val="19"/>
              </w:rPr>
              <w:t>3.21</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11</w:t>
            </w:r>
          </w:p>
        </w:tc>
        <w:tc>
          <w:tcPr>
            <w:tcW w:type="dxa" w:w="1719"/>
          </w:tcPr>
          <w:p>
            <w:r/>
            <w:r>
              <w:rPr>
                <w:rFonts w:ascii="Arial" w:hAnsi="Arial"/>
                <w:b w:val="0"/>
                <w:color w:val="000000"/>
                <w:sz w:val="19"/>
              </w:rPr>
              <w:t>KL-245</w:t>
            </w:r>
          </w:p>
        </w:tc>
        <w:tc>
          <w:tcPr>
            <w:tcW w:type="dxa" w:w="1719"/>
          </w:tcPr>
          <w:p>
            <w:r/>
            <w:r>
              <w:rPr>
                <w:rFonts w:ascii="Arial" w:hAnsi="Arial"/>
                <w:b w:val="0"/>
                <w:color w:val="000000"/>
                <w:sz w:val="19"/>
              </w:rPr>
              <w:t>0.27</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12</w:t>
            </w:r>
          </w:p>
        </w:tc>
        <w:tc>
          <w:tcPr>
            <w:tcW w:type="dxa" w:w="1719"/>
          </w:tcPr>
          <w:p>
            <w:r/>
            <w:r>
              <w:rPr>
                <w:rFonts w:ascii="Arial" w:hAnsi="Arial"/>
                <w:b w:val="0"/>
                <w:color w:val="000000"/>
                <w:sz w:val="19"/>
              </w:rPr>
              <w:t>BY-410</w:t>
            </w:r>
          </w:p>
        </w:tc>
        <w:tc>
          <w:tcPr>
            <w:tcW w:type="dxa" w:w="1719"/>
          </w:tcPr>
          <w:p>
            <w:r/>
            <w:r>
              <w:rPr>
                <w:rFonts w:ascii="Arial" w:hAnsi="Arial"/>
                <w:b w:val="0"/>
                <w:color w:val="000000"/>
                <w:sz w:val="19"/>
              </w:rPr>
              <w:t>0.32</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13</w:t>
            </w:r>
          </w:p>
        </w:tc>
        <w:tc>
          <w:tcPr>
            <w:tcW w:type="dxa" w:w="1719"/>
          </w:tcPr>
          <w:p>
            <w:r/>
            <w:r>
              <w:rPr>
                <w:rFonts w:ascii="Arial" w:hAnsi="Arial"/>
                <w:b w:val="0"/>
                <w:color w:val="000000"/>
                <w:sz w:val="19"/>
              </w:rPr>
              <w:t>*(trống)*</w:t>
            </w:r>
          </w:p>
        </w:tc>
        <w:tc>
          <w:tcPr>
            <w:tcW w:type="dxa" w:w="1719"/>
          </w:tcPr>
          <w:p>
            <w:r/>
            <w:r>
              <w:rPr>
                <w:rFonts w:ascii="Arial" w:hAnsi="Arial"/>
                <w:b w:val="0"/>
                <w:color w:val="000000"/>
                <w:sz w:val="19"/>
              </w:rPr>
              <w:t>—</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14</w:t>
            </w:r>
          </w:p>
        </w:tc>
        <w:tc>
          <w:tcPr>
            <w:tcW w:type="dxa" w:w="1719"/>
          </w:tcPr>
          <w:p>
            <w:r/>
            <w:r>
              <w:rPr>
                <w:rFonts w:ascii="Arial" w:hAnsi="Arial"/>
                <w:b w:val="0"/>
                <w:color w:val="000000"/>
                <w:sz w:val="19"/>
              </w:rPr>
              <w:t>*(trống)*</w:t>
            </w:r>
          </w:p>
        </w:tc>
        <w:tc>
          <w:tcPr>
            <w:tcW w:type="dxa" w:w="1719"/>
          </w:tcPr>
          <w:p>
            <w:r/>
            <w:r>
              <w:rPr>
                <w:rFonts w:ascii="Arial" w:hAnsi="Arial"/>
                <w:b w:val="0"/>
                <w:color w:val="000000"/>
                <w:sz w:val="19"/>
              </w:rPr>
              <w:t>—</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t>15</w:t>
            </w:r>
          </w:p>
        </w:tc>
        <w:tc>
          <w:tcPr>
            <w:tcW w:type="dxa" w:w="1719"/>
          </w:tcPr>
          <w:p>
            <w:r/>
            <w:r>
              <w:rPr>
                <w:rFonts w:ascii="Arial" w:hAnsi="Arial"/>
                <w:b w:val="0"/>
                <w:color w:val="000000"/>
                <w:sz w:val="19"/>
              </w:rPr>
              <w:t>*(trống)*</w:t>
            </w:r>
          </w:p>
        </w:tc>
        <w:tc>
          <w:tcPr>
            <w:tcW w:type="dxa" w:w="1719"/>
          </w:tcPr>
          <w:p>
            <w:r/>
            <w:r>
              <w:rPr>
                <w:rFonts w:ascii="Arial" w:hAnsi="Arial"/>
                <w:b w:val="0"/>
                <w:color w:val="000000"/>
                <w:sz w:val="19"/>
              </w:rPr>
              <w:t>—</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c>
          <w:tcPr>
            <w:tcW w:type="dxa" w:w="1719"/>
          </w:tcPr>
          <w:p>
            <w:r/>
            <w:r>
              <w:rPr>
                <w:rFonts w:ascii="Arial" w:hAnsi="Arial"/>
                <w:b w:val="0"/>
                <w:color w:val="000000"/>
                <w:sz w:val="19"/>
              </w:rPr>
              <w:t>&amp;nbsp;</w:t>
            </w:r>
          </w:p>
        </w:tc>
      </w:tr>
      <w:tr>
        <w:tc>
          <w:tcPr>
            <w:tcW w:type="dxa" w:w="1719"/>
          </w:tcPr>
          <w:p>
            <w:r/>
            <w:r>
              <w:rPr>
                <w:rFonts w:ascii="Arial" w:hAnsi="Arial"/>
                <w:b w:val="0"/>
                <w:color w:val="000000"/>
                <w:sz w:val="19"/>
              </w:rPr>
            </w:r>
          </w:p>
        </w:tc>
        <w:tc>
          <w:tcPr>
            <w:tcW w:type="dxa" w:w="1719"/>
          </w:tcPr>
          <w:p>
            <w:r/>
            <w:r>
              <w:rPr>
                <w:rFonts w:ascii="Arial" w:hAnsi="Arial"/>
                <w:b w:val="0"/>
                <w:color w:val="000000"/>
                <w:sz w:val="19"/>
              </w:rPr>
              <w:t>Tổng</w:t>
            </w:r>
          </w:p>
        </w:tc>
        <w:tc>
          <w:tcPr>
            <w:tcW w:type="dxa" w:w="1719"/>
          </w:tcPr>
          <w:p>
            <w:r/>
            <w:r>
              <w:rPr>
                <w:rFonts w:ascii="Arial" w:hAnsi="Arial"/>
                <w:b w:val="0"/>
                <w:color w:val="000000"/>
                <w:sz w:val="19"/>
              </w:rPr>
              <w:t>99.99</w:t>
            </w:r>
          </w:p>
        </w:tc>
        <w:tc>
          <w:tcPr>
            <w:tcW w:type="dxa" w:w="1719"/>
          </w:tcPr>
          <w:p>
            <w:r/>
            <w:r>
              <w:rPr>
                <w:rFonts w:ascii="Arial" w:hAnsi="Arial"/>
                <w:b w:val="0"/>
                <w:color w:val="000000"/>
                <w:sz w:val="19"/>
              </w:rPr>
            </w:r>
          </w:p>
        </w:tc>
        <w:tc>
          <w:tcPr>
            <w:tcW w:type="dxa" w:w="1719"/>
          </w:tcPr>
          <w:p>
            <w:r/>
            <w:r>
              <w:rPr>
                <w:rFonts w:ascii="Arial" w:hAnsi="Arial"/>
                <w:b w:val="0"/>
                <w:color w:val="000000"/>
                <w:sz w:val="19"/>
              </w:rPr>
            </w:r>
          </w:p>
        </w:tc>
        <w:tc>
          <w:tcPr>
            <w:tcW w:type="dxa" w:w="1719"/>
          </w:tcPr>
          <w:p>
            <w:r/>
            <w:r>
              <w:rPr>
                <w:rFonts w:ascii="Arial" w:hAnsi="Arial"/>
                <w:b w:val="0"/>
                <w:color w:val="000000"/>
                <w:sz w:val="19"/>
              </w:rPr>
            </w:r>
          </w:p>
        </w:tc>
      </w:tr>
    </w:tbl>
    <w:p>
      <w:r>
        <w:rPr>
          <w:rFonts w:ascii="Arial" w:hAnsi="Arial"/>
          <w:b w:val="0"/>
          <w:color w:val="000000"/>
          <w:sz w:val="21"/>
        </w:rPr>
        <w:t>Tổng: 50.06 + 4.39 + 14.05 + 15.03 + 4.40 + 8.26 + 3.21 + 0.27 + 0.32 = 99.99</w:t>
      </w:r>
    </w:p>
    <w:p>
      <w:pPr>
        <w:pStyle w:val="Heading2"/>
      </w:pPr>
      <w:r>
        <w:rPr>
          <w:rFonts w:ascii="Arial" w:hAnsi="Arial"/>
          <w:color w:val="000000"/>
          <w:sz w:val="21"/>
        </w:rPr>
        <w:t>BT-UV 0711 Sealer VT mau-moi</w:t>
      </w:r>
    </w:p>
    <w:p>
      <w:pPr>
        <w:pStyle w:val="Heading3"/>
      </w:pPr>
      <w:r>
        <w:rPr>
          <w:rFonts w:ascii="Arial" w:hAnsi="Arial"/>
          <w:color w:val="000000"/>
          <w:sz w:val="21"/>
        </w:rPr>
        <w:t>BT-UV 0711 SEALER — Phiên bản VT (Vĩnh Tiến)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 (B-142P)</w:t>
            </w:r>
          </w:p>
        </w:tc>
        <w:tc>
          <w:tcPr>
            <w:tcW w:type="dxa" w:w="3437"/>
          </w:tcPr>
          <w:p>
            <w:r/>
            <w:r>
              <w:rPr>
                <w:rFonts w:ascii="Arial" w:hAnsi="Arial"/>
                <w:b w:val="0"/>
                <w:color w:val="000000"/>
                <w:sz w:val="19"/>
              </w:rPr>
              <w:t>50.06</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TMPTA (TMPTA)</w:t>
            </w:r>
          </w:p>
        </w:tc>
        <w:tc>
          <w:tcPr>
            <w:tcW w:type="dxa" w:w="3437"/>
          </w:tcPr>
          <w:p>
            <w:r/>
            <w:r>
              <w:rPr>
                <w:rFonts w:ascii="Arial" w:hAnsi="Arial"/>
                <w:b w:val="0"/>
                <w:color w:val="000000"/>
                <w:sz w:val="19"/>
              </w:rPr>
              <w:t>4.39</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14.05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H 15 (268A)</w:t>
            </w:r>
          </w:p>
        </w:tc>
        <w:tc>
          <w:tcPr>
            <w:tcW w:type="dxa" w:w="3437"/>
          </w:tcPr>
          <w:p>
            <w:r/>
            <w:r>
              <w:rPr>
                <w:rFonts w:ascii="Arial" w:hAnsi="Arial"/>
                <w:b w:val="0"/>
                <w:color w:val="000000"/>
                <w:sz w:val="19"/>
              </w:rPr>
              <w:t>15.03</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A66 (606)</w:t>
            </w:r>
          </w:p>
        </w:tc>
        <w:tc>
          <w:tcPr>
            <w:tcW w:type="dxa" w:w="3437"/>
          </w:tcPr>
          <w:p>
            <w:r/>
            <w:r>
              <w:rPr>
                <w:rFonts w:ascii="Arial" w:hAnsi="Arial"/>
                <w:b w:val="0"/>
                <w:color w:val="000000"/>
                <w:sz w:val="19"/>
              </w:rPr>
              <w:t>4.4</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DD-UV 100 (9%)</w:t>
            </w:r>
          </w:p>
        </w:tc>
        <w:tc>
          <w:tcPr>
            <w:tcW w:type="dxa" w:w="3437"/>
          </w:tcPr>
          <w:p>
            <w:r/>
            <w:r>
              <w:rPr>
                <w:rFonts w:ascii="Arial" w:hAnsi="Arial"/>
                <w:b w:val="0"/>
                <w:color w:val="000000"/>
                <w:sz w:val="19"/>
              </w:rPr>
              <w:t>8.26</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D-1173 (1103)</w:t>
            </w:r>
          </w:p>
        </w:tc>
        <w:tc>
          <w:tcPr>
            <w:tcW w:type="dxa" w:w="3437"/>
          </w:tcPr>
          <w:p>
            <w:r/>
            <w:r>
              <w:rPr>
                <w:rFonts w:ascii="Arial" w:hAnsi="Arial"/>
                <w:b w:val="0"/>
                <w:color w:val="000000"/>
                <w:sz w:val="19"/>
              </w:rPr>
              <w:t>3.21</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KL-245</w:t>
            </w:r>
          </w:p>
        </w:tc>
        <w:tc>
          <w:tcPr>
            <w:tcW w:type="dxa" w:w="3437"/>
          </w:tcPr>
          <w:p>
            <w:r/>
            <w:r>
              <w:rPr>
                <w:rFonts w:ascii="Arial" w:hAnsi="Arial"/>
                <w:b w:val="0"/>
                <w:color w:val="000000"/>
                <w:sz w:val="19"/>
              </w:rPr>
              <w:t>0.27</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BY-410</w:t>
            </w:r>
          </w:p>
        </w:tc>
        <w:tc>
          <w:tcPr>
            <w:tcW w:type="dxa" w:w="3437"/>
          </w:tcPr>
          <w:p>
            <w:r/>
            <w:r>
              <w:rPr>
                <w:rFonts w:ascii="Arial" w:hAnsi="Arial"/>
                <w:b w:val="0"/>
                <w:color w:val="000000"/>
                <w:sz w:val="19"/>
              </w:rPr>
              <w:t>0.32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99.99</w:t>
            </w:r>
          </w:p>
        </w:tc>
      </w:tr>
    </w:tbl>
    <w:p>
      <w:r>
        <w:rPr>
          <w:rFonts w:ascii="Arial" w:hAnsi="Arial"/>
          <w:b w:val="0"/>
          <w:color w:val="000000"/>
          <w:sz w:val="21"/>
        </w:rPr>
        <w:t>&gt; Vật liệu đã đổi: B-113→B-142P; EM 223 (TPGDA)→TPGDA; EM 231→TMPTA; HE 421→B-142P</w:t>
      </w:r>
    </w:p>
    <w:p>
      <w:r>
        <w:rPr>
          <w:rFonts w:ascii="Arial" w:hAnsi="Arial"/>
          <w:b w:val="0"/>
          <w:color w:val="000000"/>
          <w:sz w:val="21"/>
        </w:rPr>
        <w:t>&gt; File gốc: BT-UV_0711_Sealer_VT.md — giữ nguyên mọi con số, chỉ đổi tên vật liệu.</w:t>
      </w:r>
    </w:p>
    <w:p>
      <w:pPr>
        <w:pStyle w:val="Heading2"/>
      </w:pPr>
      <w:r>
        <w:rPr>
          <w:rFonts w:ascii="Arial" w:hAnsi="Arial"/>
          <w:color w:val="000000"/>
          <w:sz w:val="21"/>
        </w:rPr>
        <w:t>BTND UV 2009 Sealer 4-5</w:t>
      </w:r>
    </w:p>
    <w:p>
      <w:pPr>
        <w:pStyle w:val="Heading3"/>
      </w:pPr>
      <w:r>
        <w:rPr>
          <w:rFonts w:ascii="Arial" w:hAnsi="Arial"/>
          <w:color w:val="000000"/>
          <w:sz w:val="21"/>
        </w:rPr>
        <w:t>BTND - UV 2009 SEALER 4/5 — Lót ván sàn nội địa</w:t>
      </w:r>
    </w:p>
    <w:p>
      <w:r>
        <w:rPr>
          <w:rFonts w:ascii="Arial" w:hAnsi="Arial"/>
          <w:b w:val="0"/>
          <w:color w:val="000000"/>
          <w:sz w:val="21"/>
        </w:rPr>
        <w:t>Ngày: 21/05/26</w:t>
      </w:r>
    </w:p>
    <w:p>
      <w:r>
        <w:rPr>
          <w:rFonts w:ascii="Arial" w:hAnsi="Arial"/>
          <w:b w:val="0"/>
          <w:color w:val="000000"/>
          <w:sz w:val="21"/>
        </w:rPr>
        <w:t>Đặc điểm: Lót ván sàn nội địa. Nhanh khô, cứng mặt, dễ chà nhám. Có mùi hôi.</w:t>
      </w:r>
    </w:p>
    <w:p>
      <w:r>
        <w:rPr>
          <w:rFonts w:ascii="Arial" w:hAnsi="Arial"/>
          <w:b w:val="0"/>
          <w:color w:val="000000"/>
          <w:sz w:val="21"/>
        </w:rPr>
        <w:t>Giao cho: Gia Lưu</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 (%)</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B-6121</w:t>
            </w:r>
          </w:p>
        </w:tc>
        <w:tc>
          <w:tcPr>
            <w:tcW w:type="dxa" w:w="3437"/>
          </w:tcPr>
          <w:p>
            <w:r/>
            <w:r>
              <w:rPr>
                <w:rFonts w:ascii="Arial" w:hAnsi="Arial"/>
                <w:b w:val="0"/>
                <w:color w:val="000000"/>
                <w:sz w:val="19"/>
              </w:rPr>
              <w:t>19.62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HE-421 (B-113)</w:t>
            </w:r>
          </w:p>
        </w:tc>
        <w:tc>
          <w:tcPr>
            <w:tcW w:type="dxa" w:w="3437"/>
          </w:tcPr>
          <w:p>
            <w:r/>
            <w:r>
              <w:rPr>
                <w:rFonts w:ascii="Arial" w:hAnsi="Arial"/>
                <w:b w:val="0"/>
                <w:color w:val="000000"/>
                <w:sz w:val="19"/>
              </w:rPr>
              <w:t>13.38</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19.62</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B-21C</w:t>
            </w:r>
          </w:p>
        </w:tc>
        <w:tc>
          <w:tcPr>
            <w:tcW w:type="dxa" w:w="3437"/>
          </w:tcPr>
          <w:p>
            <w:r/>
            <w:r>
              <w:rPr>
                <w:rFonts w:ascii="Arial" w:hAnsi="Arial"/>
                <w:b w:val="0"/>
                <w:color w:val="000000"/>
                <w:sz w:val="19"/>
              </w:rPr>
              <w:t>1.80</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EM 223 (TPGDA)</w:t>
            </w:r>
          </w:p>
        </w:tc>
        <w:tc>
          <w:tcPr>
            <w:tcW w:type="dxa" w:w="3437"/>
          </w:tcPr>
          <w:p>
            <w:r/>
            <w:r>
              <w:rPr>
                <w:rFonts w:ascii="Arial" w:hAnsi="Arial"/>
                <w:b w:val="0"/>
                <w:color w:val="000000"/>
                <w:sz w:val="19"/>
              </w:rPr>
              <w:t>7.14</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10.81</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SH-268A</w:t>
            </w:r>
          </w:p>
        </w:tc>
        <w:tc>
          <w:tcPr>
            <w:tcW w:type="dxa" w:w="3437"/>
          </w:tcPr>
          <w:p>
            <w:r/>
            <w:r>
              <w:rPr>
                <w:rFonts w:ascii="Arial" w:hAnsi="Arial"/>
                <w:b w:val="0"/>
                <w:color w:val="000000"/>
                <w:sz w:val="19"/>
              </w:rPr>
              <w:t>11.32</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AK60 (606)</w:t>
            </w:r>
          </w:p>
        </w:tc>
        <w:tc>
          <w:tcPr>
            <w:tcW w:type="dxa" w:w="3437"/>
          </w:tcPr>
          <w:p>
            <w:r/>
            <w:r>
              <w:rPr>
                <w:rFonts w:ascii="Arial" w:hAnsi="Arial"/>
                <w:b w:val="0"/>
                <w:color w:val="000000"/>
                <w:sz w:val="19"/>
              </w:rPr>
              <w:t>13.51</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BP</w:t>
            </w:r>
          </w:p>
        </w:tc>
        <w:tc>
          <w:tcPr>
            <w:tcW w:type="dxa" w:w="3437"/>
          </w:tcPr>
          <w:p>
            <w:r/>
            <w:r>
              <w:rPr>
                <w:rFonts w:ascii="Arial" w:hAnsi="Arial"/>
                <w:b w:val="0"/>
                <w:color w:val="000000"/>
                <w:sz w:val="19"/>
              </w:rPr>
              <w:t>0.90</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0.47</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1.42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cộng</w:t>
            </w:r>
          </w:p>
        </w:tc>
        <w:tc>
          <w:tcPr>
            <w:tcW w:type="dxa" w:w="3437"/>
          </w:tcPr>
          <w:p>
            <w:r/>
            <w:r>
              <w:rPr>
                <w:rFonts w:ascii="Arial" w:hAnsi="Arial"/>
                <w:b w:val="0"/>
                <w:color w:val="000000"/>
                <w:sz w:val="19"/>
              </w:rPr>
              <w:t>100.0</w:t>
            </w:r>
          </w:p>
        </w:tc>
      </w:tr>
    </w:tbl>
    <w:p>
      <w:pPr>
        <w:pStyle w:val="Heading2"/>
      </w:pPr>
      <w:r>
        <w:rPr>
          <w:rFonts w:ascii="Arial" w:hAnsi="Arial"/>
          <w:color w:val="000000"/>
          <w:sz w:val="21"/>
        </w:rPr>
        <w:t>BTND UV 2009 Sealer 4-5 mau-moi</w:t>
      </w:r>
    </w:p>
    <w:p>
      <w:pPr>
        <w:pStyle w:val="Heading3"/>
      </w:pPr>
      <w:r>
        <w:rPr>
          <w:rFonts w:ascii="Arial" w:hAnsi="Arial"/>
          <w:color w:val="000000"/>
          <w:sz w:val="21"/>
        </w:rPr>
        <w:t>BTND - UV 2009 SEALER 4/5 — Lót ván sàn nội địa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B-6121</w:t>
            </w:r>
          </w:p>
        </w:tc>
        <w:tc>
          <w:tcPr>
            <w:tcW w:type="dxa" w:w="3437"/>
          </w:tcPr>
          <w:p>
            <w:r/>
            <w:r>
              <w:rPr>
                <w:rFonts w:ascii="Arial" w:hAnsi="Arial"/>
                <w:b w:val="0"/>
                <w:color w:val="000000"/>
                <w:sz w:val="19"/>
              </w:rPr>
              <w:t>19.62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B-142P (B-142P)</w:t>
            </w:r>
          </w:p>
        </w:tc>
        <w:tc>
          <w:tcPr>
            <w:tcW w:type="dxa" w:w="3437"/>
          </w:tcPr>
          <w:p>
            <w:r/>
            <w:r>
              <w:rPr>
                <w:rFonts w:ascii="Arial" w:hAnsi="Arial"/>
                <w:b w:val="0"/>
                <w:color w:val="000000"/>
                <w:sz w:val="19"/>
              </w:rPr>
              <w:t>13.38</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19.62</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B-21C</w:t>
            </w:r>
          </w:p>
        </w:tc>
        <w:tc>
          <w:tcPr>
            <w:tcW w:type="dxa" w:w="3437"/>
          </w:tcPr>
          <w:p>
            <w:r/>
            <w:r>
              <w:rPr>
                <w:rFonts w:ascii="Arial" w:hAnsi="Arial"/>
                <w:b w:val="0"/>
                <w:color w:val="000000"/>
                <w:sz w:val="19"/>
              </w:rPr>
              <w:t>1.8</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7.14</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10.81</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SH-268A</w:t>
            </w:r>
          </w:p>
        </w:tc>
        <w:tc>
          <w:tcPr>
            <w:tcW w:type="dxa" w:w="3437"/>
          </w:tcPr>
          <w:p>
            <w:r/>
            <w:r>
              <w:rPr>
                <w:rFonts w:ascii="Arial" w:hAnsi="Arial"/>
                <w:b w:val="0"/>
                <w:color w:val="000000"/>
                <w:sz w:val="19"/>
              </w:rPr>
              <w:t>11.32</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AK60 (606)</w:t>
            </w:r>
          </w:p>
        </w:tc>
        <w:tc>
          <w:tcPr>
            <w:tcW w:type="dxa" w:w="3437"/>
          </w:tcPr>
          <w:p>
            <w:r/>
            <w:r>
              <w:rPr>
                <w:rFonts w:ascii="Arial" w:hAnsi="Arial"/>
                <w:b w:val="0"/>
                <w:color w:val="000000"/>
                <w:sz w:val="19"/>
              </w:rPr>
              <w:t>13.51</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BP</w:t>
            </w:r>
          </w:p>
        </w:tc>
        <w:tc>
          <w:tcPr>
            <w:tcW w:type="dxa" w:w="3437"/>
          </w:tcPr>
          <w:p>
            <w:r/>
            <w:r>
              <w:rPr>
                <w:rFonts w:ascii="Arial" w:hAnsi="Arial"/>
                <w:b w:val="0"/>
                <w:color w:val="000000"/>
                <w:sz w:val="19"/>
              </w:rPr>
              <w:t>0.9</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0.47</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1.42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99.99</w:t>
            </w:r>
          </w:p>
        </w:tc>
      </w:tr>
    </w:tbl>
    <w:p>
      <w:r>
        <w:rPr>
          <w:rFonts w:ascii="Arial" w:hAnsi="Arial"/>
          <w:b w:val="0"/>
          <w:color w:val="000000"/>
          <w:sz w:val="21"/>
        </w:rPr>
        <w:t>&gt; Vật liệu đã đổi: B-113→B-142P; EM 223 (TPGDA)→TPGDA; HE-421→B-142P</w:t>
      </w:r>
    </w:p>
    <w:p>
      <w:r>
        <w:rPr>
          <w:rFonts w:ascii="Arial" w:hAnsi="Arial"/>
          <w:b w:val="0"/>
          <w:color w:val="000000"/>
          <w:sz w:val="21"/>
        </w:rPr>
        <w:t>&gt; File gốc: BTND_UV_2009_Sealer_4-5.md — giữ nguyên mọi con số, chỉ đổi tên vật liệu.</w:t>
      </w:r>
    </w:p>
    <w:p>
      <w:pPr>
        <w:pStyle w:val="Heading2"/>
      </w:pPr>
      <w:r>
        <w:rPr>
          <w:rFonts w:ascii="Arial" w:hAnsi="Arial"/>
          <w:color w:val="000000"/>
          <w:sz w:val="21"/>
        </w:rPr>
        <w:t>BTUV0907 White Sealer</w:t>
      </w:r>
    </w:p>
    <w:p>
      <w:pPr>
        <w:pStyle w:val="Heading3"/>
      </w:pPr>
      <w:r>
        <w:rPr>
          <w:rFonts w:ascii="Arial" w:hAnsi="Arial"/>
          <w:color w:val="000000"/>
          <w:sz w:val="21"/>
        </w:rPr>
        <w:t>BTUV0907 White Sealer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SL</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160D</w:t>
            </w:r>
          </w:p>
        </w:tc>
        <w:tc>
          <w:tcPr>
            <w:tcW w:type="dxa" w:w="3437"/>
          </w:tcPr>
          <w:p>
            <w:r/>
            <w:r>
              <w:rPr>
                <w:rFonts w:ascii="Arial" w:hAnsi="Arial"/>
                <w:b w:val="0"/>
                <w:color w:val="000000"/>
                <w:sz w:val="19"/>
              </w:rPr>
              <w:t>23.83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EM231</w:t>
            </w:r>
          </w:p>
        </w:tc>
        <w:tc>
          <w:tcPr>
            <w:tcW w:type="dxa" w:w="3437"/>
          </w:tcPr>
          <w:p>
            <w:r/>
            <w:r>
              <w:rPr>
                <w:rFonts w:ascii="Arial" w:hAnsi="Arial"/>
                <w:b w:val="0"/>
                <w:color w:val="000000"/>
                <w:sz w:val="19"/>
              </w:rPr>
              <w:t>5.74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BYK 1798</w:t>
            </w:r>
          </w:p>
        </w:tc>
        <w:tc>
          <w:tcPr>
            <w:tcW w:type="dxa" w:w="3437"/>
          </w:tcPr>
          <w:p>
            <w:r/>
            <w:r>
              <w:rPr>
                <w:rFonts w:ascii="Arial" w:hAnsi="Arial"/>
                <w:b w:val="0"/>
                <w:color w:val="000000"/>
                <w:sz w:val="19"/>
              </w:rPr>
              <w:t>0.5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 110</w:t>
            </w:r>
          </w:p>
        </w:tc>
        <w:tc>
          <w:tcPr>
            <w:tcW w:type="dxa" w:w="3437"/>
          </w:tcPr>
          <w:p>
            <w:r/>
            <w:r>
              <w:rPr>
                <w:rFonts w:ascii="Arial" w:hAnsi="Arial"/>
                <w:b w:val="0"/>
                <w:color w:val="000000"/>
                <w:sz w:val="19"/>
              </w:rPr>
              <w:t>0.87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 St</w:t>
            </w:r>
          </w:p>
        </w:tc>
        <w:tc>
          <w:tcPr>
            <w:tcW w:type="dxa" w:w="3437"/>
          </w:tcPr>
          <w:p>
            <w:r/>
            <w:r>
              <w:rPr>
                <w:rFonts w:ascii="Arial" w:hAnsi="Arial"/>
                <w:b w:val="0"/>
                <w:color w:val="000000"/>
                <w:sz w:val="19"/>
              </w:rPr>
              <w:t>2.38</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Titan 996</w:t>
            </w:r>
          </w:p>
        </w:tc>
        <w:tc>
          <w:tcPr>
            <w:tcW w:type="dxa" w:w="3437"/>
          </w:tcPr>
          <w:p>
            <w:r/>
            <w:r>
              <w:rPr>
                <w:rFonts w:ascii="Arial" w:hAnsi="Arial"/>
                <w:b w:val="0"/>
                <w:color w:val="000000"/>
                <w:sz w:val="19"/>
              </w:rPr>
              <w:t>43.37</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15.08</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2</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P220X(1-2 Xy)</w:t>
            </w:r>
          </w:p>
        </w:tc>
        <w:tc>
          <w:tcPr>
            <w:tcW w:type="dxa" w:w="3437"/>
          </w:tcPr>
          <w:p>
            <w:r/>
            <w:r>
              <w:rPr>
                <w:rFonts w:ascii="Arial" w:hAnsi="Arial"/>
                <w:b w:val="0"/>
                <w:color w:val="000000"/>
                <w:sz w:val="19"/>
              </w:rPr>
              <w:t>1.54</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D1173/PI1103</w:t>
            </w:r>
          </w:p>
        </w:tc>
        <w:tc>
          <w:tcPr>
            <w:tcW w:type="dxa" w:w="3437"/>
          </w:tcPr>
          <w:p>
            <w:r/>
            <w:r>
              <w:rPr>
                <w:rFonts w:ascii="Arial" w:hAnsi="Arial"/>
                <w:b w:val="0"/>
                <w:color w:val="000000"/>
                <w:sz w:val="19"/>
              </w:rPr>
              <w:t>2.88</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0.96</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TPO/PI1108</w:t>
            </w:r>
          </w:p>
        </w:tc>
        <w:tc>
          <w:tcPr>
            <w:tcW w:type="dxa" w:w="3437"/>
          </w:tcPr>
          <w:p>
            <w:r/>
            <w:r>
              <w:rPr>
                <w:rFonts w:ascii="Arial" w:hAnsi="Arial"/>
                <w:b w:val="0"/>
                <w:color w:val="000000"/>
                <w:sz w:val="19"/>
              </w:rPr>
              <w:t>0.86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w:t>
            </w:r>
          </w:p>
        </w:tc>
      </w:tr>
    </w:tbl>
    <w:p>
      <w:pPr>
        <w:pStyle w:val="Heading2"/>
      </w:pPr>
      <w:r>
        <w:rPr>
          <w:rFonts w:ascii="Arial" w:hAnsi="Arial"/>
          <w:color w:val="000000"/>
          <w:sz w:val="21"/>
        </w:rPr>
        <w:t>BTUV0907 White Sealer mau-moi</w:t>
      </w:r>
    </w:p>
    <w:p>
      <w:pPr>
        <w:pStyle w:val="Heading3"/>
      </w:pPr>
      <w:r>
        <w:rPr>
          <w:rFonts w:ascii="Arial" w:hAnsi="Arial"/>
          <w:color w:val="000000"/>
          <w:sz w:val="21"/>
        </w:rPr>
        <w:t>BTUV0907 White Sealer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160D</w:t>
            </w:r>
          </w:p>
        </w:tc>
        <w:tc>
          <w:tcPr>
            <w:tcW w:type="dxa" w:w="3437"/>
          </w:tcPr>
          <w:p>
            <w:r/>
            <w:r>
              <w:rPr>
                <w:rFonts w:ascii="Arial" w:hAnsi="Arial"/>
                <w:b w:val="0"/>
                <w:color w:val="000000"/>
                <w:sz w:val="19"/>
              </w:rPr>
              <w:t>23.83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TMPTA</w:t>
            </w:r>
          </w:p>
        </w:tc>
        <w:tc>
          <w:tcPr>
            <w:tcW w:type="dxa" w:w="3437"/>
          </w:tcPr>
          <w:p>
            <w:r/>
            <w:r>
              <w:rPr>
                <w:rFonts w:ascii="Arial" w:hAnsi="Arial"/>
                <w:b w:val="0"/>
                <w:color w:val="000000"/>
                <w:sz w:val="19"/>
              </w:rPr>
              <w:t>5.74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BYK 1798</w:t>
            </w:r>
          </w:p>
        </w:tc>
        <w:tc>
          <w:tcPr>
            <w:tcW w:type="dxa" w:w="3437"/>
          </w:tcPr>
          <w:p>
            <w:r/>
            <w:r>
              <w:rPr>
                <w:rFonts w:ascii="Arial" w:hAnsi="Arial"/>
                <w:b w:val="0"/>
                <w:color w:val="000000"/>
                <w:sz w:val="19"/>
              </w:rPr>
              <w:t>0.5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 110</w:t>
            </w:r>
          </w:p>
        </w:tc>
        <w:tc>
          <w:tcPr>
            <w:tcW w:type="dxa" w:w="3437"/>
          </w:tcPr>
          <w:p>
            <w:r/>
            <w:r>
              <w:rPr>
                <w:rFonts w:ascii="Arial" w:hAnsi="Arial"/>
                <w:b w:val="0"/>
                <w:color w:val="000000"/>
                <w:sz w:val="19"/>
              </w:rPr>
              <w:t>0.87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 St</w:t>
            </w:r>
          </w:p>
        </w:tc>
        <w:tc>
          <w:tcPr>
            <w:tcW w:type="dxa" w:w="3437"/>
          </w:tcPr>
          <w:p>
            <w:r/>
            <w:r>
              <w:rPr>
                <w:rFonts w:ascii="Arial" w:hAnsi="Arial"/>
                <w:b w:val="0"/>
                <w:color w:val="000000"/>
                <w:sz w:val="19"/>
              </w:rPr>
              <w:t>2.38</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Titan 996</w:t>
            </w:r>
          </w:p>
        </w:tc>
        <w:tc>
          <w:tcPr>
            <w:tcW w:type="dxa" w:w="3437"/>
          </w:tcPr>
          <w:p>
            <w:r/>
            <w:r>
              <w:rPr>
                <w:rFonts w:ascii="Arial" w:hAnsi="Arial"/>
                <w:b w:val="0"/>
                <w:color w:val="000000"/>
                <w:sz w:val="19"/>
              </w:rPr>
              <w:t>43.37</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15.08</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2</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P220X(1-2 Xy)</w:t>
            </w:r>
          </w:p>
        </w:tc>
        <w:tc>
          <w:tcPr>
            <w:tcW w:type="dxa" w:w="3437"/>
          </w:tcPr>
          <w:p>
            <w:r/>
            <w:r>
              <w:rPr>
                <w:rFonts w:ascii="Arial" w:hAnsi="Arial"/>
                <w:b w:val="0"/>
                <w:color w:val="000000"/>
                <w:sz w:val="19"/>
              </w:rPr>
              <w:t>1.54</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D1173/PI1103</w:t>
            </w:r>
          </w:p>
        </w:tc>
        <w:tc>
          <w:tcPr>
            <w:tcW w:type="dxa" w:w="3437"/>
          </w:tcPr>
          <w:p>
            <w:r/>
            <w:r>
              <w:rPr>
                <w:rFonts w:ascii="Arial" w:hAnsi="Arial"/>
                <w:b w:val="0"/>
                <w:color w:val="000000"/>
                <w:sz w:val="19"/>
              </w:rPr>
              <w:t>2.88</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0.96</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TPO/PI1108</w:t>
            </w:r>
          </w:p>
        </w:tc>
        <w:tc>
          <w:tcPr>
            <w:tcW w:type="dxa" w:w="3437"/>
          </w:tcPr>
          <w:p>
            <w:r/>
            <w:r>
              <w:rPr>
                <w:rFonts w:ascii="Arial" w:hAnsi="Arial"/>
                <w:b w:val="0"/>
                <w:color w:val="000000"/>
                <w:sz w:val="19"/>
              </w:rPr>
              <w:t>0.86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100.01</w:t>
            </w:r>
          </w:p>
        </w:tc>
      </w:tr>
    </w:tbl>
    <w:p>
      <w:r>
        <w:rPr>
          <w:rFonts w:ascii="Arial" w:hAnsi="Arial"/>
          <w:b w:val="0"/>
          <w:color w:val="000000"/>
          <w:sz w:val="21"/>
        </w:rPr>
        <w:t>&gt; Vật liệu đã đổi: EM223→TPGDA; EM231→TMPTA</w:t>
      </w:r>
    </w:p>
    <w:p>
      <w:r>
        <w:rPr>
          <w:rFonts w:ascii="Arial" w:hAnsi="Arial"/>
          <w:b w:val="0"/>
          <w:color w:val="000000"/>
          <w:sz w:val="21"/>
        </w:rPr>
        <w:t>&gt; File gốc: BTUV0907_White_Sealer.md — giữ nguyên mọi con số, chỉ đổi tên vật liệu.</w:t>
      </w:r>
    </w:p>
    <w:p>
      <w:pPr>
        <w:pStyle w:val="Heading2"/>
      </w:pPr>
      <w:r>
        <w:rPr>
          <w:rFonts w:ascii="Arial" w:hAnsi="Arial"/>
          <w:color w:val="000000"/>
          <w:sz w:val="21"/>
        </w:rPr>
        <w:t>BTUV 0510 Topcoat</w:t>
      </w:r>
    </w:p>
    <w:p>
      <w:pPr>
        <w:pStyle w:val="Heading3"/>
      </w:pPr>
      <w:r>
        <w:rPr>
          <w:rFonts w:ascii="Arial" w:hAnsi="Arial"/>
          <w:color w:val="000000"/>
          <w:sz w:val="21"/>
        </w:rPr>
        <w:t>BT UV 0510 Topcoat 5%</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B-6121</w:t>
            </w:r>
          </w:p>
        </w:tc>
        <w:tc>
          <w:tcPr>
            <w:tcW w:type="dxa" w:w="3437"/>
          </w:tcPr>
          <w:p>
            <w:r/>
            <w:r>
              <w:rPr>
                <w:rFonts w:ascii="Arial" w:hAnsi="Arial"/>
                <w:b w:val="0"/>
                <w:color w:val="000000"/>
                <w:sz w:val="19"/>
              </w:rPr>
              <w:t>30.051</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7.431</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265</w:t>
            </w:r>
          </w:p>
        </w:tc>
        <w:tc>
          <w:tcPr>
            <w:tcW w:type="dxa" w:w="3437"/>
          </w:tcPr>
          <w:p>
            <w:r/>
            <w:r>
              <w:rPr>
                <w:rFonts w:ascii="Arial" w:hAnsi="Arial"/>
                <w:b w:val="0"/>
                <w:color w:val="000000"/>
                <w:sz w:val="19"/>
              </w:rPr>
              <w:t>5.308</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 231</w:t>
            </w:r>
          </w:p>
        </w:tc>
        <w:tc>
          <w:tcPr>
            <w:tcW w:type="dxa" w:w="3437"/>
          </w:tcPr>
          <w:p>
            <w:r/>
            <w:r>
              <w:rPr>
                <w:rFonts w:ascii="Arial" w:hAnsi="Arial"/>
                <w:b w:val="0"/>
                <w:color w:val="000000"/>
                <w:sz w:val="19"/>
              </w:rPr>
              <w:t>3.38</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BYK 2150</w:t>
            </w:r>
          </w:p>
        </w:tc>
        <w:tc>
          <w:tcPr>
            <w:tcW w:type="dxa" w:w="3437"/>
          </w:tcPr>
          <w:p>
            <w:r/>
            <w:r>
              <w:rPr>
                <w:rFonts w:ascii="Arial" w:hAnsi="Arial"/>
                <w:b w:val="0"/>
                <w:color w:val="000000"/>
                <w:sz w:val="19"/>
              </w:rPr>
              <w:t>2.036</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ED30</w:t>
            </w:r>
          </w:p>
        </w:tc>
        <w:tc>
          <w:tcPr>
            <w:tcW w:type="dxa" w:w="3437"/>
          </w:tcPr>
          <w:p>
            <w:r/>
            <w:r>
              <w:rPr>
                <w:rFonts w:ascii="Arial" w:hAnsi="Arial"/>
                <w:b w:val="0"/>
                <w:color w:val="000000"/>
                <w:sz w:val="19"/>
              </w:rPr>
              <w:t>7.94</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TO 8120M</w:t>
            </w:r>
          </w:p>
        </w:tc>
        <w:tc>
          <w:tcPr>
            <w:tcW w:type="dxa" w:w="3437"/>
          </w:tcPr>
          <w:p>
            <w:r/>
            <w:r>
              <w:rPr>
                <w:rFonts w:ascii="Arial" w:hAnsi="Arial"/>
                <w:b w:val="0"/>
                <w:color w:val="000000"/>
                <w:sz w:val="19"/>
              </w:rPr>
              <w:t>5.171</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JH10</w:t>
            </w:r>
          </w:p>
        </w:tc>
        <w:tc>
          <w:tcPr>
            <w:tcW w:type="dxa" w:w="3437"/>
          </w:tcPr>
          <w:p>
            <w:r/>
            <w:r>
              <w:rPr>
                <w:rFonts w:ascii="Arial" w:hAnsi="Arial"/>
                <w:b w:val="0"/>
                <w:color w:val="000000"/>
                <w:sz w:val="19"/>
              </w:rPr>
              <w:t>28.544</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4.968</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4.927</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0.244</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4"/>
      </w:pPr>
      <w:r>
        <w:rPr>
          <w:rFonts w:ascii="Arial" w:hAnsi="Arial"/>
          <w:color w:val="000000"/>
          <w:sz w:val="21"/>
        </w:rPr>
        <w:t>Công thức BS (tỉ lệ %)</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B-6121</w:t>
            </w:r>
          </w:p>
        </w:tc>
        <w:tc>
          <w:tcPr>
            <w:tcW w:type="dxa" w:w="3437"/>
          </w:tcPr>
          <w:p>
            <w:r/>
            <w:r>
              <w:rPr>
                <w:rFonts w:ascii="Arial" w:hAnsi="Arial"/>
                <w:b w:val="0"/>
                <w:color w:val="000000"/>
                <w:sz w:val="19"/>
              </w:rPr>
              <w:t>56.34</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28.17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5.63</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 231</w:t>
            </w:r>
          </w:p>
        </w:tc>
        <w:tc>
          <w:tcPr>
            <w:tcW w:type="dxa" w:w="3437"/>
          </w:tcPr>
          <w:p>
            <w:r/>
            <w:r>
              <w:rPr>
                <w:rFonts w:ascii="Arial" w:hAnsi="Arial"/>
                <w:b w:val="0"/>
                <w:color w:val="000000"/>
                <w:sz w:val="19"/>
              </w:rPr>
              <w:t>5.63</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4.23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100.00</w:t>
            </w:r>
          </w:p>
        </w:tc>
      </w:tr>
    </w:tbl>
    <w:p>
      <w:pPr>
        <w:pStyle w:val="Heading2"/>
      </w:pPr>
      <w:r>
        <w:rPr>
          <w:rFonts w:ascii="Arial" w:hAnsi="Arial"/>
          <w:color w:val="000000"/>
          <w:sz w:val="21"/>
        </w:rPr>
        <w:t>BTUV 0609 Topcoat</w:t>
      </w:r>
    </w:p>
    <w:p>
      <w:pPr>
        <w:pStyle w:val="Heading3"/>
      </w:pPr>
      <w:r>
        <w:rPr>
          <w:rFonts w:ascii="Arial" w:hAnsi="Arial"/>
          <w:color w:val="000000"/>
          <w:sz w:val="21"/>
        </w:rPr>
        <w:t>BTUV 0609 Topcoat 5% PHT</w:t>
      </w:r>
    </w:p>
    <w:p>
      <w:pPr>
        <w:pStyle w:val="Heading4"/>
      </w:pPr>
      <w:r>
        <w:rPr>
          <w:rFonts w:ascii="Arial" w:hAnsi="Arial"/>
          <w:color w:val="000000"/>
          <w:sz w:val="21"/>
        </w:rPr>
        <w:t>Công thức gốc (khối lượng)</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HE-421F (B-113)</w:t>
            </w:r>
          </w:p>
        </w:tc>
        <w:tc>
          <w:tcPr>
            <w:tcW w:type="dxa" w:w="3437"/>
          </w:tcPr>
          <w:p>
            <w:r/>
            <w:r>
              <w:rPr>
                <w:rFonts w:ascii="Arial" w:hAnsi="Arial"/>
                <w:b w:val="0"/>
                <w:color w:val="000000"/>
                <w:sz w:val="19"/>
              </w:rPr>
              <w:t>2.65</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1.37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231</w:t>
            </w:r>
          </w:p>
        </w:tc>
        <w:tc>
          <w:tcPr>
            <w:tcW w:type="dxa" w:w="3437"/>
          </w:tcPr>
          <w:p>
            <w:r/>
            <w:r>
              <w:rPr>
                <w:rFonts w:ascii="Arial" w:hAnsi="Arial"/>
                <w:b w:val="0"/>
                <w:color w:val="000000"/>
                <w:sz w:val="19"/>
              </w:rPr>
              <w:t>0.46</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 223</w:t>
            </w:r>
          </w:p>
        </w:tc>
        <w:tc>
          <w:tcPr>
            <w:tcW w:type="dxa" w:w="3437"/>
          </w:tcPr>
          <w:p>
            <w:r/>
            <w:r>
              <w:rPr>
                <w:rFonts w:ascii="Arial" w:hAnsi="Arial"/>
                <w:b w:val="0"/>
                <w:color w:val="000000"/>
                <w:sz w:val="19"/>
              </w:rPr>
              <w:t>0.65</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EM 221</w:t>
            </w:r>
          </w:p>
        </w:tc>
        <w:tc>
          <w:tcPr>
            <w:tcW w:type="dxa" w:w="3437"/>
          </w:tcPr>
          <w:p>
            <w:r/>
            <w:r>
              <w:rPr>
                <w:rFonts w:ascii="Arial" w:hAnsi="Arial"/>
                <w:b w:val="0"/>
                <w:color w:val="000000"/>
                <w:sz w:val="19"/>
              </w:rPr>
              <w:t>0.4</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BYK-2150</w:t>
            </w:r>
          </w:p>
        </w:tc>
        <w:tc>
          <w:tcPr>
            <w:tcW w:type="dxa" w:w="3437"/>
          </w:tcPr>
          <w:p>
            <w:r/>
            <w:r>
              <w:rPr>
                <w:rFonts w:ascii="Arial" w:hAnsi="Arial"/>
                <w:b w:val="0"/>
                <w:color w:val="000000"/>
                <w:sz w:val="19"/>
              </w:rPr>
              <w:t>0.15</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1.04</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JH-10</w:t>
            </w:r>
          </w:p>
        </w:tc>
        <w:tc>
          <w:tcPr>
            <w:tcW w:type="dxa" w:w="3437"/>
          </w:tcPr>
          <w:p>
            <w:r/>
            <w:r>
              <w:rPr>
                <w:rFonts w:ascii="Arial" w:hAnsi="Arial"/>
                <w:b w:val="0"/>
                <w:color w:val="000000"/>
                <w:sz w:val="19"/>
              </w:rPr>
              <w:t>0.66</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RAD 2105</w:t>
            </w:r>
          </w:p>
        </w:tc>
        <w:tc>
          <w:tcPr>
            <w:tcW w:type="dxa" w:w="3437"/>
          </w:tcPr>
          <w:p>
            <w:r/>
            <w:r>
              <w:rPr>
                <w:rFonts w:ascii="Arial" w:hAnsi="Arial"/>
                <w:b w:val="0"/>
                <w:color w:val="000000"/>
                <w:sz w:val="19"/>
              </w:rPr>
              <w:t>0.59</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Silica-3000</w:t>
            </w:r>
          </w:p>
        </w:tc>
        <w:tc>
          <w:tcPr>
            <w:tcW w:type="dxa" w:w="3437"/>
          </w:tcPr>
          <w:p>
            <w:r/>
            <w:r>
              <w:rPr>
                <w:rFonts w:ascii="Arial" w:hAnsi="Arial"/>
                <w:b w:val="0"/>
                <w:color w:val="000000"/>
                <w:sz w:val="19"/>
              </w:rPr>
              <w:t>1.58</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ED30</w:t>
            </w:r>
          </w:p>
        </w:tc>
        <w:tc>
          <w:tcPr>
            <w:tcW w:type="dxa" w:w="3437"/>
          </w:tcPr>
          <w:p>
            <w:r/>
            <w:r>
              <w:rPr>
                <w:rFonts w:ascii="Arial" w:hAnsi="Arial"/>
                <w:b w:val="0"/>
                <w:color w:val="000000"/>
                <w:sz w:val="19"/>
              </w:rPr>
              <w:t>0.35</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WAx-8120</w:t>
            </w:r>
          </w:p>
        </w:tc>
        <w:tc>
          <w:tcPr>
            <w:tcW w:type="dxa" w:w="3437"/>
          </w:tcPr>
          <w:p>
            <w:r/>
            <w:r>
              <w:rPr>
                <w:rFonts w:ascii="Arial" w:hAnsi="Arial"/>
                <w:b w:val="0"/>
                <w:color w:val="000000"/>
                <w:sz w:val="19"/>
              </w:rPr>
              <w:t>0.3</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EM221</w:t>
            </w:r>
          </w:p>
        </w:tc>
        <w:tc>
          <w:tcPr>
            <w:tcW w:type="dxa" w:w="3437"/>
          </w:tcPr>
          <w:p>
            <w:r/>
            <w:r>
              <w:rPr>
                <w:rFonts w:ascii="Arial" w:hAnsi="Arial"/>
                <w:b w:val="0"/>
                <w:color w:val="000000"/>
                <w:sz w:val="19"/>
              </w:rPr>
              <w:t>0.76</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PI-1173</w:t>
            </w:r>
          </w:p>
        </w:tc>
        <w:tc>
          <w:tcPr>
            <w:tcW w:type="dxa" w:w="3437"/>
          </w:tcPr>
          <w:p>
            <w:r/>
            <w:r>
              <w:rPr>
                <w:rFonts w:ascii="Arial" w:hAnsi="Arial"/>
                <w:b w:val="0"/>
                <w:color w:val="000000"/>
                <w:sz w:val="19"/>
              </w:rPr>
              <w:t>0.4</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BYK-1798</w:t>
            </w:r>
          </w:p>
        </w:tc>
        <w:tc>
          <w:tcPr>
            <w:tcW w:type="dxa" w:w="3437"/>
          </w:tcPr>
          <w:p>
            <w:r/>
            <w:r>
              <w:rPr>
                <w:rFonts w:ascii="Arial" w:hAnsi="Arial"/>
                <w:b w:val="0"/>
                <w:color w:val="000000"/>
                <w:sz w:val="19"/>
              </w:rPr>
              <w:t>0.04</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11.4</w:t>
            </w:r>
          </w:p>
        </w:tc>
      </w:tr>
    </w:tbl>
    <w:p>
      <w:pPr>
        <w:pStyle w:val="Heading3"/>
      </w:pPr>
      <w:r>
        <w:rPr>
          <w:rFonts w:ascii="Arial" w:hAnsi="Arial"/>
          <w:color w:val="000000"/>
          <w:sz w:val="21"/>
        </w:rPr>
        <w:t>BTUV 0609 Topcoat -BS PHT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HE-421F (B-113)</w:t>
            </w:r>
          </w:p>
        </w:tc>
        <w:tc>
          <w:tcPr>
            <w:tcW w:type="dxa" w:w="3437"/>
          </w:tcPr>
          <w:p>
            <w:r/>
            <w:r>
              <w:rPr>
                <w:rFonts w:ascii="Arial" w:hAnsi="Arial"/>
                <w:b w:val="0"/>
                <w:color w:val="000000"/>
                <w:sz w:val="19"/>
              </w:rPr>
              <w:t>57.14</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29.54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231</w:t>
            </w:r>
          </w:p>
        </w:tc>
        <w:tc>
          <w:tcPr>
            <w:tcW w:type="dxa" w:w="3437"/>
          </w:tcPr>
          <w:p>
            <w:r/>
            <w:r>
              <w:rPr>
                <w:rFonts w:ascii="Arial" w:hAnsi="Arial"/>
                <w:b w:val="0"/>
                <w:color w:val="000000"/>
                <w:sz w:val="19"/>
              </w:rPr>
              <w:t>9.92</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PI-1173</w:t>
            </w:r>
          </w:p>
        </w:tc>
        <w:tc>
          <w:tcPr>
            <w:tcW w:type="dxa" w:w="3437"/>
          </w:tcPr>
          <w:p>
            <w:r/>
            <w:r>
              <w:rPr>
                <w:rFonts w:ascii="Arial" w:hAnsi="Arial"/>
                <w:b w:val="0"/>
                <w:color w:val="000000"/>
                <w:sz w:val="19"/>
              </w:rPr>
              <w:t>3.18</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BYK-1798</w:t>
            </w:r>
          </w:p>
        </w:tc>
        <w:tc>
          <w:tcPr>
            <w:tcW w:type="dxa" w:w="3437"/>
          </w:tcPr>
          <w:p>
            <w:r/>
            <w:r>
              <w:rPr>
                <w:rFonts w:ascii="Arial" w:hAnsi="Arial"/>
                <w:b w:val="0"/>
                <w:color w:val="000000"/>
                <w:sz w:val="19"/>
              </w:rPr>
              <w:t>0.21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100.00</w:t>
            </w:r>
          </w:p>
        </w:tc>
      </w:tr>
    </w:tbl>
    <w:p>
      <w:pPr>
        <w:pStyle w:val="Heading2"/>
      </w:pPr>
      <w:r>
        <w:rPr>
          <w:rFonts w:ascii="Arial" w:hAnsi="Arial"/>
          <w:color w:val="000000"/>
          <w:sz w:val="21"/>
        </w:rPr>
        <w:t>BTUV 0806 WV Sealer</w:t>
      </w:r>
    </w:p>
    <w:p>
      <w:pPr>
        <w:pStyle w:val="Heading3"/>
      </w:pPr>
      <w:r>
        <w:rPr>
          <w:rFonts w:ascii="Arial" w:hAnsi="Arial"/>
          <w:color w:val="000000"/>
          <w:sz w:val="21"/>
        </w:rPr>
        <w:t>BTUV 0806 WV Sealer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Số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7.31</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B-535</w:t>
            </w:r>
          </w:p>
        </w:tc>
        <w:tc>
          <w:tcPr>
            <w:tcW w:type="dxa" w:w="3437"/>
          </w:tcPr>
          <w:p>
            <w:r/>
            <w:r>
              <w:rPr>
                <w:rFonts w:ascii="Arial" w:hAnsi="Arial"/>
                <w:b w:val="0"/>
                <w:color w:val="000000"/>
                <w:sz w:val="19"/>
              </w:rPr>
              <w:t>11.48</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15.67</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 231</w:t>
            </w:r>
          </w:p>
        </w:tc>
        <w:tc>
          <w:tcPr>
            <w:tcW w:type="dxa" w:w="3437"/>
          </w:tcPr>
          <w:p>
            <w:r/>
            <w:r>
              <w:rPr>
                <w:rFonts w:ascii="Arial" w:hAnsi="Arial"/>
                <w:b w:val="0"/>
                <w:color w:val="000000"/>
                <w:sz w:val="19"/>
              </w:rPr>
              <w:t>5.56</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EM 223 (TPGDA)</w:t>
            </w:r>
          </w:p>
        </w:tc>
        <w:tc>
          <w:tcPr>
            <w:tcW w:type="dxa" w:w="3437"/>
          </w:tcPr>
          <w:p>
            <w:r/>
            <w:r>
              <w:rPr>
                <w:rFonts w:ascii="Arial" w:hAnsi="Arial"/>
                <w:b w:val="0"/>
                <w:color w:val="000000"/>
                <w:sz w:val="19"/>
              </w:rPr>
              <w:t>8.97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E23</w:t>
            </w:r>
          </w:p>
        </w:tc>
        <w:tc>
          <w:tcPr>
            <w:tcW w:type="dxa" w:w="3437"/>
          </w:tcPr>
          <w:p>
            <w:r/>
            <w:r>
              <w:rPr>
                <w:rFonts w:ascii="Arial" w:hAnsi="Arial"/>
                <w:b w:val="0"/>
                <w:color w:val="000000"/>
                <w:sz w:val="19"/>
              </w:rPr>
              <w:t>1.72</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14.95</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EWR-966</w:t>
            </w:r>
          </w:p>
        </w:tc>
        <w:tc>
          <w:tcPr>
            <w:tcW w:type="dxa" w:w="3437"/>
          </w:tcPr>
          <w:p>
            <w:r/>
            <w:r>
              <w:rPr>
                <w:rFonts w:ascii="Arial" w:hAnsi="Arial"/>
                <w:b w:val="0"/>
                <w:color w:val="000000"/>
                <w:sz w:val="19"/>
              </w:rPr>
              <w:t>3.45</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A66 (606)</w:t>
            </w:r>
          </w:p>
        </w:tc>
        <w:tc>
          <w:tcPr>
            <w:tcW w:type="dxa" w:w="3437"/>
          </w:tcPr>
          <w:p>
            <w:r/>
            <w:r>
              <w:rPr>
                <w:rFonts w:ascii="Arial" w:hAnsi="Arial"/>
                <w:b w:val="0"/>
                <w:color w:val="000000"/>
                <w:sz w:val="19"/>
              </w:rPr>
              <w:t>15.99</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EM 223 (TPGDA)</w:t>
            </w:r>
          </w:p>
        </w:tc>
        <w:tc>
          <w:tcPr>
            <w:tcW w:type="dxa" w:w="3437"/>
          </w:tcPr>
          <w:p>
            <w:r/>
            <w:r>
              <w:rPr>
                <w:rFonts w:ascii="Arial" w:hAnsi="Arial"/>
                <w:b w:val="0"/>
                <w:color w:val="000000"/>
                <w:sz w:val="19"/>
              </w:rPr>
              <w:t>7.99</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1.73</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PI-819(380)</w:t>
            </w:r>
          </w:p>
        </w:tc>
        <w:tc>
          <w:tcPr>
            <w:tcW w:type="dxa" w:w="3437"/>
          </w:tcPr>
          <w:p>
            <w:r/>
            <w:r>
              <w:rPr>
                <w:rFonts w:ascii="Arial" w:hAnsi="Arial"/>
                <w:b w:val="0"/>
                <w:color w:val="000000"/>
                <w:sz w:val="19"/>
              </w:rPr>
              <w:t>0.91</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3.73</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BY-1798</w:t>
            </w:r>
          </w:p>
        </w:tc>
        <w:tc>
          <w:tcPr>
            <w:tcW w:type="dxa" w:w="3437"/>
          </w:tcPr>
          <w:p>
            <w:r/>
            <w:r>
              <w:rPr>
                <w:rFonts w:ascii="Arial" w:hAnsi="Arial"/>
                <w:b w:val="0"/>
                <w:color w:val="000000"/>
                <w:sz w:val="19"/>
              </w:rPr>
              <w:t>0.18</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BY-410</w:t>
            </w:r>
          </w:p>
        </w:tc>
        <w:tc>
          <w:tcPr>
            <w:tcW w:type="dxa" w:w="3437"/>
          </w:tcPr>
          <w:p>
            <w:r/>
            <w:r>
              <w:rPr>
                <w:rFonts w:ascii="Arial" w:hAnsi="Arial"/>
                <w:b w:val="0"/>
                <w:color w:val="000000"/>
                <w:sz w:val="19"/>
              </w:rPr>
              <w:t>0.36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BTUV 0806 WV Sealer mau-moi</w:t>
      </w:r>
    </w:p>
    <w:p>
      <w:pPr>
        <w:pStyle w:val="Heading3"/>
      </w:pPr>
      <w:r>
        <w:rPr>
          <w:rFonts w:ascii="Arial" w:hAnsi="Arial"/>
          <w:color w:val="000000"/>
          <w:sz w:val="21"/>
        </w:rPr>
        <w:t>BTUV 0806 WV Sealer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7.31</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B-535</w:t>
            </w:r>
          </w:p>
        </w:tc>
        <w:tc>
          <w:tcPr>
            <w:tcW w:type="dxa" w:w="3437"/>
          </w:tcPr>
          <w:p>
            <w:r/>
            <w:r>
              <w:rPr>
                <w:rFonts w:ascii="Arial" w:hAnsi="Arial"/>
                <w:b w:val="0"/>
                <w:color w:val="000000"/>
                <w:sz w:val="19"/>
              </w:rPr>
              <w:t>11.48</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15.67</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TMPTA</w:t>
            </w:r>
          </w:p>
        </w:tc>
        <w:tc>
          <w:tcPr>
            <w:tcW w:type="dxa" w:w="3437"/>
          </w:tcPr>
          <w:p>
            <w:r/>
            <w:r>
              <w:rPr>
                <w:rFonts w:ascii="Arial" w:hAnsi="Arial"/>
                <w:b w:val="0"/>
                <w:color w:val="000000"/>
                <w:sz w:val="19"/>
              </w:rPr>
              <w:t>5.56</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8.97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E23</w:t>
            </w:r>
          </w:p>
        </w:tc>
        <w:tc>
          <w:tcPr>
            <w:tcW w:type="dxa" w:w="3437"/>
          </w:tcPr>
          <w:p>
            <w:r/>
            <w:r>
              <w:rPr>
                <w:rFonts w:ascii="Arial" w:hAnsi="Arial"/>
                <w:b w:val="0"/>
                <w:color w:val="000000"/>
                <w:sz w:val="19"/>
              </w:rPr>
              <w:t>1.72</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14.95</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EWR-966</w:t>
            </w:r>
          </w:p>
        </w:tc>
        <w:tc>
          <w:tcPr>
            <w:tcW w:type="dxa" w:w="3437"/>
          </w:tcPr>
          <w:p>
            <w:r/>
            <w:r>
              <w:rPr>
                <w:rFonts w:ascii="Arial" w:hAnsi="Arial"/>
                <w:b w:val="0"/>
                <w:color w:val="000000"/>
                <w:sz w:val="19"/>
              </w:rPr>
              <w:t>3.45</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A66 (606)</w:t>
            </w:r>
          </w:p>
        </w:tc>
        <w:tc>
          <w:tcPr>
            <w:tcW w:type="dxa" w:w="3437"/>
          </w:tcPr>
          <w:p>
            <w:r/>
            <w:r>
              <w:rPr>
                <w:rFonts w:ascii="Arial" w:hAnsi="Arial"/>
                <w:b w:val="0"/>
                <w:color w:val="000000"/>
                <w:sz w:val="19"/>
              </w:rPr>
              <w:t>15.99</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7.99</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1.73</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PI-819(380)</w:t>
            </w:r>
          </w:p>
        </w:tc>
        <w:tc>
          <w:tcPr>
            <w:tcW w:type="dxa" w:w="3437"/>
          </w:tcPr>
          <w:p>
            <w:r/>
            <w:r>
              <w:rPr>
                <w:rFonts w:ascii="Arial" w:hAnsi="Arial"/>
                <w:b w:val="0"/>
                <w:color w:val="000000"/>
                <w:sz w:val="19"/>
              </w:rPr>
              <w:t>0.91</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3.73</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BY-1798</w:t>
            </w:r>
          </w:p>
        </w:tc>
        <w:tc>
          <w:tcPr>
            <w:tcW w:type="dxa" w:w="3437"/>
          </w:tcPr>
          <w:p>
            <w:r/>
            <w:r>
              <w:rPr>
                <w:rFonts w:ascii="Arial" w:hAnsi="Arial"/>
                <w:b w:val="0"/>
                <w:color w:val="000000"/>
                <w:sz w:val="19"/>
              </w:rPr>
              <w:t>0.18</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BY-410</w:t>
            </w:r>
          </w:p>
        </w:tc>
        <w:tc>
          <w:tcPr>
            <w:tcW w:type="dxa" w:w="3437"/>
          </w:tcPr>
          <w:p>
            <w:r/>
            <w:r>
              <w:rPr>
                <w:rFonts w:ascii="Arial" w:hAnsi="Arial"/>
                <w:b w:val="0"/>
                <w:color w:val="000000"/>
                <w:sz w:val="19"/>
              </w:rPr>
              <w:t>0.36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w:t>
            </w:r>
          </w:p>
        </w:tc>
      </w:tr>
    </w:tbl>
    <w:p>
      <w:r>
        <w:rPr>
          <w:rFonts w:ascii="Arial" w:hAnsi="Arial"/>
          <w:b w:val="0"/>
          <w:color w:val="000000"/>
          <w:sz w:val="21"/>
        </w:rPr>
        <w:t>&gt; Vật liệu đã đổi: B-113→B-142P; EM 223 (TPGDA)→TPGDA; EM 231→TMPTA</w:t>
      </w:r>
    </w:p>
    <w:p>
      <w:r>
        <w:rPr>
          <w:rFonts w:ascii="Arial" w:hAnsi="Arial"/>
          <w:b w:val="0"/>
          <w:color w:val="000000"/>
          <w:sz w:val="21"/>
        </w:rPr>
        <w:t>&gt; File gốc: BTUV_0806_WV_Sealer.md — giữ nguyên mọi con số, chỉ đổi tên vật liệu.</w:t>
      </w:r>
    </w:p>
    <w:p>
      <w:r>
        <w:rPr>
          <w:rFonts w:ascii="Arial" w:hAnsi="Arial"/>
          <w:b w:val="0"/>
          <w:color w:val="000000"/>
          <w:sz w:val="21"/>
        </w:rPr>
        <w:t>&gt; File gốc có nguyên liệu lặp dòng: TPGDA — cần xác nhận trước khi cân mẻ.</w:t>
      </w:r>
    </w:p>
    <w:p>
      <w:pPr>
        <w:pStyle w:val="Heading2"/>
      </w:pPr>
      <w:r>
        <w:rPr>
          <w:rFonts w:ascii="Arial" w:hAnsi="Arial"/>
          <w:color w:val="000000"/>
          <w:sz w:val="21"/>
        </w:rPr>
        <w:t>BTUV 2005 Matte Sealer</w:t>
      </w:r>
    </w:p>
    <w:p>
      <w:pPr>
        <w:pStyle w:val="Heading3"/>
      </w:pPr>
      <w:r>
        <w:rPr>
          <w:rFonts w:ascii="Arial" w:hAnsi="Arial"/>
          <w:color w:val="000000"/>
          <w:sz w:val="21"/>
        </w:rPr>
        <w:t>BTUV 2005 Matte Sealer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HE421F</w:t>
            </w:r>
          </w:p>
        </w:tc>
        <w:tc>
          <w:tcPr>
            <w:tcW w:type="dxa" w:w="3437"/>
          </w:tcPr>
          <w:p>
            <w:r/>
            <w:r>
              <w:rPr>
                <w:rFonts w:ascii="Arial" w:hAnsi="Arial"/>
                <w:b w:val="0"/>
                <w:color w:val="000000"/>
                <w:sz w:val="19"/>
              </w:rPr>
              <w:t>14.96</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14.96</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8.17</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Silica 3000</w:t>
            </w:r>
          </w:p>
        </w:tc>
        <w:tc>
          <w:tcPr>
            <w:tcW w:type="dxa" w:w="3437"/>
          </w:tcPr>
          <w:p>
            <w:r/>
            <w:r>
              <w:rPr>
                <w:rFonts w:ascii="Arial" w:hAnsi="Arial"/>
                <w:b w:val="0"/>
                <w:color w:val="000000"/>
                <w:sz w:val="19"/>
              </w:rPr>
              <w:t>13.3</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ED30</w:t>
            </w:r>
          </w:p>
        </w:tc>
        <w:tc>
          <w:tcPr>
            <w:tcW w:type="dxa" w:w="3437"/>
          </w:tcPr>
          <w:p>
            <w:r/>
            <w:r>
              <w:rPr>
                <w:rFonts w:ascii="Arial" w:hAnsi="Arial"/>
                <w:b w:val="0"/>
                <w:color w:val="000000"/>
                <w:sz w:val="19"/>
              </w:rPr>
              <w:t>2.39</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28.38</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10.51</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EM221</w:t>
            </w:r>
          </w:p>
        </w:tc>
        <w:tc>
          <w:tcPr>
            <w:tcW w:type="dxa" w:w="3437"/>
          </w:tcPr>
          <w:p>
            <w:r/>
            <w:r>
              <w:rPr>
                <w:rFonts w:ascii="Arial" w:hAnsi="Arial"/>
                <w:b w:val="0"/>
                <w:color w:val="000000"/>
                <w:sz w:val="19"/>
              </w:rPr>
              <w:t>3.06</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3.15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TPO</w:t>
            </w:r>
          </w:p>
        </w:tc>
        <w:tc>
          <w:tcPr>
            <w:tcW w:type="dxa" w:w="3437"/>
          </w:tcPr>
          <w:p>
            <w:r/>
            <w:r>
              <w:rPr>
                <w:rFonts w:ascii="Arial" w:hAnsi="Arial"/>
                <w:b w:val="0"/>
                <w:color w:val="000000"/>
                <w:sz w:val="19"/>
              </w:rPr>
              <w:t>1.01</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0.1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BTUV 2005 Matte Sealer mau-moi</w:t>
      </w:r>
    </w:p>
    <w:p>
      <w:pPr>
        <w:pStyle w:val="Heading3"/>
      </w:pPr>
      <w:r>
        <w:rPr>
          <w:rFonts w:ascii="Arial" w:hAnsi="Arial"/>
          <w:color w:val="000000"/>
          <w:sz w:val="21"/>
        </w:rPr>
        <w:t>BTUV 2005 Matte Sealer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14.96</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14.96</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8.17</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Silica 3000</w:t>
            </w:r>
          </w:p>
        </w:tc>
        <w:tc>
          <w:tcPr>
            <w:tcW w:type="dxa" w:w="3437"/>
          </w:tcPr>
          <w:p>
            <w:r/>
            <w:r>
              <w:rPr>
                <w:rFonts w:ascii="Arial" w:hAnsi="Arial"/>
                <w:b w:val="0"/>
                <w:color w:val="000000"/>
                <w:sz w:val="19"/>
              </w:rPr>
              <w:t>13.3</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ED30</w:t>
            </w:r>
          </w:p>
        </w:tc>
        <w:tc>
          <w:tcPr>
            <w:tcW w:type="dxa" w:w="3437"/>
          </w:tcPr>
          <w:p>
            <w:r/>
            <w:r>
              <w:rPr>
                <w:rFonts w:ascii="Arial" w:hAnsi="Arial"/>
                <w:b w:val="0"/>
                <w:color w:val="000000"/>
                <w:sz w:val="19"/>
              </w:rPr>
              <w:t>2.39</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28.38</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10.51</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EM221</w:t>
            </w:r>
          </w:p>
        </w:tc>
        <w:tc>
          <w:tcPr>
            <w:tcW w:type="dxa" w:w="3437"/>
          </w:tcPr>
          <w:p>
            <w:r/>
            <w:r>
              <w:rPr>
                <w:rFonts w:ascii="Arial" w:hAnsi="Arial"/>
                <w:b w:val="0"/>
                <w:color w:val="000000"/>
                <w:sz w:val="19"/>
              </w:rPr>
              <w:t>3.06</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3.15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TPO</w:t>
            </w:r>
          </w:p>
        </w:tc>
        <w:tc>
          <w:tcPr>
            <w:tcW w:type="dxa" w:w="3437"/>
          </w:tcPr>
          <w:p>
            <w:r/>
            <w:r>
              <w:rPr>
                <w:rFonts w:ascii="Arial" w:hAnsi="Arial"/>
                <w:b w:val="0"/>
                <w:color w:val="000000"/>
                <w:sz w:val="19"/>
              </w:rPr>
              <w:t>1.01</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0.1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99.99</w:t>
            </w:r>
          </w:p>
        </w:tc>
      </w:tr>
    </w:tbl>
    <w:p>
      <w:r>
        <w:rPr>
          <w:rFonts w:ascii="Arial" w:hAnsi="Arial"/>
          <w:b w:val="0"/>
          <w:color w:val="000000"/>
          <w:sz w:val="21"/>
        </w:rPr>
        <w:t>&gt; Vật liệu đã đổi: EM223→TPGDA; HE421F→B-142P</w:t>
      </w:r>
    </w:p>
    <w:p>
      <w:r>
        <w:rPr>
          <w:rFonts w:ascii="Arial" w:hAnsi="Arial"/>
          <w:b w:val="0"/>
          <w:color w:val="000000"/>
          <w:sz w:val="21"/>
        </w:rPr>
        <w:t>&gt; File gốc: BTUV_2005_Matte_Sealer.md — giữ nguyên mọi con số, chỉ đổi tên vật liệu.</w:t>
      </w:r>
    </w:p>
    <w:p>
      <w:pPr>
        <w:pStyle w:val="Heading2"/>
      </w:pPr>
      <w:r>
        <w:rPr>
          <w:rFonts w:ascii="Arial" w:hAnsi="Arial"/>
          <w:color w:val="000000"/>
          <w:sz w:val="21"/>
        </w:rPr>
        <w:t>BTUV 2407 Topcoat Clear PHT</w:t>
      </w:r>
    </w:p>
    <w:p>
      <w:pPr>
        <w:pStyle w:val="Heading3"/>
      </w:pPr>
      <w:r>
        <w:rPr>
          <w:rFonts w:ascii="Arial" w:hAnsi="Arial"/>
          <w:color w:val="000000"/>
          <w:sz w:val="21"/>
        </w:rPr>
        <w:t>BTUV 2407 Topcoat Clear PHT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W160D</w:t>
            </w:r>
          </w:p>
        </w:tc>
        <w:tc>
          <w:tcPr>
            <w:tcW w:type="dxa" w:w="3437"/>
          </w:tcPr>
          <w:p>
            <w:r/>
            <w:r>
              <w:rPr>
                <w:rFonts w:ascii="Arial" w:hAnsi="Arial"/>
                <w:b w:val="0"/>
                <w:color w:val="000000"/>
                <w:sz w:val="19"/>
              </w:rPr>
              <w:t>83.83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3.12</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EM221</w:t>
            </w:r>
          </w:p>
        </w:tc>
        <w:tc>
          <w:tcPr>
            <w:tcW w:type="dxa" w:w="3437"/>
          </w:tcPr>
          <w:p>
            <w:r/>
            <w:r>
              <w:rPr>
                <w:rFonts w:ascii="Arial" w:hAnsi="Arial"/>
                <w:b w:val="0"/>
                <w:color w:val="000000"/>
                <w:sz w:val="19"/>
              </w:rPr>
              <w:t>6.24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 2150</w:t>
            </w:r>
          </w:p>
        </w:tc>
        <w:tc>
          <w:tcPr>
            <w:tcW w:type="dxa" w:w="3437"/>
          </w:tcPr>
          <w:p>
            <w:r/>
            <w:r>
              <w:rPr>
                <w:rFonts w:ascii="Arial" w:hAnsi="Arial"/>
                <w:b w:val="0"/>
                <w:color w:val="000000"/>
                <w:sz w:val="19"/>
              </w:rPr>
              <w:t>3.06</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Pi184</w:t>
            </w:r>
          </w:p>
        </w:tc>
        <w:tc>
          <w:tcPr>
            <w:tcW w:type="dxa" w:w="3437"/>
          </w:tcPr>
          <w:p>
            <w:r/>
            <w:r>
              <w:rPr>
                <w:rFonts w:ascii="Arial" w:hAnsi="Arial"/>
                <w:b w:val="0"/>
                <w:color w:val="000000"/>
                <w:sz w:val="19"/>
              </w:rPr>
              <w:t>6.38</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dd OCB 20%-BuAc</w:t>
            </w:r>
          </w:p>
        </w:tc>
        <w:tc>
          <w:tcPr>
            <w:tcW w:type="dxa" w:w="3437"/>
          </w:tcPr>
          <w:p>
            <w:r/>
            <w:r>
              <w:rPr>
                <w:rFonts w:ascii="Arial" w:hAnsi="Arial"/>
                <w:b w:val="0"/>
                <w:color w:val="000000"/>
                <w:sz w:val="19"/>
              </w:rPr>
              <w:t>0.43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BTUV 2407 Topcoat Matte PHT</w:t>
      </w:r>
    </w:p>
    <w:p>
      <w:pPr>
        <w:pStyle w:val="Heading3"/>
      </w:pPr>
      <w:r>
        <w:rPr>
          <w:rFonts w:ascii="Arial" w:hAnsi="Arial"/>
          <w:color w:val="000000"/>
          <w:sz w:val="21"/>
        </w:rPr>
        <w:t>BTUV 2407 Topcoat Matte PHT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W160D</w:t>
            </w:r>
          </w:p>
        </w:tc>
        <w:tc>
          <w:tcPr>
            <w:tcW w:type="dxa" w:w="3437"/>
          </w:tcPr>
          <w:p>
            <w:r/>
            <w:r>
              <w:rPr>
                <w:rFonts w:ascii="Arial" w:hAnsi="Arial"/>
                <w:b w:val="0"/>
                <w:color w:val="000000"/>
                <w:sz w:val="19"/>
              </w:rPr>
              <w:t>39.98</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EM221</w:t>
            </w:r>
          </w:p>
        </w:tc>
        <w:tc>
          <w:tcPr>
            <w:tcW w:type="dxa" w:w="3437"/>
          </w:tcPr>
          <w:p>
            <w:r/>
            <w:r>
              <w:rPr>
                <w:rFonts w:ascii="Arial" w:hAnsi="Arial"/>
                <w:b w:val="0"/>
                <w:color w:val="000000"/>
                <w:sz w:val="19"/>
              </w:rPr>
              <w:t>19.92</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6.64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 2150</w:t>
            </w:r>
          </w:p>
        </w:tc>
        <w:tc>
          <w:tcPr>
            <w:tcW w:type="dxa" w:w="3437"/>
          </w:tcPr>
          <w:p>
            <w:r/>
            <w:r>
              <w:rPr>
                <w:rFonts w:ascii="Arial" w:hAnsi="Arial"/>
                <w:b w:val="0"/>
                <w:color w:val="000000"/>
                <w:sz w:val="19"/>
              </w:rPr>
              <w:t>3.06</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Tacl MX20P</w:t>
            </w:r>
          </w:p>
        </w:tc>
        <w:tc>
          <w:tcPr>
            <w:tcW w:type="dxa" w:w="3437"/>
          </w:tcPr>
          <w:p>
            <w:r/>
            <w:r>
              <w:rPr>
                <w:rFonts w:ascii="Arial" w:hAnsi="Arial"/>
                <w:b w:val="0"/>
                <w:color w:val="000000"/>
                <w:sz w:val="19"/>
              </w:rPr>
              <w:t>7.3</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TO 8120M</w:t>
            </w:r>
          </w:p>
        </w:tc>
        <w:tc>
          <w:tcPr>
            <w:tcW w:type="dxa" w:w="3437"/>
          </w:tcPr>
          <w:p>
            <w:r/>
            <w:r>
              <w:rPr>
                <w:rFonts w:ascii="Arial" w:hAnsi="Arial"/>
                <w:b w:val="0"/>
                <w:color w:val="000000"/>
                <w:sz w:val="19"/>
              </w:rPr>
              <w:t>3.5</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ED30</w:t>
            </w:r>
          </w:p>
        </w:tc>
        <w:tc>
          <w:tcPr>
            <w:tcW w:type="dxa" w:w="3437"/>
          </w:tcPr>
          <w:p>
            <w:r/>
            <w:r>
              <w:rPr>
                <w:rFonts w:ascii="Arial" w:hAnsi="Arial"/>
                <w:b w:val="0"/>
                <w:color w:val="000000"/>
                <w:sz w:val="19"/>
              </w:rPr>
              <w:t>14.8</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dd OCB 20%-BuAc</w:t>
            </w:r>
          </w:p>
        </w:tc>
        <w:tc>
          <w:tcPr>
            <w:tcW w:type="dxa" w:w="3437"/>
          </w:tcPr>
          <w:p>
            <w:r/>
            <w:r>
              <w:rPr>
                <w:rFonts w:ascii="Arial" w:hAnsi="Arial"/>
                <w:b w:val="0"/>
                <w:color w:val="000000"/>
                <w:sz w:val="19"/>
              </w:rPr>
              <w:t>0.31</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Pi184</w:t>
            </w:r>
          </w:p>
        </w:tc>
        <w:tc>
          <w:tcPr>
            <w:tcW w:type="dxa" w:w="3437"/>
          </w:tcPr>
          <w:p>
            <w:r/>
            <w:r>
              <w:rPr>
                <w:rFonts w:ascii="Arial" w:hAnsi="Arial"/>
                <w:b w:val="0"/>
                <w:color w:val="000000"/>
                <w:sz w:val="19"/>
              </w:rPr>
              <w:t>4.49</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BTUV 2407 White Topcoat PHT Gloss</w:t>
      </w:r>
    </w:p>
    <w:p>
      <w:pPr>
        <w:pStyle w:val="Heading3"/>
      </w:pPr>
      <w:r>
        <w:rPr>
          <w:rFonts w:ascii="Arial" w:hAnsi="Arial"/>
          <w:color w:val="000000"/>
          <w:sz w:val="21"/>
        </w:rPr>
        <w:t>BTUV 2407 WHITE TOPCOAT PHT GLOSS</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W-160D</w:t>
            </w:r>
          </w:p>
        </w:tc>
        <w:tc>
          <w:tcPr>
            <w:tcW w:type="dxa" w:w="3437"/>
          </w:tcPr>
          <w:p>
            <w:r/>
            <w:r>
              <w:rPr>
                <w:rFonts w:ascii="Arial" w:hAnsi="Arial"/>
                <w:b w:val="0"/>
                <w:color w:val="000000"/>
                <w:sz w:val="19"/>
              </w:rPr>
              <w:t>18.16</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12.1</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265</w:t>
            </w:r>
          </w:p>
        </w:tc>
        <w:tc>
          <w:tcPr>
            <w:tcW w:type="dxa" w:w="3437"/>
          </w:tcPr>
          <w:p>
            <w:r/>
            <w:r>
              <w:rPr>
                <w:rFonts w:ascii="Arial" w:hAnsi="Arial"/>
                <w:b w:val="0"/>
                <w:color w:val="000000"/>
                <w:sz w:val="19"/>
              </w:rPr>
              <w:t>2.85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EM221</w:t>
            </w:r>
          </w:p>
        </w:tc>
        <w:tc>
          <w:tcPr>
            <w:tcW w:type="dxa" w:w="3437"/>
          </w:tcPr>
          <w:p>
            <w:r/>
            <w:r>
              <w:rPr>
                <w:rFonts w:ascii="Arial" w:hAnsi="Arial"/>
                <w:b w:val="0"/>
                <w:color w:val="000000"/>
                <w:sz w:val="19"/>
              </w:rPr>
              <w:t>5.1</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Gagloss-IP</w:t>
            </w:r>
          </w:p>
        </w:tc>
        <w:tc>
          <w:tcPr>
            <w:tcW w:type="dxa" w:w="3437"/>
          </w:tcPr>
          <w:p>
            <w:r/>
            <w:r>
              <w:rPr>
                <w:rFonts w:ascii="Arial" w:hAnsi="Arial"/>
                <w:b w:val="0"/>
                <w:color w:val="000000"/>
                <w:sz w:val="19"/>
              </w:rPr>
              <w:t>7.69</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EMR 996 (titan)</w:t>
            </w:r>
          </w:p>
        </w:tc>
        <w:tc>
          <w:tcPr>
            <w:tcW w:type="dxa" w:w="3437"/>
          </w:tcPr>
          <w:p>
            <w:r/>
            <w:r>
              <w:rPr>
                <w:rFonts w:ascii="Arial" w:hAnsi="Arial"/>
                <w:b w:val="0"/>
                <w:color w:val="000000"/>
                <w:sz w:val="19"/>
              </w:rPr>
              <w:t>17.7</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7.13</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ED 30</w:t>
            </w:r>
          </w:p>
        </w:tc>
        <w:tc>
          <w:tcPr>
            <w:tcW w:type="dxa" w:w="3437"/>
          </w:tcPr>
          <w:p>
            <w:r/>
            <w:r>
              <w:rPr>
                <w:rFonts w:ascii="Arial" w:hAnsi="Arial"/>
                <w:b w:val="0"/>
                <w:color w:val="000000"/>
                <w:sz w:val="19"/>
              </w:rPr>
              <w:t>8.03</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EM 221</w:t>
            </w:r>
          </w:p>
        </w:tc>
        <w:tc>
          <w:tcPr>
            <w:tcW w:type="dxa" w:w="3437"/>
          </w:tcPr>
          <w:p>
            <w:r/>
            <w:r>
              <w:rPr>
                <w:rFonts w:ascii="Arial" w:hAnsi="Arial"/>
                <w:b w:val="0"/>
                <w:color w:val="000000"/>
                <w:sz w:val="19"/>
              </w:rPr>
              <w:t>5.1</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To-8120</w:t>
            </w:r>
          </w:p>
        </w:tc>
        <w:tc>
          <w:tcPr>
            <w:tcW w:type="dxa" w:w="3437"/>
          </w:tcPr>
          <w:p>
            <w:r/>
            <w:r>
              <w:rPr>
                <w:rFonts w:ascii="Arial" w:hAnsi="Arial"/>
                <w:b w:val="0"/>
                <w:color w:val="000000"/>
                <w:sz w:val="19"/>
              </w:rPr>
              <w:t>3.4</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PI-184(1104)</w:t>
            </w:r>
          </w:p>
        </w:tc>
        <w:tc>
          <w:tcPr>
            <w:tcW w:type="dxa" w:w="3437"/>
          </w:tcPr>
          <w:p>
            <w:r/>
            <w:r>
              <w:rPr>
                <w:rFonts w:ascii="Arial" w:hAnsi="Arial"/>
                <w:b w:val="0"/>
                <w:color w:val="000000"/>
                <w:sz w:val="19"/>
              </w:rPr>
              <w:t>3.62</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5.26</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0.45</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PI-TPO(1108)</w:t>
            </w:r>
          </w:p>
        </w:tc>
        <w:tc>
          <w:tcPr>
            <w:tcW w:type="dxa" w:w="3437"/>
          </w:tcPr>
          <w:p>
            <w:r/>
            <w:r>
              <w:rPr>
                <w:rFonts w:ascii="Arial" w:hAnsi="Arial"/>
                <w:b w:val="0"/>
                <w:color w:val="000000"/>
                <w:sz w:val="19"/>
              </w:rPr>
              <w:t>0.87</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BYK-346</w:t>
            </w:r>
          </w:p>
        </w:tc>
        <w:tc>
          <w:tcPr>
            <w:tcW w:type="dxa" w:w="3437"/>
          </w:tcPr>
          <w:p>
            <w:r/>
            <w:r>
              <w:rPr>
                <w:rFonts w:ascii="Arial" w:hAnsi="Arial"/>
                <w:b w:val="0"/>
                <w:color w:val="000000"/>
                <w:sz w:val="19"/>
              </w:rPr>
              <w:t>0.48</w:t>
            </w:r>
          </w:p>
        </w:tc>
      </w:tr>
      <w:tr>
        <w:tc>
          <w:tcPr>
            <w:tcW w:type="dxa" w:w="3437"/>
          </w:tcPr>
          <w:p>
            <w:r/>
            <w:r>
              <w:rPr>
                <w:rFonts w:ascii="Arial" w:hAnsi="Arial"/>
                <w:b w:val="0"/>
                <w:color w:val="000000"/>
                <w:sz w:val="19"/>
              </w:rPr>
              <w:t>16</w:t>
            </w:r>
          </w:p>
        </w:tc>
        <w:tc>
          <w:tcPr>
            <w:tcW w:type="dxa" w:w="3437"/>
          </w:tcPr>
          <w:p>
            <w:r/>
            <w:r>
              <w:rPr>
                <w:rFonts w:ascii="Arial" w:hAnsi="Arial"/>
                <w:b w:val="0"/>
                <w:color w:val="000000"/>
                <w:sz w:val="19"/>
              </w:rPr>
              <w:t>DD-OCB(20%)</w:t>
            </w:r>
          </w:p>
        </w:tc>
        <w:tc>
          <w:tcPr>
            <w:tcW w:type="dxa" w:w="3437"/>
          </w:tcPr>
          <w:p>
            <w:r/>
            <w:r>
              <w:rPr>
                <w:rFonts w:ascii="Arial" w:hAnsi="Arial"/>
                <w:b w:val="0"/>
                <w:color w:val="000000"/>
                <w:sz w:val="19"/>
              </w:rPr>
              <w:t>0.28</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99.99</w:t>
            </w:r>
          </w:p>
        </w:tc>
      </w:tr>
    </w:tbl>
    <w:p>
      <w:r>
        <w:rPr>
          <w:rFonts w:ascii="Arial" w:hAnsi="Arial"/>
          <w:b w:val="0"/>
          <w:color w:val="000000"/>
          <w:sz w:val="21"/>
        </w:rPr>
        <w:t>&gt; Ghi chú: bảng này là Gloss — cột bên trái từ dữ liệu gốc.</w:t>
      </w:r>
    </w:p>
    <w:p>
      <w:pPr>
        <w:pStyle w:val="Heading2"/>
      </w:pPr>
      <w:r>
        <w:rPr>
          <w:rFonts w:ascii="Arial" w:hAnsi="Arial"/>
          <w:color w:val="000000"/>
          <w:sz w:val="21"/>
        </w:rPr>
        <w:t>BTUV 2407 White Topcoat PHT Matt</w:t>
      </w:r>
    </w:p>
    <w:p>
      <w:pPr>
        <w:pStyle w:val="Heading3"/>
      </w:pPr>
      <w:r>
        <w:rPr>
          <w:rFonts w:ascii="Arial" w:hAnsi="Arial"/>
          <w:color w:val="000000"/>
          <w:sz w:val="21"/>
        </w:rPr>
        <w:t>BTUV 2407 WHITE TOPCOAT PHT Matt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W-160D</w:t>
            </w:r>
          </w:p>
        </w:tc>
        <w:tc>
          <w:tcPr>
            <w:tcW w:type="dxa" w:w="3437"/>
          </w:tcPr>
          <w:p>
            <w:r/>
            <w:r>
              <w:rPr>
                <w:rFonts w:ascii="Arial" w:hAnsi="Arial"/>
                <w:b w:val="0"/>
                <w:color w:val="000000"/>
                <w:sz w:val="19"/>
              </w:rPr>
              <w:t>28.67</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20.38</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221</w:t>
            </w:r>
          </w:p>
        </w:tc>
        <w:tc>
          <w:tcPr>
            <w:tcW w:type="dxa" w:w="3437"/>
          </w:tcPr>
          <w:p>
            <w:r/>
            <w:r>
              <w:rPr>
                <w:rFonts w:ascii="Arial" w:hAnsi="Arial"/>
                <w:b w:val="0"/>
                <w:color w:val="000000"/>
                <w:sz w:val="19"/>
              </w:rPr>
              <w:t>13.38</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BYK-2150</w:t>
            </w:r>
          </w:p>
        </w:tc>
        <w:tc>
          <w:tcPr>
            <w:tcW w:type="dxa" w:w="3437"/>
          </w:tcPr>
          <w:p>
            <w:r/>
            <w:r>
              <w:rPr>
                <w:rFonts w:ascii="Arial" w:hAnsi="Arial"/>
                <w:b w:val="0"/>
                <w:color w:val="000000"/>
                <w:sz w:val="19"/>
              </w:rPr>
              <w:t>2.39</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Casigloss-IP</w:t>
            </w:r>
          </w:p>
        </w:tc>
        <w:tc>
          <w:tcPr>
            <w:tcW w:type="dxa" w:w="3437"/>
          </w:tcPr>
          <w:p>
            <w:r/>
            <w:r>
              <w:rPr>
                <w:rFonts w:ascii="Arial" w:hAnsi="Arial"/>
                <w:b w:val="0"/>
                <w:color w:val="000000"/>
                <w:sz w:val="19"/>
              </w:rPr>
              <w:t>14.3</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EWR 996</w:t>
            </w:r>
          </w:p>
        </w:tc>
        <w:tc>
          <w:tcPr>
            <w:tcW w:type="dxa" w:w="3437"/>
          </w:tcPr>
          <w:p>
            <w:r/>
            <w:r>
              <w:rPr>
                <w:rFonts w:ascii="Arial" w:hAnsi="Arial"/>
                <w:b w:val="0"/>
                <w:color w:val="000000"/>
                <w:sz w:val="19"/>
              </w:rPr>
              <w:t>18.64</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7.13</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ED 30</w:t>
            </w:r>
          </w:p>
        </w:tc>
        <w:tc>
          <w:tcPr>
            <w:tcW w:type="dxa" w:w="3437"/>
          </w:tcPr>
          <w:p>
            <w:r/>
            <w:r>
              <w:rPr>
                <w:rFonts w:ascii="Arial" w:hAnsi="Arial"/>
                <w:b w:val="0"/>
                <w:color w:val="000000"/>
                <w:sz w:val="19"/>
              </w:rPr>
              <w:t>8.03</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EM 221</w:t>
            </w:r>
          </w:p>
        </w:tc>
        <w:tc>
          <w:tcPr>
            <w:tcW w:type="dxa" w:w="3437"/>
          </w:tcPr>
          <w:p>
            <w:r/>
            <w:r>
              <w:rPr>
                <w:rFonts w:ascii="Arial" w:hAnsi="Arial"/>
                <w:b w:val="0"/>
                <w:color w:val="000000"/>
                <w:sz w:val="19"/>
              </w:rPr>
              <w:t>5.1</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PI-184(1104)</w:t>
            </w:r>
          </w:p>
        </w:tc>
        <w:tc>
          <w:tcPr>
            <w:tcW w:type="dxa" w:w="3437"/>
          </w:tcPr>
          <w:p>
            <w:r/>
            <w:r>
              <w:rPr>
                <w:rFonts w:ascii="Arial" w:hAnsi="Arial"/>
                <w:b w:val="0"/>
                <w:color w:val="000000"/>
                <w:sz w:val="19"/>
              </w:rPr>
              <w:t>2.83</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0.47</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PI-TPO(1108)</w:t>
            </w:r>
          </w:p>
        </w:tc>
        <w:tc>
          <w:tcPr>
            <w:tcW w:type="dxa" w:w="3437"/>
          </w:tcPr>
          <w:p>
            <w:r/>
            <w:r>
              <w:rPr>
                <w:rFonts w:ascii="Arial" w:hAnsi="Arial"/>
                <w:b w:val="0"/>
                <w:color w:val="000000"/>
                <w:sz w:val="19"/>
              </w:rPr>
              <w:t>0.75</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BYK-346</w:t>
            </w:r>
          </w:p>
        </w:tc>
        <w:tc>
          <w:tcPr>
            <w:tcW w:type="dxa" w:w="3437"/>
          </w:tcPr>
          <w:p>
            <w:r/>
            <w:r>
              <w:rPr>
                <w:rFonts w:ascii="Arial" w:hAnsi="Arial"/>
                <w:b w:val="0"/>
                <w:color w:val="000000"/>
                <w:sz w:val="19"/>
              </w:rPr>
              <w:t>0.48</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DD-OCB(20%)</w:t>
            </w:r>
          </w:p>
        </w:tc>
        <w:tc>
          <w:tcPr>
            <w:tcW w:type="dxa" w:w="3437"/>
          </w:tcPr>
          <w:p>
            <w:r/>
            <w:r>
              <w:rPr>
                <w:rFonts w:ascii="Arial" w:hAnsi="Arial"/>
                <w:b w:val="0"/>
                <w:color w:val="000000"/>
                <w:sz w:val="19"/>
              </w:rPr>
              <w:t>0.28</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100.04</w:t>
            </w:r>
          </w:p>
        </w:tc>
      </w:tr>
    </w:tbl>
    <w:p>
      <w:pPr>
        <w:pStyle w:val="Heading2"/>
      </w:pPr>
      <w:r>
        <w:rPr>
          <w:rFonts w:ascii="Arial" w:hAnsi="Arial"/>
          <w:color w:val="000000"/>
          <w:sz w:val="21"/>
        </w:rPr>
        <w:t>BTUV BOTR</w:t>
      </w:r>
    </w:p>
    <w:p>
      <w:pPr>
        <w:pStyle w:val="Heading3"/>
      </w:pPr>
      <w:r>
        <w:rPr>
          <w:rFonts w:ascii="Arial" w:hAnsi="Arial"/>
          <w:color w:val="000000"/>
          <w:sz w:val="21"/>
        </w:rPr>
        <w:t>BTUV BOTR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6.63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20.7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3.86</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EM231</w:t>
            </w:r>
          </w:p>
        </w:tc>
        <w:tc>
          <w:tcPr>
            <w:tcW w:type="dxa" w:w="3437"/>
          </w:tcPr>
          <w:p>
            <w:r/>
            <w:r>
              <w:rPr>
                <w:rFonts w:ascii="Arial" w:hAnsi="Arial"/>
                <w:b w:val="0"/>
                <w:color w:val="000000"/>
                <w:sz w:val="19"/>
              </w:rPr>
              <w:t>0.88</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 St</w:t>
            </w:r>
          </w:p>
        </w:tc>
        <w:tc>
          <w:tcPr>
            <w:tcW w:type="dxa" w:w="3437"/>
          </w:tcPr>
          <w:p>
            <w:r/>
            <w:r>
              <w:rPr>
                <w:rFonts w:ascii="Arial" w:hAnsi="Arial"/>
                <w:b w:val="0"/>
                <w:color w:val="000000"/>
                <w:sz w:val="19"/>
              </w:rPr>
              <w:t>2.08</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15.43</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EWR(2190)628</w:t>
            </w:r>
          </w:p>
        </w:tc>
        <w:tc>
          <w:tcPr>
            <w:tcW w:type="dxa" w:w="3437"/>
          </w:tcPr>
          <w:p>
            <w:r/>
            <w:r>
              <w:rPr>
                <w:rFonts w:ascii="Arial" w:hAnsi="Arial"/>
                <w:b w:val="0"/>
                <w:color w:val="000000"/>
                <w:sz w:val="19"/>
              </w:rPr>
              <w:t>6.17</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Calcigloss</w:t>
            </w:r>
          </w:p>
        </w:tc>
        <w:tc>
          <w:tcPr>
            <w:tcW w:type="dxa" w:w="3437"/>
          </w:tcPr>
          <w:p>
            <w:r/>
            <w:r>
              <w:rPr>
                <w:rFonts w:ascii="Arial" w:hAnsi="Arial"/>
                <w:b w:val="0"/>
                <w:color w:val="000000"/>
                <w:sz w:val="19"/>
              </w:rPr>
              <w:t>30.09</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10.25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P220X (1-2)</w:t>
            </w:r>
          </w:p>
        </w:tc>
        <w:tc>
          <w:tcPr>
            <w:tcW w:type="dxa" w:w="3437"/>
          </w:tcPr>
          <w:p>
            <w:r/>
            <w:r>
              <w:rPr>
                <w:rFonts w:ascii="Arial" w:hAnsi="Arial"/>
                <w:b w:val="0"/>
                <w:color w:val="000000"/>
                <w:sz w:val="19"/>
              </w:rPr>
              <w:t>0.43</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2.41</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0.67</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TPO</w:t>
            </w:r>
          </w:p>
        </w:tc>
        <w:tc>
          <w:tcPr>
            <w:tcW w:type="dxa" w:w="3437"/>
          </w:tcPr>
          <w:p>
            <w:r/>
            <w:r>
              <w:rPr>
                <w:rFonts w:ascii="Arial" w:hAnsi="Arial"/>
                <w:b w:val="0"/>
                <w:color w:val="000000"/>
                <w:sz w:val="19"/>
              </w:rPr>
              <w:t>0.42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BTUV BOTR mau-moi</w:t>
      </w:r>
    </w:p>
    <w:p>
      <w:pPr>
        <w:pStyle w:val="Heading3"/>
      </w:pPr>
      <w:r>
        <w:rPr>
          <w:rFonts w:ascii="Arial" w:hAnsi="Arial"/>
          <w:color w:val="000000"/>
          <w:sz w:val="21"/>
        </w:rPr>
        <w:t>BTUV BOTR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6.63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20.7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3.86</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TMPTA</w:t>
            </w:r>
          </w:p>
        </w:tc>
        <w:tc>
          <w:tcPr>
            <w:tcW w:type="dxa" w:w="3437"/>
          </w:tcPr>
          <w:p>
            <w:r/>
            <w:r>
              <w:rPr>
                <w:rFonts w:ascii="Arial" w:hAnsi="Arial"/>
                <w:b w:val="0"/>
                <w:color w:val="000000"/>
                <w:sz w:val="19"/>
              </w:rPr>
              <w:t>0.88</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 St</w:t>
            </w:r>
          </w:p>
        </w:tc>
        <w:tc>
          <w:tcPr>
            <w:tcW w:type="dxa" w:w="3437"/>
          </w:tcPr>
          <w:p>
            <w:r/>
            <w:r>
              <w:rPr>
                <w:rFonts w:ascii="Arial" w:hAnsi="Arial"/>
                <w:b w:val="0"/>
                <w:color w:val="000000"/>
                <w:sz w:val="19"/>
              </w:rPr>
              <w:t>2.08</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15.43</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EWR(2190)628</w:t>
            </w:r>
          </w:p>
        </w:tc>
        <w:tc>
          <w:tcPr>
            <w:tcW w:type="dxa" w:w="3437"/>
          </w:tcPr>
          <w:p>
            <w:r/>
            <w:r>
              <w:rPr>
                <w:rFonts w:ascii="Arial" w:hAnsi="Arial"/>
                <w:b w:val="0"/>
                <w:color w:val="000000"/>
                <w:sz w:val="19"/>
              </w:rPr>
              <w:t>6.17</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Calcigloss</w:t>
            </w:r>
          </w:p>
        </w:tc>
        <w:tc>
          <w:tcPr>
            <w:tcW w:type="dxa" w:w="3437"/>
          </w:tcPr>
          <w:p>
            <w:r/>
            <w:r>
              <w:rPr>
                <w:rFonts w:ascii="Arial" w:hAnsi="Arial"/>
                <w:b w:val="0"/>
                <w:color w:val="000000"/>
                <w:sz w:val="19"/>
              </w:rPr>
              <w:t>30.09</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10.25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P220X (1-2)</w:t>
            </w:r>
          </w:p>
        </w:tc>
        <w:tc>
          <w:tcPr>
            <w:tcW w:type="dxa" w:w="3437"/>
          </w:tcPr>
          <w:p>
            <w:r/>
            <w:r>
              <w:rPr>
                <w:rFonts w:ascii="Arial" w:hAnsi="Arial"/>
                <w:b w:val="0"/>
                <w:color w:val="000000"/>
                <w:sz w:val="19"/>
              </w:rPr>
              <w:t>0.43</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2.41</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0.67</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TPO</w:t>
            </w:r>
          </w:p>
        </w:tc>
        <w:tc>
          <w:tcPr>
            <w:tcW w:type="dxa" w:w="3437"/>
          </w:tcPr>
          <w:p>
            <w:r/>
            <w:r>
              <w:rPr>
                <w:rFonts w:ascii="Arial" w:hAnsi="Arial"/>
                <w:b w:val="0"/>
                <w:color w:val="000000"/>
                <w:sz w:val="19"/>
              </w:rPr>
              <w:t>0.42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100.02</w:t>
            </w:r>
          </w:p>
        </w:tc>
      </w:tr>
    </w:tbl>
    <w:p>
      <w:r>
        <w:rPr>
          <w:rFonts w:ascii="Arial" w:hAnsi="Arial"/>
          <w:b w:val="0"/>
          <w:color w:val="000000"/>
          <w:sz w:val="21"/>
        </w:rPr>
        <w:t>&gt; Vật liệu đã đổi: B-113→B-142P; EM223→TPGDA; EM231→TMPTA</w:t>
      </w:r>
    </w:p>
    <w:p>
      <w:r>
        <w:rPr>
          <w:rFonts w:ascii="Arial" w:hAnsi="Arial"/>
          <w:b w:val="0"/>
          <w:color w:val="000000"/>
          <w:sz w:val="21"/>
        </w:rPr>
        <w:t>&gt; File gốc: BTUV_BOTR.md — giữ nguyên mọi con số, chỉ đổi tên vật liệu.</w:t>
      </w:r>
    </w:p>
    <w:p>
      <w:pPr>
        <w:pStyle w:val="Heading2"/>
      </w:pPr>
      <w:r>
        <w:rPr>
          <w:rFonts w:ascii="Arial" w:hAnsi="Arial"/>
          <w:color w:val="000000"/>
          <w:sz w:val="21"/>
        </w:rPr>
        <w:t>BTUV BTR</w:t>
      </w:r>
    </w:p>
    <w:p>
      <w:pPr>
        <w:pStyle w:val="Heading3"/>
      </w:pPr>
      <w:r>
        <w:rPr>
          <w:rFonts w:ascii="Arial" w:hAnsi="Arial"/>
          <w:color w:val="000000"/>
          <w:sz w:val="21"/>
        </w:rPr>
        <w:t>BTUV BTR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6.53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20.41</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3.80</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EM231</w:t>
            </w:r>
          </w:p>
        </w:tc>
        <w:tc>
          <w:tcPr>
            <w:tcW w:type="dxa" w:w="3437"/>
          </w:tcPr>
          <w:p>
            <w:r/>
            <w:r>
              <w:rPr>
                <w:rFonts w:ascii="Arial" w:hAnsi="Arial"/>
                <w:b w:val="0"/>
                <w:color w:val="000000"/>
                <w:sz w:val="19"/>
              </w:rPr>
              <w:t>0.87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 St</w:t>
            </w:r>
          </w:p>
        </w:tc>
        <w:tc>
          <w:tcPr>
            <w:tcW w:type="dxa" w:w="3437"/>
          </w:tcPr>
          <w:p>
            <w:r/>
            <w:r>
              <w:rPr>
                <w:rFonts w:ascii="Arial" w:hAnsi="Arial"/>
                <w:b w:val="0"/>
                <w:color w:val="000000"/>
                <w:sz w:val="19"/>
              </w:rPr>
              <w:t>2.05</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50.95</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10.10</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P220X (1-2)</w:t>
            </w:r>
          </w:p>
        </w:tc>
        <w:tc>
          <w:tcPr>
            <w:tcW w:type="dxa" w:w="3437"/>
          </w:tcPr>
          <w:p>
            <w:r/>
            <w:r>
              <w:rPr>
                <w:rFonts w:ascii="Arial" w:hAnsi="Arial"/>
                <w:b w:val="0"/>
                <w:color w:val="000000"/>
                <w:sz w:val="19"/>
              </w:rPr>
              <w:t>0.42</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4.88</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100.000</w:t>
            </w:r>
          </w:p>
        </w:tc>
      </w:tr>
    </w:tbl>
    <w:p>
      <w:pPr>
        <w:pStyle w:val="Heading2"/>
      </w:pPr>
      <w:r>
        <w:rPr>
          <w:rFonts w:ascii="Arial" w:hAnsi="Arial"/>
          <w:color w:val="000000"/>
          <w:sz w:val="21"/>
        </w:rPr>
        <w:t>BTUV BTR mau-moi</w:t>
      </w:r>
    </w:p>
    <w:p>
      <w:pPr>
        <w:pStyle w:val="Heading3"/>
      </w:pPr>
      <w:r>
        <w:rPr>
          <w:rFonts w:ascii="Arial" w:hAnsi="Arial"/>
          <w:color w:val="000000"/>
          <w:sz w:val="21"/>
        </w:rPr>
        <w:t>BTUV BTR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6.53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20.41</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3.8</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TMPTA</w:t>
            </w:r>
          </w:p>
        </w:tc>
        <w:tc>
          <w:tcPr>
            <w:tcW w:type="dxa" w:w="3437"/>
          </w:tcPr>
          <w:p>
            <w:r/>
            <w:r>
              <w:rPr>
                <w:rFonts w:ascii="Arial" w:hAnsi="Arial"/>
                <w:b w:val="0"/>
                <w:color w:val="000000"/>
                <w:sz w:val="19"/>
              </w:rPr>
              <w:t>0.87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 St</w:t>
            </w:r>
          </w:p>
        </w:tc>
        <w:tc>
          <w:tcPr>
            <w:tcW w:type="dxa" w:w="3437"/>
          </w:tcPr>
          <w:p>
            <w:r/>
            <w:r>
              <w:rPr>
                <w:rFonts w:ascii="Arial" w:hAnsi="Arial"/>
                <w:b w:val="0"/>
                <w:color w:val="000000"/>
                <w:sz w:val="19"/>
              </w:rPr>
              <w:t>2.05</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50.95</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10.1</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P220X (1-2)</w:t>
            </w:r>
          </w:p>
        </w:tc>
        <w:tc>
          <w:tcPr>
            <w:tcW w:type="dxa" w:w="3437"/>
          </w:tcPr>
          <w:p>
            <w:r/>
            <w:r>
              <w:rPr>
                <w:rFonts w:ascii="Arial" w:hAnsi="Arial"/>
                <w:b w:val="0"/>
                <w:color w:val="000000"/>
                <w:sz w:val="19"/>
              </w:rPr>
              <w:t>0.42</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4.88</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100.01</w:t>
            </w:r>
          </w:p>
        </w:tc>
      </w:tr>
    </w:tbl>
    <w:p>
      <w:r>
        <w:rPr>
          <w:rFonts w:ascii="Arial" w:hAnsi="Arial"/>
          <w:b w:val="0"/>
          <w:color w:val="000000"/>
          <w:sz w:val="21"/>
        </w:rPr>
        <w:t>&gt; Vật liệu đã đổi: B-113→B-142P; EM223→TPGDA; EM231→TMPTA</w:t>
      </w:r>
    </w:p>
    <w:p>
      <w:r>
        <w:rPr>
          <w:rFonts w:ascii="Arial" w:hAnsi="Arial"/>
          <w:b w:val="0"/>
          <w:color w:val="000000"/>
          <w:sz w:val="21"/>
        </w:rPr>
        <w:t>&gt; File gốc: BTUV_BTR.md — giữ nguyên mọi con số, chỉ đổi tên vật liệu.</w:t>
      </w:r>
    </w:p>
    <w:p>
      <w:pPr>
        <w:pStyle w:val="Heading2"/>
      </w:pPr>
      <w:r>
        <w:rPr>
          <w:rFonts w:ascii="Arial" w:hAnsi="Arial"/>
          <w:color w:val="000000"/>
          <w:sz w:val="21"/>
        </w:rPr>
        <w:t>BTUV BV 1711</w:t>
      </w:r>
    </w:p>
    <w:p>
      <w:pPr>
        <w:pStyle w:val="Heading3"/>
      </w:pPr>
      <w:r>
        <w:rPr>
          <w:rFonts w:ascii="Arial" w:hAnsi="Arial"/>
          <w:color w:val="000000"/>
          <w:sz w:val="21"/>
        </w:rPr>
        <w:t>BTUV BV 1711</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TPO</w:t>
            </w:r>
          </w:p>
        </w:tc>
        <w:tc>
          <w:tcPr>
            <w:tcW w:type="dxa" w:w="3437"/>
          </w:tcPr>
          <w:p>
            <w:r/>
            <w:r>
              <w:rPr>
                <w:rFonts w:ascii="Arial" w:hAnsi="Arial"/>
                <w:b w:val="0"/>
                <w:color w:val="000000"/>
                <w:sz w:val="19"/>
              </w:rPr>
              <w:t>66.67</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16.67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Bulty Acetate</w:t>
            </w:r>
          </w:p>
        </w:tc>
        <w:tc>
          <w:tcPr>
            <w:tcW w:type="dxa" w:w="3437"/>
          </w:tcPr>
          <w:p>
            <w:r/>
            <w:r>
              <w:rPr>
                <w:rFonts w:ascii="Arial" w:hAnsi="Arial"/>
                <w:b w:val="0"/>
                <w:color w:val="000000"/>
                <w:sz w:val="19"/>
              </w:rPr>
              <w:t>16.67</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BTUV BV 1712</w:t>
      </w:r>
    </w:p>
    <w:p>
      <w:pPr>
        <w:pStyle w:val="Heading3"/>
      </w:pPr>
      <w:r>
        <w:rPr>
          <w:rFonts w:ascii="Arial" w:hAnsi="Arial"/>
          <w:color w:val="000000"/>
          <w:sz w:val="21"/>
        </w:rPr>
        <w:t>BTUV BV 1712 — Phụ gia tăng khô mặt</w:t>
      </w:r>
    </w:p>
    <w:p>
      <w:r>
        <w:rPr>
          <w:rFonts w:ascii="Arial" w:hAnsi="Arial"/>
          <w:b w:val="0"/>
          <w:color w:val="000000"/>
          <w:sz w:val="21"/>
        </w:rPr>
        <w:t>Ngày: 21/05/26</w:t>
      </w:r>
    </w:p>
    <w:p>
      <w:r>
        <w:rPr>
          <w:rFonts w:ascii="Arial" w:hAnsi="Arial"/>
          <w:b w:val="0"/>
          <w:color w:val="000000"/>
          <w:sz w:val="21"/>
        </w:rPr>
        <w:t>Công dụng: Tăng khô mặt cho các loại sơn nội địa, đèn sấy nhanh.</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Phần</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BP</w:t>
            </w:r>
          </w:p>
        </w:tc>
        <w:tc>
          <w:tcPr>
            <w:tcW w:type="dxa" w:w="3437"/>
          </w:tcPr>
          <w:p>
            <w:r/>
            <w:r>
              <w:rPr>
                <w:rFonts w:ascii="Arial" w:hAnsi="Arial"/>
                <w:b w:val="0"/>
                <w:color w:val="000000"/>
                <w:sz w:val="19"/>
              </w:rPr>
              <w:t>1</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B-21C</w:t>
            </w:r>
          </w:p>
        </w:tc>
        <w:tc>
          <w:tcPr>
            <w:tcW w:type="dxa" w:w="3437"/>
          </w:tcPr>
          <w:p>
            <w:r/>
            <w:r>
              <w:rPr>
                <w:rFonts w:ascii="Arial" w:hAnsi="Arial"/>
                <w:b w:val="0"/>
                <w:color w:val="000000"/>
                <w:sz w:val="19"/>
              </w:rPr>
              <w:t>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3 phần</w:t>
            </w:r>
          </w:p>
        </w:tc>
      </w:tr>
    </w:tbl>
    <w:p>
      <w:pPr>
        <w:pStyle w:val="Heading2"/>
      </w:pPr>
      <w:r>
        <w:rPr>
          <w:rFonts w:ascii="Arial" w:hAnsi="Arial"/>
          <w:color w:val="000000"/>
          <w:sz w:val="21"/>
        </w:rPr>
        <w:t>BTUV CCN</w:t>
      </w:r>
    </w:p>
    <w:p>
      <w:pPr>
        <w:pStyle w:val="Heading3"/>
      </w:pPr>
      <w:r>
        <w:rPr>
          <w:rFonts w:ascii="Arial" w:hAnsi="Arial"/>
          <w:color w:val="000000"/>
          <w:sz w:val="21"/>
        </w:rPr>
        <w:t>BTUV CCN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HE-421F</w:t>
            </w:r>
          </w:p>
        </w:tc>
        <w:tc>
          <w:tcPr>
            <w:tcW w:type="dxa" w:w="3437"/>
          </w:tcPr>
          <w:p>
            <w:r/>
            <w:r>
              <w:rPr>
                <w:rFonts w:ascii="Arial" w:hAnsi="Arial"/>
                <w:b w:val="0"/>
                <w:color w:val="000000"/>
                <w:sz w:val="19"/>
              </w:rPr>
              <w:t>21.66</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 223</w:t>
            </w:r>
          </w:p>
        </w:tc>
        <w:tc>
          <w:tcPr>
            <w:tcW w:type="dxa" w:w="3437"/>
          </w:tcPr>
          <w:p>
            <w:r/>
            <w:r>
              <w:rPr>
                <w:rFonts w:ascii="Arial" w:hAnsi="Arial"/>
                <w:b w:val="0"/>
                <w:color w:val="000000"/>
                <w:sz w:val="19"/>
              </w:rPr>
              <w:t>18.05</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54.15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0.36</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pi184</w:t>
            </w:r>
          </w:p>
        </w:tc>
        <w:tc>
          <w:tcPr>
            <w:tcW w:type="dxa" w:w="3437"/>
          </w:tcPr>
          <w:p>
            <w:r/>
            <w:r>
              <w:rPr>
                <w:rFonts w:ascii="Arial" w:hAnsi="Arial"/>
                <w:b w:val="0"/>
                <w:color w:val="000000"/>
                <w:sz w:val="19"/>
              </w:rPr>
              <w:t>5.78</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BTUV CCN mau-moi</w:t>
      </w:r>
    </w:p>
    <w:p>
      <w:pPr>
        <w:pStyle w:val="Heading3"/>
      </w:pPr>
      <w:r>
        <w:rPr>
          <w:rFonts w:ascii="Arial" w:hAnsi="Arial"/>
          <w:color w:val="000000"/>
          <w:sz w:val="21"/>
        </w:rPr>
        <w:t>BTUV CCN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21.66</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18.05</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54.15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0.36</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pi184</w:t>
            </w:r>
          </w:p>
        </w:tc>
        <w:tc>
          <w:tcPr>
            <w:tcW w:type="dxa" w:w="3437"/>
          </w:tcPr>
          <w:p>
            <w:r/>
            <w:r>
              <w:rPr>
                <w:rFonts w:ascii="Arial" w:hAnsi="Arial"/>
                <w:b w:val="0"/>
                <w:color w:val="000000"/>
                <w:sz w:val="19"/>
              </w:rPr>
              <w:t>5.78</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w:t>
            </w:r>
          </w:p>
        </w:tc>
      </w:tr>
    </w:tbl>
    <w:p>
      <w:r>
        <w:rPr>
          <w:rFonts w:ascii="Arial" w:hAnsi="Arial"/>
          <w:b w:val="0"/>
          <w:color w:val="000000"/>
          <w:sz w:val="21"/>
        </w:rPr>
        <w:t>&gt; Vật liệu đã đổi: EM 223→TPGDA; HE-421F→B-142P</w:t>
      </w:r>
    </w:p>
    <w:p>
      <w:r>
        <w:rPr>
          <w:rFonts w:ascii="Arial" w:hAnsi="Arial"/>
          <w:b w:val="0"/>
          <w:color w:val="000000"/>
          <w:sz w:val="21"/>
        </w:rPr>
        <w:t>&gt; File gốc: BTUV_CCN.md — giữ nguyên mọi con số, chỉ đổi tên vật liệu.</w:t>
      </w:r>
    </w:p>
    <w:p>
      <w:pPr>
        <w:pStyle w:val="Heading2"/>
      </w:pPr>
      <w:r>
        <w:rPr>
          <w:rFonts w:ascii="Arial" w:hAnsi="Arial"/>
          <w:color w:val="000000"/>
          <w:sz w:val="21"/>
        </w:rPr>
        <w:t>BTUV CTC</w:t>
      </w:r>
    </w:p>
    <w:p>
      <w:pPr>
        <w:pStyle w:val="Heading3"/>
      </w:pPr>
      <w:r>
        <w:rPr>
          <w:rFonts w:ascii="Arial" w:hAnsi="Arial"/>
          <w:color w:val="000000"/>
          <w:sz w:val="21"/>
        </w:rPr>
        <w:t>BTUV CTC</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48.69</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 265</w:t>
            </w:r>
          </w:p>
        </w:tc>
        <w:tc>
          <w:tcPr>
            <w:tcW w:type="dxa" w:w="3437"/>
          </w:tcPr>
          <w:p>
            <w:r/>
            <w:r>
              <w:rPr>
                <w:rFonts w:ascii="Arial" w:hAnsi="Arial"/>
                <w:b w:val="0"/>
                <w:color w:val="000000"/>
                <w:sz w:val="19"/>
              </w:rPr>
              <w:t>29.85</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7.46</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9.33</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BYK 378</w:t>
            </w:r>
          </w:p>
        </w:tc>
        <w:tc>
          <w:tcPr>
            <w:tcW w:type="dxa" w:w="3437"/>
          </w:tcPr>
          <w:p>
            <w:r/>
            <w:r>
              <w:rPr>
                <w:rFonts w:ascii="Arial" w:hAnsi="Arial"/>
                <w:b w:val="0"/>
                <w:color w:val="000000"/>
                <w:sz w:val="19"/>
              </w:rPr>
              <w:t>4.66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 UV 127 Floor Sealer</w:t>
      </w:r>
    </w:p>
    <w:p>
      <w:pPr>
        <w:pStyle w:val="Heading3"/>
      </w:pPr>
      <w:r>
        <w:rPr>
          <w:rFonts w:ascii="Arial" w:hAnsi="Arial"/>
          <w:color w:val="000000"/>
          <w:sz w:val="21"/>
        </w:rPr>
        <w:t>BT UV 127 FLOOR SEALER</w:t>
      </w:r>
    </w:p>
    <w:p>
      <w:r>
        <w:rPr>
          <w:rFonts w:ascii="Arial" w:hAnsi="Arial"/>
          <w:b w:val="0"/>
          <w:color w:val="000000"/>
          <w:sz w:val="21"/>
        </w:rPr>
        <w:t>&gt; Trạng thái: Đang thử nghiệm thay thế nguyên liệu</w:t>
      </w:r>
    </w:p>
    <w:p>
      <w:r>
        <w:rPr>
          <w:rFonts w:ascii="Arial" w:hAnsi="Arial"/>
          <w:b w:val="0"/>
          <w:color w:val="000000"/>
          <w:sz w:val="21"/>
        </w:rPr>
        <w:t>&gt; Loại: Sealer ván sàn siêu cứng</w:t>
      </w:r>
    </w:p>
    <w:p>
      <w:r>
        <w:rPr>
          <w:rFonts w:ascii="Arial" w:hAnsi="Arial"/>
          <w:b w:val="0"/>
          <w:color w:val="000000"/>
          <w:sz w:val="21"/>
        </w:rPr>
        <w:t>&gt; Ghi chú từ tài liệu: Giá cao, không khuyến khích</w:t>
      </w:r>
    </w:p>
    <w:p>
      <w:r>
        <w:rPr>
          <w:rFonts w:ascii="Arial" w:hAnsi="Arial"/>
          <w:b w:val="0"/>
          <w:color w:val="000000"/>
          <w:sz w:val="21"/>
        </w:rPr>
        <w:t>---</w:t>
      </w:r>
    </w:p>
    <w:p>
      <w:pPr>
        <w:pStyle w:val="Heading4"/>
      </w:pPr>
      <w:r>
        <w:rPr>
          <w:rFonts w:ascii="Arial" w:hAnsi="Arial"/>
          <w:color w:val="000000"/>
          <w:sz w:val="21"/>
        </w:rPr>
        <w:t>Công thức pha chế</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Tên sản phẩm / Mã</w:t>
            </w:r>
          </w:p>
        </w:tc>
        <w:tc>
          <w:tcPr>
            <w:tcW w:type="dxa" w:w="3437"/>
          </w:tcPr>
          <w:p>
            <w:r/>
            <w:r>
              <w:rPr>
                <w:rFonts w:ascii="Arial" w:hAnsi="Arial"/>
                <w:b/>
                <w:color w:val="000000"/>
                <w:sz w:val="19"/>
              </w:rPr>
              <w:t>Số lượng / Giá trị</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EM 221</w:t>
            </w:r>
          </w:p>
        </w:tc>
        <w:tc>
          <w:tcPr>
            <w:tcW w:type="dxa" w:w="3437"/>
          </w:tcPr>
          <w:p>
            <w:r/>
            <w:r>
              <w:rPr>
                <w:rFonts w:ascii="Arial" w:hAnsi="Arial"/>
                <w:b w:val="0"/>
                <w:color w:val="000000"/>
                <w:sz w:val="19"/>
              </w:rPr>
              <w:t>8.22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 265</w:t>
            </w:r>
          </w:p>
        </w:tc>
        <w:tc>
          <w:tcPr>
            <w:tcW w:type="dxa" w:w="3437"/>
          </w:tcPr>
          <w:p>
            <w:r/>
            <w:r>
              <w:rPr>
                <w:rFonts w:ascii="Arial" w:hAnsi="Arial"/>
                <w:b w:val="0"/>
                <w:color w:val="000000"/>
                <w:sz w:val="19"/>
              </w:rPr>
              <w:t>17.54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19.44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E6319</w:t>
            </w:r>
          </w:p>
        </w:tc>
        <w:tc>
          <w:tcPr>
            <w:tcW w:type="dxa" w:w="3437"/>
          </w:tcPr>
          <w:p>
            <w:r/>
            <w:r>
              <w:rPr>
                <w:rFonts w:ascii="Arial" w:hAnsi="Arial"/>
                <w:b w:val="0"/>
                <w:color w:val="000000"/>
                <w:sz w:val="19"/>
              </w:rPr>
              <w:t>43.69</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Sil T925</w:t>
            </w:r>
          </w:p>
        </w:tc>
        <w:tc>
          <w:tcPr>
            <w:tcW w:type="dxa" w:w="3437"/>
          </w:tcPr>
          <w:p>
            <w:r/>
            <w:r>
              <w:rPr>
                <w:rFonts w:ascii="Arial" w:hAnsi="Arial"/>
                <w:b w:val="0"/>
                <w:color w:val="000000"/>
                <w:sz w:val="19"/>
              </w:rPr>
              <w:t>6.11</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PI_1103</w:t>
            </w:r>
          </w:p>
        </w:tc>
        <w:tc>
          <w:tcPr>
            <w:tcW w:type="dxa" w:w="3437"/>
          </w:tcPr>
          <w:p>
            <w:r/>
            <w:r>
              <w:rPr>
                <w:rFonts w:ascii="Arial" w:hAnsi="Arial"/>
                <w:b w:val="0"/>
                <w:color w:val="000000"/>
                <w:sz w:val="19"/>
              </w:rPr>
              <w:t>5.01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100.01</w:t>
            </w:r>
          </w:p>
        </w:tc>
      </w:tr>
    </w:tbl>
    <w:p>
      <w:r>
        <w:rPr>
          <w:rFonts w:ascii="Arial" w:hAnsi="Arial"/>
          <w:b w:val="0"/>
          <w:color w:val="000000"/>
          <w:sz w:val="21"/>
        </w:rPr>
        <w:t>---</w:t>
      </w:r>
    </w:p>
    <w:p>
      <w:pPr>
        <w:pStyle w:val="Heading4"/>
      </w:pPr>
      <w:r>
        <w:rPr>
          <w:rFonts w:ascii="Arial" w:hAnsi="Arial"/>
          <w:color w:val="000000"/>
          <w:sz w:val="21"/>
        </w:rPr>
        <w:t>Thông tin tham khảo</w:t>
      </w:r>
    </w:p>
    <w:p>
      <w:pPr>
        <w:pStyle w:val="ListBullet"/>
      </w:pPr>
      <w:r>
        <w:rPr>
          <w:rFonts w:ascii="Arial" w:hAnsi="Arial"/>
          <w:color w:val="000000"/>
          <w:sz w:val="21"/>
        </w:rPr>
        <w:t>Sơn lót ván sàn siêu cứng</w:t>
      </w:r>
    </w:p>
    <w:p>
      <w:pPr>
        <w:pStyle w:val="ListBullet"/>
      </w:pPr>
      <w:r>
        <w:rPr>
          <w:rFonts w:ascii="Arial" w:hAnsi="Arial"/>
          <w:color w:val="000000"/>
          <w:sz w:val="21"/>
        </w:rPr>
        <w:t>Sử dụng cho các loại ván sàn cao cấp</w:t>
      </w:r>
    </w:p>
    <w:p>
      <w:pPr>
        <w:pStyle w:val="ListBullet"/>
      </w:pPr>
      <w:r>
        <w:rPr>
          <w:rFonts w:ascii="Arial" w:hAnsi="Arial"/>
          <w:color w:val="000000"/>
          <w:sz w:val="21"/>
        </w:rPr>
        <w:t>Giá thành cao</w:t>
      </w:r>
    </w:p>
    <w:p>
      <w:pPr>
        <w:pStyle w:val="Heading2"/>
      </w:pPr>
      <w:r>
        <w:rPr>
          <w:rFonts w:ascii="Arial" w:hAnsi="Arial"/>
          <w:color w:val="000000"/>
          <w:sz w:val="21"/>
        </w:rPr>
        <w:t>BT UV 127 Floor Sealer mau-moi</w:t>
      </w:r>
    </w:p>
    <w:p>
      <w:pPr>
        <w:pStyle w:val="Heading3"/>
      </w:pPr>
      <w:r>
        <w:rPr>
          <w:rFonts w:ascii="Arial" w:hAnsi="Arial"/>
          <w:color w:val="000000"/>
          <w:sz w:val="21"/>
        </w:rPr>
        <w:t>BT UV 127 FLOOR SEALER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EM 221</w:t>
            </w:r>
          </w:p>
        </w:tc>
        <w:tc>
          <w:tcPr>
            <w:tcW w:type="dxa" w:w="3437"/>
          </w:tcPr>
          <w:p>
            <w:r/>
            <w:r>
              <w:rPr>
                <w:rFonts w:ascii="Arial" w:hAnsi="Arial"/>
                <w:b w:val="0"/>
                <w:color w:val="000000"/>
                <w:sz w:val="19"/>
              </w:rPr>
              <w:t>8.22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DPHA-80</w:t>
            </w:r>
          </w:p>
        </w:tc>
        <w:tc>
          <w:tcPr>
            <w:tcW w:type="dxa" w:w="3437"/>
          </w:tcPr>
          <w:p>
            <w:r/>
            <w:r>
              <w:rPr>
                <w:rFonts w:ascii="Arial" w:hAnsi="Arial"/>
                <w:b w:val="0"/>
                <w:color w:val="000000"/>
                <w:sz w:val="19"/>
              </w:rPr>
              <w:t>17.54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19.44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E6319</w:t>
            </w:r>
          </w:p>
        </w:tc>
        <w:tc>
          <w:tcPr>
            <w:tcW w:type="dxa" w:w="3437"/>
          </w:tcPr>
          <w:p>
            <w:r/>
            <w:r>
              <w:rPr>
                <w:rFonts w:ascii="Arial" w:hAnsi="Arial"/>
                <w:b w:val="0"/>
                <w:color w:val="000000"/>
                <w:sz w:val="19"/>
              </w:rPr>
              <w:t>43.69</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Sil T925</w:t>
            </w:r>
          </w:p>
        </w:tc>
        <w:tc>
          <w:tcPr>
            <w:tcW w:type="dxa" w:w="3437"/>
          </w:tcPr>
          <w:p>
            <w:r/>
            <w:r>
              <w:rPr>
                <w:rFonts w:ascii="Arial" w:hAnsi="Arial"/>
                <w:b w:val="0"/>
                <w:color w:val="000000"/>
                <w:sz w:val="19"/>
              </w:rPr>
              <w:t>6.11</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PI_1103</w:t>
            </w:r>
          </w:p>
        </w:tc>
        <w:tc>
          <w:tcPr>
            <w:tcW w:type="dxa" w:w="3437"/>
          </w:tcPr>
          <w:p>
            <w:r/>
            <w:r>
              <w:rPr>
                <w:rFonts w:ascii="Arial" w:hAnsi="Arial"/>
                <w:b w:val="0"/>
                <w:color w:val="000000"/>
                <w:sz w:val="19"/>
              </w:rPr>
              <w:t>5.01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100.01</w:t>
            </w:r>
          </w:p>
        </w:tc>
      </w:tr>
    </w:tbl>
    <w:p>
      <w:r>
        <w:rPr>
          <w:rFonts w:ascii="Arial" w:hAnsi="Arial"/>
          <w:b w:val="0"/>
          <w:color w:val="000000"/>
          <w:sz w:val="21"/>
        </w:rPr>
        <w:t>&gt; Vật liệu đã đổi: B113→B-142P; EM 265→DPHA-80</w:t>
      </w:r>
    </w:p>
    <w:p>
      <w:r>
        <w:rPr>
          <w:rFonts w:ascii="Arial" w:hAnsi="Arial"/>
          <w:b w:val="0"/>
          <w:color w:val="000000"/>
          <w:sz w:val="21"/>
        </w:rPr>
        <w:t>&gt; File gốc: BT_UV_127_Floor_Sealer.md — giữ nguyên mọi con số, chỉ đổi tên vật liệu.</w:t>
      </w:r>
    </w:p>
    <w:p>
      <w:pPr>
        <w:pStyle w:val="Heading2"/>
      </w:pPr>
      <w:r>
        <w:rPr>
          <w:rFonts w:ascii="Arial" w:hAnsi="Arial"/>
          <w:color w:val="000000"/>
          <w:sz w:val="21"/>
        </w:rPr>
        <w:t>BT UV 2008 Sealer</w:t>
      </w:r>
    </w:p>
    <w:p>
      <w:pPr>
        <w:pStyle w:val="Heading3"/>
      </w:pPr>
      <w:r>
        <w:rPr>
          <w:rFonts w:ascii="Arial" w:hAnsi="Arial"/>
          <w:color w:val="000000"/>
          <w:sz w:val="21"/>
        </w:rPr>
        <w:t>BT_UV 2008 Sealer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22.33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30</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EM223/TPGDA</w:t>
            </w:r>
          </w:p>
        </w:tc>
        <w:tc>
          <w:tcPr>
            <w:tcW w:type="dxa" w:w="3437"/>
          </w:tcPr>
          <w:p>
            <w:r/>
            <w:r>
              <w:rPr>
                <w:rFonts w:ascii="Arial" w:hAnsi="Arial"/>
                <w:b w:val="0"/>
                <w:color w:val="000000"/>
                <w:sz w:val="19"/>
              </w:rPr>
              <w:t>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TM 2800</w:t>
            </w:r>
          </w:p>
        </w:tc>
        <w:tc>
          <w:tcPr>
            <w:tcW w:type="dxa" w:w="3437"/>
          </w:tcPr>
          <w:p>
            <w:r/>
            <w:r>
              <w:rPr>
                <w:rFonts w:ascii="Arial" w:hAnsi="Arial"/>
                <w:b w:val="0"/>
                <w:color w:val="000000"/>
                <w:sz w:val="19"/>
              </w:rPr>
              <w:t>21.67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AK60 (A66)</w:t>
            </w:r>
          </w:p>
        </w:tc>
        <w:tc>
          <w:tcPr>
            <w:tcW w:type="dxa" w:w="3437"/>
          </w:tcPr>
          <w:p>
            <w:r/>
            <w:r>
              <w:rPr>
                <w:rFonts w:ascii="Arial" w:hAnsi="Arial"/>
                <w:b w:val="0"/>
                <w:color w:val="000000"/>
                <w:sz w:val="19"/>
              </w:rPr>
              <w:t>18.67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D1173 (173)</w:t>
            </w:r>
          </w:p>
        </w:tc>
        <w:tc>
          <w:tcPr>
            <w:tcW w:type="dxa" w:w="3437"/>
          </w:tcPr>
          <w:p>
            <w:r/>
            <w:r>
              <w:rPr>
                <w:rFonts w:ascii="Arial" w:hAnsi="Arial"/>
                <w:b w:val="0"/>
                <w:color w:val="000000"/>
                <w:sz w:val="19"/>
              </w:rPr>
              <w:t>3.33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 UV 2008 Sealer mau-moi</w:t>
      </w:r>
    </w:p>
    <w:p>
      <w:pPr>
        <w:pStyle w:val="Heading3"/>
      </w:pPr>
      <w:r>
        <w:rPr>
          <w:rFonts w:ascii="Arial" w:hAnsi="Arial"/>
          <w:color w:val="000000"/>
          <w:sz w:val="21"/>
        </w:rPr>
        <w:t>BT_UV 2008 Sealer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22.33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30</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TM 2800</w:t>
            </w:r>
          </w:p>
        </w:tc>
        <w:tc>
          <w:tcPr>
            <w:tcW w:type="dxa" w:w="3437"/>
          </w:tcPr>
          <w:p>
            <w:r/>
            <w:r>
              <w:rPr>
                <w:rFonts w:ascii="Arial" w:hAnsi="Arial"/>
                <w:b w:val="0"/>
                <w:color w:val="000000"/>
                <w:sz w:val="19"/>
              </w:rPr>
              <w:t>21.67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AK60 (A66)</w:t>
            </w:r>
          </w:p>
        </w:tc>
        <w:tc>
          <w:tcPr>
            <w:tcW w:type="dxa" w:w="3437"/>
          </w:tcPr>
          <w:p>
            <w:r/>
            <w:r>
              <w:rPr>
                <w:rFonts w:ascii="Arial" w:hAnsi="Arial"/>
                <w:b w:val="0"/>
                <w:color w:val="000000"/>
                <w:sz w:val="19"/>
              </w:rPr>
              <w:t>18.67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D1173 (173)</w:t>
            </w:r>
          </w:p>
        </w:tc>
        <w:tc>
          <w:tcPr>
            <w:tcW w:type="dxa" w:w="3437"/>
          </w:tcPr>
          <w:p>
            <w:r/>
            <w:r>
              <w:rPr>
                <w:rFonts w:ascii="Arial" w:hAnsi="Arial"/>
                <w:b w:val="0"/>
                <w:color w:val="000000"/>
                <w:sz w:val="19"/>
              </w:rPr>
              <w:t>3.33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w:t>
            </w:r>
          </w:p>
        </w:tc>
      </w:tr>
    </w:tbl>
    <w:p>
      <w:r>
        <w:rPr>
          <w:rFonts w:ascii="Arial" w:hAnsi="Arial"/>
          <w:b w:val="0"/>
          <w:color w:val="000000"/>
          <w:sz w:val="21"/>
        </w:rPr>
        <w:t>&gt; Vật liệu đã đổi: B113→B-142P; EM223/TPGDA→TPGDA</w:t>
      </w:r>
    </w:p>
    <w:p>
      <w:r>
        <w:rPr>
          <w:rFonts w:ascii="Arial" w:hAnsi="Arial"/>
          <w:b w:val="0"/>
          <w:color w:val="000000"/>
          <w:sz w:val="21"/>
        </w:rPr>
        <w:t>&gt; File gốc: BT_UV_2008_Sealer.md — giữ nguyên mọi con số, chỉ đổi tên vật liệu.</w:t>
      </w:r>
    </w:p>
    <w:p>
      <w:pPr>
        <w:pStyle w:val="Heading2"/>
      </w:pPr>
      <w:r>
        <w:rPr>
          <w:rFonts w:ascii="Arial" w:hAnsi="Arial"/>
          <w:color w:val="000000"/>
          <w:sz w:val="21"/>
        </w:rPr>
        <w:t>BT UV 2011 HP Sealer</w:t>
      </w:r>
    </w:p>
    <w:p>
      <w:pPr>
        <w:pStyle w:val="Heading3"/>
      </w:pPr>
      <w:r>
        <w:rPr>
          <w:rFonts w:ascii="Arial" w:hAnsi="Arial"/>
          <w:color w:val="000000"/>
          <w:sz w:val="21"/>
        </w:rPr>
        <w:t>BT_UV 2011 HP Sealer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HE-421F (B-113)</w:t>
            </w:r>
          </w:p>
        </w:tc>
        <w:tc>
          <w:tcPr>
            <w:tcW w:type="dxa" w:w="3437"/>
          </w:tcPr>
          <w:p>
            <w:r/>
            <w:r>
              <w:rPr>
                <w:rFonts w:ascii="Arial" w:hAnsi="Arial"/>
                <w:b w:val="0"/>
                <w:color w:val="000000"/>
                <w:sz w:val="19"/>
              </w:rPr>
              <w:t>50.35</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 522</w:t>
            </w:r>
          </w:p>
        </w:tc>
        <w:tc>
          <w:tcPr>
            <w:tcW w:type="dxa" w:w="3437"/>
          </w:tcPr>
          <w:p>
            <w:r/>
            <w:r>
              <w:rPr>
                <w:rFonts w:ascii="Arial" w:hAnsi="Arial"/>
                <w:b w:val="0"/>
                <w:color w:val="000000"/>
                <w:sz w:val="19"/>
              </w:rPr>
              <w:t>21.72</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 (TPGDA)</w:t>
            </w:r>
          </w:p>
        </w:tc>
        <w:tc>
          <w:tcPr>
            <w:tcW w:type="dxa" w:w="3437"/>
          </w:tcPr>
          <w:p>
            <w:r/>
            <w:r>
              <w:rPr>
                <w:rFonts w:ascii="Arial" w:hAnsi="Arial"/>
                <w:b w:val="0"/>
                <w:color w:val="000000"/>
                <w:sz w:val="19"/>
              </w:rPr>
              <w:t>2.25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PA_9083</w:t>
            </w:r>
          </w:p>
        </w:tc>
        <w:tc>
          <w:tcPr>
            <w:tcW w:type="dxa" w:w="3437"/>
          </w:tcPr>
          <w:p>
            <w:r/>
            <w:r>
              <w:rPr>
                <w:rFonts w:ascii="Arial" w:hAnsi="Arial"/>
                <w:b w:val="0"/>
                <w:color w:val="000000"/>
                <w:sz w:val="19"/>
              </w:rPr>
              <w:t>1.23</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TM 2800</w:t>
            </w:r>
          </w:p>
        </w:tc>
        <w:tc>
          <w:tcPr>
            <w:tcW w:type="dxa" w:w="3437"/>
          </w:tcPr>
          <w:p>
            <w:r/>
            <w:r>
              <w:rPr>
                <w:rFonts w:ascii="Arial" w:hAnsi="Arial"/>
                <w:b w:val="0"/>
                <w:color w:val="000000"/>
                <w:sz w:val="19"/>
              </w:rPr>
              <w:t>9.25</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AK 60 (A66)</w:t>
            </w:r>
          </w:p>
        </w:tc>
        <w:tc>
          <w:tcPr>
            <w:tcW w:type="dxa" w:w="3437"/>
          </w:tcPr>
          <w:p>
            <w:r/>
            <w:r>
              <w:rPr>
                <w:rFonts w:ascii="Arial" w:hAnsi="Arial"/>
                <w:b w:val="0"/>
                <w:color w:val="000000"/>
                <w:sz w:val="19"/>
              </w:rPr>
              <w:t>10.26</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D1173 (1103)</w:t>
            </w:r>
          </w:p>
        </w:tc>
        <w:tc>
          <w:tcPr>
            <w:tcW w:type="dxa" w:w="3437"/>
          </w:tcPr>
          <w:p>
            <w:r/>
            <w:r>
              <w:rPr>
                <w:rFonts w:ascii="Arial" w:hAnsi="Arial"/>
                <w:b w:val="0"/>
                <w:color w:val="000000"/>
                <w:sz w:val="19"/>
              </w:rPr>
              <w:t>4.95</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 UV 2011 HP Sealer mau-moi</w:t>
      </w:r>
    </w:p>
    <w:p>
      <w:pPr>
        <w:pStyle w:val="Heading3"/>
      </w:pPr>
      <w:r>
        <w:rPr>
          <w:rFonts w:ascii="Arial" w:hAnsi="Arial"/>
          <w:color w:val="000000"/>
          <w:sz w:val="21"/>
        </w:rPr>
        <w:t>BT_UV 2011 HP Sealer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 (B-142P)</w:t>
            </w:r>
          </w:p>
        </w:tc>
        <w:tc>
          <w:tcPr>
            <w:tcW w:type="dxa" w:w="3437"/>
          </w:tcPr>
          <w:p>
            <w:r/>
            <w:r>
              <w:rPr>
                <w:rFonts w:ascii="Arial" w:hAnsi="Arial"/>
                <w:b w:val="0"/>
                <w:color w:val="000000"/>
                <w:sz w:val="19"/>
              </w:rPr>
              <w:t>50.35</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 522</w:t>
            </w:r>
          </w:p>
        </w:tc>
        <w:tc>
          <w:tcPr>
            <w:tcW w:type="dxa" w:w="3437"/>
          </w:tcPr>
          <w:p>
            <w:r/>
            <w:r>
              <w:rPr>
                <w:rFonts w:ascii="Arial" w:hAnsi="Arial"/>
                <w:b w:val="0"/>
                <w:color w:val="000000"/>
                <w:sz w:val="19"/>
              </w:rPr>
              <w:t>21.72</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 (TPGDA)</w:t>
            </w:r>
          </w:p>
        </w:tc>
        <w:tc>
          <w:tcPr>
            <w:tcW w:type="dxa" w:w="3437"/>
          </w:tcPr>
          <w:p>
            <w:r/>
            <w:r>
              <w:rPr>
                <w:rFonts w:ascii="Arial" w:hAnsi="Arial"/>
                <w:b w:val="0"/>
                <w:color w:val="000000"/>
                <w:sz w:val="19"/>
              </w:rPr>
              <w:t>2.25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PA_9083</w:t>
            </w:r>
          </w:p>
        </w:tc>
        <w:tc>
          <w:tcPr>
            <w:tcW w:type="dxa" w:w="3437"/>
          </w:tcPr>
          <w:p>
            <w:r/>
            <w:r>
              <w:rPr>
                <w:rFonts w:ascii="Arial" w:hAnsi="Arial"/>
                <w:b w:val="0"/>
                <w:color w:val="000000"/>
                <w:sz w:val="19"/>
              </w:rPr>
              <w:t>1.23</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TM 2800</w:t>
            </w:r>
          </w:p>
        </w:tc>
        <w:tc>
          <w:tcPr>
            <w:tcW w:type="dxa" w:w="3437"/>
          </w:tcPr>
          <w:p>
            <w:r/>
            <w:r>
              <w:rPr>
                <w:rFonts w:ascii="Arial" w:hAnsi="Arial"/>
                <w:b w:val="0"/>
                <w:color w:val="000000"/>
                <w:sz w:val="19"/>
              </w:rPr>
              <w:t>9.25</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AK 60 (A66)</w:t>
            </w:r>
          </w:p>
        </w:tc>
        <w:tc>
          <w:tcPr>
            <w:tcW w:type="dxa" w:w="3437"/>
          </w:tcPr>
          <w:p>
            <w:r/>
            <w:r>
              <w:rPr>
                <w:rFonts w:ascii="Arial" w:hAnsi="Arial"/>
                <w:b w:val="0"/>
                <w:color w:val="000000"/>
                <w:sz w:val="19"/>
              </w:rPr>
              <w:t>10.26</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D1173 (1103)</w:t>
            </w:r>
          </w:p>
        </w:tc>
        <w:tc>
          <w:tcPr>
            <w:tcW w:type="dxa" w:w="3437"/>
          </w:tcPr>
          <w:p>
            <w:r/>
            <w:r>
              <w:rPr>
                <w:rFonts w:ascii="Arial" w:hAnsi="Arial"/>
                <w:b w:val="0"/>
                <w:color w:val="000000"/>
                <w:sz w:val="19"/>
              </w:rPr>
              <w:t>4.95</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100.01</w:t>
            </w:r>
          </w:p>
        </w:tc>
      </w:tr>
    </w:tbl>
    <w:p>
      <w:r>
        <w:rPr>
          <w:rFonts w:ascii="Arial" w:hAnsi="Arial"/>
          <w:b w:val="0"/>
          <w:color w:val="000000"/>
          <w:sz w:val="21"/>
        </w:rPr>
        <w:t>&gt; Vật liệu đã đổi: B-113→B-142P; EM223→TPGDA; HE-421F→B-142P</w:t>
      </w:r>
    </w:p>
    <w:p>
      <w:r>
        <w:rPr>
          <w:rFonts w:ascii="Arial" w:hAnsi="Arial"/>
          <w:b w:val="0"/>
          <w:color w:val="000000"/>
          <w:sz w:val="21"/>
        </w:rPr>
        <w:t>&gt; File gốc: BT_UV_2011_HP_Sealer.md — giữ nguyên mọi con số, chỉ đổi tên vật liệu.</w:t>
      </w:r>
    </w:p>
    <w:p>
      <w:pPr>
        <w:pStyle w:val="Heading2"/>
      </w:pPr>
      <w:r>
        <w:rPr>
          <w:rFonts w:ascii="Arial" w:hAnsi="Arial"/>
          <w:color w:val="000000"/>
          <w:sz w:val="21"/>
        </w:rPr>
        <w:t>BT UV 2106 V Sealer</w:t>
      </w:r>
    </w:p>
    <w:p>
      <w:pPr>
        <w:pStyle w:val="Heading3"/>
      </w:pPr>
      <w:r>
        <w:rPr>
          <w:rFonts w:ascii="Arial" w:hAnsi="Arial"/>
          <w:color w:val="000000"/>
          <w:sz w:val="21"/>
        </w:rPr>
        <w:t>BT UV 2106 V Sealer</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HE-421F</w:t>
            </w:r>
          </w:p>
        </w:tc>
        <w:tc>
          <w:tcPr>
            <w:tcW w:type="dxa" w:w="3437"/>
          </w:tcPr>
          <w:p>
            <w:r/>
            <w:r>
              <w:rPr>
                <w:rFonts w:ascii="Arial" w:hAnsi="Arial"/>
                <w:b w:val="0"/>
                <w:color w:val="000000"/>
                <w:sz w:val="19"/>
              </w:rPr>
              <w:t>18.08</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10.04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16</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EM231</w:t>
            </w:r>
          </w:p>
        </w:tc>
        <w:tc>
          <w:tcPr>
            <w:tcW w:type="dxa" w:w="3437"/>
          </w:tcPr>
          <w:p>
            <w:r/>
            <w:r>
              <w:rPr>
                <w:rFonts w:ascii="Arial" w:hAnsi="Arial"/>
                <w:b w:val="0"/>
                <w:color w:val="000000"/>
                <w:sz w:val="19"/>
              </w:rPr>
              <w:t>4.55</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St</w:t>
            </w:r>
          </w:p>
        </w:tc>
        <w:tc>
          <w:tcPr>
            <w:tcW w:type="dxa" w:w="3437"/>
          </w:tcPr>
          <w:p>
            <w:r/>
            <w:r>
              <w:rPr>
                <w:rFonts w:ascii="Arial" w:hAnsi="Arial"/>
                <w:b w:val="0"/>
                <w:color w:val="000000"/>
                <w:sz w:val="19"/>
              </w:rPr>
              <w:t>1.3</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21.79</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AP106(A66)</w:t>
            </w:r>
          </w:p>
        </w:tc>
        <w:tc>
          <w:tcPr>
            <w:tcW w:type="dxa" w:w="3437"/>
          </w:tcPr>
          <w:p>
            <w:r/>
            <w:r>
              <w:rPr>
                <w:rFonts w:ascii="Arial" w:hAnsi="Arial"/>
                <w:b w:val="0"/>
                <w:color w:val="000000"/>
                <w:sz w:val="19"/>
              </w:rPr>
              <w:t>14.32</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9.8</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0.35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D1173 (1103)</w:t>
            </w:r>
          </w:p>
        </w:tc>
        <w:tc>
          <w:tcPr>
            <w:tcW w:type="dxa" w:w="3437"/>
          </w:tcPr>
          <w:p>
            <w:r/>
            <w:r>
              <w:rPr>
                <w:rFonts w:ascii="Arial" w:hAnsi="Arial"/>
                <w:b w:val="0"/>
                <w:color w:val="000000"/>
                <w:sz w:val="19"/>
              </w:rPr>
              <w:t>3.46</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0.3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 UV 2106 V Sealer mau-moi</w:t>
      </w:r>
    </w:p>
    <w:p>
      <w:pPr>
        <w:pStyle w:val="Heading3"/>
      </w:pPr>
      <w:r>
        <w:rPr>
          <w:rFonts w:ascii="Arial" w:hAnsi="Arial"/>
          <w:color w:val="000000"/>
          <w:sz w:val="21"/>
        </w:rPr>
        <w:t>BT UV 2106 V Sealer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18.08</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10.04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16</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TMPTA</w:t>
            </w:r>
          </w:p>
        </w:tc>
        <w:tc>
          <w:tcPr>
            <w:tcW w:type="dxa" w:w="3437"/>
          </w:tcPr>
          <w:p>
            <w:r/>
            <w:r>
              <w:rPr>
                <w:rFonts w:ascii="Arial" w:hAnsi="Arial"/>
                <w:b w:val="0"/>
                <w:color w:val="000000"/>
                <w:sz w:val="19"/>
              </w:rPr>
              <w:t>4.55</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Zinc St</w:t>
            </w:r>
          </w:p>
        </w:tc>
        <w:tc>
          <w:tcPr>
            <w:tcW w:type="dxa" w:w="3437"/>
          </w:tcPr>
          <w:p>
            <w:r/>
            <w:r>
              <w:rPr>
                <w:rFonts w:ascii="Arial" w:hAnsi="Arial"/>
                <w:b w:val="0"/>
                <w:color w:val="000000"/>
                <w:sz w:val="19"/>
              </w:rPr>
              <w:t>1.3</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21.79</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AP106(A66)</w:t>
            </w:r>
          </w:p>
        </w:tc>
        <w:tc>
          <w:tcPr>
            <w:tcW w:type="dxa" w:w="3437"/>
          </w:tcPr>
          <w:p>
            <w:r/>
            <w:r>
              <w:rPr>
                <w:rFonts w:ascii="Arial" w:hAnsi="Arial"/>
                <w:b w:val="0"/>
                <w:color w:val="000000"/>
                <w:sz w:val="19"/>
              </w:rPr>
              <w:t>14.32</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9.8</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0.35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D1173 (1103)</w:t>
            </w:r>
          </w:p>
        </w:tc>
        <w:tc>
          <w:tcPr>
            <w:tcW w:type="dxa" w:w="3437"/>
          </w:tcPr>
          <w:p>
            <w:r/>
            <w:r>
              <w:rPr>
                <w:rFonts w:ascii="Arial" w:hAnsi="Arial"/>
                <w:b w:val="0"/>
                <w:color w:val="000000"/>
                <w:sz w:val="19"/>
              </w:rPr>
              <w:t>3.46</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0.3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99.99</w:t>
            </w:r>
          </w:p>
        </w:tc>
      </w:tr>
    </w:tbl>
    <w:p>
      <w:r>
        <w:rPr>
          <w:rFonts w:ascii="Arial" w:hAnsi="Arial"/>
          <w:b w:val="0"/>
          <w:color w:val="000000"/>
          <w:sz w:val="21"/>
        </w:rPr>
        <w:t>&gt; Vật liệu đã đổi: EM223→TPGDA; EM231→TMPTA; HE-421F→B-142P</w:t>
      </w:r>
    </w:p>
    <w:p>
      <w:r>
        <w:rPr>
          <w:rFonts w:ascii="Arial" w:hAnsi="Arial"/>
          <w:b w:val="0"/>
          <w:color w:val="000000"/>
          <w:sz w:val="21"/>
        </w:rPr>
        <w:t>&gt; File gốc: BT_UV_2106_V_Sealer.md — giữ nguyên mọi con số, chỉ đổi tên vật liệu.</w:t>
      </w:r>
    </w:p>
    <w:p>
      <w:pPr>
        <w:pStyle w:val="Heading2"/>
      </w:pPr>
      <w:r>
        <w:rPr>
          <w:rFonts w:ascii="Arial" w:hAnsi="Arial"/>
          <w:color w:val="000000"/>
          <w:sz w:val="21"/>
        </w:rPr>
        <w:t>BT UV 2212 White Sealer PKM</w:t>
      </w:r>
    </w:p>
    <w:p>
      <w:pPr>
        <w:pStyle w:val="Heading3"/>
      </w:pPr>
      <w:r>
        <w:rPr>
          <w:rFonts w:ascii="Arial" w:hAnsi="Arial"/>
          <w:color w:val="000000"/>
          <w:sz w:val="21"/>
        </w:rPr>
        <w:t>BT UV 2212 WHITE SEALER PKM</w:t>
      </w:r>
    </w:p>
    <w:p>
      <w:r>
        <w:rPr>
          <w:rFonts w:ascii="Arial" w:hAnsi="Arial"/>
          <w:b w:val="0"/>
          <w:color w:val="000000"/>
          <w:sz w:val="21"/>
        </w:rPr>
        <w:t>Mã số theo dõi: MM08 (M)</w:t>
      </w:r>
    </w:p>
    <w:p>
      <w:r>
        <w:rPr>
          <w:rFonts w:ascii="Arial" w:hAnsi="Arial"/>
          <w:b w:val="0"/>
          <w:color w:val="000000"/>
          <w:sz w:val="21"/>
        </w:rPr>
        <w:t>Phiên bản: Điều chỉnh chống lắng</w:t>
      </w:r>
    </w:p>
    <w:p>
      <w:r>
        <w:rPr>
          <w:rFonts w:ascii="Arial" w:hAnsi="Arial"/>
          <w:b w:val="0"/>
          <w:color w:val="000000"/>
          <w:sz w:val="21"/>
        </w:rPr>
        <w:t>&gt; Ghi chú nguồn: Dữ liệu gốc được ghi theo batch ~10 kg (tổng 9.99). Bảng dưới đây đã chuẩn hoá về 100%. Nguyên liệu gốc không có Titan 996 hay paste trắng — cần kiểm tra lại vì công thức white sealer thông thường phải có thành phần tạo trắng.</w:t>
      </w:r>
    </w:p>
    <w:p>
      <w:pPr>
        <w:pStyle w:val="Heading4"/>
      </w:pPr>
      <w:r>
        <w:rPr>
          <w:rFonts w:ascii="Arial" w:hAnsi="Arial"/>
          <w:color w:val="000000"/>
          <w:sz w:val="21"/>
        </w:rPr>
        <w:t>Công thức chuẩn hoá (quy 100%)</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Tỉ lệ (%)</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19.72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23.72</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4.70</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 23</w:t>
            </w:r>
          </w:p>
        </w:tc>
        <w:tc>
          <w:tcPr>
            <w:tcW w:type="dxa" w:w="3437"/>
          </w:tcPr>
          <w:p>
            <w:r/>
            <w:r>
              <w:rPr>
                <w:rFonts w:ascii="Arial" w:hAnsi="Arial"/>
                <w:b w:val="0"/>
                <w:color w:val="000000"/>
                <w:sz w:val="19"/>
              </w:rPr>
              <w:t>2.20</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7.31</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EWR-628 (2140)</w:t>
            </w:r>
          </w:p>
        </w:tc>
        <w:tc>
          <w:tcPr>
            <w:tcW w:type="dxa" w:w="3437"/>
          </w:tcPr>
          <w:p>
            <w:r/>
            <w:r>
              <w:rPr>
                <w:rFonts w:ascii="Arial" w:hAnsi="Arial"/>
                <w:b w:val="0"/>
                <w:color w:val="000000"/>
                <w:sz w:val="19"/>
              </w:rPr>
              <w:t>25.43</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N-20 (Aerosil)</w:t>
            </w:r>
          </w:p>
        </w:tc>
        <w:tc>
          <w:tcPr>
            <w:tcW w:type="dxa" w:w="3437"/>
          </w:tcPr>
          <w:p>
            <w:r/>
            <w:r>
              <w:rPr>
                <w:rFonts w:ascii="Arial" w:hAnsi="Arial"/>
                <w:b w:val="0"/>
                <w:color w:val="000000"/>
                <w:sz w:val="19"/>
              </w:rPr>
              <w:t>0.30</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P220X (1-2.5XY)</w:t>
            </w:r>
          </w:p>
        </w:tc>
        <w:tc>
          <w:tcPr>
            <w:tcW w:type="dxa" w:w="3437"/>
          </w:tcPr>
          <w:p>
            <w:r/>
            <w:r>
              <w:rPr>
                <w:rFonts w:ascii="Arial" w:hAnsi="Arial"/>
                <w:b w:val="0"/>
                <w:color w:val="000000"/>
                <w:sz w:val="19"/>
              </w:rPr>
              <w:t>0.50</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AK-60 (606)</w:t>
            </w:r>
          </w:p>
        </w:tc>
        <w:tc>
          <w:tcPr>
            <w:tcW w:type="dxa" w:w="3437"/>
          </w:tcPr>
          <w:p>
            <w:r/>
            <w:r>
              <w:rPr>
                <w:rFonts w:ascii="Arial" w:hAnsi="Arial"/>
                <w:b w:val="0"/>
                <w:color w:val="000000"/>
                <w:sz w:val="19"/>
              </w:rPr>
              <w:t>11.81</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PI-1103 (D1173)</w:t>
            </w:r>
          </w:p>
        </w:tc>
        <w:tc>
          <w:tcPr>
            <w:tcW w:type="dxa" w:w="3437"/>
          </w:tcPr>
          <w:p>
            <w:r/>
            <w:r>
              <w:rPr>
                <w:rFonts w:ascii="Arial" w:hAnsi="Arial"/>
                <w:b w:val="0"/>
                <w:color w:val="000000"/>
                <w:sz w:val="19"/>
              </w:rPr>
              <w:t>2.70</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PI-819 (1109)</w:t>
            </w:r>
          </w:p>
        </w:tc>
        <w:tc>
          <w:tcPr>
            <w:tcW w:type="dxa" w:w="3437"/>
          </w:tcPr>
          <w:p>
            <w:r/>
            <w:r>
              <w:rPr>
                <w:rFonts w:ascii="Arial" w:hAnsi="Arial"/>
                <w:b w:val="0"/>
                <w:color w:val="000000"/>
                <w:sz w:val="19"/>
              </w:rPr>
              <w:t>1.10</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0.50</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100.00</w:t>
            </w:r>
          </w:p>
        </w:tc>
      </w:tr>
    </w:tbl>
    <w:p>
      <w:pPr>
        <w:pStyle w:val="Heading4"/>
      </w:pPr>
      <w:r>
        <w:rPr>
          <w:rFonts w:ascii="Arial" w:hAnsi="Arial"/>
          <w:color w:val="000000"/>
          <w:sz w:val="21"/>
        </w:rPr>
        <w:t>Dữ liệu gốc (batch test)</w:t>
      </w:r>
    </w:p>
    <w:tbl>
      <w:tblPr>
        <w:tblStyle w:val="TableGrid"/>
        <w:tblW w:type="auto" w:w="0"/>
        <w:tblLook w:firstColumn="1" w:firstRow="1" w:lastColumn="0" w:lastRow="0" w:noHBand="0" w:noVBand="1" w:val="04A0"/>
      </w:tblPr>
      <w:tblGrid>
        <w:gridCol w:w="2578"/>
        <w:gridCol w:w="2578"/>
        <w:gridCol w:w="2578"/>
        <w:gridCol w:w="2578"/>
      </w:tblGrid>
      <w:tr>
        <w:tc>
          <w:tcPr>
            <w:tcW w:type="dxa" w:w="2578"/>
          </w:tcPr>
          <w:p>
            <w:r/>
            <w:r>
              <w:rPr>
                <w:rFonts w:ascii="Arial" w:hAnsi="Arial"/>
                <w:b/>
                <w:color w:val="000000"/>
                <w:sz w:val="19"/>
              </w:rPr>
              <w:t>STT</w:t>
            </w:r>
          </w:p>
        </w:tc>
        <w:tc>
          <w:tcPr>
            <w:tcW w:type="dxa" w:w="2578"/>
          </w:tcPr>
          <w:p>
            <w:r/>
            <w:r>
              <w:rPr>
                <w:rFonts w:ascii="Arial" w:hAnsi="Arial"/>
                <w:b/>
                <w:color w:val="000000"/>
                <w:sz w:val="19"/>
              </w:rPr>
              <w:t>Nguyên liệu</w:t>
            </w:r>
          </w:p>
        </w:tc>
        <w:tc>
          <w:tcPr>
            <w:tcW w:type="dxa" w:w="2578"/>
          </w:tcPr>
          <w:p>
            <w:r/>
            <w:r>
              <w:rPr>
                <w:rFonts w:ascii="Arial" w:hAnsi="Arial"/>
                <w:b/>
                <w:color w:val="000000"/>
                <w:sz w:val="19"/>
              </w:rPr>
              <w:t>Lượng (kg)</w:t>
            </w:r>
          </w:p>
        </w:tc>
        <w:tc>
          <w:tcPr>
            <w:tcW w:type="dxa" w:w="2578"/>
          </w:tcPr>
          <w:p>
            <w:r/>
            <w:r>
              <w:rPr>
                <w:rFonts w:ascii="Arial" w:hAnsi="Arial"/>
                <w:b/>
                <w:color w:val="000000"/>
                <w:sz w:val="19"/>
              </w:rPr>
              <w:t>Lot No.</w:t>
            </w:r>
          </w:p>
        </w:tc>
      </w:tr>
      <w:tr>
        <w:tc>
          <w:tcPr>
            <w:tcW w:type="dxa" w:w="2578"/>
          </w:tcPr>
          <w:p>
            <w:r/>
            <w:r>
              <w:rPr>
                <w:rFonts w:ascii="Arial" w:hAnsi="Arial"/>
                <w:b w:val="0"/>
                <w:color w:val="000000"/>
                <w:sz w:val="19"/>
              </w:rPr>
              <w:t>1</w:t>
            </w:r>
          </w:p>
        </w:tc>
        <w:tc>
          <w:tcPr>
            <w:tcW w:type="dxa" w:w="2578"/>
          </w:tcPr>
          <w:p>
            <w:r/>
            <w:r>
              <w:rPr>
                <w:rFonts w:ascii="Arial" w:hAnsi="Arial"/>
                <w:b w:val="0"/>
                <w:color w:val="000000"/>
                <w:sz w:val="19"/>
              </w:rPr>
              <w:t>B-113</w:t>
            </w:r>
          </w:p>
        </w:tc>
        <w:tc>
          <w:tcPr>
            <w:tcW w:type="dxa" w:w="2578"/>
          </w:tcPr>
          <w:p>
            <w:r/>
            <w:r>
              <w:rPr>
                <w:rFonts w:ascii="Arial" w:hAnsi="Arial"/>
                <w:b w:val="0"/>
                <w:color w:val="000000"/>
                <w:sz w:val="19"/>
              </w:rPr>
              <w:t>1.97</w:t>
            </w:r>
          </w:p>
        </w:tc>
        <w:tc>
          <w:tcPr>
            <w:tcW w:type="dxa" w:w="2578"/>
          </w:tcPr>
          <w:p>
            <w:r/>
            <w:r>
              <w:rPr>
                <w:rFonts w:ascii="Arial" w:hAnsi="Arial"/>
                <w:b w:val="0"/>
                <w:color w:val="000000"/>
                <w:sz w:val="19"/>
              </w:rPr>
              <w:t>2601210032</w:t>
            </w:r>
          </w:p>
        </w:tc>
      </w:tr>
      <w:tr>
        <w:tc>
          <w:tcPr>
            <w:tcW w:type="dxa" w:w="2578"/>
          </w:tcPr>
          <w:p>
            <w:r/>
            <w:r>
              <w:rPr>
                <w:rFonts w:ascii="Arial" w:hAnsi="Arial"/>
                <w:b w:val="0"/>
                <w:color w:val="000000"/>
                <w:sz w:val="19"/>
              </w:rPr>
              <w:t>2</w:t>
            </w:r>
          </w:p>
        </w:tc>
        <w:tc>
          <w:tcPr>
            <w:tcW w:type="dxa" w:w="2578"/>
          </w:tcPr>
          <w:p>
            <w:r/>
            <w:r>
              <w:rPr>
                <w:rFonts w:ascii="Arial" w:hAnsi="Arial"/>
                <w:b w:val="0"/>
                <w:color w:val="000000"/>
                <w:sz w:val="19"/>
              </w:rPr>
              <w:t>B-522</w:t>
            </w:r>
          </w:p>
        </w:tc>
        <w:tc>
          <w:tcPr>
            <w:tcW w:type="dxa" w:w="2578"/>
          </w:tcPr>
          <w:p>
            <w:r/>
            <w:r>
              <w:rPr>
                <w:rFonts w:ascii="Arial" w:hAnsi="Arial"/>
                <w:b w:val="0"/>
                <w:color w:val="000000"/>
                <w:sz w:val="19"/>
              </w:rPr>
              <w:t>2.37</w:t>
            </w:r>
          </w:p>
        </w:tc>
        <w:tc>
          <w:tcPr>
            <w:tcW w:type="dxa" w:w="2578"/>
          </w:tcPr>
          <w:p>
            <w:r/>
            <w:r>
              <w:rPr>
                <w:rFonts w:ascii="Arial" w:hAnsi="Arial"/>
                <w:b w:val="0"/>
                <w:color w:val="000000"/>
                <w:sz w:val="19"/>
              </w:rPr>
              <w:t>2601240022</w:t>
            </w:r>
          </w:p>
        </w:tc>
      </w:tr>
      <w:tr>
        <w:tc>
          <w:tcPr>
            <w:tcW w:type="dxa" w:w="2578"/>
          </w:tcPr>
          <w:p>
            <w:r/>
            <w:r>
              <w:rPr>
                <w:rFonts w:ascii="Arial" w:hAnsi="Arial"/>
                <w:b w:val="0"/>
                <w:color w:val="000000"/>
                <w:sz w:val="19"/>
              </w:rPr>
              <w:t>3</w:t>
            </w:r>
          </w:p>
        </w:tc>
        <w:tc>
          <w:tcPr>
            <w:tcW w:type="dxa" w:w="2578"/>
          </w:tcPr>
          <w:p>
            <w:r/>
            <w:r>
              <w:rPr>
                <w:rFonts w:ascii="Arial" w:hAnsi="Arial"/>
                <w:b w:val="0"/>
                <w:color w:val="000000"/>
                <w:sz w:val="19"/>
              </w:rPr>
              <w:t>2-EHA</w:t>
            </w:r>
          </w:p>
        </w:tc>
        <w:tc>
          <w:tcPr>
            <w:tcW w:type="dxa" w:w="2578"/>
          </w:tcPr>
          <w:p>
            <w:r/>
            <w:r>
              <w:rPr>
                <w:rFonts w:ascii="Arial" w:hAnsi="Arial"/>
                <w:b w:val="0"/>
                <w:color w:val="000000"/>
                <w:sz w:val="19"/>
              </w:rPr>
              <w:t>0.47</w:t>
            </w:r>
          </w:p>
        </w:tc>
        <w:tc>
          <w:tcPr>
            <w:tcW w:type="dxa" w:w="2578"/>
          </w:tcPr>
          <w:p>
            <w:r/>
            <w:r>
              <w:rPr>
                <w:rFonts w:ascii="Arial" w:hAnsi="Arial"/>
                <w:b w:val="0"/>
                <w:color w:val="000000"/>
                <w:sz w:val="19"/>
              </w:rPr>
              <w:t>9630307251</w:t>
            </w:r>
          </w:p>
        </w:tc>
      </w:tr>
      <w:tr>
        <w:tc>
          <w:tcPr>
            <w:tcW w:type="dxa" w:w="2578"/>
          </w:tcPr>
          <w:p>
            <w:r/>
            <w:r>
              <w:rPr>
                <w:rFonts w:ascii="Arial" w:hAnsi="Arial"/>
                <w:b w:val="0"/>
                <w:color w:val="000000"/>
                <w:sz w:val="19"/>
              </w:rPr>
              <w:t>4</w:t>
            </w:r>
          </w:p>
        </w:tc>
        <w:tc>
          <w:tcPr>
            <w:tcW w:type="dxa" w:w="2578"/>
          </w:tcPr>
          <w:p>
            <w:r/>
            <w:r>
              <w:rPr>
                <w:rFonts w:ascii="Arial" w:hAnsi="Arial"/>
                <w:b w:val="0"/>
                <w:color w:val="000000"/>
                <w:sz w:val="19"/>
              </w:rPr>
              <w:t>E 23</w:t>
            </w:r>
          </w:p>
        </w:tc>
        <w:tc>
          <w:tcPr>
            <w:tcW w:type="dxa" w:w="2578"/>
          </w:tcPr>
          <w:p>
            <w:r/>
            <w:r>
              <w:rPr>
                <w:rFonts w:ascii="Arial" w:hAnsi="Arial"/>
                <w:b w:val="0"/>
                <w:color w:val="000000"/>
                <w:sz w:val="19"/>
              </w:rPr>
              <w:t>0.22</w:t>
            </w:r>
          </w:p>
        </w:tc>
        <w:tc>
          <w:tcPr>
            <w:tcW w:type="dxa" w:w="2578"/>
          </w:tcPr>
          <w:p>
            <w:r/>
            <w:r>
              <w:rPr>
                <w:rFonts w:ascii="Arial" w:hAnsi="Arial"/>
                <w:b w:val="0"/>
                <w:color w:val="000000"/>
                <w:sz w:val="19"/>
              </w:rPr>
              <w:t>C567165</w:t>
            </w:r>
          </w:p>
        </w:tc>
      </w:tr>
      <w:tr>
        <w:tc>
          <w:tcPr>
            <w:tcW w:type="dxa" w:w="2578"/>
          </w:tcPr>
          <w:p>
            <w:r/>
            <w:r>
              <w:rPr>
                <w:rFonts w:ascii="Arial" w:hAnsi="Arial"/>
                <w:b w:val="0"/>
                <w:color w:val="000000"/>
                <w:sz w:val="19"/>
              </w:rPr>
              <w:t>5</w:t>
            </w:r>
          </w:p>
        </w:tc>
        <w:tc>
          <w:tcPr>
            <w:tcW w:type="dxa" w:w="2578"/>
          </w:tcPr>
          <w:p>
            <w:r/>
            <w:r>
              <w:rPr>
                <w:rFonts w:ascii="Arial" w:hAnsi="Arial"/>
                <w:b w:val="0"/>
                <w:color w:val="000000"/>
                <w:sz w:val="19"/>
              </w:rPr>
              <w:t>TM-2800</w:t>
            </w:r>
          </w:p>
        </w:tc>
        <w:tc>
          <w:tcPr>
            <w:tcW w:type="dxa" w:w="2578"/>
          </w:tcPr>
          <w:p>
            <w:r/>
            <w:r>
              <w:rPr>
                <w:rFonts w:ascii="Arial" w:hAnsi="Arial"/>
                <w:b w:val="0"/>
                <w:color w:val="000000"/>
                <w:sz w:val="19"/>
              </w:rPr>
              <w:t>0.73</w:t>
            </w:r>
          </w:p>
        </w:tc>
        <w:tc>
          <w:tcPr>
            <w:tcW w:type="dxa" w:w="2578"/>
          </w:tcPr>
          <w:p>
            <w:r/>
            <w:r>
              <w:rPr>
                <w:rFonts w:ascii="Arial" w:hAnsi="Arial"/>
                <w:b w:val="0"/>
                <w:color w:val="000000"/>
                <w:sz w:val="19"/>
              </w:rPr>
              <w:t>26011201</w:t>
            </w:r>
          </w:p>
        </w:tc>
      </w:tr>
      <w:tr>
        <w:tc>
          <w:tcPr>
            <w:tcW w:type="dxa" w:w="2578"/>
          </w:tcPr>
          <w:p>
            <w:r/>
            <w:r>
              <w:rPr>
                <w:rFonts w:ascii="Arial" w:hAnsi="Arial"/>
                <w:b w:val="0"/>
                <w:color w:val="000000"/>
                <w:sz w:val="19"/>
              </w:rPr>
              <w:t>6</w:t>
            </w:r>
          </w:p>
        </w:tc>
        <w:tc>
          <w:tcPr>
            <w:tcW w:type="dxa" w:w="2578"/>
          </w:tcPr>
          <w:p>
            <w:r/>
            <w:r>
              <w:rPr>
                <w:rFonts w:ascii="Arial" w:hAnsi="Arial"/>
                <w:b w:val="0"/>
                <w:color w:val="000000"/>
                <w:sz w:val="19"/>
              </w:rPr>
              <w:t>EWR-628 (2140)</w:t>
            </w:r>
          </w:p>
        </w:tc>
        <w:tc>
          <w:tcPr>
            <w:tcW w:type="dxa" w:w="2578"/>
          </w:tcPr>
          <w:p>
            <w:r/>
            <w:r>
              <w:rPr>
                <w:rFonts w:ascii="Arial" w:hAnsi="Arial"/>
                <w:b w:val="0"/>
                <w:color w:val="000000"/>
                <w:sz w:val="19"/>
              </w:rPr>
              <w:t>2.54</w:t>
            </w:r>
          </w:p>
        </w:tc>
        <w:tc>
          <w:tcPr>
            <w:tcW w:type="dxa" w:w="2578"/>
          </w:tcPr>
          <w:p>
            <w:r/>
            <w:r>
              <w:rPr>
                <w:rFonts w:ascii="Arial" w:hAnsi="Arial"/>
                <w:b w:val="0"/>
                <w:color w:val="000000"/>
                <w:sz w:val="19"/>
              </w:rPr>
              <w:t>7500742054</w:t>
            </w:r>
          </w:p>
        </w:tc>
      </w:tr>
      <w:tr>
        <w:tc>
          <w:tcPr>
            <w:tcW w:type="dxa" w:w="2578"/>
          </w:tcPr>
          <w:p>
            <w:r/>
            <w:r>
              <w:rPr>
                <w:rFonts w:ascii="Arial" w:hAnsi="Arial"/>
                <w:b w:val="0"/>
                <w:color w:val="000000"/>
                <w:sz w:val="19"/>
              </w:rPr>
              <w:t>7</w:t>
            </w:r>
          </w:p>
        </w:tc>
        <w:tc>
          <w:tcPr>
            <w:tcW w:type="dxa" w:w="2578"/>
          </w:tcPr>
          <w:p>
            <w:r/>
            <w:r>
              <w:rPr>
                <w:rFonts w:ascii="Arial" w:hAnsi="Arial"/>
                <w:b w:val="0"/>
                <w:color w:val="000000"/>
                <w:sz w:val="19"/>
              </w:rPr>
              <w:t>N-20</w:t>
            </w:r>
          </w:p>
        </w:tc>
        <w:tc>
          <w:tcPr>
            <w:tcW w:type="dxa" w:w="2578"/>
          </w:tcPr>
          <w:p>
            <w:r/>
            <w:r>
              <w:rPr>
                <w:rFonts w:ascii="Arial" w:hAnsi="Arial"/>
                <w:b w:val="0"/>
                <w:color w:val="000000"/>
                <w:sz w:val="19"/>
              </w:rPr>
              <w:t>0.03</w:t>
            </w:r>
          </w:p>
        </w:tc>
        <w:tc>
          <w:tcPr>
            <w:tcW w:type="dxa" w:w="2578"/>
          </w:tcPr>
          <w:p>
            <w:r/>
            <w:r>
              <w:rPr>
                <w:rFonts w:ascii="Arial" w:hAnsi="Arial"/>
                <w:b w:val="0"/>
                <w:color w:val="000000"/>
                <w:sz w:val="19"/>
              </w:rPr>
              <w:t>CA3782208</w:t>
            </w:r>
          </w:p>
        </w:tc>
      </w:tr>
      <w:tr>
        <w:tc>
          <w:tcPr>
            <w:tcW w:type="dxa" w:w="2578"/>
          </w:tcPr>
          <w:p>
            <w:r/>
            <w:r>
              <w:rPr>
                <w:rFonts w:ascii="Arial" w:hAnsi="Arial"/>
                <w:b w:val="0"/>
                <w:color w:val="000000"/>
                <w:sz w:val="19"/>
              </w:rPr>
              <w:t>8</w:t>
            </w:r>
          </w:p>
        </w:tc>
        <w:tc>
          <w:tcPr>
            <w:tcW w:type="dxa" w:w="2578"/>
          </w:tcPr>
          <w:p>
            <w:r/>
            <w:r>
              <w:rPr>
                <w:rFonts w:ascii="Arial" w:hAnsi="Arial"/>
                <w:b w:val="0"/>
                <w:color w:val="000000"/>
                <w:sz w:val="19"/>
              </w:rPr>
              <w:t>P220X (1-2.5XY)</w:t>
            </w:r>
          </w:p>
        </w:tc>
        <w:tc>
          <w:tcPr>
            <w:tcW w:type="dxa" w:w="2578"/>
          </w:tcPr>
          <w:p>
            <w:r/>
            <w:r>
              <w:rPr>
                <w:rFonts w:ascii="Arial" w:hAnsi="Arial"/>
                <w:b w:val="0"/>
                <w:color w:val="000000"/>
                <w:sz w:val="19"/>
              </w:rPr>
              <w:t>0.05</w:t>
            </w:r>
          </w:p>
        </w:tc>
        <w:tc>
          <w:tcPr>
            <w:tcW w:type="dxa" w:w="2578"/>
          </w:tcPr>
          <w:p>
            <w:r/>
            <w:r>
              <w:rPr>
                <w:rFonts w:ascii="Arial" w:hAnsi="Arial"/>
                <w:b w:val="0"/>
                <w:color w:val="000000"/>
                <w:sz w:val="19"/>
              </w:rPr>
              <w:t>—</w:t>
            </w:r>
          </w:p>
        </w:tc>
      </w:tr>
      <w:tr>
        <w:tc>
          <w:tcPr>
            <w:tcW w:type="dxa" w:w="2578"/>
          </w:tcPr>
          <w:p>
            <w:r/>
            <w:r>
              <w:rPr>
                <w:rFonts w:ascii="Arial" w:hAnsi="Arial"/>
                <w:b w:val="0"/>
                <w:color w:val="000000"/>
                <w:sz w:val="19"/>
              </w:rPr>
              <w:t>9</w:t>
            </w:r>
          </w:p>
        </w:tc>
        <w:tc>
          <w:tcPr>
            <w:tcW w:type="dxa" w:w="2578"/>
          </w:tcPr>
          <w:p>
            <w:r/>
            <w:r>
              <w:rPr>
                <w:rFonts w:ascii="Arial" w:hAnsi="Arial"/>
                <w:b w:val="0"/>
                <w:color w:val="000000"/>
                <w:sz w:val="19"/>
              </w:rPr>
              <w:t>AK-60 (606)</w:t>
            </w:r>
          </w:p>
        </w:tc>
        <w:tc>
          <w:tcPr>
            <w:tcW w:type="dxa" w:w="2578"/>
          </w:tcPr>
          <w:p>
            <w:r/>
            <w:r>
              <w:rPr>
                <w:rFonts w:ascii="Arial" w:hAnsi="Arial"/>
                <w:b w:val="0"/>
                <w:color w:val="000000"/>
                <w:sz w:val="19"/>
              </w:rPr>
              <w:t>1.18</w:t>
            </w:r>
          </w:p>
        </w:tc>
        <w:tc>
          <w:tcPr>
            <w:tcW w:type="dxa" w:w="2578"/>
          </w:tcPr>
          <w:p>
            <w:r/>
            <w:r>
              <w:rPr>
                <w:rFonts w:ascii="Arial" w:hAnsi="Arial"/>
                <w:b w:val="0"/>
                <w:color w:val="000000"/>
                <w:sz w:val="19"/>
              </w:rPr>
              <w:t>20260107R27</w:t>
            </w:r>
          </w:p>
        </w:tc>
      </w:tr>
      <w:tr>
        <w:tc>
          <w:tcPr>
            <w:tcW w:type="dxa" w:w="2578"/>
          </w:tcPr>
          <w:p>
            <w:r/>
            <w:r>
              <w:rPr>
                <w:rFonts w:ascii="Arial" w:hAnsi="Arial"/>
                <w:b w:val="0"/>
                <w:color w:val="000000"/>
                <w:sz w:val="19"/>
              </w:rPr>
              <w:t>10</w:t>
            </w:r>
          </w:p>
        </w:tc>
        <w:tc>
          <w:tcPr>
            <w:tcW w:type="dxa" w:w="2578"/>
          </w:tcPr>
          <w:p>
            <w:r/>
            <w:r>
              <w:rPr>
                <w:rFonts w:ascii="Arial" w:hAnsi="Arial"/>
                <w:b w:val="0"/>
                <w:color w:val="000000"/>
                <w:sz w:val="19"/>
              </w:rPr>
              <w:t>PI-1103</w:t>
            </w:r>
          </w:p>
        </w:tc>
        <w:tc>
          <w:tcPr>
            <w:tcW w:type="dxa" w:w="2578"/>
          </w:tcPr>
          <w:p>
            <w:r/>
            <w:r>
              <w:rPr>
                <w:rFonts w:ascii="Arial" w:hAnsi="Arial"/>
                <w:b w:val="0"/>
                <w:color w:val="000000"/>
                <w:sz w:val="19"/>
              </w:rPr>
              <w:t>0.27</w:t>
            </w:r>
          </w:p>
        </w:tc>
        <w:tc>
          <w:tcPr>
            <w:tcW w:type="dxa" w:w="2578"/>
          </w:tcPr>
          <w:p>
            <w:r/>
            <w:r>
              <w:rPr>
                <w:rFonts w:ascii="Arial" w:hAnsi="Arial"/>
                <w:b w:val="0"/>
                <w:color w:val="000000"/>
                <w:sz w:val="19"/>
              </w:rPr>
              <w:t>20250520</w:t>
            </w:r>
          </w:p>
        </w:tc>
      </w:tr>
      <w:tr>
        <w:tc>
          <w:tcPr>
            <w:tcW w:type="dxa" w:w="2578"/>
          </w:tcPr>
          <w:p>
            <w:r/>
            <w:r>
              <w:rPr>
                <w:rFonts w:ascii="Arial" w:hAnsi="Arial"/>
                <w:b w:val="0"/>
                <w:color w:val="000000"/>
                <w:sz w:val="19"/>
              </w:rPr>
              <w:t>11</w:t>
            </w:r>
          </w:p>
        </w:tc>
        <w:tc>
          <w:tcPr>
            <w:tcW w:type="dxa" w:w="2578"/>
          </w:tcPr>
          <w:p>
            <w:r/>
            <w:r>
              <w:rPr>
                <w:rFonts w:ascii="Arial" w:hAnsi="Arial"/>
                <w:b w:val="0"/>
                <w:color w:val="000000"/>
                <w:sz w:val="19"/>
              </w:rPr>
              <w:t>PI-819 (1109)</w:t>
            </w:r>
          </w:p>
        </w:tc>
        <w:tc>
          <w:tcPr>
            <w:tcW w:type="dxa" w:w="2578"/>
          </w:tcPr>
          <w:p>
            <w:r/>
            <w:r>
              <w:rPr>
                <w:rFonts w:ascii="Arial" w:hAnsi="Arial"/>
                <w:b w:val="0"/>
                <w:color w:val="000000"/>
                <w:sz w:val="19"/>
              </w:rPr>
              <w:t>0.11</w:t>
            </w:r>
          </w:p>
        </w:tc>
        <w:tc>
          <w:tcPr>
            <w:tcW w:type="dxa" w:w="2578"/>
          </w:tcPr>
          <w:p>
            <w:r/>
            <w:r>
              <w:rPr>
                <w:rFonts w:ascii="Arial" w:hAnsi="Arial"/>
                <w:b w:val="0"/>
                <w:color w:val="000000"/>
                <w:sz w:val="19"/>
              </w:rPr>
              <w:t>20250628</w:t>
            </w:r>
          </w:p>
        </w:tc>
      </w:tr>
      <w:tr>
        <w:tc>
          <w:tcPr>
            <w:tcW w:type="dxa" w:w="2578"/>
          </w:tcPr>
          <w:p>
            <w:r/>
            <w:r>
              <w:rPr>
                <w:rFonts w:ascii="Arial" w:hAnsi="Arial"/>
                <w:b w:val="0"/>
                <w:color w:val="000000"/>
                <w:sz w:val="19"/>
              </w:rPr>
              <w:t>12</w:t>
            </w:r>
          </w:p>
        </w:tc>
        <w:tc>
          <w:tcPr>
            <w:tcW w:type="dxa" w:w="2578"/>
          </w:tcPr>
          <w:p>
            <w:r/>
            <w:r>
              <w:rPr>
                <w:rFonts w:ascii="Arial" w:hAnsi="Arial"/>
                <w:b w:val="0"/>
                <w:color w:val="000000"/>
                <w:sz w:val="19"/>
              </w:rPr>
              <w:t>TPO (1108)</w:t>
            </w:r>
          </w:p>
        </w:tc>
        <w:tc>
          <w:tcPr>
            <w:tcW w:type="dxa" w:w="2578"/>
          </w:tcPr>
          <w:p>
            <w:r/>
            <w:r>
              <w:rPr>
                <w:rFonts w:ascii="Arial" w:hAnsi="Arial"/>
                <w:b w:val="0"/>
                <w:color w:val="000000"/>
                <w:sz w:val="19"/>
              </w:rPr>
              <w:t>0.05</w:t>
            </w:r>
          </w:p>
        </w:tc>
        <w:tc>
          <w:tcPr>
            <w:tcW w:type="dxa" w:w="2578"/>
          </w:tcPr>
          <w:p>
            <w:r/>
            <w:r>
              <w:rPr>
                <w:rFonts w:ascii="Arial" w:hAnsi="Arial"/>
                <w:b w:val="0"/>
                <w:color w:val="000000"/>
                <w:sz w:val="19"/>
              </w:rPr>
              <w:t>20250704</w:t>
            </w:r>
          </w:p>
        </w:tc>
      </w:tr>
      <w:tr>
        <w:tc>
          <w:tcPr>
            <w:tcW w:type="dxa" w:w="2578"/>
          </w:tcPr>
          <w:p>
            <w:r/>
            <w:r>
              <w:rPr>
                <w:rFonts w:ascii="Arial" w:hAnsi="Arial"/>
                <w:b w:val="0"/>
                <w:color w:val="000000"/>
                <w:sz w:val="19"/>
              </w:rPr>
            </w:r>
          </w:p>
        </w:tc>
        <w:tc>
          <w:tcPr>
            <w:tcW w:type="dxa" w:w="2578"/>
          </w:tcPr>
          <w:p>
            <w:r/>
            <w:r>
              <w:rPr>
                <w:rFonts w:ascii="Arial" w:hAnsi="Arial"/>
                <w:b w:val="0"/>
                <w:color w:val="000000"/>
                <w:sz w:val="19"/>
              </w:rPr>
              <w:t>Tổng</w:t>
            </w:r>
          </w:p>
        </w:tc>
        <w:tc>
          <w:tcPr>
            <w:tcW w:type="dxa" w:w="2578"/>
          </w:tcPr>
          <w:p>
            <w:r/>
            <w:r>
              <w:rPr>
                <w:rFonts w:ascii="Arial" w:hAnsi="Arial"/>
                <w:b w:val="0"/>
                <w:color w:val="000000"/>
                <w:sz w:val="19"/>
              </w:rPr>
              <w:t>9.99</w:t>
            </w:r>
          </w:p>
        </w:tc>
        <w:tc>
          <w:tcPr>
            <w:tcW w:type="dxa" w:w="2578"/>
          </w:tcPr>
          <w:p>
            <w:r/>
            <w:r>
              <w:rPr>
                <w:rFonts w:ascii="Arial" w:hAnsi="Arial"/>
                <w:b w:val="0"/>
                <w:color w:val="000000"/>
                <w:sz w:val="19"/>
              </w:rPr>
            </w:r>
          </w:p>
        </w:tc>
      </w:tr>
    </w:tbl>
    <w:p>
      <w:pPr>
        <w:pStyle w:val="Heading2"/>
      </w:pPr>
      <w:r>
        <w:rPr>
          <w:rFonts w:ascii="Arial" w:hAnsi="Arial"/>
          <w:color w:val="000000"/>
          <w:sz w:val="21"/>
        </w:rPr>
        <w:t>BT UV 2212 White Sealer PKM mau-moi</w:t>
      </w:r>
    </w:p>
    <w:p>
      <w:pPr>
        <w:pStyle w:val="Heading3"/>
      </w:pPr>
      <w:r>
        <w:rPr>
          <w:rFonts w:ascii="Arial" w:hAnsi="Arial"/>
          <w:color w:val="000000"/>
          <w:sz w:val="21"/>
        </w:rPr>
        <w:t>BT UV 2212 WHITE SEALER PKM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19.72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23.72</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4.7</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 23</w:t>
            </w:r>
          </w:p>
        </w:tc>
        <w:tc>
          <w:tcPr>
            <w:tcW w:type="dxa" w:w="3437"/>
          </w:tcPr>
          <w:p>
            <w:r/>
            <w:r>
              <w:rPr>
                <w:rFonts w:ascii="Arial" w:hAnsi="Arial"/>
                <w:b w:val="0"/>
                <w:color w:val="000000"/>
                <w:sz w:val="19"/>
              </w:rPr>
              <w:t>2.2</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7.31</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EWR-628 (2140)</w:t>
            </w:r>
          </w:p>
        </w:tc>
        <w:tc>
          <w:tcPr>
            <w:tcW w:type="dxa" w:w="3437"/>
          </w:tcPr>
          <w:p>
            <w:r/>
            <w:r>
              <w:rPr>
                <w:rFonts w:ascii="Arial" w:hAnsi="Arial"/>
                <w:b w:val="0"/>
                <w:color w:val="000000"/>
                <w:sz w:val="19"/>
              </w:rPr>
              <w:t>25.43</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N-20 (Aerosil)</w:t>
            </w:r>
          </w:p>
        </w:tc>
        <w:tc>
          <w:tcPr>
            <w:tcW w:type="dxa" w:w="3437"/>
          </w:tcPr>
          <w:p>
            <w:r/>
            <w:r>
              <w:rPr>
                <w:rFonts w:ascii="Arial" w:hAnsi="Arial"/>
                <w:b w:val="0"/>
                <w:color w:val="000000"/>
                <w:sz w:val="19"/>
              </w:rPr>
              <w:t>0.3</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P220X (1-2.5XY)</w:t>
            </w:r>
          </w:p>
        </w:tc>
        <w:tc>
          <w:tcPr>
            <w:tcW w:type="dxa" w:w="3437"/>
          </w:tcPr>
          <w:p>
            <w:r/>
            <w:r>
              <w:rPr>
                <w:rFonts w:ascii="Arial" w:hAnsi="Arial"/>
                <w:b w:val="0"/>
                <w:color w:val="000000"/>
                <w:sz w:val="19"/>
              </w:rPr>
              <w:t>0.5</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AK-60 (606)</w:t>
            </w:r>
          </w:p>
        </w:tc>
        <w:tc>
          <w:tcPr>
            <w:tcW w:type="dxa" w:w="3437"/>
          </w:tcPr>
          <w:p>
            <w:r/>
            <w:r>
              <w:rPr>
                <w:rFonts w:ascii="Arial" w:hAnsi="Arial"/>
                <w:b w:val="0"/>
                <w:color w:val="000000"/>
                <w:sz w:val="19"/>
              </w:rPr>
              <w:t>11.81</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PI-1103 (D1173)</w:t>
            </w:r>
          </w:p>
        </w:tc>
        <w:tc>
          <w:tcPr>
            <w:tcW w:type="dxa" w:w="3437"/>
          </w:tcPr>
          <w:p>
            <w:r/>
            <w:r>
              <w:rPr>
                <w:rFonts w:ascii="Arial" w:hAnsi="Arial"/>
                <w:b w:val="0"/>
                <w:color w:val="000000"/>
                <w:sz w:val="19"/>
              </w:rPr>
              <w:t>2.7</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PI-819 (1109)</w:t>
            </w:r>
          </w:p>
        </w:tc>
        <w:tc>
          <w:tcPr>
            <w:tcW w:type="dxa" w:w="3437"/>
          </w:tcPr>
          <w:p>
            <w:r/>
            <w:r>
              <w:rPr>
                <w:rFonts w:ascii="Arial" w:hAnsi="Arial"/>
                <w:b w:val="0"/>
                <w:color w:val="000000"/>
                <w:sz w:val="19"/>
              </w:rPr>
              <w:t>1.1</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0.5</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1.97</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2.37</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0.47</w:t>
            </w:r>
          </w:p>
        </w:tc>
      </w:tr>
      <w:tr>
        <w:tc>
          <w:tcPr>
            <w:tcW w:type="dxa" w:w="3437"/>
          </w:tcPr>
          <w:p>
            <w:r/>
            <w:r>
              <w:rPr>
                <w:rFonts w:ascii="Arial" w:hAnsi="Arial"/>
                <w:b w:val="0"/>
                <w:color w:val="000000"/>
                <w:sz w:val="19"/>
              </w:rPr>
              <w:t>16</w:t>
            </w:r>
          </w:p>
        </w:tc>
        <w:tc>
          <w:tcPr>
            <w:tcW w:type="dxa" w:w="3437"/>
          </w:tcPr>
          <w:p>
            <w:r/>
            <w:r>
              <w:rPr>
                <w:rFonts w:ascii="Arial" w:hAnsi="Arial"/>
                <w:b w:val="0"/>
                <w:color w:val="000000"/>
                <w:sz w:val="19"/>
              </w:rPr>
              <w:t>E 23</w:t>
            </w:r>
          </w:p>
        </w:tc>
        <w:tc>
          <w:tcPr>
            <w:tcW w:type="dxa" w:w="3437"/>
          </w:tcPr>
          <w:p>
            <w:r/>
            <w:r>
              <w:rPr>
                <w:rFonts w:ascii="Arial" w:hAnsi="Arial"/>
                <w:b w:val="0"/>
                <w:color w:val="000000"/>
                <w:sz w:val="19"/>
              </w:rPr>
              <w:t>0.22</w:t>
            </w:r>
          </w:p>
        </w:tc>
      </w:tr>
      <w:tr>
        <w:tc>
          <w:tcPr>
            <w:tcW w:type="dxa" w:w="3437"/>
          </w:tcPr>
          <w:p>
            <w:r/>
            <w:r>
              <w:rPr>
                <w:rFonts w:ascii="Arial" w:hAnsi="Arial"/>
                <w:b w:val="0"/>
                <w:color w:val="000000"/>
                <w:sz w:val="19"/>
              </w:rPr>
              <w:t>17</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0.73</w:t>
            </w:r>
          </w:p>
        </w:tc>
      </w:tr>
      <w:tr>
        <w:tc>
          <w:tcPr>
            <w:tcW w:type="dxa" w:w="3437"/>
          </w:tcPr>
          <w:p>
            <w:r/>
            <w:r>
              <w:rPr>
                <w:rFonts w:ascii="Arial" w:hAnsi="Arial"/>
                <w:b w:val="0"/>
                <w:color w:val="000000"/>
                <w:sz w:val="19"/>
              </w:rPr>
              <w:t>18</w:t>
            </w:r>
          </w:p>
        </w:tc>
        <w:tc>
          <w:tcPr>
            <w:tcW w:type="dxa" w:w="3437"/>
          </w:tcPr>
          <w:p>
            <w:r/>
            <w:r>
              <w:rPr>
                <w:rFonts w:ascii="Arial" w:hAnsi="Arial"/>
                <w:b w:val="0"/>
                <w:color w:val="000000"/>
                <w:sz w:val="19"/>
              </w:rPr>
              <w:t>EWR-628 (2140)</w:t>
            </w:r>
          </w:p>
        </w:tc>
        <w:tc>
          <w:tcPr>
            <w:tcW w:type="dxa" w:w="3437"/>
          </w:tcPr>
          <w:p>
            <w:r/>
            <w:r>
              <w:rPr>
                <w:rFonts w:ascii="Arial" w:hAnsi="Arial"/>
                <w:b w:val="0"/>
                <w:color w:val="000000"/>
                <w:sz w:val="19"/>
              </w:rPr>
              <w:t>2.54</w:t>
            </w:r>
          </w:p>
        </w:tc>
      </w:tr>
      <w:tr>
        <w:tc>
          <w:tcPr>
            <w:tcW w:type="dxa" w:w="3437"/>
          </w:tcPr>
          <w:p>
            <w:r/>
            <w:r>
              <w:rPr>
                <w:rFonts w:ascii="Arial" w:hAnsi="Arial"/>
                <w:b w:val="0"/>
                <w:color w:val="000000"/>
                <w:sz w:val="19"/>
              </w:rPr>
              <w:t>19</w:t>
            </w:r>
          </w:p>
        </w:tc>
        <w:tc>
          <w:tcPr>
            <w:tcW w:type="dxa" w:w="3437"/>
          </w:tcPr>
          <w:p>
            <w:r/>
            <w:r>
              <w:rPr>
                <w:rFonts w:ascii="Arial" w:hAnsi="Arial"/>
                <w:b w:val="0"/>
                <w:color w:val="000000"/>
                <w:sz w:val="19"/>
              </w:rPr>
              <w:t>N-20</w:t>
            </w:r>
          </w:p>
        </w:tc>
        <w:tc>
          <w:tcPr>
            <w:tcW w:type="dxa" w:w="3437"/>
          </w:tcPr>
          <w:p>
            <w:r/>
            <w:r>
              <w:rPr>
                <w:rFonts w:ascii="Arial" w:hAnsi="Arial"/>
                <w:b w:val="0"/>
                <w:color w:val="000000"/>
                <w:sz w:val="19"/>
              </w:rPr>
              <w:t>0.03</w:t>
            </w:r>
          </w:p>
        </w:tc>
      </w:tr>
      <w:tr>
        <w:tc>
          <w:tcPr>
            <w:tcW w:type="dxa" w:w="3437"/>
          </w:tcPr>
          <w:p>
            <w:r/>
            <w:r>
              <w:rPr>
                <w:rFonts w:ascii="Arial" w:hAnsi="Arial"/>
                <w:b w:val="0"/>
                <w:color w:val="000000"/>
                <w:sz w:val="19"/>
              </w:rPr>
              <w:t>20</w:t>
            </w:r>
          </w:p>
        </w:tc>
        <w:tc>
          <w:tcPr>
            <w:tcW w:type="dxa" w:w="3437"/>
          </w:tcPr>
          <w:p>
            <w:r/>
            <w:r>
              <w:rPr>
                <w:rFonts w:ascii="Arial" w:hAnsi="Arial"/>
                <w:b w:val="0"/>
                <w:color w:val="000000"/>
                <w:sz w:val="19"/>
              </w:rPr>
              <w:t>P220X (1-2.5XY)</w:t>
            </w:r>
          </w:p>
        </w:tc>
        <w:tc>
          <w:tcPr>
            <w:tcW w:type="dxa" w:w="3437"/>
          </w:tcPr>
          <w:p>
            <w:r/>
            <w:r>
              <w:rPr>
                <w:rFonts w:ascii="Arial" w:hAnsi="Arial"/>
                <w:b w:val="0"/>
                <w:color w:val="000000"/>
                <w:sz w:val="19"/>
              </w:rPr>
              <w:t>0.05</w:t>
            </w:r>
          </w:p>
        </w:tc>
      </w:tr>
      <w:tr>
        <w:tc>
          <w:tcPr>
            <w:tcW w:type="dxa" w:w="3437"/>
          </w:tcPr>
          <w:p>
            <w:r/>
            <w:r>
              <w:rPr>
                <w:rFonts w:ascii="Arial" w:hAnsi="Arial"/>
                <w:b w:val="0"/>
                <w:color w:val="000000"/>
                <w:sz w:val="19"/>
              </w:rPr>
              <w:t>21</w:t>
            </w:r>
          </w:p>
        </w:tc>
        <w:tc>
          <w:tcPr>
            <w:tcW w:type="dxa" w:w="3437"/>
          </w:tcPr>
          <w:p>
            <w:r/>
            <w:r>
              <w:rPr>
                <w:rFonts w:ascii="Arial" w:hAnsi="Arial"/>
                <w:b w:val="0"/>
                <w:color w:val="000000"/>
                <w:sz w:val="19"/>
              </w:rPr>
              <w:t>AK-60 (606)</w:t>
            </w:r>
          </w:p>
        </w:tc>
        <w:tc>
          <w:tcPr>
            <w:tcW w:type="dxa" w:w="3437"/>
          </w:tcPr>
          <w:p>
            <w:r/>
            <w:r>
              <w:rPr>
                <w:rFonts w:ascii="Arial" w:hAnsi="Arial"/>
                <w:b w:val="0"/>
                <w:color w:val="000000"/>
                <w:sz w:val="19"/>
              </w:rPr>
              <w:t>1.18</w:t>
            </w:r>
          </w:p>
        </w:tc>
      </w:tr>
      <w:tr>
        <w:tc>
          <w:tcPr>
            <w:tcW w:type="dxa" w:w="3437"/>
          </w:tcPr>
          <w:p>
            <w:r/>
            <w:r>
              <w:rPr>
                <w:rFonts w:ascii="Arial" w:hAnsi="Arial"/>
                <w:b w:val="0"/>
                <w:color w:val="000000"/>
                <w:sz w:val="19"/>
              </w:rPr>
              <w:t>22</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0.27</w:t>
            </w:r>
          </w:p>
        </w:tc>
      </w:tr>
      <w:tr>
        <w:tc>
          <w:tcPr>
            <w:tcW w:type="dxa" w:w="3437"/>
          </w:tcPr>
          <w:p>
            <w:r/>
            <w:r>
              <w:rPr>
                <w:rFonts w:ascii="Arial" w:hAnsi="Arial"/>
                <w:b w:val="0"/>
                <w:color w:val="000000"/>
                <w:sz w:val="19"/>
              </w:rPr>
              <w:t>23</w:t>
            </w:r>
          </w:p>
        </w:tc>
        <w:tc>
          <w:tcPr>
            <w:tcW w:type="dxa" w:w="3437"/>
          </w:tcPr>
          <w:p>
            <w:r/>
            <w:r>
              <w:rPr>
                <w:rFonts w:ascii="Arial" w:hAnsi="Arial"/>
                <w:b w:val="0"/>
                <w:color w:val="000000"/>
                <w:sz w:val="19"/>
              </w:rPr>
              <w:t>PI-819 (1109)</w:t>
            </w:r>
          </w:p>
        </w:tc>
        <w:tc>
          <w:tcPr>
            <w:tcW w:type="dxa" w:w="3437"/>
          </w:tcPr>
          <w:p>
            <w:r/>
            <w:r>
              <w:rPr>
                <w:rFonts w:ascii="Arial" w:hAnsi="Arial"/>
                <w:b w:val="0"/>
                <w:color w:val="000000"/>
                <w:sz w:val="19"/>
              </w:rPr>
              <w:t>0.11</w:t>
            </w:r>
          </w:p>
        </w:tc>
      </w:tr>
      <w:tr>
        <w:tc>
          <w:tcPr>
            <w:tcW w:type="dxa" w:w="3437"/>
          </w:tcPr>
          <w:p>
            <w:r/>
            <w:r>
              <w:rPr>
                <w:rFonts w:ascii="Arial" w:hAnsi="Arial"/>
                <w:b w:val="0"/>
                <w:color w:val="000000"/>
                <w:sz w:val="19"/>
              </w:rPr>
              <w:t>24</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0.05</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109.98</w:t>
            </w:r>
          </w:p>
        </w:tc>
      </w:tr>
    </w:tbl>
    <w:p>
      <w:r>
        <w:rPr>
          <w:rFonts w:ascii="Arial" w:hAnsi="Arial"/>
          <w:b w:val="0"/>
          <w:color w:val="000000"/>
          <w:sz w:val="21"/>
        </w:rPr>
        <w:t>&gt; Vật liệu đã đổi: B-113→B-142P</w:t>
      </w:r>
    </w:p>
    <w:p>
      <w:r>
        <w:rPr>
          <w:rFonts w:ascii="Arial" w:hAnsi="Arial"/>
          <w:b w:val="0"/>
          <w:color w:val="000000"/>
          <w:sz w:val="21"/>
        </w:rPr>
        <w:t>&gt; File gốc: BT_UV_2212_White_Sealer_PKM.md — giữ nguyên mọi con số, chỉ đổi tên vật liệu.</w:t>
      </w:r>
    </w:p>
    <w:p>
      <w:r>
        <w:rPr>
          <w:rFonts w:ascii="Arial" w:hAnsi="Arial"/>
          <w:b w:val="0"/>
          <w:color w:val="000000"/>
          <w:sz w:val="21"/>
        </w:rPr>
        <w:t>&gt; File gốc có nguyên liệu lặp dòng: B-142P, B-522, 2-EHA, E 23, TM-2800, EWR-628 (2140), P220X (1-2.5XY), AK-60 (606), PI-819 (1109), TPO (1108) — cần xác nhận trước khi cân mẻ.</w:t>
      </w:r>
    </w:p>
    <w:p>
      <w:r>
        <w:rPr>
          <w:rFonts w:ascii="Arial" w:hAnsi="Arial"/>
          <w:b w:val="0"/>
          <w:color w:val="000000"/>
          <w:sz w:val="21"/>
        </w:rPr>
        <w:t>&gt; Tổng thực = 109.98 (file gốc ghi khác) — dùng cột quy về 100 phần trong báo cáo.</w:t>
      </w:r>
    </w:p>
    <w:p>
      <w:pPr>
        <w:pStyle w:val="Heading2"/>
      </w:pPr>
      <w:r>
        <w:rPr>
          <w:rFonts w:ascii="Arial" w:hAnsi="Arial"/>
          <w:color w:val="000000"/>
          <w:sz w:val="21"/>
        </w:rPr>
        <w:t>BT UV 2222 White Sealer PHT</w:t>
      </w:r>
    </w:p>
    <w:p>
      <w:pPr>
        <w:pStyle w:val="Heading3"/>
      </w:pPr>
      <w:r>
        <w:rPr>
          <w:rFonts w:ascii="Arial" w:hAnsi="Arial"/>
          <w:color w:val="000000"/>
          <w:sz w:val="21"/>
        </w:rPr>
        <w:t>BT UV 2222 WHITE SEALER PHT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Số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21.54</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14.17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231</w:t>
            </w:r>
          </w:p>
        </w:tc>
        <w:tc>
          <w:tcPr>
            <w:tcW w:type="dxa" w:w="3437"/>
          </w:tcPr>
          <w:p>
            <w:r/>
            <w:r>
              <w:rPr>
                <w:rFonts w:ascii="Arial" w:hAnsi="Arial"/>
                <w:b w:val="0"/>
                <w:color w:val="000000"/>
                <w:sz w:val="19"/>
              </w:rPr>
              <w:t>1.9</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 223</w:t>
            </w:r>
          </w:p>
        </w:tc>
        <w:tc>
          <w:tcPr>
            <w:tcW w:type="dxa" w:w="3437"/>
          </w:tcPr>
          <w:p>
            <w:r/>
            <w:r>
              <w:rPr>
                <w:rFonts w:ascii="Arial" w:hAnsi="Arial"/>
                <w:b w:val="0"/>
                <w:color w:val="000000"/>
                <w:sz w:val="19"/>
              </w:rPr>
              <w:t>2.47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BYK-110</w:t>
            </w:r>
          </w:p>
        </w:tc>
        <w:tc>
          <w:tcPr>
            <w:tcW w:type="dxa" w:w="3437"/>
          </w:tcPr>
          <w:p>
            <w:r/>
            <w:r>
              <w:rPr>
                <w:rFonts w:ascii="Arial" w:hAnsi="Arial"/>
                <w:b w:val="0"/>
                <w:color w:val="000000"/>
                <w:sz w:val="19"/>
              </w:rPr>
              <w:t>0.29</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Zinc St</w:t>
            </w:r>
          </w:p>
        </w:tc>
        <w:tc>
          <w:tcPr>
            <w:tcW w:type="dxa" w:w="3437"/>
          </w:tcPr>
          <w:p>
            <w:r/>
            <w:r>
              <w:rPr>
                <w:rFonts w:ascii="Arial" w:hAnsi="Arial"/>
                <w:b w:val="0"/>
                <w:color w:val="000000"/>
                <w:sz w:val="19"/>
              </w:rPr>
              <w:t>1.4</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Casloss-IP</w:t>
            </w:r>
          </w:p>
        </w:tc>
        <w:tc>
          <w:tcPr>
            <w:tcW w:type="dxa" w:w="3437"/>
          </w:tcPr>
          <w:p>
            <w:r/>
            <w:r>
              <w:rPr>
                <w:rFonts w:ascii="Arial" w:hAnsi="Arial"/>
                <w:b w:val="0"/>
                <w:color w:val="000000"/>
                <w:sz w:val="19"/>
              </w:rPr>
              <w:t>11.15</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EWR-996</w:t>
            </w:r>
          </w:p>
        </w:tc>
        <w:tc>
          <w:tcPr>
            <w:tcW w:type="dxa" w:w="3437"/>
          </w:tcPr>
          <w:p>
            <w:r/>
            <w:r>
              <w:rPr>
                <w:rFonts w:ascii="Arial" w:hAnsi="Arial"/>
                <w:b w:val="0"/>
                <w:color w:val="000000"/>
                <w:sz w:val="19"/>
              </w:rPr>
              <w:t>23.91</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DD PHA SƠN UV 100</w:t>
            </w:r>
          </w:p>
        </w:tc>
        <w:tc>
          <w:tcPr>
            <w:tcW w:type="dxa" w:w="3437"/>
          </w:tcPr>
          <w:p>
            <w:r/>
            <w:r>
              <w:rPr>
                <w:rFonts w:ascii="Arial" w:hAnsi="Arial"/>
                <w:b w:val="0"/>
                <w:color w:val="000000"/>
                <w:sz w:val="19"/>
              </w:rPr>
              <w:t>7.45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AK60(A66)</w:t>
            </w:r>
          </w:p>
        </w:tc>
        <w:tc>
          <w:tcPr>
            <w:tcW w:type="dxa" w:w="3437"/>
          </w:tcPr>
          <w:p>
            <w:r/>
            <w:r>
              <w:rPr>
                <w:rFonts w:ascii="Arial" w:hAnsi="Arial"/>
                <w:b w:val="0"/>
                <w:color w:val="000000"/>
                <w:sz w:val="19"/>
              </w:rPr>
              <w:t>8.41</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DD-OCB (15%)</w:t>
            </w:r>
          </w:p>
        </w:tc>
        <w:tc>
          <w:tcPr>
            <w:tcW w:type="dxa" w:w="3437"/>
          </w:tcPr>
          <w:p>
            <w:r/>
            <w:r>
              <w:rPr>
                <w:rFonts w:ascii="Arial" w:hAnsi="Arial"/>
                <w:b w:val="0"/>
                <w:color w:val="000000"/>
                <w:sz w:val="19"/>
              </w:rPr>
              <w:t>0.46</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P220X(1-2XY)</w:t>
            </w:r>
          </w:p>
        </w:tc>
        <w:tc>
          <w:tcPr>
            <w:tcW w:type="dxa" w:w="3437"/>
          </w:tcPr>
          <w:p>
            <w:r/>
            <w:r>
              <w:rPr>
                <w:rFonts w:ascii="Arial" w:hAnsi="Arial"/>
                <w:b w:val="0"/>
                <w:color w:val="000000"/>
                <w:sz w:val="19"/>
              </w:rPr>
              <w:t>0.57</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3.41</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TPO(1108)</w:t>
            </w:r>
          </w:p>
        </w:tc>
        <w:tc>
          <w:tcPr>
            <w:tcW w:type="dxa" w:w="3437"/>
          </w:tcPr>
          <w:p>
            <w:r/>
            <w:r>
              <w:rPr>
                <w:rFonts w:ascii="Arial" w:hAnsi="Arial"/>
                <w:b w:val="0"/>
                <w:color w:val="000000"/>
                <w:sz w:val="19"/>
              </w:rPr>
              <w:t>0.54</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1.01</w:t>
            </w:r>
          </w:p>
        </w:tc>
      </w:tr>
      <w:tr>
        <w:tc>
          <w:tcPr>
            <w:tcW w:type="dxa" w:w="3437"/>
          </w:tcPr>
          <w:p>
            <w:r/>
            <w:r>
              <w:rPr>
                <w:rFonts w:ascii="Arial" w:hAnsi="Arial"/>
                <w:b w:val="0"/>
                <w:color w:val="000000"/>
                <w:sz w:val="19"/>
              </w:rPr>
              <w:t>16</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1.01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99.69</w:t>
            </w:r>
          </w:p>
        </w:tc>
      </w:tr>
    </w:tbl>
    <w:p>
      <w:pPr>
        <w:pStyle w:val="Heading2"/>
      </w:pPr>
      <w:r>
        <w:rPr>
          <w:rFonts w:ascii="Arial" w:hAnsi="Arial"/>
          <w:color w:val="000000"/>
          <w:sz w:val="21"/>
        </w:rPr>
        <w:t>BT UV 2222 White Sealer PHT mau-moi</w:t>
      </w:r>
    </w:p>
    <w:p>
      <w:pPr>
        <w:pStyle w:val="Heading3"/>
      </w:pPr>
      <w:r>
        <w:rPr>
          <w:rFonts w:ascii="Arial" w:hAnsi="Arial"/>
          <w:color w:val="000000"/>
          <w:sz w:val="21"/>
        </w:rPr>
        <w:t>BT UV 2222 WHITE SEALER PHT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21.54</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14.17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TMPTA</w:t>
            </w:r>
          </w:p>
        </w:tc>
        <w:tc>
          <w:tcPr>
            <w:tcW w:type="dxa" w:w="3437"/>
          </w:tcPr>
          <w:p>
            <w:r/>
            <w:r>
              <w:rPr>
                <w:rFonts w:ascii="Arial" w:hAnsi="Arial"/>
                <w:b w:val="0"/>
                <w:color w:val="000000"/>
                <w:sz w:val="19"/>
              </w:rPr>
              <w:t>1.9</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2.47</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BYK-110</w:t>
            </w:r>
          </w:p>
        </w:tc>
        <w:tc>
          <w:tcPr>
            <w:tcW w:type="dxa" w:w="3437"/>
          </w:tcPr>
          <w:p>
            <w:r/>
            <w:r>
              <w:rPr>
                <w:rFonts w:ascii="Arial" w:hAnsi="Arial"/>
                <w:b w:val="0"/>
                <w:color w:val="000000"/>
                <w:sz w:val="19"/>
              </w:rPr>
              <w:t>0.29</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Zinc St</w:t>
            </w:r>
          </w:p>
        </w:tc>
        <w:tc>
          <w:tcPr>
            <w:tcW w:type="dxa" w:w="3437"/>
          </w:tcPr>
          <w:p>
            <w:r/>
            <w:r>
              <w:rPr>
                <w:rFonts w:ascii="Arial" w:hAnsi="Arial"/>
                <w:b w:val="0"/>
                <w:color w:val="000000"/>
                <w:sz w:val="19"/>
              </w:rPr>
              <w:t>1.4</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Casloss-IP</w:t>
            </w:r>
          </w:p>
        </w:tc>
        <w:tc>
          <w:tcPr>
            <w:tcW w:type="dxa" w:w="3437"/>
          </w:tcPr>
          <w:p>
            <w:r/>
            <w:r>
              <w:rPr>
                <w:rFonts w:ascii="Arial" w:hAnsi="Arial"/>
                <w:b w:val="0"/>
                <w:color w:val="000000"/>
                <w:sz w:val="19"/>
              </w:rPr>
              <w:t>11.15</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EWR-996</w:t>
            </w:r>
          </w:p>
        </w:tc>
        <w:tc>
          <w:tcPr>
            <w:tcW w:type="dxa" w:w="3437"/>
          </w:tcPr>
          <w:p>
            <w:r/>
            <w:r>
              <w:rPr>
                <w:rFonts w:ascii="Arial" w:hAnsi="Arial"/>
                <w:b w:val="0"/>
                <w:color w:val="000000"/>
                <w:sz w:val="19"/>
              </w:rPr>
              <w:t>23.91</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DD PHA SƠN UV 100</w:t>
            </w:r>
          </w:p>
        </w:tc>
        <w:tc>
          <w:tcPr>
            <w:tcW w:type="dxa" w:w="3437"/>
          </w:tcPr>
          <w:p>
            <w:r/>
            <w:r>
              <w:rPr>
                <w:rFonts w:ascii="Arial" w:hAnsi="Arial"/>
                <w:b w:val="0"/>
                <w:color w:val="000000"/>
                <w:sz w:val="19"/>
              </w:rPr>
              <w:t>7.45</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AK60(A66)</w:t>
            </w:r>
          </w:p>
        </w:tc>
        <w:tc>
          <w:tcPr>
            <w:tcW w:type="dxa" w:w="3437"/>
          </w:tcPr>
          <w:p>
            <w:r/>
            <w:r>
              <w:rPr>
                <w:rFonts w:ascii="Arial" w:hAnsi="Arial"/>
                <w:b w:val="0"/>
                <w:color w:val="000000"/>
                <w:sz w:val="19"/>
              </w:rPr>
              <w:t>8.41</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DD-OCB (15%)</w:t>
            </w:r>
          </w:p>
        </w:tc>
        <w:tc>
          <w:tcPr>
            <w:tcW w:type="dxa" w:w="3437"/>
          </w:tcPr>
          <w:p>
            <w:r/>
            <w:r>
              <w:rPr>
                <w:rFonts w:ascii="Arial" w:hAnsi="Arial"/>
                <w:b w:val="0"/>
                <w:color w:val="000000"/>
                <w:sz w:val="19"/>
              </w:rPr>
              <w:t>0.46</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P220X(1-2XY)</w:t>
            </w:r>
          </w:p>
        </w:tc>
        <w:tc>
          <w:tcPr>
            <w:tcW w:type="dxa" w:w="3437"/>
          </w:tcPr>
          <w:p>
            <w:r/>
            <w:r>
              <w:rPr>
                <w:rFonts w:ascii="Arial" w:hAnsi="Arial"/>
                <w:b w:val="0"/>
                <w:color w:val="000000"/>
                <w:sz w:val="19"/>
              </w:rPr>
              <w:t>0.57</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3.41</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TPO(1108)</w:t>
            </w:r>
          </w:p>
        </w:tc>
        <w:tc>
          <w:tcPr>
            <w:tcW w:type="dxa" w:w="3437"/>
          </w:tcPr>
          <w:p>
            <w:r/>
            <w:r>
              <w:rPr>
                <w:rFonts w:ascii="Arial" w:hAnsi="Arial"/>
                <w:b w:val="0"/>
                <w:color w:val="000000"/>
                <w:sz w:val="19"/>
              </w:rPr>
              <w:t>0.54</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1.01</w:t>
            </w:r>
          </w:p>
        </w:tc>
      </w:tr>
      <w:tr>
        <w:tc>
          <w:tcPr>
            <w:tcW w:type="dxa" w:w="3437"/>
          </w:tcPr>
          <w:p>
            <w:r/>
            <w:r>
              <w:rPr>
                <w:rFonts w:ascii="Arial" w:hAnsi="Arial"/>
                <w:b w:val="0"/>
                <w:color w:val="000000"/>
                <w:sz w:val="19"/>
              </w:rPr>
              <w:t>16</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1.01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99.69</w:t>
            </w:r>
          </w:p>
        </w:tc>
      </w:tr>
    </w:tbl>
    <w:p>
      <w:r>
        <w:rPr>
          <w:rFonts w:ascii="Arial" w:hAnsi="Arial"/>
          <w:b w:val="0"/>
          <w:color w:val="000000"/>
          <w:sz w:val="21"/>
        </w:rPr>
        <w:t>&gt; Vật liệu đã đổi: B-113→B-142P; EM 223→TPGDA; EM 231→TMPTA</w:t>
      </w:r>
    </w:p>
    <w:p>
      <w:r>
        <w:rPr>
          <w:rFonts w:ascii="Arial" w:hAnsi="Arial"/>
          <w:b w:val="0"/>
          <w:color w:val="000000"/>
          <w:sz w:val="21"/>
        </w:rPr>
        <w:t>&gt; File gốc: BT_UV_2222_White_Sealer_PHT.md — giữ nguyên mọi con số, chỉ đổi tên vật liệu.</w:t>
      </w:r>
    </w:p>
    <w:p>
      <w:r>
        <w:rPr>
          <w:rFonts w:ascii="Arial" w:hAnsi="Arial"/>
          <w:b w:val="0"/>
          <w:color w:val="000000"/>
          <w:sz w:val="21"/>
        </w:rPr>
        <w:t>&gt; Tổng thực = 99.69 (file gốc ghi khác) — dùng cột quy về 100 phần trong báo cáo.</w:t>
      </w:r>
    </w:p>
    <w:p>
      <w:pPr>
        <w:pStyle w:val="Heading2"/>
      </w:pPr>
      <w:r>
        <w:rPr>
          <w:rFonts w:ascii="Arial" w:hAnsi="Arial"/>
          <w:color w:val="000000"/>
          <w:sz w:val="21"/>
        </w:rPr>
        <w:t>BT UV 2703 FILLER</w:t>
      </w:r>
    </w:p>
    <w:p>
      <w:pPr>
        <w:pStyle w:val="Heading3"/>
      </w:pPr>
      <w:r>
        <w:rPr>
          <w:rFonts w:ascii="Arial" w:hAnsi="Arial"/>
          <w:color w:val="000000"/>
          <w:sz w:val="21"/>
        </w:rPr>
        <w:t>BT UV 2703 FILLER (BT-UV 2703 FILLER)</w:t>
      </w:r>
    </w:p>
    <w:p>
      <w:pPr>
        <w:pStyle w:val="Heading4"/>
      </w:pPr>
      <w:r>
        <w:rPr>
          <w:rFonts w:ascii="Arial" w:hAnsi="Arial"/>
          <w:color w:val="000000"/>
          <w:sz w:val="21"/>
        </w:rPr>
        <w:t>Phiên bản 1 — Gốc (ngày không rõ)</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Số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 (B-113)</w:t>
            </w:r>
          </w:p>
        </w:tc>
        <w:tc>
          <w:tcPr>
            <w:tcW w:type="dxa" w:w="3437"/>
          </w:tcPr>
          <w:p>
            <w:r/>
            <w:r>
              <w:rPr>
                <w:rFonts w:ascii="Arial" w:hAnsi="Arial"/>
                <w:b w:val="0"/>
                <w:color w:val="000000"/>
                <w:sz w:val="19"/>
              </w:rPr>
              <w:t>47.32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12.97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223</w:t>
            </w:r>
          </w:p>
        </w:tc>
        <w:tc>
          <w:tcPr>
            <w:tcW w:type="dxa" w:w="3437"/>
          </w:tcPr>
          <w:p>
            <w:r/>
            <w:r>
              <w:rPr>
                <w:rFonts w:ascii="Arial" w:hAnsi="Arial"/>
                <w:b w:val="0"/>
                <w:color w:val="000000"/>
                <w:sz w:val="19"/>
              </w:rPr>
              <w:t>1.91</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Zinc St</w:t>
            </w:r>
          </w:p>
        </w:tc>
        <w:tc>
          <w:tcPr>
            <w:tcW w:type="dxa" w:w="3437"/>
          </w:tcPr>
          <w:p>
            <w:r/>
            <w:r>
              <w:rPr>
                <w:rFonts w:ascii="Arial" w:hAnsi="Arial"/>
                <w:b w:val="0"/>
                <w:color w:val="000000"/>
                <w:sz w:val="19"/>
              </w:rPr>
              <w:t>1.11</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Casloss-IP</w:t>
            </w:r>
          </w:p>
        </w:tc>
        <w:tc>
          <w:tcPr>
            <w:tcW w:type="dxa" w:w="3437"/>
          </w:tcPr>
          <w:p>
            <w:r/>
            <w:r>
              <w:rPr>
                <w:rFonts w:ascii="Arial" w:hAnsi="Arial"/>
                <w:b w:val="0"/>
                <w:color w:val="000000"/>
                <w:sz w:val="19"/>
              </w:rPr>
              <w:t>0.82</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E-268A (H15)</w:t>
            </w:r>
          </w:p>
        </w:tc>
        <w:tc>
          <w:tcPr>
            <w:tcW w:type="dxa" w:w="3437"/>
          </w:tcPr>
          <w:p>
            <w:r/>
            <w:r>
              <w:rPr>
                <w:rFonts w:ascii="Arial" w:hAnsi="Arial"/>
                <w:b w:val="0"/>
                <w:color w:val="000000"/>
                <w:sz w:val="19"/>
              </w:rPr>
              <w:t>21.73</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E746-N20</w:t>
            </w:r>
          </w:p>
        </w:tc>
        <w:tc>
          <w:tcPr>
            <w:tcW w:type="dxa" w:w="3437"/>
          </w:tcPr>
          <w:p>
            <w:r/>
            <w:r>
              <w:rPr>
                <w:rFonts w:ascii="Arial" w:hAnsi="Arial"/>
                <w:b w:val="0"/>
                <w:color w:val="000000"/>
                <w:sz w:val="19"/>
              </w:rPr>
              <w:t>8.21</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D_1173 (1103)</w:t>
            </w:r>
          </w:p>
        </w:tc>
        <w:tc>
          <w:tcPr>
            <w:tcW w:type="dxa" w:w="3437"/>
          </w:tcPr>
          <w:p>
            <w:r/>
            <w:r>
              <w:rPr>
                <w:rFonts w:ascii="Arial" w:hAnsi="Arial"/>
                <w:b w:val="0"/>
                <w:color w:val="000000"/>
                <w:sz w:val="19"/>
              </w:rPr>
              <w:t>3.52</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BY-D410</w:t>
            </w:r>
          </w:p>
        </w:tc>
        <w:tc>
          <w:tcPr>
            <w:tcW w:type="dxa" w:w="3437"/>
          </w:tcPr>
          <w:p>
            <w:r/>
            <w:r>
              <w:rPr>
                <w:rFonts w:ascii="Arial" w:hAnsi="Arial"/>
                <w:b w:val="0"/>
                <w:color w:val="000000"/>
                <w:sz w:val="19"/>
              </w:rPr>
              <w:t>2.41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100.00</w:t>
            </w:r>
          </w:p>
        </w:tc>
      </w:tr>
    </w:tbl>
    <w:p>
      <w:r>
        <w:rPr>
          <w:rFonts w:ascii="Arial" w:hAnsi="Arial"/>
          <w:b w:val="0"/>
          <w:color w:val="000000"/>
          <w:sz w:val="21"/>
        </w:rPr>
        <w:t>---</w:t>
      </w:r>
    </w:p>
    <w:p>
      <w:pPr>
        <w:pStyle w:val="Heading4"/>
      </w:pPr>
      <w:r>
        <w:rPr>
          <w:rFonts w:ascii="Arial" w:hAnsi="Arial"/>
          <w:color w:val="000000"/>
          <w:sz w:val="21"/>
        </w:rPr>
        <w:t>Phiên bản 2 — Điều chỉnh tách lớp (ngày không rõ)</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Số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 (B-113)</w:t>
            </w:r>
          </w:p>
        </w:tc>
        <w:tc>
          <w:tcPr>
            <w:tcW w:type="dxa" w:w="3437"/>
          </w:tcPr>
          <w:p>
            <w:r/>
            <w:r>
              <w:rPr>
                <w:rFonts w:ascii="Arial" w:hAnsi="Arial"/>
                <w:b w:val="0"/>
                <w:color w:val="000000"/>
                <w:sz w:val="19"/>
              </w:rPr>
              <w:t>47.06</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13.27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223 (TPGDA)</w:t>
            </w:r>
          </w:p>
        </w:tc>
        <w:tc>
          <w:tcPr>
            <w:tcW w:type="dxa" w:w="3437"/>
          </w:tcPr>
          <w:p>
            <w:r/>
            <w:r>
              <w:rPr>
                <w:rFonts w:ascii="Arial" w:hAnsi="Arial"/>
                <w:b w:val="0"/>
                <w:color w:val="000000"/>
                <w:sz w:val="19"/>
              </w:rPr>
              <w:t>2.05</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E-23</w:t>
            </w:r>
          </w:p>
        </w:tc>
        <w:tc>
          <w:tcPr>
            <w:tcW w:type="dxa" w:w="3437"/>
          </w:tcPr>
          <w:p>
            <w:r/>
            <w:r>
              <w:rPr>
                <w:rFonts w:ascii="Arial" w:hAnsi="Arial"/>
                <w:b w:val="0"/>
                <w:color w:val="000000"/>
                <w:sz w:val="19"/>
              </w:rPr>
              <w:t>1.14</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Calcigloss-IP</w:t>
            </w:r>
          </w:p>
        </w:tc>
        <w:tc>
          <w:tcPr>
            <w:tcW w:type="dxa" w:w="3437"/>
          </w:tcPr>
          <w:p>
            <w:r/>
            <w:r>
              <w:rPr>
                <w:rFonts w:ascii="Arial" w:hAnsi="Arial"/>
                <w:b w:val="0"/>
                <w:color w:val="000000"/>
                <w:sz w:val="19"/>
              </w:rPr>
              <w:t>0.84</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MX-20P (H15)</w:t>
            </w:r>
          </w:p>
        </w:tc>
        <w:tc>
          <w:tcPr>
            <w:tcW w:type="dxa" w:w="3437"/>
          </w:tcPr>
          <w:p>
            <w:r/>
            <w:r>
              <w:rPr>
                <w:rFonts w:ascii="Arial" w:hAnsi="Arial"/>
                <w:b w:val="0"/>
                <w:color w:val="000000"/>
                <w:sz w:val="19"/>
              </w:rPr>
              <w:t>22.23</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E746-N20</w:t>
            </w:r>
          </w:p>
        </w:tc>
        <w:tc>
          <w:tcPr>
            <w:tcW w:type="dxa" w:w="3437"/>
          </w:tcPr>
          <w:p>
            <w:r/>
            <w:r>
              <w:rPr>
                <w:rFonts w:ascii="Arial" w:hAnsi="Arial"/>
                <w:b w:val="0"/>
                <w:color w:val="000000"/>
                <w:sz w:val="19"/>
              </w:rPr>
              <w:t>8.40</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D 1173 (1103)</w:t>
            </w:r>
          </w:p>
        </w:tc>
        <w:tc>
          <w:tcPr>
            <w:tcW w:type="dxa" w:w="3437"/>
          </w:tcPr>
          <w:p>
            <w:r/>
            <w:r>
              <w:rPr>
                <w:rFonts w:ascii="Arial" w:hAnsi="Arial"/>
                <w:b w:val="0"/>
                <w:color w:val="000000"/>
                <w:sz w:val="19"/>
              </w:rPr>
              <w:t>2.56</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BY-D410</w:t>
            </w:r>
          </w:p>
        </w:tc>
        <w:tc>
          <w:tcPr>
            <w:tcW w:type="dxa" w:w="3437"/>
          </w:tcPr>
          <w:p>
            <w:r/>
            <w:r>
              <w:rPr>
                <w:rFonts w:ascii="Arial" w:hAnsi="Arial"/>
                <w:b w:val="0"/>
                <w:color w:val="000000"/>
                <w:sz w:val="19"/>
              </w:rPr>
              <w:t>2.47</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100.02</w:t>
            </w:r>
          </w:p>
        </w:tc>
      </w:tr>
    </w:tbl>
    <w:p>
      <w:r>
        <w:rPr>
          <w:rFonts w:ascii="Arial" w:hAnsi="Arial"/>
          <w:b w:val="0"/>
          <w:color w:val="000000"/>
          <w:sz w:val="21"/>
        </w:rPr>
        <w:t>---</w:t>
      </w:r>
    </w:p>
    <w:p>
      <w:pPr>
        <w:pStyle w:val="Heading4"/>
      </w:pPr>
      <w:r>
        <w:rPr>
          <w:rFonts w:ascii="Arial" w:hAnsi="Arial"/>
          <w:color w:val="000000"/>
          <w:sz w:val="21"/>
        </w:rPr>
        <w:t>Phiên bản 3 — Giảm độ đặc (12/05/26)</w:t>
      </w:r>
    </w:p>
    <w:p>
      <w:r>
        <w:rPr>
          <w:rFonts w:ascii="Arial" w:hAnsi="Arial"/>
          <w:b w:val="0"/>
          <w:color w:val="000000"/>
          <w:sz w:val="21"/>
        </w:rPr>
        <w:t>Lý do: Công thức cũ đặc quá, khó thao tác trên máy tán trục.</w:t>
      </w:r>
    </w:p>
    <w:p>
      <w:r>
        <w:rPr>
          <w:rFonts w:ascii="Arial" w:hAnsi="Arial"/>
          <w:b w:val="0"/>
          <w:color w:val="000000"/>
          <w:sz w:val="21"/>
        </w:rPr>
        <w:t>Ghi chép tay: ngày 06/05/26 (công thức viết tay), ngày viết lại 12/05/26.</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Số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46.08</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B-522</w:t>
            </w:r>
          </w:p>
        </w:tc>
        <w:tc>
          <w:tcPr>
            <w:tcW w:type="dxa" w:w="3437"/>
          </w:tcPr>
          <w:p>
            <w:r/>
            <w:r>
              <w:rPr>
                <w:rFonts w:ascii="Arial" w:hAnsi="Arial"/>
                <w:b w:val="0"/>
                <w:color w:val="000000"/>
                <w:sz w:val="19"/>
              </w:rPr>
              <w:t>13.00</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223 (TPGDA)</w:t>
            </w:r>
          </w:p>
        </w:tc>
        <w:tc>
          <w:tcPr>
            <w:tcW w:type="dxa" w:w="3437"/>
          </w:tcPr>
          <w:p>
            <w:r/>
            <w:r>
              <w:rPr>
                <w:rFonts w:ascii="Arial" w:hAnsi="Arial"/>
                <w:b w:val="0"/>
                <w:color w:val="000000"/>
                <w:sz w:val="19"/>
              </w:rPr>
              <w:t>2.06</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E-23</w:t>
            </w:r>
          </w:p>
        </w:tc>
        <w:tc>
          <w:tcPr>
            <w:tcW w:type="dxa" w:w="3437"/>
          </w:tcPr>
          <w:p>
            <w:r/>
            <w:r>
              <w:rPr>
                <w:rFonts w:ascii="Arial" w:hAnsi="Arial"/>
                <w:b w:val="0"/>
                <w:color w:val="000000"/>
                <w:sz w:val="19"/>
              </w:rPr>
              <w:t>1.12</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Casigloss-IP</w:t>
            </w:r>
          </w:p>
        </w:tc>
        <w:tc>
          <w:tcPr>
            <w:tcW w:type="dxa" w:w="3437"/>
          </w:tcPr>
          <w:p>
            <w:r/>
            <w:r>
              <w:rPr>
                <w:rFonts w:ascii="Arial" w:hAnsi="Arial"/>
                <w:b w:val="0"/>
                <w:color w:val="000000"/>
                <w:sz w:val="19"/>
              </w:rPr>
              <w:t>0.82</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HS-268A</w:t>
            </w:r>
          </w:p>
        </w:tc>
        <w:tc>
          <w:tcPr>
            <w:tcW w:type="dxa" w:w="3437"/>
          </w:tcPr>
          <w:p>
            <w:r/>
            <w:r>
              <w:rPr>
                <w:rFonts w:ascii="Arial" w:hAnsi="Arial"/>
                <w:b w:val="0"/>
                <w:color w:val="000000"/>
                <w:sz w:val="19"/>
              </w:rPr>
              <w:t>21.77</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N-20</w:t>
            </w:r>
          </w:p>
        </w:tc>
        <w:tc>
          <w:tcPr>
            <w:tcW w:type="dxa" w:w="3437"/>
          </w:tcPr>
          <w:p>
            <w:r/>
            <w:r>
              <w:rPr>
                <w:rFonts w:ascii="Arial" w:hAnsi="Arial"/>
                <w:b w:val="0"/>
                <w:color w:val="000000"/>
                <w:sz w:val="19"/>
              </w:rPr>
              <w:t>9.60</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2.51</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BYK-410</w:t>
            </w:r>
          </w:p>
        </w:tc>
        <w:tc>
          <w:tcPr>
            <w:tcW w:type="dxa" w:w="3437"/>
          </w:tcPr>
          <w:p>
            <w:r/>
            <w:r>
              <w:rPr>
                <w:rFonts w:ascii="Arial" w:hAnsi="Arial"/>
                <w:b w:val="0"/>
                <w:color w:val="000000"/>
                <w:sz w:val="19"/>
              </w:rPr>
              <w:t>2.45</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98.92</w:t>
            </w:r>
          </w:p>
        </w:tc>
      </w:tr>
    </w:tbl>
    <w:p>
      <w:r>
        <w:rPr>
          <w:rFonts w:ascii="Arial" w:hAnsi="Arial"/>
          <w:b w:val="0"/>
          <w:color w:val="000000"/>
          <w:sz w:val="21"/>
        </w:rPr>
        <w:t>---</w:t>
      </w:r>
    </w:p>
    <w:p>
      <w:pPr>
        <w:pStyle w:val="Heading4"/>
      </w:pPr>
      <w:r>
        <w:rPr>
          <w:rFonts w:ascii="Arial" w:hAnsi="Arial"/>
          <w:color w:val="000000"/>
          <w:sz w:val="21"/>
        </w:rPr>
        <w:t>So sánh các phiên bản</w:t>
      </w:r>
    </w:p>
    <w:tbl>
      <w:tblPr>
        <w:tblStyle w:val="TableGrid"/>
        <w:tblW w:type="auto" w:w="0"/>
        <w:tblLook w:firstColumn="1" w:firstRow="1" w:lastColumn="0" w:lastRow="0" w:noHBand="0" w:noVBand="1" w:val="04A0"/>
      </w:tblPr>
      <w:tblGrid>
        <w:gridCol w:w="2578"/>
        <w:gridCol w:w="2578"/>
        <w:gridCol w:w="2578"/>
        <w:gridCol w:w="2578"/>
      </w:tblGrid>
      <w:tr>
        <w:tc>
          <w:tcPr>
            <w:tcW w:type="dxa" w:w="2578"/>
          </w:tcPr>
          <w:p>
            <w:r/>
            <w:r>
              <w:rPr>
                <w:rFonts w:ascii="Arial" w:hAnsi="Arial"/>
                <w:b/>
                <w:color w:val="000000"/>
                <w:sz w:val="19"/>
              </w:rPr>
              <w:t>Nguyên liệu</w:t>
            </w:r>
          </w:p>
        </w:tc>
        <w:tc>
          <w:tcPr>
            <w:tcW w:type="dxa" w:w="2578"/>
          </w:tcPr>
          <w:p>
            <w:r/>
            <w:r>
              <w:rPr>
                <w:rFonts w:ascii="Arial" w:hAnsi="Arial"/>
                <w:b/>
                <w:color w:val="000000"/>
                <w:sz w:val="19"/>
              </w:rPr>
              <w:t>Phiên bản 1</w:t>
            </w:r>
          </w:p>
        </w:tc>
        <w:tc>
          <w:tcPr>
            <w:tcW w:type="dxa" w:w="2578"/>
          </w:tcPr>
          <w:p>
            <w:r/>
            <w:r>
              <w:rPr>
                <w:rFonts w:ascii="Arial" w:hAnsi="Arial"/>
                <w:b/>
                <w:color w:val="000000"/>
                <w:sz w:val="19"/>
              </w:rPr>
              <w:t>Phiên bản 2</w:t>
            </w:r>
          </w:p>
        </w:tc>
        <w:tc>
          <w:tcPr>
            <w:tcW w:type="dxa" w:w="2578"/>
          </w:tcPr>
          <w:p>
            <w:r/>
            <w:r>
              <w:rPr>
                <w:rFonts w:ascii="Arial" w:hAnsi="Arial"/>
                <w:b/>
                <w:color w:val="000000"/>
                <w:sz w:val="19"/>
              </w:rPr>
              <w:t>Phiên bản 3</w:t>
            </w:r>
          </w:p>
        </w:tc>
      </w:tr>
      <w:tr>
        <w:tc>
          <w:tcPr>
            <w:tcW w:type="dxa" w:w="2578"/>
          </w:tcPr>
          <w:p>
            <w:r/>
            <w:r>
              <w:rPr>
                <w:rFonts w:ascii="Arial" w:hAnsi="Arial"/>
                <w:b w:val="0"/>
                <w:color w:val="000000"/>
                <w:sz w:val="19"/>
              </w:rPr>
              <w:t>B-113</w:t>
            </w:r>
          </w:p>
        </w:tc>
        <w:tc>
          <w:tcPr>
            <w:tcW w:type="dxa" w:w="2578"/>
          </w:tcPr>
          <w:p>
            <w:r/>
            <w:r>
              <w:rPr>
                <w:rFonts w:ascii="Arial" w:hAnsi="Arial"/>
                <w:b w:val="0"/>
                <w:color w:val="000000"/>
                <w:sz w:val="19"/>
              </w:rPr>
              <w:t>47.32</w:t>
            </w:r>
          </w:p>
        </w:tc>
        <w:tc>
          <w:tcPr>
            <w:tcW w:type="dxa" w:w="2578"/>
          </w:tcPr>
          <w:p>
            <w:r/>
            <w:r>
              <w:rPr>
                <w:rFonts w:ascii="Arial" w:hAnsi="Arial"/>
                <w:b w:val="0"/>
                <w:color w:val="000000"/>
                <w:sz w:val="19"/>
              </w:rPr>
              <w:t>47.06</w:t>
            </w:r>
          </w:p>
        </w:tc>
        <w:tc>
          <w:tcPr>
            <w:tcW w:type="dxa" w:w="2578"/>
          </w:tcPr>
          <w:p>
            <w:r/>
            <w:r>
              <w:rPr>
                <w:rFonts w:ascii="Arial" w:hAnsi="Arial"/>
                <w:b w:val="0"/>
                <w:color w:val="000000"/>
                <w:sz w:val="19"/>
              </w:rPr>
              <w:t>46.08</w:t>
            </w:r>
          </w:p>
        </w:tc>
      </w:tr>
      <w:tr>
        <w:tc>
          <w:tcPr>
            <w:tcW w:type="dxa" w:w="2578"/>
          </w:tcPr>
          <w:p>
            <w:r/>
            <w:r>
              <w:rPr>
                <w:rFonts w:ascii="Arial" w:hAnsi="Arial"/>
                <w:b w:val="0"/>
                <w:color w:val="000000"/>
                <w:sz w:val="19"/>
              </w:rPr>
              <w:t>B-522</w:t>
            </w:r>
          </w:p>
        </w:tc>
        <w:tc>
          <w:tcPr>
            <w:tcW w:type="dxa" w:w="2578"/>
          </w:tcPr>
          <w:p>
            <w:r/>
            <w:r>
              <w:rPr>
                <w:rFonts w:ascii="Arial" w:hAnsi="Arial"/>
                <w:b w:val="0"/>
                <w:color w:val="000000"/>
                <w:sz w:val="19"/>
              </w:rPr>
              <w:t>12.97</w:t>
            </w:r>
          </w:p>
        </w:tc>
        <w:tc>
          <w:tcPr>
            <w:tcW w:type="dxa" w:w="2578"/>
          </w:tcPr>
          <w:p>
            <w:r/>
            <w:r>
              <w:rPr>
                <w:rFonts w:ascii="Arial" w:hAnsi="Arial"/>
                <w:b w:val="0"/>
                <w:color w:val="000000"/>
                <w:sz w:val="19"/>
              </w:rPr>
              <w:t>13.27</w:t>
            </w:r>
          </w:p>
        </w:tc>
        <w:tc>
          <w:tcPr>
            <w:tcW w:type="dxa" w:w="2578"/>
          </w:tcPr>
          <w:p>
            <w:r/>
            <w:r>
              <w:rPr>
                <w:rFonts w:ascii="Arial" w:hAnsi="Arial"/>
                <w:b w:val="0"/>
                <w:color w:val="000000"/>
                <w:sz w:val="19"/>
              </w:rPr>
              <w:t>13.00</w:t>
            </w:r>
          </w:p>
        </w:tc>
      </w:tr>
      <w:tr>
        <w:tc>
          <w:tcPr>
            <w:tcW w:type="dxa" w:w="2578"/>
          </w:tcPr>
          <w:p>
            <w:r/>
            <w:r>
              <w:rPr>
                <w:rFonts w:ascii="Arial" w:hAnsi="Arial"/>
                <w:b w:val="0"/>
                <w:color w:val="000000"/>
                <w:sz w:val="19"/>
              </w:rPr>
              <w:t>EM 223 / TPGDA</w:t>
            </w:r>
          </w:p>
        </w:tc>
        <w:tc>
          <w:tcPr>
            <w:tcW w:type="dxa" w:w="2578"/>
          </w:tcPr>
          <w:p>
            <w:r/>
            <w:r>
              <w:rPr>
                <w:rFonts w:ascii="Arial" w:hAnsi="Arial"/>
                <w:b w:val="0"/>
                <w:color w:val="000000"/>
                <w:sz w:val="19"/>
              </w:rPr>
              <w:t>1.91</w:t>
            </w:r>
          </w:p>
        </w:tc>
        <w:tc>
          <w:tcPr>
            <w:tcW w:type="dxa" w:w="2578"/>
          </w:tcPr>
          <w:p>
            <w:r/>
            <w:r>
              <w:rPr>
                <w:rFonts w:ascii="Arial" w:hAnsi="Arial"/>
                <w:b w:val="0"/>
                <w:color w:val="000000"/>
                <w:sz w:val="19"/>
              </w:rPr>
              <w:t>2.05</w:t>
            </w:r>
          </w:p>
        </w:tc>
        <w:tc>
          <w:tcPr>
            <w:tcW w:type="dxa" w:w="2578"/>
          </w:tcPr>
          <w:p>
            <w:r/>
            <w:r>
              <w:rPr>
                <w:rFonts w:ascii="Arial" w:hAnsi="Arial"/>
                <w:b w:val="0"/>
                <w:color w:val="000000"/>
                <w:sz w:val="19"/>
              </w:rPr>
              <w:t>2.06</w:t>
            </w:r>
          </w:p>
        </w:tc>
      </w:tr>
      <w:tr>
        <w:tc>
          <w:tcPr>
            <w:tcW w:type="dxa" w:w="2578"/>
          </w:tcPr>
          <w:p>
            <w:r/>
            <w:r>
              <w:rPr>
                <w:rFonts w:ascii="Arial" w:hAnsi="Arial"/>
                <w:b w:val="0"/>
                <w:color w:val="000000"/>
                <w:sz w:val="19"/>
              </w:rPr>
              <w:t>Zinc St / E-23</w:t>
            </w:r>
          </w:p>
        </w:tc>
        <w:tc>
          <w:tcPr>
            <w:tcW w:type="dxa" w:w="2578"/>
          </w:tcPr>
          <w:p>
            <w:r/>
            <w:r>
              <w:rPr>
                <w:rFonts w:ascii="Arial" w:hAnsi="Arial"/>
                <w:b w:val="0"/>
                <w:color w:val="000000"/>
                <w:sz w:val="19"/>
              </w:rPr>
              <w:t>1.11</w:t>
            </w:r>
          </w:p>
        </w:tc>
        <w:tc>
          <w:tcPr>
            <w:tcW w:type="dxa" w:w="2578"/>
          </w:tcPr>
          <w:p>
            <w:r/>
            <w:r>
              <w:rPr>
                <w:rFonts w:ascii="Arial" w:hAnsi="Arial"/>
                <w:b w:val="0"/>
                <w:color w:val="000000"/>
                <w:sz w:val="19"/>
              </w:rPr>
              <w:t>1.14</w:t>
            </w:r>
          </w:p>
        </w:tc>
        <w:tc>
          <w:tcPr>
            <w:tcW w:type="dxa" w:w="2578"/>
          </w:tcPr>
          <w:p>
            <w:r/>
            <w:r>
              <w:rPr>
                <w:rFonts w:ascii="Arial" w:hAnsi="Arial"/>
                <w:b w:val="0"/>
                <w:color w:val="000000"/>
                <w:sz w:val="19"/>
              </w:rPr>
              <w:t>1.12</w:t>
            </w:r>
          </w:p>
        </w:tc>
      </w:tr>
      <w:tr>
        <w:tc>
          <w:tcPr>
            <w:tcW w:type="dxa" w:w="2578"/>
          </w:tcPr>
          <w:p>
            <w:r/>
            <w:r>
              <w:rPr>
                <w:rFonts w:ascii="Arial" w:hAnsi="Arial"/>
                <w:b w:val="0"/>
                <w:color w:val="000000"/>
                <w:sz w:val="19"/>
              </w:rPr>
              <w:t>Casigloss-IP</w:t>
            </w:r>
          </w:p>
        </w:tc>
        <w:tc>
          <w:tcPr>
            <w:tcW w:type="dxa" w:w="2578"/>
          </w:tcPr>
          <w:p>
            <w:r/>
            <w:r>
              <w:rPr>
                <w:rFonts w:ascii="Arial" w:hAnsi="Arial"/>
                <w:b w:val="0"/>
                <w:color w:val="000000"/>
                <w:sz w:val="19"/>
              </w:rPr>
              <w:t>0.82</w:t>
            </w:r>
          </w:p>
        </w:tc>
        <w:tc>
          <w:tcPr>
            <w:tcW w:type="dxa" w:w="2578"/>
          </w:tcPr>
          <w:p>
            <w:r/>
            <w:r>
              <w:rPr>
                <w:rFonts w:ascii="Arial" w:hAnsi="Arial"/>
                <w:b w:val="0"/>
                <w:color w:val="000000"/>
                <w:sz w:val="19"/>
              </w:rPr>
              <w:t>0.84</w:t>
            </w:r>
          </w:p>
        </w:tc>
        <w:tc>
          <w:tcPr>
            <w:tcW w:type="dxa" w:w="2578"/>
          </w:tcPr>
          <w:p>
            <w:r/>
            <w:r>
              <w:rPr>
                <w:rFonts w:ascii="Arial" w:hAnsi="Arial"/>
                <w:b w:val="0"/>
                <w:color w:val="000000"/>
                <w:sz w:val="19"/>
              </w:rPr>
              <w:t>0.82</w:t>
            </w:r>
          </w:p>
        </w:tc>
      </w:tr>
      <w:tr>
        <w:tc>
          <w:tcPr>
            <w:tcW w:type="dxa" w:w="2578"/>
          </w:tcPr>
          <w:p>
            <w:r/>
            <w:r>
              <w:rPr>
                <w:rFonts w:ascii="Arial" w:hAnsi="Arial"/>
                <w:b w:val="0"/>
                <w:color w:val="000000"/>
                <w:sz w:val="19"/>
              </w:rPr>
              <w:t>H15 (E-268A / MX-20P / HS-268A)</w:t>
            </w:r>
          </w:p>
        </w:tc>
        <w:tc>
          <w:tcPr>
            <w:tcW w:type="dxa" w:w="2578"/>
          </w:tcPr>
          <w:p>
            <w:r/>
            <w:r>
              <w:rPr>
                <w:rFonts w:ascii="Arial" w:hAnsi="Arial"/>
                <w:b w:val="0"/>
                <w:color w:val="000000"/>
                <w:sz w:val="19"/>
              </w:rPr>
              <w:t>21.73</w:t>
            </w:r>
          </w:p>
        </w:tc>
        <w:tc>
          <w:tcPr>
            <w:tcW w:type="dxa" w:w="2578"/>
          </w:tcPr>
          <w:p>
            <w:r/>
            <w:r>
              <w:rPr>
                <w:rFonts w:ascii="Arial" w:hAnsi="Arial"/>
                <w:b w:val="0"/>
                <w:color w:val="000000"/>
                <w:sz w:val="19"/>
              </w:rPr>
              <w:t>22.23</w:t>
            </w:r>
          </w:p>
        </w:tc>
        <w:tc>
          <w:tcPr>
            <w:tcW w:type="dxa" w:w="2578"/>
          </w:tcPr>
          <w:p>
            <w:r/>
            <w:r>
              <w:rPr>
                <w:rFonts w:ascii="Arial" w:hAnsi="Arial"/>
                <w:b w:val="0"/>
                <w:color w:val="000000"/>
                <w:sz w:val="19"/>
              </w:rPr>
              <w:t>21.77</w:t>
            </w:r>
          </w:p>
        </w:tc>
      </w:tr>
      <w:tr>
        <w:tc>
          <w:tcPr>
            <w:tcW w:type="dxa" w:w="2578"/>
          </w:tcPr>
          <w:p>
            <w:r/>
            <w:r>
              <w:rPr>
                <w:rFonts w:ascii="Arial" w:hAnsi="Arial"/>
                <w:b w:val="0"/>
                <w:color w:val="000000"/>
                <w:sz w:val="19"/>
              </w:rPr>
              <w:t>N-20 (E746-N20)</w:t>
            </w:r>
          </w:p>
        </w:tc>
        <w:tc>
          <w:tcPr>
            <w:tcW w:type="dxa" w:w="2578"/>
          </w:tcPr>
          <w:p>
            <w:r/>
            <w:r>
              <w:rPr>
                <w:rFonts w:ascii="Arial" w:hAnsi="Arial"/>
                <w:b w:val="0"/>
                <w:color w:val="000000"/>
                <w:sz w:val="19"/>
              </w:rPr>
              <w:t>8.21</w:t>
            </w:r>
          </w:p>
        </w:tc>
        <w:tc>
          <w:tcPr>
            <w:tcW w:type="dxa" w:w="2578"/>
          </w:tcPr>
          <w:p>
            <w:r/>
            <w:r>
              <w:rPr>
                <w:rFonts w:ascii="Arial" w:hAnsi="Arial"/>
                <w:b w:val="0"/>
                <w:color w:val="000000"/>
                <w:sz w:val="19"/>
              </w:rPr>
              <w:t>8.40</w:t>
            </w:r>
          </w:p>
        </w:tc>
        <w:tc>
          <w:tcPr>
            <w:tcW w:type="dxa" w:w="2578"/>
          </w:tcPr>
          <w:p>
            <w:r/>
            <w:r>
              <w:rPr>
                <w:rFonts w:ascii="Arial" w:hAnsi="Arial"/>
                <w:b w:val="0"/>
                <w:color w:val="000000"/>
                <w:sz w:val="19"/>
              </w:rPr>
              <w:t>9.60</w:t>
            </w:r>
          </w:p>
        </w:tc>
      </w:tr>
      <w:tr>
        <w:tc>
          <w:tcPr>
            <w:tcW w:type="dxa" w:w="2578"/>
          </w:tcPr>
          <w:p>
            <w:r/>
            <w:r>
              <w:rPr>
                <w:rFonts w:ascii="Arial" w:hAnsi="Arial"/>
                <w:b w:val="0"/>
                <w:color w:val="000000"/>
                <w:sz w:val="19"/>
              </w:rPr>
              <w:t>PI-1103 (D 1173)</w:t>
            </w:r>
          </w:p>
        </w:tc>
        <w:tc>
          <w:tcPr>
            <w:tcW w:type="dxa" w:w="2578"/>
          </w:tcPr>
          <w:p>
            <w:r/>
            <w:r>
              <w:rPr>
                <w:rFonts w:ascii="Arial" w:hAnsi="Arial"/>
                <w:b w:val="0"/>
                <w:color w:val="000000"/>
                <w:sz w:val="19"/>
              </w:rPr>
              <w:t>3.52</w:t>
            </w:r>
          </w:p>
        </w:tc>
        <w:tc>
          <w:tcPr>
            <w:tcW w:type="dxa" w:w="2578"/>
          </w:tcPr>
          <w:p>
            <w:r/>
            <w:r>
              <w:rPr>
                <w:rFonts w:ascii="Arial" w:hAnsi="Arial"/>
                <w:b w:val="0"/>
                <w:color w:val="000000"/>
                <w:sz w:val="19"/>
              </w:rPr>
              <w:t>2.56</w:t>
            </w:r>
          </w:p>
        </w:tc>
        <w:tc>
          <w:tcPr>
            <w:tcW w:type="dxa" w:w="2578"/>
          </w:tcPr>
          <w:p>
            <w:r/>
            <w:r>
              <w:rPr>
                <w:rFonts w:ascii="Arial" w:hAnsi="Arial"/>
                <w:b w:val="0"/>
                <w:color w:val="000000"/>
                <w:sz w:val="19"/>
              </w:rPr>
              <w:t>2.51</w:t>
            </w:r>
          </w:p>
        </w:tc>
      </w:tr>
      <w:tr>
        <w:tc>
          <w:tcPr>
            <w:tcW w:type="dxa" w:w="2578"/>
          </w:tcPr>
          <w:p>
            <w:r/>
            <w:r>
              <w:rPr>
                <w:rFonts w:ascii="Arial" w:hAnsi="Arial"/>
                <w:b w:val="0"/>
                <w:color w:val="000000"/>
                <w:sz w:val="19"/>
              </w:rPr>
              <w:t>BYK-410 (BY-D410)</w:t>
            </w:r>
          </w:p>
        </w:tc>
        <w:tc>
          <w:tcPr>
            <w:tcW w:type="dxa" w:w="2578"/>
          </w:tcPr>
          <w:p>
            <w:r/>
            <w:r>
              <w:rPr>
                <w:rFonts w:ascii="Arial" w:hAnsi="Arial"/>
                <w:b w:val="0"/>
                <w:color w:val="000000"/>
                <w:sz w:val="19"/>
              </w:rPr>
              <w:t>2.41</w:t>
            </w:r>
          </w:p>
        </w:tc>
        <w:tc>
          <w:tcPr>
            <w:tcW w:type="dxa" w:w="2578"/>
          </w:tcPr>
          <w:p>
            <w:r/>
            <w:r>
              <w:rPr>
                <w:rFonts w:ascii="Arial" w:hAnsi="Arial"/>
                <w:b w:val="0"/>
                <w:color w:val="000000"/>
                <w:sz w:val="19"/>
              </w:rPr>
              <w:t>2.47</w:t>
            </w:r>
          </w:p>
        </w:tc>
        <w:tc>
          <w:tcPr>
            <w:tcW w:type="dxa" w:w="2578"/>
          </w:tcPr>
          <w:p>
            <w:r/>
            <w:r>
              <w:rPr>
                <w:rFonts w:ascii="Arial" w:hAnsi="Arial"/>
                <w:b w:val="0"/>
                <w:color w:val="000000"/>
                <w:sz w:val="19"/>
              </w:rPr>
              <w:t>2.45</w:t>
            </w:r>
          </w:p>
        </w:tc>
      </w:tr>
      <w:tr>
        <w:tc>
          <w:tcPr>
            <w:tcW w:type="dxa" w:w="2578"/>
          </w:tcPr>
          <w:p>
            <w:r/>
            <w:r>
              <w:rPr>
                <w:rFonts w:ascii="Arial" w:hAnsi="Arial"/>
                <w:b w:val="0"/>
                <w:color w:val="000000"/>
                <w:sz w:val="19"/>
              </w:rPr>
              <w:t>Tổng</w:t>
            </w:r>
          </w:p>
        </w:tc>
        <w:tc>
          <w:tcPr>
            <w:tcW w:type="dxa" w:w="2578"/>
          </w:tcPr>
          <w:p>
            <w:r/>
            <w:r>
              <w:rPr>
                <w:rFonts w:ascii="Arial" w:hAnsi="Arial"/>
                <w:b w:val="0"/>
                <w:color w:val="000000"/>
                <w:sz w:val="19"/>
              </w:rPr>
              <w:t>100.00</w:t>
            </w:r>
          </w:p>
        </w:tc>
        <w:tc>
          <w:tcPr>
            <w:tcW w:type="dxa" w:w="2578"/>
          </w:tcPr>
          <w:p>
            <w:r/>
            <w:r>
              <w:rPr>
                <w:rFonts w:ascii="Arial" w:hAnsi="Arial"/>
                <w:b w:val="0"/>
                <w:color w:val="000000"/>
                <w:sz w:val="19"/>
              </w:rPr>
              <w:t>100.02</w:t>
            </w:r>
          </w:p>
        </w:tc>
        <w:tc>
          <w:tcPr>
            <w:tcW w:type="dxa" w:w="2578"/>
          </w:tcPr>
          <w:p>
            <w:r/>
            <w:r>
              <w:rPr>
                <w:rFonts w:ascii="Arial" w:hAnsi="Arial"/>
                <w:b w:val="0"/>
                <w:color w:val="000000"/>
                <w:sz w:val="19"/>
              </w:rPr>
              <w:t>98.92</w:t>
            </w:r>
          </w:p>
        </w:tc>
      </w:tr>
    </w:tbl>
    <w:p>
      <w:pPr>
        <w:pStyle w:val="Heading2"/>
      </w:pPr>
      <w:r>
        <w:rPr>
          <w:rFonts w:ascii="Arial" w:hAnsi="Arial"/>
          <w:color w:val="000000"/>
          <w:sz w:val="21"/>
        </w:rPr>
        <w:t>BT UV 2704 FILLER PHT</w:t>
      </w:r>
    </w:p>
    <w:p>
      <w:pPr>
        <w:pStyle w:val="Heading3"/>
      </w:pPr>
      <w:r>
        <w:rPr>
          <w:rFonts w:ascii="Arial" w:hAnsi="Arial"/>
          <w:color w:val="000000"/>
          <w:sz w:val="21"/>
        </w:rPr>
        <w:t>BT UV 2704 FILLER - PHT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Số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HE-421(B-113)</w:t>
            </w:r>
          </w:p>
        </w:tc>
        <w:tc>
          <w:tcPr>
            <w:tcW w:type="dxa" w:w="3437"/>
          </w:tcPr>
          <w:p>
            <w:r/>
            <w:r>
              <w:rPr>
                <w:rFonts w:ascii="Arial" w:hAnsi="Arial"/>
                <w:b w:val="0"/>
                <w:color w:val="000000"/>
                <w:sz w:val="19"/>
              </w:rPr>
              <w:t>29.77</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25.95</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223</w:t>
            </w:r>
          </w:p>
        </w:tc>
        <w:tc>
          <w:tcPr>
            <w:tcW w:type="dxa" w:w="3437"/>
          </w:tcPr>
          <w:p>
            <w:r/>
            <w:r>
              <w:rPr>
                <w:rFonts w:ascii="Arial" w:hAnsi="Arial"/>
                <w:b w:val="0"/>
                <w:color w:val="000000"/>
                <w:sz w:val="19"/>
              </w:rPr>
              <w:t>4.02</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 23</w:t>
            </w:r>
          </w:p>
        </w:tc>
        <w:tc>
          <w:tcPr>
            <w:tcW w:type="dxa" w:w="3437"/>
          </w:tcPr>
          <w:p>
            <w:r/>
            <w:r>
              <w:rPr>
                <w:rFonts w:ascii="Arial" w:hAnsi="Arial"/>
                <w:b w:val="0"/>
                <w:color w:val="000000"/>
                <w:sz w:val="19"/>
              </w:rPr>
              <w:t>0.32</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Casloss-IP</w:t>
            </w:r>
          </w:p>
        </w:tc>
        <w:tc>
          <w:tcPr>
            <w:tcW w:type="dxa" w:w="3437"/>
          </w:tcPr>
          <w:p>
            <w:r/>
            <w:r>
              <w:rPr>
                <w:rFonts w:ascii="Arial" w:hAnsi="Arial"/>
                <w:b w:val="0"/>
                <w:color w:val="000000"/>
                <w:sz w:val="19"/>
              </w:rPr>
              <w:t>11.27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17.84</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AK60(A66)</w:t>
            </w:r>
          </w:p>
        </w:tc>
        <w:tc>
          <w:tcPr>
            <w:tcW w:type="dxa" w:w="3437"/>
          </w:tcPr>
          <w:p>
            <w:r/>
            <w:r>
              <w:rPr>
                <w:rFonts w:ascii="Arial" w:hAnsi="Arial"/>
                <w:b w:val="0"/>
                <w:color w:val="000000"/>
                <w:sz w:val="19"/>
              </w:rPr>
              <w:t>7.18</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3.22</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P220X(1-2XY)</w:t>
            </w:r>
          </w:p>
        </w:tc>
        <w:tc>
          <w:tcPr>
            <w:tcW w:type="dxa" w:w="3437"/>
          </w:tcPr>
          <w:p>
            <w:r/>
            <w:r>
              <w:rPr>
                <w:rFonts w:ascii="Arial" w:hAnsi="Arial"/>
                <w:b w:val="0"/>
                <w:color w:val="000000"/>
                <w:sz w:val="19"/>
              </w:rPr>
              <w:t>0.42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99.99</w:t>
            </w:r>
          </w:p>
        </w:tc>
      </w:tr>
    </w:tbl>
    <w:p>
      <w:pPr>
        <w:pStyle w:val="Heading2"/>
      </w:pPr>
      <w:r>
        <w:rPr>
          <w:rFonts w:ascii="Arial" w:hAnsi="Arial"/>
          <w:color w:val="000000"/>
          <w:sz w:val="21"/>
        </w:rPr>
        <w:t>BT UV 2704 FILLER PHT mau-moi</w:t>
      </w:r>
    </w:p>
    <w:p>
      <w:pPr>
        <w:pStyle w:val="Heading3"/>
      </w:pPr>
      <w:r>
        <w:rPr>
          <w:rFonts w:ascii="Arial" w:hAnsi="Arial"/>
          <w:color w:val="000000"/>
          <w:sz w:val="21"/>
        </w:rPr>
        <w:t>BT UV 2704 FILLER - PHT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B-142P(B-142P)</w:t>
            </w:r>
          </w:p>
        </w:tc>
        <w:tc>
          <w:tcPr>
            <w:tcW w:type="dxa" w:w="3437"/>
          </w:tcPr>
          <w:p>
            <w:r/>
            <w:r>
              <w:rPr>
                <w:rFonts w:ascii="Arial" w:hAnsi="Arial"/>
                <w:b w:val="0"/>
                <w:color w:val="000000"/>
                <w:sz w:val="19"/>
              </w:rPr>
              <w:t>29.77</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25.95</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4.02</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 23</w:t>
            </w:r>
          </w:p>
        </w:tc>
        <w:tc>
          <w:tcPr>
            <w:tcW w:type="dxa" w:w="3437"/>
          </w:tcPr>
          <w:p>
            <w:r/>
            <w:r>
              <w:rPr>
                <w:rFonts w:ascii="Arial" w:hAnsi="Arial"/>
                <w:b w:val="0"/>
                <w:color w:val="000000"/>
                <w:sz w:val="19"/>
              </w:rPr>
              <w:t>0.32</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Casloss-IP</w:t>
            </w:r>
          </w:p>
        </w:tc>
        <w:tc>
          <w:tcPr>
            <w:tcW w:type="dxa" w:w="3437"/>
          </w:tcPr>
          <w:p>
            <w:r/>
            <w:r>
              <w:rPr>
                <w:rFonts w:ascii="Arial" w:hAnsi="Arial"/>
                <w:b w:val="0"/>
                <w:color w:val="000000"/>
                <w:sz w:val="19"/>
              </w:rPr>
              <w:t>11.27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17.84</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AK60(A66)</w:t>
            </w:r>
          </w:p>
        </w:tc>
        <w:tc>
          <w:tcPr>
            <w:tcW w:type="dxa" w:w="3437"/>
          </w:tcPr>
          <w:p>
            <w:r/>
            <w:r>
              <w:rPr>
                <w:rFonts w:ascii="Arial" w:hAnsi="Arial"/>
                <w:b w:val="0"/>
                <w:color w:val="000000"/>
                <w:sz w:val="19"/>
              </w:rPr>
              <w:t>7.18</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3.22</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P220X(1-2XY)</w:t>
            </w:r>
          </w:p>
        </w:tc>
        <w:tc>
          <w:tcPr>
            <w:tcW w:type="dxa" w:w="3437"/>
          </w:tcPr>
          <w:p>
            <w:r/>
            <w:r>
              <w:rPr>
                <w:rFonts w:ascii="Arial" w:hAnsi="Arial"/>
                <w:b w:val="0"/>
                <w:color w:val="000000"/>
                <w:sz w:val="19"/>
              </w:rPr>
              <w:t>0.42</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99.99</w:t>
            </w:r>
          </w:p>
        </w:tc>
      </w:tr>
    </w:tbl>
    <w:p>
      <w:r>
        <w:rPr>
          <w:rFonts w:ascii="Arial" w:hAnsi="Arial"/>
          <w:b w:val="0"/>
          <w:color w:val="000000"/>
          <w:sz w:val="21"/>
        </w:rPr>
        <w:t>&gt; Vật liệu đã đổi: B-113→B-142P; EM 223→TPGDA; HE-421→B-142P</w:t>
      </w:r>
    </w:p>
    <w:p>
      <w:r>
        <w:rPr>
          <w:rFonts w:ascii="Arial" w:hAnsi="Arial"/>
          <w:b w:val="0"/>
          <w:color w:val="000000"/>
          <w:sz w:val="21"/>
        </w:rPr>
        <w:t>&gt; File gốc: BT_UV_2704_FILLER_PHT.md — giữ nguyên mọi con số, chỉ đổi tên vật liệu.</w:t>
      </w:r>
    </w:p>
    <w:p>
      <w:pPr>
        <w:pStyle w:val="Heading2"/>
      </w:pPr>
      <w:r>
        <w:rPr>
          <w:rFonts w:ascii="Arial" w:hAnsi="Arial"/>
          <w:color w:val="000000"/>
          <w:sz w:val="21"/>
        </w:rPr>
        <w:t>BT UV 2711 Black Sealer PHT</w:t>
      </w:r>
    </w:p>
    <w:p>
      <w:pPr>
        <w:pStyle w:val="Heading3"/>
      </w:pPr>
      <w:r>
        <w:rPr>
          <w:rFonts w:ascii="Arial" w:hAnsi="Arial"/>
          <w:color w:val="000000"/>
          <w:sz w:val="21"/>
        </w:rPr>
        <w:t>BT UV 2711 Black Sealer PHT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HE-421 (B-113)</w:t>
            </w:r>
          </w:p>
        </w:tc>
        <w:tc>
          <w:tcPr>
            <w:tcW w:type="dxa" w:w="3437"/>
          </w:tcPr>
          <w:p>
            <w:r/>
            <w:r>
              <w:rPr>
                <w:rFonts w:ascii="Arial" w:hAnsi="Arial"/>
                <w:b w:val="0"/>
                <w:color w:val="000000"/>
                <w:sz w:val="19"/>
              </w:rPr>
              <w:t>15.12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13.23</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EM-265</w:t>
            </w:r>
          </w:p>
        </w:tc>
        <w:tc>
          <w:tcPr>
            <w:tcW w:type="dxa" w:w="3437"/>
          </w:tcPr>
          <w:p>
            <w:r/>
            <w:r>
              <w:rPr>
                <w:rFonts w:ascii="Arial" w:hAnsi="Arial"/>
                <w:b w:val="0"/>
                <w:color w:val="000000"/>
                <w:sz w:val="19"/>
              </w:rPr>
              <w:t>1.42</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3.95</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14.18</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 15 (268A)</w:t>
            </w:r>
          </w:p>
        </w:tc>
        <w:tc>
          <w:tcPr>
            <w:tcW w:type="dxa" w:w="3437"/>
          </w:tcPr>
          <w:p>
            <w:r/>
            <w:r>
              <w:rPr>
                <w:rFonts w:ascii="Arial" w:hAnsi="Arial"/>
                <w:b w:val="0"/>
                <w:color w:val="000000"/>
                <w:sz w:val="19"/>
              </w:rPr>
              <w:t>14.2</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AK60</w:t>
            </w:r>
          </w:p>
        </w:tc>
        <w:tc>
          <w:tcPr>
            <w:tcW w:type="dxa" w:w="3437"/>
          </w:tcPr>
          <w:p>
            <w:r/>
            <w:r>
              <w:rPr>
                <w:rFonts w:ascii="Arial" w:hAnsi="Arial"/>
                <w:b w:val="0"/>
                <w:color w:val="000000"/>
                <w:sz w:val="19"/>
              </w:rPr>
              <w:t>13.23</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PA-9083</w:t>
            </w:r>
          </w:p>
        </w:tc>
        <w:tc>
          <w:tcPr>
            <w:tcW w:type="dxa" w:w="3437"/>
          </w:tcPr>
          <w:p>
            <w:r/>
            <w:r>
              <w:rPr>
                <w:rFonts w:ascii="Arial" w:hAnsi="Arial"/>
                <w:b w:val="0"/>
                <w:color w:val="000000"/>
                <w:sz w:val="19"/>
              </w:rPr>
              <w:t>0.79</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4.72</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3.79</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1.44</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1.93</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P220X (1-2XY)</w:t>
            </w:r>
          </w:p>
        </w:tc>
        <w:tc>
          <w:tcPr>
            <w:tcW w:type="dxa" w:w="3437"/>
          </w:tcPr>
          <w:p>
            <w:r/>
            <w:r>
              <w:rPr>
                <w:rFonts w:ascii="Arial" w:hAnsi="Arial"/>
                <w:b w:val="0"/>
                <w:color w:val="000000"/>
                <w:sz w:val="19"/>
              </w:rPr>
              <w:t>0.16</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ĐEN MA 100 UV</w:t>
            </w:r>
          </w:p>
        </w:tc>
        <w:tc>
          <w:tcPr>
            <w:tcW w:type="dxa" w:w="3437"/>
          </w:tcPr>
          <w:p>
            <w:r/>
            <w:r>
              <w:rPr>
                <w:rFonts w:ascii="Arial" w:hAnsi="Arial"/>
                <w:b w:val="0"/>
                <w:color w:val="000000"/>
                <w:sz w:val="19"/>
              </w:rPr>
              <w:t>11.52</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XANH DƯƠNG 4GA</w:t>
            </w:r>
          </w:p>
        </w:tc>
        <w:tc>
          <w:tcPr>
            <w:tcW w:type="dxa" w:w="3437"/>
          </w:tcPr>
          <w:p>
            <w:r/>
            <w:r>
              <w:rPr>
                <w:rFonts w:ascii="Arial" w:hAnsi="Arial"/>
                <w:b w:val="0"/>
                <w:color w:val="000000"/>
                <w:sz w:val="19"/>
              </w:rPr>
              <w:t>0.31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BT UV 2711 Black Sealer PHT mau-moi</w:t>
      </w:r>
    </w:p>
    <w:p>
      <w:pPr>
        <w:pStyle w:val="Heading3"/>
      </w:pPr>
      <w:r>
        <w:rPr>
          <w:rFonts w:ascii="Arial" w:hAnsi="Arial"/>
          <w:color w:val="000000"/>
          <w:sz w:val="21"/>
        </w:rPr>
        <w:t>BT UV 2711 Black Sealer PHT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B-142P (B-142P)</w:t>
            </w:r>
          </w:p>
        </w:tc>
        <w:tc>
          <w:tcPr>
            <w:tcW w:type="dxa" w:w="3437"/>
          </w:tcPr>
          <w:p>
            <w:r/>
            <w:r>
              <w:rPr>
                <w:rFonts w:ascii="Arial" w:hAnsi="Arial"/>
                <w:b w:val="0"/>
                <w:color w:val="000000"/>
                <w:sz w:val="19"/>
              </w:rPr>
              <w:t>15.12</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13.23</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DPHA-80</w:t>
            </w:r>
          </w:p>
        </w:tc>
        <w:tc>
          <w:tcPr>
            <w:tcW w:type="dxa" w:w="3437"/>
          </w:tcPr>
          <w:p>
            <w:r/>
            <w:r>
              <w:rPr>
                <w:rFonts w:ascii="Arial" w:hAnsi="Arial"/>
                <w:b w:val="0"/>
                <w:color w:val="000000"/>
                <w:sz w:val="19"/>
              </w:rPr>
              <w:t>1.42</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3.95</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TM-2800</w:t>
            </w:r>
          </w:p>
        </w:tc>
        <w:tc>
          <w:tcPr>
            <w:tcW w:type="dxa" w:w="3437"/>
          </w:tcPr>
          <w:p>
            <w:r/>
            <w:r>
              <w:rPr>
                <w:rFonts w:ascii="Arial" w:hAnsi="Arial"/>
                <w:b w:val="0"/>
                <w:color w:val="000000"/>
                <w:sz w:val="19"/>
              </w:rPr>
              <w:t>14.18</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 15 (268A)</w:t>
            </w:r>
          </w:p>
        </w:tc>
        <w:tc>
          <w:tcPr>
            <w:tcW w:type="dxa" w:w="3437"/>
          </w:tcPr>
          <w:p>
            <w:r/>
            <w:r>
              <w:rPr>
                <w:rFonts w:ascii="Arial" w:hAnsi="Arial"/>
                <w:b w:val="0"/>
                <w:color w:val="000000"/>
                <w:sz w:val="19"/>
              </w:rPr>
              <w:t>14.2</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AK60</w:t>
            </w:r>
          </w:p>
        </w:tc>
        <w:tc>
          <w:tcPr>
            <w:tcW w:type="dxa" w:w="3437"/>
          </w:tcPr>
          <w:p>
            <w:r/>
            <w:r>
              <w:rPr>
                <w:rFonts w:ascii="Arial" w:hAnsi="Arial"/>
                <w:b w:val="0"/>
                <w:color w:val="000000"/>
                <w:sz w:val="19"/>
              </w:rPr>
              <w:t>13.23</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PA-9083</w:t>
            </w:r>
          </w:p>
        </w:tc>
        <w:tc>
          <w:tcPr>
            <w:tcW w:type="dxa" w:w="3437"/>
          </w:tcPr>
          <w:p>
            <w:r/>
            <w:r>
              <w:rPr>
                <w:rFonts w:ascii="Arial" w:hAnsi="Arial"/>
                <w:b w:val="0"/>
                <w:color w:val="000000"/>
                <w:sz w:val="19"/>
              </w:rPr>
              <w:t>0.79</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2-EHA</w:t>
            </w:r>
          </w:p>
        </w:tc>
        <w:tc>
          <w:tcPr>
            <w:tcW w:type="dxa" w:w="3437"/>
          </w:tcPr>
          <w:p>
            <w:r/>
            <w:r>
              <w:rPr>
                <w:rFonts w:ascii="Arial" w:hAnsi="Arial"/>
                <w:b w:val="0"/>
                <w:color w:val="000000"/>
                <w:sz w:val="19"/>
              </w:rPr>
              <w:t>4.72</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PI-1103</w:t>
            </w:r>
          </w:p>
        </w:tc>
        <w:tc>
          <w:tcPr>
            <w:tcW w:type="dxa" w:w="3437"/>
          </w:tcPr>
          <w:p>
            <w:r/>
            <w:r>
              <w:rPr>
                <w:rFonts w:ascii="Arial" w:hAnsi="Arial"/>
                <w:b w:val="0"/>
                <w:color w:val="000000"/>
                <w:sz w:val="19"/>
              </w:rPr>
              <w:t>3.79</w:t>
            </w:r>
          </w:p>
        </w:tc>
      </w:tr>
      <w:tr>
        <w:tc>
          <w:tcPr>
            <w:tcW w:type="dxa" w:w="3437"/>
          </w:tcPr>
          <w:p>
            <w:r/>
            <w:r>
              <w:rPr>
                <w:rFonts w:ascii="Arial" w:hAnsi="Arial"/>
                <w:b w:val="0"/>
                <w:color w:val="000000"/>
                <w:sz w:val="19"/>
              </w:rPr>
              <w:t>11</w:t>
            </w:r>
          </w:p>
        </w:tc>
        <w:tc>
          <w:tcPr>
            <w:tcW w:type="dxa" w:w="3437"/>
          </w:tcPr>
          <w:p>
            <w:r/>
            <w:r>
              <w:rPr>
                <w:rFonts w:ascii="Arial" w:hAnsi="Arial"/>
                <w:b w:val="0"/>
                <w:color w:val="000000"/>
                <w:sz w:val="19"/>
              </w:rPr>
              <w:t>TPO (1108)</w:t>
            </w:r>
          </w:p>
        </w:tc>
        <w:tc>
          <w:tcPr>
            <w:tcW w:type="dxa" w:w="3437"/>
          </w:tcPr>
          <w:p>
            <w:r/>
            <w:r>
              <w:rPr>
                <w:rFonts w:ascii="Arial" w:hAnsi="Arial"/>
                <w:b w:val="0"/>
                <w:color w:val="000000"/>
                <w:sz w:val="19"/>
              </w:rPr>
              <w:t>1.44</w:t>
            </w:r>
          </w:p>
        </w:tc>
      </w:tr>
      <w:tr>
        <w:tc>
          <w:tcPr>
            <w:tcW w:type="dxa" w:w="3437"/>
          </w:tcPr>
          <w:p>
            <w:r/>
            <w:r>
              <w:rPr>
                <w:rFonts w:ascii="Arial" w:hAnsi="Arial"/>
                <w:b w:val="0"/>
                <w:color w:val="000000"/>
                <w:sz w:val="19"/>
              </w:rPr>
              <w:t>12</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1.93</w:t>
            </w:r>
          </w:p>
        </w:tc>
      </w:tr>
      <w:tr>
        <w:tc>
          <w:tcPr>
            <w:tcW w:type="dxa" w:w="3437"/>
          </w:tcPr>
          <w:p>
            <w:r/>
            <w:r>
              <w:rPr>
                <w:rFonts w:ascii="Arial" w:hAnsi="Arial"/>
                <w:b w:val="0"/>
                <w:color w:val="000000"/>
                <w:sz w:val="19"/>
              </w:rPr>
              <w:t>13</w:t>
            </w:r>
          </w:p>
        </w:tc>
        <w:tc>
          <w:tcPr>
            <w:tcW w:type="dxa" w:w="3437"/>
          </w:tcPr>
          <w:p>
            <w:r/>
            <w:r>
              <w:rPr>
                <w:rFonts w:ascii="Arial" w:hAnsi="Arial"/>
                <w:b w:val="0"/>
                <w:color w:val="000000"/>
                <w:sz w:val="19"/>
              </w:rPr>
              <w:t>P220X (1-2XY)</w:t>
            </w:r>
          </w:p>
        </w:tc>
        <w:tc>
          <w:tcPr>
            <w:tcW w:type="dxa" w:w="3437"/>
          </w:tcPr>
          <w:p>
            <w:r/>
            <w:r>
              <w:rPr>
                <w:rFonts w:ascii="Arial" w:hAnsi="Arial"/>
                <w:b w:val="0"/>
                <w:color w:val="000000"/>
                <w:sz w:val="19"/>
              </w:rPr>
              <w:t>0.16</w:t>
            </w:r>
          </w:p>
        </w:tc>
      </w:tr>
      <w:tr>
        <w:tc>
          <w:tcPr>
            <w:tcW w:type="dxa" w:w="3437"/>
          </w:tcPr>
          <w:p>
            <w:r/>
            <w:r>
              <w:rPr>
                <w:rFonts w:ascii="Arial" w:hAnsi="Arial"/>
                <w:b w:val="0"/>
                <w:color w:val="000000"/>
                <w:sz w:val="19"/>
              </w:rPr>
              <w:t>14</w:t>
            </w:r>
          </w:p>
        </w:tc>
        <w:tc>
          <w:tcPr>
            <w:tcW w:type="dxa" w:w="3437"/>
          </w:tcPr>
          <w:p>
            <w:r/>
            <w:r>
              <w:rPr>
                <w:rFonts w:ascii="Arial" w:hAnsi="Arial"/>
                <w:b w:val="0"/>
                <w:color w:val="000000"/>
                <w:sz w:val="19"/>
              </w:rPr>
              <w:t>ĐEN MA 100 UV</w:t>
            </w:r>
          </w:p>
        </w:tc>
        <w:tc>
          <w:tcPr>
            <w:tcW w:type="dxa" w:w="3437"/>
          </w:tcPr>
          <w:p>
            <w:r/>
            <w:r>
              <w:rPr>
                <w:rFonts w:ascii="Arial" w:hAnsi="Arial"/>
                <w:b w:val="0"/>
                <w:color w:val="000000"/>
                <w:sz w:val="19"/>
              </w:rPr>
              <w:t>11.52</w:t>
            </w:r>
          </w:p>
        </w:tc>
      </w:tr>
      <w:tr>
        <w:tc>
          <w:tcPr>
            <w:tcW w:type="dxa" w:w="3437"/>
          </w:tcPr>
          <w:p>
            <w:r/>
            <w:r>
              <w:rPr>
                <w:rFonts w:ascii="Arial" w:hAnsi="Arial"/>
                <w:b w:val="0"/>
                <w:color w:val="000000"/>
                <w:sz w:val="19"/>
              </w:rPr>
              <w:t>15</w:t>
            </w:r>
          </w:p>
        </w:tc>
        <w:tc>
          <w:tcPr>
            <w:tcW w:type="dxa" w:w="3437"/>
          </w:tcPr>
          <w:p>
            <w:r/>
            <w:r>
              <w:rPr>
                <w:rFonts w:ascii="Arial" w:hAnsi="Arial"/>
                <w:b w:val="0"/>
                <w:color w:val="000000"/>
                <w:sz w:val="19"/>
              </w:rPr>
              <w:t>XANH DƯƠNG 4GA</w:t>
            </w:r>
          </w:p>
        </w:tc>
        <w:tc>
          <w:tcPr>
            <w:tcW w:type="dxa" w:w="3437"/>
          </w:tcPr>
          <w:p>
            <w:r/>
            <w:r>
              <w:rPr>
                <w:rFonts w:ascii="Arial" w:hAnsi="Arial"/>
                <w:b w:val="0"/>
                <w:color w:val="000000"/>
                <w:sz w:val="19"/>
              </w:rPr>
              <w:t>0.31</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99.99</w:t>
            </w:r>
          </w:p>
        </w:tc>
      </w:tr>
    </w:tbl>
    <w:p>
      <w:r>
        <w:rPr>
          <w:rFonts w:ascii="Arial" w:hAnsi="Arial"/>
          <w:b w:val="0"/>
          <w:color w:val="000000"/>
          <w:sz w:val="21"/>
        </w:rPr>
        <w:t>&gt; Vật liệu đã đổi: B-113→B-142P; EM-223→TPGDA; EM-265→DPHA-80; HE-421→B-142P</w:t>
      </w:r>
    </w:p>
    <w:p>
      <w:r>
        <w:rPr>
          <w:rFonts w:ascii="Arial" w:hAnsi="Arial"/>
          <w:b w:val="0"/>
          <w:color w:val="000000"/>
          <w:sz w:val="21"/>
        </w:rPr>
        <w:t>&gt; File gốc: BT_UV_2711_Black_Sealer_PHT.md — giữ nguyên mọi con số, chỉ đổi tên vật liệu.</w:t>
      </w:r>
    </w:p>
    <w:p>
      <w:pPr>
        <w:pStyle w:val="Heading2"/>
      </w:pPr>
      <w:r>
        <w:rPr>
          <w:rFonts w:ascii="Arial" w:hAnsi="Arial"/>
          <w:color w:val="000000"/>
          <w:sz w:val="21"/>
        </w:rPr>
        <w:t>Bo son test An Toan Hoa Chat</w:t>
      </w:r>
    </w:p>
    <w:p>
      <w:pPr>
        <w:pStyle w:val="Heading3"/>
      </w:pPr>
      <w:r>
        <w:rPr>
          <w:rFonts w:ascii="Arial" w:hAnsi="Arial"/>
          <w:color w:val="000000"/>
          <w:sz w:val="21"/>
        </w:rPr>
        <w:t>Bộ sơn test An Toàn Hoá Chất</w:t>
      </w:r>
    </w:p>
    <w:p>
      <w:pPr>
        <w:pStyle w:val="Heading4"/>
      </w:pPr>
      <w:r>
        <w:rPr>
          <w:rFonts w:ascii="Arial" w:hAnsi="Arial"/>
          <w:color w:val="000000"/>
          <w:sz w:val="21"/>
        </w:rPr>
        <w:t>Bóng 5% (test) — 3000g</w:t>
      </w:r>
    </w:p>
    <w:tbl>
      <w:tblPr>
        <w:tblStyle w:val="TableGrid"/>
        <w:tblW w:type="auto" w:w="0"/>
        <w:tblLook w:firstColumn="1" w:firstRow="1" w:lastColumn="0" w:lastRow="0" w:noHBand="0" w:noVBand="1" w:val="04A0"/>
      </w:tblPr>
      <w:tblGrid>
        <w:gridCol w:w="2578"/>
        <w:gridCol w:w="2578"/>
        <w:gridCol w:w="2578"/>
        <w:gridCol w:w="2578"/>
      </w:tblGrid>
      <w:tr>
        <w:tc>
          <w:tcPr>
            <w:tcW w:type="dxa" w:w="2578"/>
          </w:tcPr>
          <w:p>
            <w:r/>
            <w:r>
              <w:rPr>
                <w:rFonts w:ascii="Arial" w:hAnsi="Arial"/>
                <w:b/>
                <w:color w:val="000000"/>
                <w:sz w:val="19"/>
              </w:rPr>
              <w:t>STT</w:t>
            </w:r>
          </w:p>
        </w:tc>
        <w:tc>
          <w:tcPr>
            <w:tcW w:type="dxa" w:w="2578"/>
          </w:tcPr>
          <w:p>
            <w:r/>
            <w:r>
              <w:rPr>
                <w:rFonts w:ascii="Arial" w:hAnsi="Arial"/>
                <w:b/>
                <w:color w:val="000000"/>
                <w:sz w:val="19"/>
              </w:rPr>
              <w:t>Nguyên liệu</w:t>
            </w:r>
          </w:p>
        </w:tc>
        <w:tc>
          <w:tcPr>
            <w:tcW w:type="dxa" w:w="2578"/>
          </w:tcPr>
          <w:p>
            <w:r/>
            <w:r>
              <w:rPr>
                <w:rFonts w:ascii="Arial" w:hAnsi="Arial"/>
                <w:b/>
                <w:color w:val="000000"/>
                <w:sz w:val="19"/>
              </w:rPr>
              <w:t>%</w:t>
            </w:r>
          </w:p>
        </w:tc>
        <w:tc>
          <w:tcPr>
            <w:tcW w:type="dxa" w:w="2578"/>
          </w:tcPr>
          <w:p>
            <w:r/>
            <w:r>
              <w:rPr>
                <w:rFonts w:ascii="Arial" w:hAnsi="Arial"/>
                <w:b/>
                <w:color w:val="000000"/>
                <w:sz w:val="19"/>
              </w:rPr>
              <w:t>Khối lượng (g)</w:t>
            </w:r>
          </w:p>
        </w:tc>
      </w:tr>
      <w:tr>
        <w:tc>
          <w:tcPr>
            <w:tcW w:type="dxa" w:w="2578"/>
          </w:tcPr>
          <w:p>
            <w:r/>
            <w:r>
              <w:rPr>
                <w:rFonts w:ascii="Arial" w:hAnsi="Arial"/>
                <w:b w:val="0"/>
                <w:color w:val="000000"/>
                <w:sz w:val="19"/>
              </w:rPr>
              <w:t>1</w:t>
            </w:r>
          </w:p>
        </w:tc>
        <w:tc>
          <w:tcPr>
            <w:tcW w:type="dxa" w:w="2578"/>
          </w:tcPr>
          <w:p>
            <w:r/>
            <w:r>
              <w:rPr>
                <w:rFonts w:ascii="Arial" w:hAnsi="Arial"/>
                <w:b w:val="0"/>
                <w:color w:val="000000"/>
                <w:sz w:val="19"/>
              </w:rPr>
              <w:t>HE-421F (B-113)</w:t>
            </w:r>
          </w:p>
        </w:tc>
        <w:tc>
          <w:tcPr>
            <w:tcW w:type="dxa" w:w="2578"/>
          </w:tcPr>
          <w:p>
            <w:r/>
            <w:r>
              <w:rPr>
                <w:rFonts w:ascii="Arial" w:hAnsi="Arial"/>
                <w:b w:val="0"/>
                <w:color w:val="000000"/>
                <w:sz w:val="19"/>
              </w:rPr>
              <w:t>34.909</w:t>
            </w:r>
          </w:p>
        </w:tc>
        <w:tc>
          <w:tcPr>
            <w:tcW w:type="dxa" w:w="2578"/>
          </w:tcPr>
          <w:p>
            <w:r/>
            <w:r>
              <w:rPr>
                <w:rFonts w:ascii="Arial" w:hAnsi="Arial"/>
                <w:b w:val="0"/>
                <w:color w:val="000000"/>
                <w:sz w:val="19"/>
              </w:rPr>
              <w:t>1047.3</w:t>
            </w:r>
          </w:p>
        </w:tc>
      </w:tr>
      <w:tr>
        <w:tc>
          <w:tcPr>
            <w:tcW w:type="dxa" w:w="2578"/>
          </w:tcPr>
          <w:p>
            <w:r/>
            <w:r>
              <w:rPr>
                <w:rFonts w:ascii="Arial" w:hAnsi="Arial"/>
                <w:b w:val="0"/>
                <w:color w:val="000000"/>
                <w:sz w:val="19"/>
              </w:rPr>
              <w:t>2</w:t>
            </w:r>
          </w:p>
        </w:tc>
        <w:tc>
          <w:tcPr>
            <w:tcW w:type="dxa" w:w="2578"/>
          </w:tcPr>
          <w:p>
            <w:r/>
            <w:r>
              <w:rPr>
                <w:rFonts w:ascii="Arial" w:hAnsi="Arial"/>
                <w:b w:val="0"/>
                <w:color w:val="000000"/>
                <w:sz w:val="19"/>
              </w:rPr>
              <w:t>EM 231</w:t>
            </w:r>
          </w:p>
        </w:tc>
        <w:tc>
          <w:tcPr>
            <w:tcW w:type="dxa" w:w="2578"/>
          </w:tcPr>
          <w:p>
            <w:r/>
            <w:r>
              <w:rPr>
                <w:rFonts w:ascii="Arial" w:hAnsi="Arial"/>
                <w:b w:val="0"/>
                <w:color w:val="000000"/>
                <w:sz w:val="19"/>
              </w:rPr>
              <w:t>4.021</w:t>
            </w:r>
          </w:p>
        </w:tc>
        <w:tc>
          <w:tcPr>
            <w:tcW w:type="dxa" w:w="2578"/>
          </w:tcPr>
          <w:p>
            <w:r/>
            <w:r>
              <w:rPr>
                <w:rFonts w:ascii="Arial" w:hAnsi="Arial"/>
                <w:b w:val="0"/>
                <w:color w:val="000000"/>
                <w:sz w:val="19"/>
              </w:rPr>
              <w:t>120.6</w:t>
            </w:r>
          </w:p>
        </w:tc>
      </w:tr>
      <w:tr>
        <w:tc>
          <w:tcPr>
            <w:tcW w:type="dxa" w:w="2578"/>
          </w:tcPr>
          <w:p>
            <w:r/>
            <w:r>
              <w:rPr>
                <w:rFonts w:ascii="Arial" w:hAnsi="Arial"/>
                <w:b w:val="0"/>
                <w:color w:val="000000"/>
                <w:sz w:val="19"/>
              </w:rPr>
              <w:t>3</w:t>
            </w:r>
          </w:p>
        </w:tc>
        <w:tc>
          <w:tcPr>
            <w:tcW w:type="dxa" w:w="2578"/>
          </w:tcPr>
          <w:p>
            <w:r/>
            <w:r>
              <w:rPr>
                <w:rFonts w:ascii="Arial" w:hAnsi="Arial"/>
                <w:b w:val="0"/>
                <w:color w:val="000000"/>
                <w:sz w:val="19"/>
              </w:rPr>
              <w:t>EM 223</w:t>
            </w:r>
          </w:p>
        </w:tc>
        <w:tc>
          <w:tcPr>
            <w:tcW w:type="dxa" w:w="2578"/>
          </w:tcPr>
          <w:p>
            <w:r/>
            <w:r>
              <w:rPr>
                <w:rFonts w:ascii="Arial" w:hAnsi="Arial"/>
                <w:b w:val="0"/>
                <w:color w:val="000000"/>
                <w:sz w:val="19"/>
              </w:rPr>
              <w:t>5.682</w:t>
            </w:r>
          </w:p>
        </w:tc>
        <w:tc>
          <w:tcPr>
            <w:tcW w:type="dxa" w:w="2578"/>
          </w:tcPr>
          <w:p>
            <w:r/>
            <w:r>
              <w:rPr>
                <w:rFonts w:ascii="Arial" w:hAnsi="Arial"/>
                <w:b w:val="0"/>
                <w:color w:val="000000"/>
                <w:sz w:val="19"/>
              </w:rPr>
              <w:t>170.5</w:t>
            </w:r>
          </w:p>
        </w:tc>
      </w:tr>
      <w:tr>
        <w:tc>
          <w:tcPr>
            <w:tcW w:type="dxa" w:w="2578"/>
          </w:tcPr>
          <w:p>
            <w:r/>
            <w:r>
              <w:rPr>
                <w:rFonts w:ascii="Arial" w:hAnsi="Arial"/>
                <w:b w:val="0"/>
                <w:color w:val="000000"/>
                <w:sz w:val="19"/>
              </w:rPr>
              <w:t>4</w:t>
            </w:r>
          </w:p>
        </w:tc>
        <w:tc>
          <w:tcPr>
            <w:tcW w:type="dxa" w:w="2578"/>
          </w:tcPr>
          <w:p>
            <w:r/>
            <w:r>
              <w:rPr>
                <w:rFonts w:ascii="Arial" w:hAnsi="Arial"/>
                <w:b w:val="0"/>
                <w:color w:val="000000"/>
                <w:sz w:val="19"/>
              </w:rPr>
              <w:t>EM 221</w:t>
            </w:r>
          </w:p>
        </w:tc>
        <w:tc>
          <w:tcPr>
            <w:tcW w:type="dxa" w:w="2578"/>
          </w:tcPr>
          <w:p>
            <w:r/>
            <w:r>
              <w:rPr>
                <w:rFonts w:ascii="Arial" w:hAnsi="Arial"/>
                <w:b w:val="0"/>
                <w:color w:val="000000"/>
                <w:sz w:val="19"/>
              </w:rPr>
              <w:t>3.497</w:t>
            </w:r>
          </w:p>
        </w:tc>
        <w:tc>
          <w:tcPr>
            <w:tcW w:type="dxa" w:w="2578"/>
          </w:tcPr>
          <w:p>
            <w:r/>
            <w:r>
              <w:rPr>
                <w:rFonts w:ascii="Arial" w:hAnsi="Arial"/>
                <w:b w:val="0"/>
                <w:color w:val="000000"/>
                <w:sz w:val="19"/>
              </w:rPr>
              <w:t>104.9</w:t>
            </w:r>
          </w:p>
        </w:tc>
      </w:tr>
      <w:tr>
        <w:tc>
          <w:tcPr>
            <w:tcW w:type="dxa" w:w="2578"/>
          </w:tcPr>
          <w:p>
            <w:r/>
            <w:r>
              <w:rPr>
                <w:rFonts w:ascii="Arial" w:hAnsi="Arial"/>
                <w:b w:val="0"/>
                <w:color w:val="000000"/>
                <w:sz w:val="19"/>
              </w:rPr>
              <w:t>5</w:t>
            </w:r>
          </w:p>
        </w:tc>
        <w:tc>
          <w:tcPr>
            <w:tcW w:type="dxa" w:w="2578"/>
          </w:tcPr>
          <w:p>
            <w:r/>
            <w:r>
              <w:rPr>
                <w:rFonts w:ascii="Arial" w:hAnsi="Arial"/>
                <w:b w:val="0"/>
                <w:color w:val="000000"/>
                <w:sz w:val="19"/>
              </w:rPr>
              <w:t>BYK110</w:t>
            </w:r>
          </w:p>
        </w:tc>
        <w:tc>
          <w:tcPr>
            <w:tcW w:type="dxa" w:w="2578"/>
          </w:tcPr>
          <w:p>
            <w:r/>
            <w:r>
              <w:rPr>
                <w:rFonts w:ascii="Arial" w:hAnsi="Arial"/>
                <w:b w:val="0"/>
                <w:color w:val="000000"/>
                <w:sz w:val="19"/>
              </w:rPr>
              <w:t>1.748</w:t>
            </w:r>
          </w:p>
        </w:tc>
        <w:tc>
          <w:tcPr>
            <w:tcW w:type="dxa" w:w="2578"/>
          </w:tcPr>
          <w:p>
            <w:r/>
            <w:r>
              <w:rPr>
                <w:rFonts w:ascii="Arial" w:hAnsi="Arial"/>
                <w:b w:val="0"/>
                <w:color w:val="000000"/>
                <w:sz w:val="19"/>
              </w:rPr>
              <w:t>52.4</w:t>
            </w:r>
          </w:p>
        </w:tc>
      </w:tr>
      <w:tr>
        <w:tc>
          <w:tcPr>
            <w:tcW w:type="dxa" w:w="2578"/>
          </w:tcPr>
          <w:p>
            <w:r/>
            <w:r>
              <w:rPr>
                <w:rFonts w:ascii="Arial" w:hAnsi="Arial"/>
                <w:b w:val="0"/>
                <w:color w:val="000000"/>
                <w:sz w:val="19"/>
              </w:rPr>
              <w:t>6</w:t>
            </w:r>
          </w:p>
        </w:tc>
        <w:tc>
          <w:tcPr>
            <w:tcW w:type="dxa" w:w="2578"/>
          </w:tcPr>
          <w:p>
            <w:r/>
            <w:r>
              <w:rPr>
                <w:rFonts w:ascii="Arial" w:hAnsi="Arial"/>
                <w:b w:val="0"/>
                <w:color w:val="000000"/>
                <w:sz w:val="19"/>
              </w:rPr>
              <w:t>TM-2800</w:t>
            </w:r>
          </w:p>
        </w:tc>
        <w:tc>
          <w:tcPr>
            <w:tcW w:type="dxa" w:w="2578"/>
          </w:tcPr>
          <w:p>
            <w:r/>
            <w:r>
              <w:rPr>
                <w:rFonts w:ascii="Arial" w:hAnsi="Arial"/>
                <w:b w:val="0"/>
                <w:color w:val="000000"/>
                <w:sz w:val="19"/>
              </w:rPr>
              <w:t>9.091</w:t>
            </w:r>
          </w:p>
        </w:tc>
        <w:tc>
          <w:tcPr>
            <w:tcW w:type="dxa" w:w="2578"/>
          </w:tcPr>
          <w:p>
            <w:r/>
            <w:r>
              <w:rPr>
                <w:rFonts w:ascii="Arial" w:hAnsi="Arial"/>
                <w:b w:val="0"/>
                <w:color w:val="000000"/>
                <w:sz w:val="19"/>
              </w:rPr>
              <w:t>272.7</w:t>
            </w:r>
          </w:p>
        </w:tc>
      </w:tr>
      <w:tr>
        <w:tc>
          <w:tcPr>
            <w:tcW w:type="dxa" w:w="2578"/>
          </w:tcPr>
          <w:p>
            <w:r/>
            <w:r>
              <w:rPr>
                <w:rFonts w:ascii="Arial" w:hAnsi="Arial"/>
                <w:b w:val="0"/>
                <w:color w:val="000000"/>
                <w:sz w:val="19"/>
              </w:rPr>
              <w:t>7</w:t>
            </w:r>
          </w:p>
        </w:tc>
        <w:tc>
          <w:tcPr>
            <w:tcW w:type="dxa" w:w="2578"/>
          </w:tcPr>
          <w:p>
            <w:r/>
            <w:r>
              <w:rPr>
                <w:rFonts w:ascii="Arial" w:hAnsi="Arial"/>
                <w:b w:val="0"/>
                <w:color w:val="000000"/>
                <w:sz w:val="19"/>
              </w:rPr>
              <w:t>JH-10</w:t>
            </w:r>
          </w:p>
        </w:tc>
        <w:tc>
          <w:tcPr>
            <w:tcW w:type="dxa" w:w="2578"/>
          </w:tcPr>
          <w:p>
            <w:r/>
            <w:r>
              <w:rPr>
                <w:rFonts w:ascii="Arial" w:hAnsi="Arial"/>
                <w:b w:val="0"/>
                <w:color w:val="000000"/>
                <w:sz w:val="19"/>
              </w:rPr>
              <w:t>5.769</w:t>
            </w:r>
          </w:p>
        </w:tc>
        <w:tc>
          <w:tcPr>
            <w:tcW w:type="dxa" w:w="2578"/>
          </w:tcPr>
          <w:p>
            <w:r/>
            <w:r>
              <w:rPr>
                <w:rFonts w:ascii="Arial" w:hAnsi="Arial"/>
                <w:b w:val="0"/>
                <w:color w:val="000000"/>
                <w:sz w:val="19"/>
              </w:rPr>
              <w:t>173.1</w:t>
            </w:r>
          </w:p>
        </w:tc>
      </w:tr>
      <w:tr>
        <w:tc>
          <w:tcPr>
            <w:tcW w:type="dxa" w:w="2578"/>
          </w:tcPr>
          <w:p>
            <w:r/>
            <w:r>
              <w:rPr>
                <w:rFonts w:ascii="Arial" w:hAnsi="Arial"/>
                <w:b w:val="0"/>
                <w:color w:val="000000"/>
                <w:sz w:val="19"/>
              </w:rPr>
              <w:t>8</w:t>
            </w:r>
          </w:p>
        </w:tc>
        <w:tc>
          <w:tcPr>
            <w:tcW w:type="dxa" w:w="2578"/>
          </w:tcPr>
          <w:p>
            <w:r/>
            <w:r>
              <w:rPr>
                <w:rFonts w:ascii="Arial" w:hAnsi="Arial"/>
                <w:b w:val="0"/>
                <w:color w:val="000000"/>
                <w:sz w:val="19"/>
              </w:rPr>
              <w:t>RAD 2105</w:t>
            </w:r>
          </w:p>
        </w:tc>
        <w:tc>
          <w:tcPr>
            <w:tcW w:type="dxa" w:w="2578"/>
          </w:tcPr>
          <w:p>
            <w:r/>
            <w:r>
              <w:rPr>
                <w:rFonts w:ascii="Arial" w:hAnsi="Arial"/>
                <w:b w:val="0"/>
                <w:color w:val="000000"/>
                <w:sz w:val="19"/>
              </w:rPr>
              <w:t>5.157</w:t>
            </w:r>
          </w:p>
        </w:tc>
        <w:tc>
          <w:tcPr>
            <w:tcW w:type="dxa" w:w="2578"/>
          </w:tcPr>
          <w:p>
            <w:r/>
            <w:r>
              <w:rPr>
                <w:rFonts w:ascii="Arial" w:hAnsi="Arial"/>
                <w:b w:val="0"/>
                <w:color w:val="000000"/>
                <w:sz w:val="19"/>
              </w:rPr>
              <w:t>154.7</w:t>
            </w:r>
          </w:p>
        </w:tc>
      </w:tr>
      <w:tr>
        <w:tc>
          <w:tcPr>
            <w:tcW w:type="dxa" w:w="2578"/>
          </w:tcPr>
          <w:p>
            <w:r/>
            <w:r>
              <w:rPr>
                <w:rFonts w:ascii="Arial" w:hAnsi="Arial"/>
                <w:b w:val="0"/>
                <w:color w:val="000000"/>
                <w:sz w:val="19"/>
              </w:rPr>
              <w:t>9</w:t>
            </w:r>
          </w:p>
        </w:tc>
        <w:tc>
          <w:tcPr>
            <w:tcW w:type="dxa" w:w="2578"/>
          </w:tcPr>
          <w:p>
            <w:r/>
            <w:r>
              <w:rPr>
                <w:rFonts w:ascii="Arial" w:hAnsi="Arial"/>
                <w:b w:val="0"/>
                <w:color w:val="000000"/>
                <w:sz w:val="19"/>
              </w:rPr>
              <w:t>Silica-3000</w:t>
            </w:r>
          </w:p>
        </w:tc>
        <w:tc>
          <w:tcPr>
            <w:tcW w:type="dxa" w:w="2578"/>
          </w:tcPr>
          <w:p>
            <w:r/>
            <w:r>
              <w:rPr>
                <w:rFonts w:ascii="Arial" w:hAnsi="Arial"/>
                <w:b w:val="0"/>
                <w:color w:val="000000"/>
                <w:sz w:val="19"/>
              </w:rPr>
              <w:t>13.811</w:t>
            </w:r>
          </w:p>
        </w:tc>
        <w:tc>
          <w:tcPr>
            <w:tcW w:type="dxa" w:w="2578"/>
          </w:tcPr>
          <w:p>
            <w:r/>
            <w:r>
              <w:rPr>
                <w:rFonts w:ascii="Arial" w:hAnsi="Arial"/>
                <w:b w:val="0"/>
                <w:color w:val="000000"/>
                <w:sz w:val="19"/>
              </w:rPr>
              <w:t>414.3</w:t>
            </w:r>
          </w:p>
        </w:tc>
      </w:tr>
      <w:tr>
        <w:tc>
          <w:tcPr>
            <w:tcW w:type="dxa" w:w="2578"/>
          </w:tcPr>
          <w:p>
            <w:r/>
            <w:r>
              <w:rPr>
                <w:rFonts w:ascii="Arial" w:hAnsi="Arial"/>
                <w:b w:val="0"/>
                <w:color w:val="000000"/>
                <w:sz w:val="19"/>
              </w:rPr>
              <w:t>10</w:t>
            </w:r>
          </w:p>
        </w:tc>
        <w:tc>
          <w:tcPr>
            <w:tcW w:type="dxa" w:w="2578"/>
          </w:tcPr>
          <w:p>
            <w:r/>
            <w:r>
              <w:rPr>
                <w:rFonts w:ascii="Arial" w:hAnsi="Arial"/>
                <w:b w:val="0"/>
                <w:color w:val="000000"/>
                <w:sz w:val="19"/>
              </w:rPr>
              <w:t>ED30</w:t>
            </w:r>
          </w:p>
        </w:tc>
        <w:tc>
          <w:tcPr>
            <w:tcW w:type="dxa" w:w="2578"/>
          </w:tcPr>
          <w:p>
            <w:r/>
            <w:r>
              <w:rPr>
                <w:rFonts w:ascii="Arial" w:hAnsi="Arial"/>
                <w:b w:val="0"/>
                <w:color w:val="000000"/>
                <w:sz w:val="19"/>
              </w:rPr>
              <w:t>3.059</w:t>
            </w:r>
          </w:p>
        </w:tc>
        <w:tc>
          <w:tcPr>
            <w:tcW w:type="dxa" w:w="2578"/>
          </w:tcPr>
          <w:p>
            <w:r/>
            <w:r>
              <w:rPr>
                <w:rFonts w:ascii="Arial" w:hAnsi="Arial"/>
                <w:b w:val="0"/>
                <w:color w:val="000000"/>
                <w:sz w:val="19"/>
              </w:rPr>
              <w:t>91.8</w:t>
            </w:r>
          </w:p>
        </w:tc>
      </w:tr>
      <w:tr>
        <w:tc>
          <w:tcPr>
            <w:tcW w:type="dxa" w:w="2578"/>
          </w:tcPr>
          <w:p>
            <w:r/>
            <w:r>
              <w:rPr>
                <w:rFonts w:ascii="Arial" w:hAnsi="Arial"/>
                <w:b w:val="0"/>
                <w:color w:val="000000"/>
                <w:sz w:val="19"/>
              </w:rPr>
              <w:t>11</w:t>
            </w:r>
          </w:p>
        </w:tc>
        <w:tc>
          <w:tcPr>
            <w:tcW w:type="dxa" w:w="2578"/>
          </w:tcPr>
          <w:p>
            <w:r/>
            <w:r>
              <w:rPr>
                <w:rFonts w:ascii="Arial" w:hAnsi="Arial"/>
                <w:b w:val="0"/>
                <w:color w:val="000000"/>
                <w:sz w:val="19"/>
              </w:rPr>
              <w:t>WAx-8120</w:t>
            </w:r>
          </w:p>
        </w:tc>
        <w:tc>
          <w:tcPr>
            <w:tcW w:type="dxa" w:w="2578"/>
          </w:tcPr>
          <w:p>
            <w:r/>
            <w:r>
              <w:rPr>
                <w:rFonts w:ascii="Arial" w:hAnsi="Arial"/>
                <w:b w:val="0"/>
                <w:color w:val="000000"/>
                <w:sz w:val="19"/>
              </w:rPr>
              <w:t>2.622</w:t>
            </w:r>
          </w:p>
        </w:tc>
        <w:tc>
          <w:tcPr>
            <w:tcW w:type="dxa" w:w="2578"/>
          </w:tcPr>
          <w:p>
            <w:r/>
            <w:r>
              <w:rPr>
                <w:rFonts w:ascii="Arial" w:hAnsi="Arial"/>
                <w:b w:val="0"/>
                <w:color w:val="000000"/>
                <w:sz w:val="19"/>
              </w:rPr>
              <w:t>78.7</w:t>
            </w:r>
          </w:p>
        </w:tc>
      </w:tr>
      <w:tr>
        <w:tc>
          <w:tcPr>
            <w:tcW w:type="dxa" w:w="2578"/>
          </w:tcPr>
          <w:p>
            <w:r/>
            <w:r>
              <w:rPr>
                <w:rFonts w:ascii="Arial" w:hAnsi="Arial"/>
                <w:b w:val="0"/>
                <w:color w:val="000000"/>
                <w:sz w:val="19"/>
              </w:rPr>
              <w:t>12</w:t>
            </w:r>
          </w:p>
        </w:tc>
        <w:tc>
          <w:tcPr>
            <w:tcW w:type="dxa" w:w="2578"/>
          </w:tcPr>
          <w:p>
            <w:r/>
            <w:r>
              <w:rPr>
                <w:rFonts w:ascii="Arial" w:hAnsi="Arial"/>
                <w:b w:val="0"/>
                <w:color w:val="000000"/>
                <w:sz w:val="19"/>
              </w:rPr>
              <w:t>EM221</w:t>
            </w:r>
          </w:p>
        </w:tc>
        <w:tc>
          <w:tcPr>
            <w:tcW w:type="dxa" w:w="2578"/>
          </w:tcPr>
          <w:p>
            <w:r/>
            <w:r>
              <w:rPr>
                <w:rFonts w:ascii="Arial" w:hAnsi="Arial"/>
                <w:b w:val="0"/>
                <w:color w:val="000000"/>
                <w:sz w:val="19"/>
              </w:rPr>
              <w:t>6.643</w:t>
            </w:r>
          </w:p>
        </w:tc>
        <w:tc>
          <w:tcPr>
            <w:tcW w:type="dxa" w:w="2578"/>
          </w:tcPr>
          <w:p>
            <w:r/>
            <w:r>
              <w:rPr>
                <w:rFonts w:ascii="Arial" w:hAnsi="Arial"/>
                <w:b w:val="0"/>
                <w:color w:val="000000"/>
                <w:sz w:val="19"/>
              </w:rPr>
              <w:t>199.3</w:t>
            </w:r>
          </w:p>
        </w:tc>
      </w:tr>
      <w:tr>
        <w:tc>
          <w:tcPr>
            <w:tcW w:type="dxa" w:w="2578"/>
          </w:tcPr>
          <w:p>
            <w:r/>
            <w:r>
              <w:rPr>
                <w:rFonts w:ascii="Arial" w:hAnsi="Arial"/>
                <w:b w:val="0"/>
                <w:color w:val="000000"/>
                <w:sz w:val="19"/>
              </w:rPr>
              <w:t>13</w:t>
            </w:r>
          </w:p>
        </w:tc>
        <w:tc>
          <w:tcPr>
            <w:tcW w:type="dxa" w:w="2578"/>
          </w:tcPr>
          <w:p>
            <w:r/>
            <w:r>
              <w:rPr>
                <w:rFonts w:ascii="Arial" w:hAnsi="Arial"/>
                <w:b w:val="0"/>
                <w:color w:val="000000"/>
                <w:sz w:val="19"/>
              </w:rPr>
              <w:t>PI184</w:t>
            </w:r>
          </w:p>
        </w:tc>
        <w:tc>
          <w:tcPr>
            <w:tcW w:type="dxa" w:w="2578"/>
          </w:tcPr>
          <w:p>
            <w:r/>
            <w:r>
              <w:rPr>
                <w:rFonts w:ascii="Arial" w:hAnsi="Arial"/>
                <w:b w:val="0"/>
                <w:color w:val="000000"/>
                <w:sz w:val="19"/>
              </w:rPr>
              <w:t>3.990</w:t>
            </w:r>
          </w:p>
        </w:tc>
        <w:tc>
          <w:tcPr>
            <w:tcW w:type="dxa" w:w="2578"/>
          </w:tcPr>
          <w:p>
            <w:r/>
            <w:r>
              <w:rPr>
                <w:rFonts w:ascii="Arial" w:hAnsi="Arial"/>
                <w:b w:val="0"/>
                <w:color w:val="000000"/>
                <w:sz w:val="19"/>
              </w:rPr>
              <w:t>119.7</w:t>
            </w:r>
          </w:p>
        </w:tc>
      </w:tr>
      <w:tr>
        <w:tc>
          <w:tcPr>
            <w:tcW w:type="dxa" w:w="2578"/>
          </w:tcPr>
          <w:p>
            <w:r/>
            <w:r>
              <w:rPr>
                <w:rFonts w:ascii="Arial" w:hAnsi="Arial"/>
                <w:b w:val="0"/>
                <w:color w:val="000000"/>
                <w:sz w:val="19"/>
              </w:rPr>
            </w:r>
          </w:p>
        </w:tc>
        <w:tc>
          <w:tcPr>
            <w:tcW w:type="dxa" w:w="2578"/>
          </w:tcPr>
          <w:p>
            <w:r/>
            <w:r>
              <w:rPr>
                <w:rFonts w:ascii="Arial" w:hAnsi="Arial"/>
                <w:b w:val="0"/>
                <w:color w:val="000000"/>
                <w:sz w:val="19"/>
              </w:rPr>
              <w:t>Tổng</w:t>
            </w:r>
          </w:p>
        </w:tc>
        <w:tc>
          <w:tcPr>
            <w:tcW w:type="dxa" w:w="2578"/>
          </w:tcPr>
          <w:p>
            <w:r/>
            <w:r>
              <w:rPr>
                <w:rFonts w:ascii="Arial" w:hAnsi="Arial"/>
                <w:b w:val="0"/>
                <w:color w:val="000000"/>
                <w:sz w:val="19"/>
              </w:rPr>
              <w:t>100.000</w:t>
            </w:r>
          </w:p>
        </w:tc>
        <w:tc>
          <w:tcPr>
            <w:tcW w:type="dxa" w:w="2578"/>
          </w:tcPr>
          <w:p>
            <w:r/>
            <w:r>
              <w:rPr>
                <w:rFonts w:ascii="Arial" w:hAnsi="Arial"/>
                <w:b w:val="0"/>
                <w:color w:val="000000"/>
                <w:sz w:val="19"/>
              </w:rPr>
              <w:t>3000.0</w:t>
            </w:r>
          </w:p>
        </w:tc>
      </w:tr>
    </w:tbl>
    <w:p>
      <w:r>
        <w:rPr>
          <w:rFonts w:ascii="Arial" w:hAnsi="Arial"/>
          <w:b w:val="0"/>
          <w:color w:val="000000"/>
          <w:sz w:val="21"/>
        </w:rPr>
        <w:t>---</w:t>
      </w:r>
    </w:p>
    <w:p>
      <w:pPr>
        <w:pStyle w:val="Heading4"/>
      </w:pPr>
      <w:r>
        <w:rPr>
          <w:rFonts w:ascii="Arial" w:hAnsi="Arial"/>
          <w:color w:val="000000"/>
          <w:sz w:val="21"/>
        </w:rPr>
        <w:t>Bóng Clear Test — 2000g</w:t>
      </w:r>
    </w:p>
    <w:tbl>
      <w:tblPr>
        <w:tblStyle w:val="TableGrid"/>
        <w:tblW w:type="auto" w:w="0"/>
        <w:tblLook w:firstColumn="1" w:firstRow="1" w:lastColumn="0" w:lastRow="0" w:noHBand="0" w:noVBand="1" w:val="04A0"/>
      </w:tblPr>
      <w:tblGrid>
        <w:gridCol w:w="2578"/>
        <w:gridCol w:w="2578"/>
        <w:gridCol w:w="2578"/>
        <w:gridCol w:w="2578"/>
      </w:tblGrid>
      <w:tr>
        <w:tc>
          <w:tcPr>
            <w:tcW w:type="dxa" w:w="2578"/>
          </w:tcPr>
          <w:p>
            <w:r/>
            <w:r>
              <w:rPr>
                <w:rFonts w:ascii="Arial" w:hAnsi="Arial"/>
                <w:b/>
                <w:color w:val="000000"/>
                <w:sz w:val="19"/>
              </w:rPr>
              <w:t>STT</w:t>
            </w:r>
          </w:p>
        </w:tc>
        <w:tc>
          <w:tcPr>
            <w:tcW w:type="dxa" w:w="2578"/>
          </w:tcPr>
          <w:p>
            <w:r/>
            <w:r>
              <w:rPr>
                <w:rFonts w:ascii="Arial" w:hAnsi="Arial"/>
                <w:b/>
                <w:color w:val="000000"/>
                <w:sz w:val="19"/>
              </w:rPr>
              <w:t>Nguyên liệu</w:t>
            </w:r>
          </w:p>
        </w:tc>
        <w:tc>
          <w:tcPr>
            <w:tcW w:type="dxa" w:w="2578"/>
          </w:tcPr>
          <w:p>
            <w:r/>
            <w:r>
              <w:rPr>
                <w:rFonts w:ascii="Arial" w:hAnsi="Arial"/>
                <w:b/>
                <w:color w:val="000000"/>
                <w:sz w:val="19"/>
              </w:rPr>
              <w:t>%</w:t>
            </w:r>
          </w:p>
        </w:tc>
        <w:tc>
          <w:tcPr>
            <w:tcW w:type="dxa" w:w="2578"/>
          </w:tcPr>
          <w:p>
            <w:r/>
            <w:r>
              <w:rPr>
                <w:rFonts w:ascii="Arial" w:hAnsi="Arial"/>
                <w:b/>
                <w:color w:val="000000"/>
                <w:sz w:val="19"/>
              </w:rPr>
              <w:t>Khối lượng (g)</w:t>
            </w:r>
          </w:p>
        </w:tc>
      </w:tr>
      <w:tr>
        <w:tc>
          <w:tcPr>
            <w:tcW w:type="dxa" w:w="2578"/>
          </w:tcPr>
          <w:p>
            <w:r/>
            <w:r>
              <w:rPr>
                <w:rFonts w:ascii="Arial" w:hAnsi="Arial"/>
                <w:b w:val="0"/>
                <w:color w:val="000000"/>
                <w:sz w:val="19"/>
              </w:rPr>
              <w:t>1</w:t>
            </w:r>
          </w:p>
        </w:tc>
        <w:tc>
          <w:tcPr>
            <w:tcW w:type="dxa" w:w="2578"/>
          </w:tcPr>
          <w:p>
            <w:r/>
            <w:r>
              <w:rPr>
                <w:rFonts w:ascii="Arial" w:hAnsi="Arial"/>
                <w:b w:val="0"/>
                <w:color w:val="000000"/>
                <w:sz w:val="19"/>
              </w:rPr>
              <w:t>HE-421F (B-113)</w:t>
            </w:r>
          </w:p>
        </w:tc>
        <w:tc>
          <w:tcPr>
            <w:tcW w:type="dxa" w:w="2578"/>
          </w:tcPr>
          <w:p>
            <w:r/>
            <w:r>
              <w:rPr>
                <w:rFonts w:ascii="Arial" w:hAnsi="Arial"/>
                <w:b w:val="0"/>
                <w:color w:val="000000"/>
                <w:sz w:val="19"/>
              </w:rPr>
              <w:t>87.65</w:t>
            </w:r>
          </w:p>
        </w:tc>
        <w:tc>
          <w:tcPr>
            <w:tcW w:type="dxa" w:w="2578"/>
          </w:tcPr>
          <w:p>
            <w:r/>
            <w:r>
              <w:rPr>
                <w:rFonts w:ascii="Arial" w:hAnsi="Arial"/>
                <w:b w:val="0"/>
                <w:color w:val="000000"/>
                <w:sz w:val="19"/>
              </w:rPr>
              <w:t>1753.03</w:t>
            </w:r>
          </w:p>
        </w:tc>
      </w:tr>
      <w:tr>
        <w:tc>
          <w:tcPr>
            <w:tcW w:type="dxa" w:w="2578"/>
          </w:tcPr>
          <w:p>
            <w:r/>
            <w:r>
              <w:rPr>
                <w:rFonts w:ascii="Arial" w:hAnsi="Arial"/>
                <w:b w:val="0"/>
                <w:color w:val="000000"/>
                <w:sz w:val="19"/>
              </w:rPr>
              <w:t>2</w:t>
            </w:r>
          </w:p>
        </w:tc>
        <w:tc>
          <w:tcPr>
            <w:tcW w:type="dxa" w:w="2578"/>
          </w:tcPr>
          <w:p>
            <w:r/>
            <w:r>
              <w:rPr>
                <w:rFonts w:ascii="Arial" w:hAnsi="Arial"/>
                <w:b w:val="0"/>
                <w:color w:val="000000"/>
                <w:sz w:val="19"/>
              </w:rPr>
              <w:t>EM 231</w:t>
            </w:r>
          </w:p>
        </w:tc>
        <w:tc>
          <w:tcPr>
            <w:tcW w:type="dxa" w:w="2578"/>
          </w:tcPr>
          <w:p>
            <w:r/>
            <w:r>
              <w:rPr>
                <w:rFonts w:ascii="Arial" w:hAnsi="Arial"/>
                <w:b w:val="0"/>
                <w:color w:val="000000"/>
                <w:sz w:val="19"/>
              </w:rPr>
              <w:t>9.35</w:t>
            </w:r>
          </w:p>
        </w:tc>
        <w:tc>
          <w:tcPr>
            <w:tcW w:type="dxa" w:w="2578"/>
          </w:tcPr>
          <w:p>
            <w:r/>
            <w:r>
              <w:rPr>
                <w:rFonts w:ascii="Arial" w:hAnsi="Arial"/>
                <w:b w:val="0"/>
                <w:color w:val="000000"/>
                <w:sz w:val="19"/>
              </w:rPr>
              <w:t>186.98</w:t>
            </w:r>
          </w:p>
        </w:tc>
      </w:tr>
      <w:tr>
        <w:tc>
          <w:tcPr>
            <w:tcW w:type="dxa" w:w="2578"/>
          </w:tcPr>
          <w:p>
            <w:r/>
            <w:r>
              <w:rPr>
                <w:rFonts w:ascii="Arial" w:hAnsi="Arial"/>
                <w:b w:val="0"/>
                <w:color w:val="000000"/>
                <w:sz w:val="19"/>
              </w:rPr>
              <w:t>3</w:t>
            </w:r>
          </w:p>
        </w:tc>
        <w:tc>
          <w:tcPr>
            <w:tcW w:type="dxa" w:w="2578"/>
          </w:tcPr>
          <w:p>
            <w:r/>
            <w:r>
              <w:rPr>
                <w:rFonts w:ascii="Arial" w:hAnsi="Arial"/>
                <w:b w:val="0"/>
                <w:color w:val="000000"/>
                <w:sz w:val="19"/>
              </w:rPr>
              <w:t>PI184</w:t>
            </w:r>
          </w:p>
        </w:tc>
        <w:tc>
          <w:tcPr>
            <w:tcW w:type="dxa" w:w="2578"/>
          </w:tcPr>
          <w:p>
            <w:r/>
            <w:r>
              <w:rPr>
                <w:rFonts w:ascii="Arial" w:hAnsi="Arial"/>
                <w:b w:val="0"/>
                <w:color w:val="000000"/>
                <w:sz w:val="19"/>
              </w:rPr>
              <w:t>3.00</w:t>
            </w:r>
          </w:p>
        </w:tc>
        <w:tc>
          <w:tcPr>
            <w:tcW w:type="dxa" w:w="2578"/>
          </w:tcPr>
          <w:p>
            <w:r/>
            <w:r>
              <w:rPr>
                <w:rFonts w:ascii="Arial" w:hAnsi="Arial"/>
                <w:b w:val="0"/>
                <w:color w:val="000000"/>
                <w:sz w:val="19"/>
              </w:rPr>
              <w:t>59.99</w:t>
            </w:r>
          </w:p>
        </w:tc>
      </w:tr>
      <w:tr>
        <w:tc>
          <w:tcPr>
            <w:tcW w:type="dxa" w:w="2578"/>
          </w:tcPr>
          <w:p>
            <w:r/>
            <w:r>
              <w:rPr>
                <w:rFonts w:ascii="Arial" w:hAnsi="Arial"/>
                <w:b w:val="0"/>
                <w:color w:val="000000"/>
                <w:sz w:val="19"/>
              </w:rPr>
            </w:r>
          </w:p>
        </w:tc>
        <w:tc>
          <w:tcPr>
            <w:tcW w:type="dxa" w:w="2578"/>
          </w:tcPr>
          <w:p>
            <w:r/>
            <w:r>
              <w:rPr>
                <w:rFonts w:ascii="Arial" w:hAnsi="Arial"/>
                <w:b w:val="0"/>
                <w:color w:val="000000"/>
                <w:sz w:val="19"/>
              </w:rPr>
              <w:t>Tổng</w:t>
            </w:r>
          </w:p>
        </w:tc>
        <w:tc>
          <w:tcPr>
            <w:tcW w:type="dxa" w:w="2578"/>
          </w:tcPr>
          <w:p>
            <w:r/>
            <w:r>
              <w:rPr>
                <w:rFonts w:ascii="Arial" w:hAnsi="Arial"/>
                <w:b w:val="0"/>
                <w:color w:val="000000"/>
                <w:sz w:val="19"/>
              </w:rPr>
              <w:t>100.00</w:t>
            </w:r>
          </w:p>
        </w:tc>
        <w:tc>
          <w:tcPr>
            <w:tcW w:type="dxa" w:w="2578"/>
          </w:tcPr>
          <w:p>
            <w:r/>
            <w:r>
              <w:rPr>
                <w:rFonts w:ascii="Arial" w:hAnsi="Arial"/>
                <w:b w:val="0"/>
                <w:color w:val="000000"/>
                <w:sz w:val="19"/>
              </w:rPr>
              <w:t>2000.00</w:t>
            </w:r>
          </w:p>
        </w:tc>
      </w:tr>
    </w:tbl>
    <w:p>
      <w:r>
        <w:rPr>
          <w:rFonts w:ascii="Arial" w:hAnsi="Arial"/>
          <w:b w:val="0"/>
          <w:color w:val="000000"/>
          <w:sz w:val="21"/>
        </w:rPr>
        <w:t>---</w:t>
      </w:r>
    </w:p>
    <w:p>
      <w:pPr>
        <w:pStyle w:val="Heading4"/>
      </w:pPr>
      <w:r>
        <w:rPr>
          <w:rFonts w:ascii="Arial" w:hAnsi="Arial"/>
          <w:color w:val="000000"/>
          <w:sz w:val="21"/>
        </w:rPr>
        <w:t>Lót Test — 5000g</w:t>
      </w:r>
    </w:p>
    <w:tbl>
      <w:tblPr>
        <w:tblStyle w:val="TableGrid"/>
        <w:tblW w:type="auto" w:w="0"/>
        <w:tblLook w:firstColumn="1" w:firstRow="1" w:lastColumn="0" w:lastRow="0" w:noHBand="0" w:noVBand="1" w:val="04A0"/>
      </w:tblPr>
      <w:tblGrid>
        <w:gridCol w:w="2578"/>
        <w:gridCol w:w="2578"/>
        <w:gridCol w:w="2578"/>
        <w:gridCol w:w="2578"/>
      </w:tblGrid>
      <w:tr>
        <w:tc>
          <w:tcPr>
            <w:tcW w:type="dxa" w:w="2578"/>
          </w:tcPr>
          <w:p>
            <w:r/>
            <w:r>
              <w:rPr>
                <w:rFonts w:ascii="Arial" w:hAnsi="Arial"/>
                <w:b/>
                <w:color w:val="000000"/>
                <w:sz w:val="19"/>
              </w:rPr>
              <w:t>STT</w:t>
            </w:r>
          </w:p>
        </w:tc>
        <w:tc>
          <w:tcPr>
            <w:tcW w:type="dxa" w:w="2578"/>
          </w:tcPr>
          <w:p>
            <w:r/>
            <w:r>
              <w:rPr>
                <w:rFonts w:ascii="Arial" w:hAnsi="Arial"/>
                <w:b/>
                <w:color w:val="000000"/>
                <w:sz w:val="19"/>
              </w:rPr>
              <w:t>Nguyên liệu</w:t>
            </w:r>
          </w:p>
        </w:tc>
        <w:tc>
          <w:tcPr>
            <w:tcW w:type="dxa" w:w="2578"/>
          </w:tcPr>
          <w:p>
            <w:r/>
            <w:r>
              <w:rPr>
                <w:rFonts w:ascii="Arial" w:hAnsi="Arial"/>
                <w:b/>
                <w:color w:val="000000"/>
                <w:sz w:val="19"/>
              </w:rPr>
              <w:t>%</w:t>
            </w:r>
          </w:p>
        </w:tc>
        <w:tc>
          <w:tcPr>
            <w:tcW w:type="dxa" w:w="2578"/>
          </w:tcPr>
          <w:p>
            <w:r/>
            <w:r>
              <w:rPr>
                <w:rFonts w:ascii="Arial" w:hAnsi="Arial"/>
                <w:b/>
                <w:color w:val="000000"/>
                <w:sz w:val="19"/>
              </w:rPr>
              <w:t>Khối lượng (g)</w:t>
            </w:r>
          </w:p>
        </w:tc>
      </w:tr>
      <w:tr>
        <w:tc>
          <w:tcPr>
            <w:tcW w:type="dxa" w:w="2578"/>
          </w:tcPr>
          <w:p>
            <w:r/>
            <w:r>
              <w:rPr>
                <w:rFonts w:ascii="Arial" w:hAnsi="Arial"/>
                <w:b w:val="0"/>
                <w:color w:val="000000"/>
                <w:sz w:val="19"/>
              </w:rPr>
              <w:t>1</w:t>
            </w:r>
          </w:p>
        </w:tc>
        <w:tc>
          <w:tcPr>
            <w:tcW w:type="dxa" w:w="2578"/>
          </w:tcPr>
          <w:p>
            <w:r/>
            <w:r>
              <w:rPr>
                <w:rFonts w:ascii="Arial" w:hAnsi="Arial"/>
                <w:b w:val="0"/>
                <w:color w:val="000000"/>
                <w:sz w:val="19"/>
              </w:rPr>
              <w:t>B113</w:t>
            </w:r>
          </w:p>
        </w:tc>
        <w:tc>
          <w:tcPr>
            <w:tcW w:type="dxa" w:w="2578"/>
          </w:tcPr>
          <w:p>
            <w:r/>
            <w:r>
              <w:rPr>
                <w:rFonts w:ascii="Arial" w:hAnsi="Arial"/>
                <w:b w:val="0"/>
                <w:color w:val="000000"/>
                <w:sz w:val="19"/>
              </w:rPr>
              <w:t>49.8</w:t>
            </w:r>
          </w:p>
        </w:tc>
        <w:tc>
          <w:tcPr>
            <w:tcW w:type="dxa" w:w="2578"/>
          </w:tcPr>
          <w:p>
            <w:r/>
            <w:r>
              <w:rPr>
                <w:rFonts w:ascii="Arial" w:hAnsi="Arial"/>
                <w:b w:val="0"/>
                <w:color w:val="000000"/>
                <w:sz w:val="19"/>
              </w:rPr>
              <w:t>2489.20</w:t>
            </w:r>
          </w:p>
        </w:tc>
      </w:tr>
      <w:tr>
        <w:tc>
          <w:tcPr>
            <w:tcW w:type="dxa" w:w="2578"/>
          </w:tcPr>
          <w:p>
            <w:r/>
            <w:r>
              <w:rPr>
                <w:rFonts w:ascii="Arial" w:hAnsi="Arial"/>
                <w:b w:val="0"/>
                <w:color w:val="000000"/>
                <w:sz w:val="19"/>
              </w:rPr>
              <w:t>2</w:t>
            </w:r>
          </w:p>
        </w:tc>
        <w:tc>
          <w:tcPr>
            <w:tcW w:type="dxa" w:w="2578"/>
          </w:tcPr>
          <w:p>
            <w:r/>
            <w:r>
              <w:rPr>
                <w:rFonts w:ascii="Arial" w:hAnsi="Arial"/>
                <w:b w:val="0"/>
                <w:color w:val="000000"/>
                <w:sz w:val="19"/>
              </w:rPr>
              <w:t>EM 223</w:t>
            </w:r>
          </w:p>
        </w:tc>
        <w:tc>
          <w:tcPr>
            <w:tcW w:type="dxa" w:w="2578"/>
          </w:tcPr>
          <w:p>
            <w:r/>
            <w:r>
              <w:rPr>
                <w:rFonts w:ascii="Arial" w:hAnsi="Arial"/>
                <w:b w:val="0"/>
                <w:color w:val="000000"/>
                <w:sz w:val="19"/>
              </w:rPr>
              <w:t>9.3</w:t>
            </w:r>
          </w:p>
        </w:tc>
        <w:tc>
          <w:tcPr>
            <w:tcW w:type="dxa" w:w="2578"/>
          </w:tcPr>
          <w:p>
            <w:r/>
            <w:r>
              <w:rPr>
                <w:rFonts w:ascii="Arial" w:hAnsi="Arial"/>
                <w:b w:val="0"/>
                <w:color w:val="000000"/>
                <w:sz w:val="19"/>
              </w:rPr>
              <w:t>464.67</w:t>
            </w:r>
          </w:p>
        </w:tc>
      </w:tr>
      <w:tr>
        <w:tc>
          <w:tcPr>
            <w:tcW w:type="dxa" w:w="2578"/>
          </w:tcPr>
          <w:p>
            <w:r/>
            <w:r>
              <w:rPr>
                <w:rFonts w:ascii="Arial" w:hAnsi="Arial"/>
                <w:b w:val="0"/>
                <w:color w:val="000000"/>
                <w:sz w:val="19"/>
              </w:rPr>
              <w:t>3</w:t>
            </w:r>
          </w:p>
        </w:tc>
        <w:tc>
          <w:tcPr>
            <w:tcW w:type="dxa" w:w="2578"/>
          </w:tcPr>
          <w:p>
            <w:r/>
            <w:r>
              <w:rPr>
                <w:rFonts w:ascii="Arial" w:hAnsi="Arial"/>
                <w:b w:val="0"/>
                <w:color w:val="000000"/>
                <w:sz w:val="19"/>
              </w:rPr>
              <w:t>TM 2800</w:t>
            </w:r>
          </w:p>
        </w:tc>
        <w:tc>
          <w:tcPr>
            <w:tcW w:type="dxa" w:w="2578"/>
          </w:tcPr>
          <w:p>
            <w:r/>
            <w:r>
              <w:rPr>
                <w:rFonts w:ascii="Arial" w:hAnsi="Arial"/>
                <w:b w:val="0"/>
                <w:color w:val="000000"/>
                <w:sz w:val="19"/>
              </w:rPr>
              <w:t>19.6</w:t>
            </w:r>
          </w:p>
        </w:tc>
        <w:tc>
          <w:tcPr>
            <w:tcW w:type="dxa" w:w="2578"/>
          </w:tcPr>
          <w:p>
            <w:r/>
            <w:r>
              <w:rPr>
                <w:rFonts w:ascii="Arial" w:hAnsi="Arial"/>
                <w:b w:val="0"/>
                <w:color w:val="000000"/>
                <w:sz w:val="19"/>
              </w:rPr>
              <w:t>980.75</w:t>
            </w:r>
          </w:p>
        </w:tc>
      </w:tr>
      <w:tr>
        <w:tc>
          <w:tcPr>
            <w:tcW w:type="dxa" w:w="2578"/>
          </w:tcPr>
          <w:p>
            <w:r/>
            <w:r>
              <w:rPr>
                <w:rFonts w:ascii="Arial" w:hAnsi="Arial"/>
                <w:b w:val="0"/>
                <w:color w:val="000000"/>
                <w:sz w:val="19"/>
              </w:rPr>
              <w:t>4</w:t>
            </w:r>
          </w:p>
        </w:tc>
        <w:tc>
          <w:tcPr>
            <w:tcW w:type="dxa" w:w="2578"/>
          </w:tcPr>
          <w:p>
            <w:r/>
            <w:r>
              <w:rPr>
                <w:rFonts w:ascii="Arial" w:hAnsi="Arial"/>
                <w:b w:val="0"/>
                <w:color w:val="000000"/>
                <w:sz w:val="19"/>
              </w:rPr>
              <w:t>AK60</w:t>
            </w:r>
          </w:p>
        </w:tc>
        <w:tc>
          <w:tcPr>
            <w:tcW w:type="dxa" w:w="2578"/>
          </w:tcPr>
          <w:p>
            <w:r/>
            <w:r>
              <w:rPr>
                <w:rFonts w:ascii="Arial" w:hAnsi="Arial"/>
                <w:b w:val="0"/>
                <w:color w:val="000000"/>
                <w:sz w:val="19"/>
              </w:rPr>
              <w:t>16.9</w:t>
            </w:r>
          </w:p>
        </w:tc>
        <w:tc>
          <w:tcPr>
            <w:tcW w:type="dxa" w:w="2578"/>
          </w:tcPr>
          <w:p>
            <w:r/>
            <w:r>
              <w:rPr>
                <w:rFonts w:ascii="Arial" w:hAnsi="Arial"/>
                <w:b w:val="0"/>
                <w:color w:val="000000"/>
                <w:sz w:val="19"/>
              </w:rPr>
              <w:t>844.97</w:t>
            </w:r>
          </w:p>
        </w:tc>
      </w:tr>
      <w:tr>
        <w:tc>
          <w:tcPr>
            <w:tcW w:type="dxa" w:w="2578"/>
          </w:tcPr>
          <w:p>
            <w:r/>
            <w:r>
              <w:rPr>
                <w:rFonts w:ascii="Arial" w:hAnsi="Arial"/>
                <w:b w:val="0"/>
                <w:color w:val="000000"/>
                <w:sz w:val="19"/>
              </w:rPr>
              <w:t>5</w:t>
            </w:r>
          </w:p>
        </w:tc>
        <w:tc>
          <w:tcPr>
            <w:tcW w:type="dxa" w:w="2578"/>
          </w:tcPr>
          <w:p>
            <w:r/>
            <w:r>
              <w:rPr>
                <w:rFonts w:ascii="Arial" w:hAnsi="Arial"/>
                <w:b w:val="0"/>
                <w:color w:val="000000"/>
                <w:sz w:val="19"/>
              </w:rPr>
              <w:t>TPO</w:t>
            </w:r>
          </w:p>
        </w:tc>
        <w:tc>
          <w:tcPr>
            <w:tcW w:type="dxa" w:w="2578"/>
          </w:tcPr>
          <w:p>
            <w:r/>
            <w:r>
              <w:rPr>
                <w:rFonts w:ascii="Arial" w:hAnsi="Arial"/>
                <w:b w:val="0"/>
                <w:color w:val="000000"/>
                <w:sz w:val="19"/>
              </w:rPr>
              <w:t>1.4</w:t>
            </w:r>
          </w:p>
        </w:tc>
        <w:tc>
          <w:tcPr>
            <w:tcW w:type="dxa" w:w="2578"/>
          </w:tcPr>
          <w:p>
            <w:r/>
            <w:r>
              <w:rPr>
                <w:rFonts w:ascii="Arial" w:hAnsi="Arial"/>
                <w:b w:val="0"/>
                <w:color w:val="000000"/>
                <w:sz w:val="19"/>
              </w:rPr>
              <w:t>69.70</w:t>
            </w:r>
          </w:p>
        </w:tc>
      </w:tr>
      <w:tr>
        <w:tc>
          <w:tcPr>
            <w:tcW w:type="dxa" w:w="2578"/>
          </w:tcPr>
          <w:p>
            <w:r/>
            <w:r>
              <w:rPr>
                <w:rFonts w:ascii="Arial" w:hAnsi="Arial"/>
                <w:b w:val="0"/>
                <w:color w:val="000000"/>
                <w:sz w:val="19"/>
              </w:rPr>
              <w:t>6</w:t>
            </w:r>
          </w:p>
        </w:tc>
        <w:tc>
          <w:tcPr>
            <w:tcW w:type="dxa" w:w="2578"/>
          </w:tcPr>
          <w:p>
            <w:r/>
            <w:r>
              <w:rPr>
                <w:rFonts w:ascii="Arial" w:hAnsi="Arial"/>
                <w:b w:val="0"/>
                <w:color w:val="000000"/>
                <w:sz w:val="19"/>
              </w:rPr>
              <w:t>PI184</w:t>
            </w:r>
          </w:p>
        </w:tc>
        <w:tc>
          <w:tcPr>
            <w:tcW w:type="dxa" w:w="2578"/>
          </w:tcPr>
          <w:p>
            <w:r/>
            <w:r>
              <w:rPr>
                <w:rFonts w:ascii="Arial" w:hAnsi="Arial"/>
                <w:b w:val="0"/>
                <w:color w:val="000000"/>
                <w:sz w:val="19"/>
              </w:rPr>
              <w:t>3.0</w:t>
            </w:r>
          </w:p>
        </w:tc>
        <w:tc>
          <w:tcPr>
            <w:tcW w:type="dxa" w:w="2578"/>
          </w:tcPr>
          <w:p>
            <w:r/>
            <w:r>
              <w:rPr>
                <w:rFonts w:ascii="Arial" w:hAnsi="Arial"/>
                <w:b w:val="0"/>
                <w:color w:val="000000"/>
                <w:sz w:val="19"/>
              </w:rPr>
              <w:t>150.71</w:t>
            </w:r>
          </w:p>
        </w:tc>
      </w:tr>
      <w:tr>
        <w:tc>
          <w:tcPr>
            <w:tcW w:type="dxa" w:w="2578"/>
          </w:tcPr>
          <w:p>
            <w:r/>
            <w:r>
              <w:rPr>
                <w:rFonts w:ascii="Arial" w:hAnsi="Arial"/>
                <w:b w:val="0"/>
                <w:color w:val="000000"/>
                <w:sz w:val="19"/>
              </w:rPr>
            </w:r>
          </w:p>
        </w:tc>
        <w:tc>
          <w:tcPr>
            <w:tcW w:type="dxa" w:w="2578"/>
          </w:tcPr>
          <w:p>
            <w:r/>
            <w:r>
              <w:rPr>
                <w:rFonts w:ascii="Arial" w:hAnsi="Arial"/>
                <w:b w:val="0"/>
                <w:color w:val="000000"/>
                <w:sz w:val="19"/>
              </w:rPr>
              <w:t>Tổng</w:t>
            </w:r>
          </w:p>
        </w:tc>
        <w:tc>
          <w:tcPr>
            <w:tcW w:type="dxa" w:w="2578"/>
          </w:tcPr>
          <w:p>
            <w:r/>
            <w:r>
              <w:rPr>
                <w:rFonts w:ascii="Arial" w:hAnsi="Arial"/>
                <w:b w:val="0"/>
                <w:color w:val="000000"/>
                <w:sz w:val="19"/>
              </w:rPr>
              <w:t>100.0</w:t>
            </w:r>
          </w:p>
        </w:tc>
        <w:tc>
          <w:tcPr>
            <w:tcW w:type="dxa" w:w="2578"/>
          </w:tcPr>
          <w:p>
            <w:r/>
            <w:r>
              <w:rPr>
                <w:rFonts w:ascii="Arial" w:hAnsi="Arial"/>
                <w:b w:val="0"/>
                <w:color w:val="000000"/>
                <w:sz w:val="19"/>
              </w:rPr>
              <w:t>5000.00</w:t>
            </w:r>
          </w:p>
        </w:tc>
      </w:tr>
    </w:tbl>
    <w:p>
      <w:pPr>
        <w:pStyle w:val="Heading2"/>
      </w:pPr>
      <w:r>
        <w:rPr>
          <w:rFonts w:ascii="Arial" w:hAnsi="Arial"/>
          <w:color w:val="000000"/>
          <w:sz w:val="21"/>
        </w:rPr>
        <w:t>DL UV 01</w:t>
      </w:r>
    </w:p>
    <w:p>
      <w:pPr>
        <w:pStyle w:val="Heading3"/>
      </w:pPr>
      <w:r>
        <w:rPr>
          <w:rFonts w:ascii="Arial" w:hAnsi="Arial"/>
          <w:color w:val="000000"/>
          <w:sz w:val="21"/>
        </w:rPr>
        <w:t>DL UV 01</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B-6121</w:t>
            </w:r>
          </w:p>
        </w:tc>
        <w:tc>
          <w:tcPr>
            <w:tcW w:type="dxa" w:w="3437"/>
          </w:tcPr>
          <w:p>
            <w:r/>
            <w:r>
              <w:rPr>
                <w:rFonts w:ascii="Arial" w:hAnsi="Arial"/>
                <w:b w:val="0"/>
                <w:color w:val="000000"/>
                <w:sz w:val="19"/>
              </w:rPr>
              <w:t>18.3</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73.19</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6.68</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1.83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Den MA100</w:t>
      </w:r>
    </w:p>
    <w:p>
      <w:pPr>
        <w:pStyle w:val="Heading3"/>
      </w:pPr>
      <w:r>
        <w:rPr>
          <w:rFonts w:ascii="Arial" w:hAnsi="Arial"/>
          <w:color w:val="000000"/>
          <w:sz w:val="21"/>
        </w:rPr>
        <w:t>Đen MA100</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44.48</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30.85</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EM223</w:t>
            </w:r>
          </w:p>
        </w:tc>
        <w:tc>
          <w:tcPr>
            <w:tcW w:type="dxa" w:w="3437"/>
          </w:tcPr>
          <w:p>
            <w:r/>
            <w:r>
              <w:rPr>
                <w:rFonts w:ascii="Arial" w:hAnsi="Arial"/>
                <w:b w:val="0"/>
                <w:color w:val="000000"/>
                <w:sz w:val="19"/>
              </w:rPr>
              <w:t>5.17</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BYK 2150</w:t>
            </w:r>
          </w:p>
        </w:tc>
        <w:tc>
          <w:tcPr>
            <w:tcW w:type="dxa" w:w="3437"/>
          </w:tcPr>
          <w:p>
            <w:r/>
            <w:r>
              <w:rPr>
                <w:rFonts w:ascii="Arial" w:hAnsi="Arial"/>
                <w:b w:val="0"/>
                <w:color w:val="000000"/>
                <w:sz w:val="19"/>
              </w:rPr>
              <w:t>1.34</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TCL3</w:t>
            </w:r>
          </w:p>
        </w:tc>
        <w:tc>
          <w:tcPr>
            <w:tcW w:type="dxa" w:w="3437"/>
          </w:tcPr>
          <w:p>
            <w:r/>
            <w:r>
              <w:rPr>
                <w:rFonts w:ascii="Arial" w:hAnsi="Arial"/>
                <w:b w:val="0"/>
                <w:color w:val="000000"/>
                <w:sz w:val="19"/>
              </w:rPr>
              <w:t>15.07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EM221</w:t>
            </w:r>
          </w:p>
        </w:tc>
        <w:tc>
          <w:tcPr>
            <w:tcW w:type="dxa" w:w="3437"/>
          </w:tcPr>
          <w:p>
            <w:r/>
            <w:r>
              <w:rPr>
                <w:rFonts w:ascii="Arial" w:hAnsi="Arial"/>
                <w:b w:val="0"/>
                <w:color w:val="000000"/>
                <w:sz w:val="19"/>
              </w:rPr>
              <w:t>3.09</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100.00</w:t>
            </w:r>
          </w:p>
        </w:tc>
      </w:tr>
    </w:tbl>
    <w:p>
      <w:pPr>
        <w:pStyle w:val="Heading2"/>
      </w:pPr>
      <w:r>
        <w:rPr>
          <w:rFonts w:ascii="Arial" w:hAnsi="Arial"/>
          <w:color w:val="000000"/>
          <w:sz w:val="21"/>
        </w:rPr>
        <w:t>Matting Paste 0510</w:t>
      </w:r>
    </w:p>
    <w:p>
      <w:pPr>
        <w:pStyle w:val="Heading3"/>
      </w:pPr>
      <w:r>
        <w:rPr>
          <w:rFonts w:ascii="Arial" w:hAnsi="Arial"/>
          <w:color w:val="000000"/>
          <w:sz w:val="21"/>
        </w:rPr>
        <w:t>Matting Paste 0510</w:t>
      </w:r>
    </w:p>
    <w:p>
      <w:r>
        <w:rPr>
          <w:rFonts w:ascii="Arial" w:hAnsi="Arial"/>
          <w:b w:val="0"/>
          <w:color w:val="000000"/>
          <w:sz w:val="21"/>
        </w:rPr>
        <w:t>Công thức bóng mờ</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B-6121</w:t>
            </w:r>
          </w:p>
        </w:tc>
        <w:tc>
          <w:tcPr>
            <w:tcW w:type="dxa" w:w="3437"/>
          </w:tcPr>
          <w:p>
            <w:r/>
            <w:r>
              <w:rPr>
                <w:rFonts w:ascii="Arial" w:hAnsi="Arial"/>
                <w:b w:val="0"/>
                <w:color w:val="000000"/>
                <w:sz w:val="19"/>
              </w:rPr>
              <w:t>3082.37</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EM 223</w:t>
            </w:r>
          </w:p>
        </w:tc>
        <w:tc>
          <w:tcPr>
            <w:tcW w:type="dxa" w:w="3437"/>
          </w:tcPr>
          <w:p>
            <w:r/>
            <w:r>
              <w:rPr>
                <w:rFonts w:ascii="Arial" w:hAnsi="Arial"/>
                <w:b w:val="0"/>
                <w:color w:val="000000"/>
                <w:sz w:val="19"/>
              </w:rPr>
              <w:t>923.14</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231</w:t>
            </w:r>
          </w:p>
        </w:tc>
        <w:tc>
          <w:tcPr>
            <w:tcW w:type="dxa" w:w="3437"/>
          </w:tcPr>
          <w:p>
            <w:r/>
            <w:r>
              <w:rPr>
                <w:rFonts w:ascii="Arial" w:hAnsi="Arial"/>
                <w:b w:val="0"/>
                <w:color w:val="000000"/>
                <w:sz w:val="19"/>
              </w:rPr>
              <w:t>346.69</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383.31</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BYK 2150</w:t>
            </w:r>
          </w:p>
        </w:tc>
        <w:tc>
          <w:tcPr>
            <w:tcW w:type="dxa" w:w="3437"/>
          </w:tcPr>
          <w:p>
            <w:r/>
            <w:r>
              <w:rPr>
                <w:rFonts w:ascii="Arial" w:hAnsi="Arial"/>
                <w:b w:val="0"/>
                <w:color w:val="000000"/>
                <w:sz w:val="19"/>
              </w:rPr>
              <w:t>307.71</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ED 30</w:t>
            </w:r>
          </w:p>
        </w:tc>
        <w:tc>
          <w:tcPr>
            <w:tcW w:type="dxa" w:w="3437"/>
          </w:tcPr>
          <w:p>
            <w:r/>
            <w:r>
              <w:rPr>
                <w:rFonts w:ascii="Arial" w:hAnsi="Arial"/>
                <w:b w:val="0"/>
                <w:color w:val="000000"/>
                <w:sz w:val="19"/>
              </w:rPr>
              <w:t>1436.00</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W 8120M</w:t>
            </w:r>
          </w:p>
        </w:tc>
        <w:tc>
          <w:tcPr>
            <w:tcW w:type="dxa" w:w="3437"/>
          </w:tcPr>
          <w:p>
            <w:r/>
            <w:r>
              <w:rPr>
                <w:rFonts w:ascii="Arial" w:hAnsi="Arial"/>
                <w:b w:val="0"/>
                <w:color w:val="000000"/>
                <w:sz w:val="19"/>
              </w:rPr>
              <w:t>530.40</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XYLENE</w:t>
            </w:r>
          </w:p>
        </w:tc>
        <w:tc>
          <w:tcPr>
            <w:tcW w:type="dxa" w:w="3437"/>
          </w:tcPr>
          <w:p>
            <w:r/>
            <w:r>
              <w:rPr>
                <w:rFonts w:ascii="Arial" w:hAnsi="Arial"/>
                <w:b w:val="0"/>
                <w:color w:val="000000"/>
                <w:sz w:val="19"/>
              </w:rPr>
              <w:t>459.98</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505.37</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BYK 410</w:t>
            </w:r>
          </w:p>
        </w:tc>
        <w:tc>
          <w:tcPr>
            <w:tcW w:type="dxa" w:w="3437"/>
          </w:tcPr>
          <w:p>
            <w:r/>
            <w:r>
              <w:rPr>
                <w:rFonts w:ascii="Arial" w:hAnsi="Arial"/>
                <w:b w:val="0"/>
                <w:color w:val="000000"/>
                <w:sz w:val="19"/>
              </w:rPr>
              <w:t>25.03</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8000</w:t>
            </w:r>
          </w:p>
        </w:tc>
      </w:tr>
    </w:tbl>
    <w:p>
      <w:pPr>
        <w:pStyle w:val="Heading2"/>
      </w:pPr>
      <w:r>
        <w:rPr>
          <w:rFonts w:ascii="Arial" w:hAnsi="Arial"/>
          <w:color w:val="000000"/>
          <w:sz w:val="21"/>
        </w:rPr>
        <w:t>PG 1608</w:t>
      </w:r>
    </w:p>
    <w:p>
      <w:pPr>
        <w:pStyle w:val="Heading3"/>
      </w:pPr>
      <w:r>
        <w:rPr>
          <w:rFonts w:ascii="Arial" w:hAnsi="Arial"/>
          <w:color w:val="000000"/>
          <w:sz w:val="21"/>
        </w:rPr>
        <w:t>PG 1608</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Cứng HXXT</w:t>
            </w:r>
          </w:p>
        </w:tc>
        <w:tc>
          <w:tcPr>
            <w:tcW w:type="dxa" w:w="3437"/>
          </w:tcPr>
          <w:p>
            <w:r/>
            <w:r>
              <w:rPr>
                <w:rFonts w:ascii="Arial" w:hAnsi="Arial"/>
                <w:b w:val="0"/>
                <w:color w:val="000000"/>
                <w:sz w:val="19"/>
              </w:rPr>
              <w:t>100</w:t>
            </w:r>
          </w:p>
        </w:tc>
      </w:tr>
    </w:tbl>
    <w:p>
      <w:pPr>
        <w:pStyle w:val="Heading2"/>
      </w:pPr>
      <w:r>
        <w:rPr>
          <w:rFonts w:ascii="Arial" w:hAnsi="Arial"/>
          <w:color w:val="000000"/>
          <w:sz w:val="21"/>
        </w:rPr>
        <w:t>PG 6020</w:t>
      </w:r>
    </w:p>
    <w:p>
      <w:pPr>
        <w:pStyle w:val="Heading3"/>
      </w:pPr>
      <w:r>
        <w:rPr>
          <w:rFonts w:ascii="Arial" w:hAnsi="Arial"/>
          <w:color w:val="000000"/>
          <w:sz w:val="21"/>
        </w:rPr>
        <w:t>PG 6020</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BYK 3560</w:t>
            </w:r>
          </w:p>
        </w:tc>
        <w:tc>
          <w:tcPr>
            <w:tcW w:type="dxa" w:w="3437"/>
          </w:tcPr>
          <w:p>
            <w:r/>
            <w:r>
              <w:rPr>
                <w:rFonts w:ascii="Arial" w:hAnsi="Arial"/>
                <w:b w:val="0"/>
                <w:color w:val="000000"/>
                <w:sz w:val="19"/>
              </w:rPr>
              <w:t>20</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BuAc</w:t>
            </w:r>
          </w:p>
        </w:tc>
        <w:tc>
          <w:tcPr>
            <w:tcW w:type="dxa" w:w="3437"/>
          </w:tcPr>
          <w:p>
            <w:r/>
            <w:r>
              <w:rPr>
                <w:rFonts w:ascii="Arial" w:hAnsi="Arial"/>
                <w:b w:val="0"/>
                <w:color w:val="000000"/>
                <w:sz w:val="19"/>
              </w:rPr>
              <w:t>100</w:t>
            </w:r>
          </w:p>
        </w:tc>
      </w:tr>
    </w:tbl>
    <w:p>
      <w:pPr>
        <w:pStyle w:val="Heading2"/>
      </w:pPr>
      <w:r>
        <w:rPr>
          <w:rFonts w:ascii="Arial" w:hAnsi="Arial"/>
          <w:color w:val="000000"/>
          <w:sz w:val="21"/>
        </w:rPr>
        <w:t>PRIMER 01 GT</w:t>
      </w:r>
    </w:p>
    <w:p>
      <w:pPr>
        <w:pStyle w:val="Heading3"/>
      </w:pPr>
      <w:r>
        <w:rPr>
          <w:rFonts w:ascii="Arial" w:hAnsi="Arial"/>
          <w:color w:val="000000"/>
          <w:sz w:val="21"/>
        </w:rPr>
        <w:t>PRIMER 01 GT</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Số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W-535</w:t>
            </w:r>
          </w:p>
        </w:tc>
        <w:tc>
          <w:tcPr>
            <w:tcW w:type="dxa" w:w="3437"/>
          </w:tcPr>
          <w:p>
            <w:r/>
            <w:r>
              <w:rPr>
                <w:rFonts w:ascii="Arial" w:hAnsi="Arial"/>
                <w:b w:val="0"/>
                <w:color w:val="000000"/>
                <w:sz w:val="19"/>
              </w:rPr>
              <w:t>38.29</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HE-421F</w:t>
            </w:r>
          </w:p>
        </w:tc>
        <w:tc>
          <w:tcPr>
            <w:tcW w:type="dxa" w:w="3437"/>
          </w:tcPr>
          <w:p>
            <w:r/>
            <w:r>
              <w:rPr>
                <w:rFonts w:ascii="Arial" w:hAnsi="Arial"/>
                <w:b w:val="0"/>
                <w:color w:val="000000"/>
                <w:sz w:val="19"/>
              </w:rPr>
              <w:t>9.57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19.14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DR-U311</w:t>
            </w:r>
          </w:p>
        </w:tc>
        <w:tc>
          <w:tcPr>
            <w:tcW w:type="dxa" w:w="3437"/>
          </w:tcPr>
          <w:p>
            <w:r/>
            <w:r>
              <w:rPr>
                <w:rFonts w:ascii="Arial" w:hAnsi="Arial"/>
                <w:b w:val="0"/>
                <w:color w:val="000000"/>
                <w:sz w:val="19"/>
              </w:rPr>
              <w:t>4.34</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EM 223</w:t>
            </w:r>
          </w:p>
        </w:tc>
        <w:tc>
          <w:tcPr>
            <w:tcW w:type="dxa" w:w="3437"/>
          </w:tcPr>
          <w:p>
            <w:r/>
            <w:r>
              <w:rPr>
                <w:rFonts w:ascii="Arial" w:hAnsi="Arial"/>
                <w:b w:val="0"/>
                <w:color w:val="000000"/>
                <w:sz w:val="19"/>
              </w:rPr>
              <w:t>6.57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11.01</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4.79</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PA-9083</w:t>
            </w:r>
          </w:p>
        </w:tc>
        <w:tc>
          <w:tcPr>
            <w:tcW w:type="dxa" w:w="3437"/>
          </w:tcPr>
          <w:p>
            <w:r/>
            <w:r>
              <w:rPr>
                <w:rFonts w:ascii="Arial" w:hAnsi="Arial"/>
                <w:b w:val="0"/>
                <w:color w:val="000000"/>
                <w:sz w:val="19"/>
              </w:rPr>
              <w:t>1.44</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D-1173(1103)</w:t>
            </w:r>
          </w:p>
        </w:tc>
        <w:tc>
          <w:tcPr>
            <w:tcW w:type="dxa" w:w="3437"/>
          </w:tcPr>
          <w:p>
            <w:r/>
            <w:r>
              <w:rPr>
                <w:rFonts w:ascii="Arial" w:hAnsi="Arial"/>
                <w:b w:val="0"/>
                <w:color w:val="000000"/>
                <w:sz w:val="19"/>
              </w:rPr>
              <w:t>4.79</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BY-1798</w:t>
            </w:r>
          </w:p>
        </w:tc>
        <w:tc>
          <w:tcPr>
            <w:tcW w:type="dxa" w:w="3437"/>
          </w:tcPr>
          <w:p>
            <w:r/>
            <w:r>
              <w:rPr>
                <w:rFonts w:ascii="Arial" w:hAnsi="Arial"/>
                <w:b w:val="0"/>
                <w:color w:val="000000"/>
                <w:sz w:val="19"/>
              </w:rPr>
              <w:t>0.06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cộng</w:t>
            </w:r>
          </w:p>
        </w:tc>
        <w:tc>
          <w:tcPr>
            <w:tcW w:type="dxa" w:w="3437"/>
          </w:tcPr>
          <w:p>
            <w:r/>
            <w:r>
              <w:rPr>
                <w:rFonts w:ascii="Arial" w:hAnsi="Arial"/>
                <w:b w:val="0"/>
                <w:color w:val="000000"/>
                <w:sz w:val="19"/>
              </w:rPr>
              <w:t>100</w:t>
            </w:r>
          </w:p>
        </w:tc>
      </w:tr>
    </w:tbl>
    <w:p>
      <w:pPr>
        <w:pStyle w:val="Heading2"/>
      </w:pPr>
      <w:r>
        <w:rPr>
          <w:rFonts w:ascii="Arial" w:hAnsi="Arial"/>
          <w:color w:val="000000"/>
          <w:sz w:val="21"/>
        </w:rPr>
        <w:t>PRIMER 01 GT mau-moi</w:t>
      </w:r>
    </w:p>
    <w:p>
      <w:pPr>
        <w:pStyle w:val="Heading3"/>
      </w:pPr>
      <w:r>
        <w:rPr>
          <w:rFonts w:ascii="Arial" w:hAnsi="Arial"/>
          <w:color w:val="000000"/>
          <w:sz w:val="21"/>
        </w:rPr>
        <w:t>PRIMER 01 GT — BẢN MẪU MỚI (BOSSIN)</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W-535</w:t>
            </w:r>
          </w:p>
        </w:tc>
        <w:tc>
          <w:tcPr>
            <w:tcW w:type="dxa" w:w="3437"/>
          </w:tcPr>
          <w:p>
            <w:r/>
            <w:r>
              <w:rPr>
                <w:rFonts w:ascii="Arial" w:hAnsi="Arial"/>
                <w:b w:val="0"/>
                <w:color w:val="000000"/>
                <w:sz w:val="19"/>
              </w:rPr>
              <w:t>38.29</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B-142P</w:t>
            </w:r>
          </w:p>
        </w:tc>
        <w:tc>
          <w:tcPr>
            <w:tcW w:type="dxa" w:w="3437"/>
          </w:tcPr>
          <w:p>
            <w:r/>
            <w:r>
              <w:rPr>
                <w:rFonts w:ascii="Arial" w:hAnsi="Arial"/>
                <w:b w:val="0"/>
                <w:color w:val="000000"/>
                <w:sz w:val="19"/>
              </w:rPr>
              <w:t>9.57</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W-522</w:t>
            </w:r>
          </w:p>
        </w:tc>
        <w:tc>
          <w:tcPr>
            <w:tcW w:type="dxa" w:w="3437"/>
          </w:tcPr>
          <w:p>
            <w:r/>
            <w:r>
              <w:rPr>
                <w:rFonts w:ascii="Arial" w:hAnsi="Arial"/>
                <w:b w:val="0"/>
                <w:color w:val="000000"/>
                <w:sz w:val="19"/>
              </w:rPr>
              <w:t>19.14</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DR-U311</w:t>
            </w:r>
          </w:p>
        </w:tc>
        <w:tc>
          <w:tcPr>
            <w:tcW w:type="dxa" w:w="3437"/>
          </w:tcPr>
          <w:p>
            <w:r/>
            <w:r>
              <w:rPr>
                <w:rFonts w:ascii="Arial" w:hAnsi="Arial"/>
                <w:b w:val="0"/>
                <w:color w:val="000000"/>
                <w:sz w:val="19"/>
              </w:rPr>
              <w:t>4.34</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TPGDA</w:t>
            </w:r>
          </w:p>
        </w:tc>
        <w:tc>
          <w:tcPr>
            <w:tcW w:type="dxa" w:w="3437"/>
          </w:tcPr>
          <w:p>
            <w:r/>
            <w:r>
              <w:rPr>
                <w:rFonts w:ascii="Arial" w:hAnsi="Arial"/>
                <w:b w:val="0"/>
                <w:color w:val="000000"/>
                <w:sz w:val="19"/>
              </w:rPr>
              <w:t>6.57</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H15</w:t>
            </w:r>
          </w:p>
        </w:tc>
        <w:tc>
          <w:tcPr>
            <w:tcW w:type="dxa" w:w="3437"/>
          </w:tcPr>
          <w:p>
            <w:r/>
            <w:r>
              <w:rPr>
                <w:rFonts w:ascii="Arial" w:hAnsi="Arial"/>
                <w:b w:val="0"/>
                <w:color w:val="000000"/>
                <w:sz w:val="19"/>
              </w:rPr>
              <w:t>11.01</w:t>
            </w:r>
          </w:p>
        </w:tc>
      </w:tr>
      <w:tr>
        <w:tc>
          <w:tcPr>
            <w:tcW w:type="dxa" w:w="3437"/>
          </w:tcPr>
          <w:p>
            <w:r/>
            <w:r>
              <w:rPr>
                <w:rFonts w:ascii="Arial" w:hAnsi="Arial"/>
                <w:b w:val="0"/>
                <w:color w:val="000000"/>
                <w:sz w:val="19"/>
              </w:rPr>
              <w:t>7</w:t>
            </w:r>
          </w:p>
        </w:tc>
        <w:tc>
          <w:tcPr>
            <w:tcW w:type="dxa" w:w="3437"/>
          </w:tcPr>
          <w:p>
            <w:r/>
            <w:r>
              <w:rPr>
                <w:rFonts w:ascii="Arial" w:hAnsi="Arial"/>
                <w:b w:val="0"/>
                <w:color w:val="000000"/>
                <w:sz w:val="19"/>
              </w:rPr>
              <w:t>A66</w:t>
            </w:r>
          </w:p>
        </w:tc>
        <w:tc>
          <w:tcPr>
            <w:tcW w:type="dxa" w:w="3437"/>
          </w:tcPr>
          <w:p>
            <w:r/>
            <w:r>
              <w:rPr>
                <w:rFonts w:ascii="Arial" w:hAnsi="Arial"/>
                <w:b w:val="0"/>
                <w:color w:val="000000"/>
                <w:sz w:val="19"/>
              </w:rPr>
              <w:t>4.79</w:t>
            </w:r>
          </w:p>
        </w:tc>
      </w:tr>
      <w:tr>
        <w:tc>
          <w:tcPr>
            <w:tcW w:type="dxa" w:w="3437"/>
          </w:tcPr>
          <w:p>
            <w:r/>
            <w:r>
              <w:rPr>
                <w:rFonts w:ascii="Arial" w:hAnsi="Arial"/>
                <w:b w:val="0"/>
                <w:color w:val="000000"/>
                <w:sz w:val="19"/>
              </w:rPr>
              <w:t>8</w:t>
            </w:r>
          </w:p>
        </w:tc>
        <w:tc>
          <w:tcPr>
            <w:tcW w:type="dxa" w:w="3437"/>
          </w:tcPr>
          <w:p>
            <w:r/>
            <w:r>
              <w:rPr>
                <w:rFonts w:ascii="Arial" w:hAnsi="Arial"/>
                <w:b w:val="0"/>
                <w:color w:val="000000"/>
                <w:sz w:val="19"/>
              </w:rPr>
              <w:t>PA-9083</w:t>
            </w:r>
          </w:p>
        </w:tc>
        <w:tc>
          <w:tcPr>
            <w:tcW w:type="dxa" w:w="3437"/>
          </w:tcPr>
          <w:p>
            <w:r/>
            <w:r>
              <w:rPr>
                <w:rFonts w:ascii="Arial" w:hAnsi="Arial"/>
                <w:b w:val="0"/>
                <w:color w:val="000000"/>
                <w:sz w:val="19"/>
              </w:rPr>
              <w:t>1.44</w:t>
            </w:r>
          </w:p>
        </w:tc>
      </w:tr>
      <w:tr>
        <w:tc>
          <w:tcPr>
            <w:tcW w:type="dxa" w:w="3437"/>
          </w:tcPr>
          <w:p>
            <w:r/>
            <w:r>
              <w:rPr>
                <w:rFonts w:ascii="Arial" w:hAnsi="Arial"/>
                <w:b w:val="0"/>
                <w:color w:val="000000"/>
                <w:sz w:val="19"/>
              </w:rPr>
              <w:t>9</w:t>
            </w:r>
          </w:p>
        </w:tc>
        <w:tc>
          <w:tcPr>
            <w:tcW w:type="dxa" w:w="3437"/>
          </w:tcPr>
          <w:p>
            <w:r/>
            <w:r>
              <w:rPr>
                <w:rFonts w:ascii="Arial" w:hAnsi="Arial"/>
                <w:b w:val="0"/>
                <w:color w:val="000000"/>
                <w:sz w:val="19"/>
              </w:rPr>
              <w:t>D-1173(1103)</w:t>
            </w:r>
          </w:p>
        </w:tc>
        <w:tc>
          <w:tcPr>
            <w:tcW w:type="dxa" w:w="3437"/>
          </w:tcPr>
          <w:p>
            <w:r/>
            <w:r>
              <w:rPr>
                <w:rFonts w:ascii="Arial" w:hAnsi="Arial"/>
                <w:b w:val="0"/>
                <w:color w:val="000000"/>
                <w:sz w:val="19"/>
              </w:rPr>
              <w:t>4.79</w:t>
            </w:r>
          </w:p>
        </w:tc>
      </w:tr>
      <w:tr>
        <w:tc>
          <w:tcPr>
            <w:tcW w:type="dxa" w:w="3437"/>
          </w:tcPr>
          <w:p>
            <w:r/>
            <w:r>
              <w:rPr>
                <w:rFonts w:ascii="Arial" w:hAnsi="Arial"/>
                <w:b w:val="0"/>
                <w:color w:val="000000"/>
                <w:sz w:val="19"/>
              </w:rPr>
              <w:t>10</w:t>
            </w:r>
          </w:p>
        </w:tc>
        <w:tc>
          <w:tcPr>
            <w:tcW w:type="dxa" w:w="3437"/>
          </w:tcPr>
          <w:p>
            <w:r/>
            <w:r>
              <w:rPr>
                <w:rFonts w:ascii="Arial" w:hAnsi="Arial"/>
                <w:b w:val="0"/>
                <w:color w:val="000000"/>
                <w:sz w:val="19"/>
              </w:rPr>
              <w:t>BY-1798</w:t>
            </w:r>
          </w:p>
        </w:tc>
        <w:tc>
          <w:tcPr>
            <w:tcW w:type="dxa" w:w="3437"/>
          </w:tcPr>
          <w:p>
            <w:r/>
            <w:r>
              <w:rPr>
                <w:rFonts w:ascii="Arial" w:hAnsi="Arial"/>
                <w:b w:val="0"/>
                <w:color w:val="000000"/>
                <w:sz w:val="19"/>
              </w:rPr>
              <w:t>0.06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 (máy cộng)</w:t>
            </w:r>
          </w:p>
        </w:tc>
        <w:tc>
          <w:tcPr>
            <w:tcW w:type="dxa" w:w="3437"/>
          </w:tcPr>
          <w:p>
            <w:r/>
            <w:r>
              <w:rPr>
                <w:rFonts w:ascii="Arial" w:hAnsi="Arial"/>
                <w:b w:val="0"/>
                <w:color w:val="000000"/>
                <w:sz w:val="19"/>
              </w:rPr>
              <w:t>100</w:t>
            </w:r>
          </w:p>
        </w:tc>
      </w:tr>
    </w:tbl>
    <w:p>
      <w:r>
        <w:rPr>
          <w:rFonts w:ascii="Arial" w:hAnsi="Arial"/>
          <w:b w:val="0"/>
          <w:color w:val="000000"/>
          <w:sz w:val="21"/>
        </w:rPr>
        <w:t>&gt; Vật liệu đã đổi: EM 223→TPGDA; HE-421F→B-142P</w:t>
      </w:r>
    </w:p>
    <w:p>
      <w:r>
        <w:rPr>
          <w:rFonts w:ascii="Arial" w:hAnsi="Arial"/>
          <w:b w:val="0"/>
          <w:color w:val="000000"/>
          <w:sz w:val="21"/>
        </w:rPr>
        <w:t>&gt; File gốc: PRIMER_01_GT.md — giữ nguyên mọi con số, chỉ đổi tên vật liệu.</w:t>
      </w:r>
    </w:p>
    <w:p>
      <w:pPr>
        <w:pStyle w:val="Heading2"/>
      </w:pPr>
      <w:r>
        <w:rPr>
          <w:rFonts w:ascii="Arial" w:hAnsi="Arial"/>
          <w:color w:val="000000"/>
          <w:sz w:val="21"/>
        </w:rPr>
        <w:t>Past CMM 0411</w:t>
      </w:r>
    </w:p>
    <w:p>
      <w:pPr>
        <w:pStyle w:val="Heading3"/>
      </w:pPr>
      <w:r>
        <w:rPr>
          <w:rFonts w:ascii="Arial" w:hAnsi="Arial"/>
          <w:color w:val="000000"/>
          <w:sz w:val="21"/>
        </w:rPr>
        <w:t>Past CMM 0411</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EM231</w:t>
            </w:r>
          </w:p>
        </w:tc>
        <w:tc>
          <w:tcPr>
            <w:tcW w:type="dxa" w:w="3437"/>
          </w:tcPr>
          <w:p>
            <w:r/>
            <w:r>
              <w:rPr>
                <w:rFonts w:ascii="Arial" w:hAnsi="Arial"/>
                <w:b w:val="0"/>
                <w:color w:val="000000"/>
                <w:sz w:val="19"/>
              </w:rPr>
              <w:t>28.99</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JH10</w:t>
            </w:r>
          </w:p>
        </w:tc>
        <w:tc>
          <w:tcPr>
            <w:tcW w:type="dxa" w:w="3437"/>
          </w:tcPr>
          <w:p>
            <w:r/>
            <w:r>
              <w:rPr>
                <w:rFonts w:ascii="Arial" w:hAnsi="Arial"/>
                <w:b w:val="0"/>
                <w:color w:val="000000"/>
                <w:sz w:val="19"/>
              </w:rPr>
              <w:t>38.65</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EM 265</w:t>
            </w:r>
          </w:p>
        </w:tc>
        <w:tc>
          <w:tcPr>
            <w:tcW w:type="dxa" w:w="3437"/>
          </w:tcPr>
          <w:p>
            <w:r/>
            <w:r>
              <w:rPr>
                <w:rFonts w:ascii="Arial" w:hAnsi="Arial"/>
                <w:b w:val="0"/>
                <w:color w:val="000000"/>
                <w:sz w:val="19"/>
              </w:rPr>
              <w:t>28.99</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D410</w:t>
            </w:r>
          </w:p>
        </w:tc>
        <w:tc>
          <w:tcPr>
            <w:tcW w:type="dxa" w:w="3437"/>
          </w:tcPr>
          <w:p>
            <w:r/>
            <w:r>
              <w:rPr>
                <w:rFonts w:ascii="Arial" w:hAnsi="Arial"/>
                <w:b w:val="0"/>
                <w:color w:val="000000"/>
                <w:sz w:val="19"/>
              </w:rPr>
              <w:t>0.48</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D1173</w:t>
            </w:r>
          </w:p>
        </w:tc>
        <w:tc>
          <w:tcPr>
            <w:tcW w:type="dxa" w:w="3437"/>
          </w:tcPr>
          <w:p>
            <w:r/>
            <w:r>
              <w:rPr>
                <w:rFonts w:ascii="Arial" w:hAnsi="Arial"/>
                <w:b w:val="0"/>
                <w:color w:val="000000"/>
                <w:sz w:val="19"/>
              </w:rPr>
              <w:t>2.9</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pPr>
        <w:pStyle w:val="Heading2"/>
      </w:pPr>
      <w:r>
        <w:rPr>
          <w:rFonts w:ascii="Arial" w:hAnsi="Arial"/>
          <w:color w:val="000000"/>
          <w:sz w:val="21"/>
        </w:rPr>
        <w:t>Paste White UV 1112</w:t>
      </w:r>
    </w:p>
    <w:p>
      <w:pPr>
        <w:pStyle w:val="Heading3"/>
      </w:pPr>
      <w:r>
        <w:rPr>
          <w:rFonts w:ascii="Arial" w:hAnsi="Arial"/>
          <w:color w:val="000000"/>
          <w:sz w:val="21"/>
        </w:rPr>
        <w:t>Paste White UV 1112</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STT</w:t>
            </w:r>
          </w:p>
        </w:tc>
        <w:tc>
          <w:tcPr>
            <w:tcW w:type="dxa" w:w="3437"/>
          </w:tcPr>
          <w:p>
            <w:r/>
            <w:r>
              <w:rPr>
                <w:rFonts w:ascii="Arial" w:hAnsi="Arial"/>
                <w:b/>
                <w:color w:val="000000"/>
                <w:sz w:val="19"/>
              </w:rPr>
              <w:t>Nguyên liệu</w:t>
            </w:r>
          </w:p>
        </w:tc>
        <w:tc>
          <w:tcPr>
            <w:tcW w:type="dxa" w:w="3437"/>
          </w:tcPr>
          <w:p>
            <w:r/>
            <w:r>
              <w:rPr>
                <w:rFonts w:ascii="Arial" w:hAnsi="Arial"/>
                <w:b/>
                <w:color w:val="000000"/>
                <w:sz w:val="19"/>
              </w:rPr>
              <w:t>Khối lượng</w:t>
            </w:r>
          </w:p>
        </w:tc>
      </w:tr>
      <w:tr>
        <w:tc>
          <w:tcPr>
            <w:tcW w:type="dxa" w:w="3437"/>
          </w:tcPr>
          <w:p>
            <w:r/>
            <w:r>
              <w:rPr>
                <w:rFonts w:ascii="Arial" w:hAnsi="Arial"/>
                <w:b w:val="0"/>
                <w:color w:val="000000"/>
                <w:sz w:val="19"/>
              </w:rPr>
              <w:t>1</w:t>
            </w:r>
          </w:p>
        </w:tc>
        <w:tc>
          <w:tcPr>
            <w:tcW w:type="dxa" w:w="3437"/>
          </w:tcPr>
          <w:p>
            <w:r/>
            <w:r>
              <w:rPr>
                <w:rFonts w:ascii="Arial" w:hAnsi="Arial"/>
                <w:b w:val="0"/>
                <w:color w:val="000000"/>
                <w:sz w:val="19"/>
              </w:rPr>
              <w:t>B113</w:t>
            </w:r>
          </w:p>
        </w:tc>
        <w:tc>
          <w:tcPr>
            <w:tcW w:type="dxa" w:w="3437"/>
          </w:tcPr>
          <w:p>
            <w:r/>
            <w:r>
              <w:rPr>
                <w:rFonts w:ascii="Arial" w:hAnsi="Arial"/>
                <w:b w:val="0"/>
                <w:color w:val="000000"/>
                <w:sz w:val="19"/>
              </w:rPr>
              <w:t>52.38</w:t>
            </w:r>
          </w:p>
        </w:tc>
      </w:tr>
      <w:tr>
        <w:tc>
          <w:tcPr>
            <w:tcW w:type="dxa" w:w="3437"/>
          </w:tcPr>
          <w:p>
            <w:r/>
            <w:r>
              <w:rPr>
                <w:rFonts w:ascii="Arial" w:hAnsi="Arial"/>
                <w:b w:val="0"/>
                <w:color w:val="000000"/>
                <w:sz w:val="19"/>
              </w:rPr>
              <w:t>2</w:t>
            </w:r>
          </w:p>
        </w:tc>
        <w:tc>
          <w:tcPr>
            <w:tcW w:type="dxa" w:w="3437"/>
          </w:tcPr>
          <w:p>
            <w:r/>
            <w:r>
              <w:rPr>
                <w:rFonts w:ascii="Arial" w:hAnsi="Arial"/>
                <w:b w:val="0"/>
                <w:color w:val="000000"/>
                <w:sz w:val="19"/>
              </w:rPr>
              <w:t>BYK 110</w:t>
            </w:r>
          </w:p>
        </w:tc>
        <w:tc>
          <w:tcPr>
            <w:tcW w:type="dxa" w:w="3437"/>
          </w:tcPr>
          <w:p>
            <w:r/>
            <w:r>
              <w:rPr>
                <w:rFonts w:ascii="Arial" w:hAnsi="Arial"/>
                <w:b w:val="0"/>
                <w:color w:val="000000"/>
                <w:sz w:val="19"/>
              </w:rPr>
              <w:t>1.51</w:t>
            </w:r>
          </w:p>
        </w:tc>
      </w:tr>
      <w:tr>
        <w:tc>
          <w:tcPr>
            <w:tcW w:type="dxa" w:w="3437"/>
          </w:tcPr>
          <w:p>
            <w:r/>
            <w:r>
              <w:rPr>
                <w:rFonts w:ascii="Arial" w:hAnsi="Arial"/>
                <w:b w:val="0"/>
                <w:color w:val="000000"/>
                <w:sz w:val="19"/>
              </w:rPr>
              <w:t>3</w:t>
            </w:r>
          </w:p>
        </w:tc>
        <w:tc>
          <w:tcPr>
            <w:tcW w:type="dxa" w:w="3437"/>
          </w:tcPr>
          <w:p>
            <w:r/>
            <w:r>
              <w:rPr>
                <w:rFonts w:ascii="Arial" w:hAnsi="Arial"/>
                <w:b w:val="0"/>
                <w:color w:val="000000"/>
                <w:sz w:val="19"/>
              </w:rPr>
              <w:t>Sil 925</w:t>
            </w:r>
          </w:p>
        </w:tc>
        <w:tc>
          <w:tcPr>
            <w:tcW w:type="dxa" w:w="3437"/>
          </w:tcPr>
          <w:p>
            <w:r/>
            <w:r>
              <w:rPr>
                <w:rFonts w:ascii="Arial" w:hAnsi="Arial"/>
                <w:b w:val="0"/>
                <w:color w:val="000000"/>
                <w:sz w:val="19"/>
              </w:rPr>
              <w:t>6.09</w:t>
            </w:r>
          </w:p>
        </w:tc>
      </w:tr>
      <w:tr>
        <w:tc>
          <w:tcPr>
            <w:tcW w:type="dxa" w:w="3437"/>
          </w:tcPr>
          <w:p>
            <w:r/>
            <w:r>
              <w:rPr>
                <w:rFonts w:ascii="Arial" w:hAnsi="Arial"/>
                <w:b w:val="0"/>
                <w:color w:val="000000"/>
                <w:sz w:val="19"/>
              </w:rPr>
              <w:t>4</w:t>
            </w:r>
          </w:p>
        </w:tc>
        <w:tc>
          <w:tcPr>
            <w:tcW w:type="dxa" w:w="3437"/>
          </w:tcPr>
          <w:p>
            <w:r/>
            <w:r>
              <w:rPr>
                <w:rFonts w:ascii="Arial" w:hAnsi="Arial"/>
                <w:b w:val="0"/>
                <w:color w:val="000000"/>
                <w:sz w:val="19"/>
              </w:rPr>
              <w:t>Titan R902</w:t>
            </w:r>
          </w:p>
        </w:tc>
        <w:tc>
          <w:tcPr>
            <w:tcW w:type="dxa" w:w="3437"/>
          </w:tcPr>
          <w:p>
            <w:r/>
            <w:r>
              <w:rPr>
                <w:rFonts w:ascii="Arial" w:hAnsi="Arial"/>
                <w:b w:val="0"/>
                <w:color w:val="000000"/>
                <w:sz w:val="19"/>
              </w:rPr>
              <w:t>38.89</w:t>
            </w:r>
          </w:p>
        </w:tc>
      </w:tr>
      <w:tr>
        <w:tc>
          <w:tcPr>
            <w:tcW w:type="dxa" w:w="3437"/>
          </w:tcPr>
          <w:p>
            <w:r/>
            <w:r>
              <w:rPr>
                <w:rFonts w:ascii="Arial" w:hAnsi="Arial"/>
                <w:b w:val="0"/>
                <w:color w:val="000000"/>
                <w:sz w:val="19"/>
              </w:rPr>
              <w:t>5</w:t>
            </w:r>
          </w:p>
        </w:tc>
        <w:tc>
          <w:tcPr>
            <w:tcW w:type="dxa" w:w="3437"/>
          </w:tcPr>
          <w:p>
            <w:r/>
            <w:r>
              <w:rPr>
                <w:rFonts w:ascii="Arial" w:hAnsi="Arial"/>
                <w:b w:val="0"/>
                <w:color w:val="000000"/>
                <w:sz w:val="19"/>
              </w:rPr>
              <w:t>PI819</w:t>
            </w:r>
          </w:p>
        </w:tc>
        <w:tc>
          <w:tcPr>
            <w:tcW w:type="dxa" w:w="3437"/>
          </w:tcPr>
          <w:p>
            <w:r/>
            <w:r>
              <w:rPr>
                <w:rFonts w:ascii="Arial" w:hAnsi="Arial"/>
                <w:b w:val="0"/>
                <w:color w:val="000000"/>
                <w:sz w:val="19"/>
              </w:rPr>
              <w:t>0.56</w:t>
            </w:r>
          </w:p>
        </w:tc>
      </w:tr>
      <w:tr>
        <w:tc>
          <w:tcPr>
            <w:tcW w:type="dxa" w:w="3437"/>
          </w:tcPr>
          <w:p>
            <w:r/>
            <w:r>
              <w:rPr>
                <w:rFonts w:ascii="Arial" w:hAnsi="Arial"/>
                <w:b w:val="0"/>
                <w:color w:val="000000"/>
                <w:sz w:val="19"/>
              </w:rPr>
              <w:t>6</w:t>
            </w:r>
          </w:p>
        </w:tc>
        <w:tc>
          <w:tcPr>
            <w:tcW w:type="dxa" w:w="3437"/>
          </w:tcPr>
          <w:p>
            <w:r/>
            <w:r>
              <w:rPr>
                <w:rFonts w:ascii="Arial" w:hAnsi="Arial"/>
                <w:b w:val="0"/>
                <w:color w:val="000000"/>
                <w:sz w:val="19"/>
              </w:rPr>
              <w:t>PITPO</w:t>
            </w:r>
          </w:p>
        </w:tc>
        <w:tc>
          <w:tcPr>
            <w:tcW w:type="dxa" w:w="3437"/>
          </w:tcPr>
          <w:p>
            <w:r/>
            <w:r>
              <w:rPr>
                <w:rFonts w:ascii="Arial" w:hAnsi="Arial"/>
                <w:b w:val="0"/>
                <w:color w:val="000000"/>
                <w:sz w:val="19"/>
              </w:rPr>
              <w:t>0.56</w:t>
            </w:r>
          </w:p>
        </w:tc>
      </w:tr>
      <w:tr>
        <w:tc>
          <w:tcPr>
            <w:tcW w:type="dxa" w:w="3437"/>
          </w:tcPr>
          <w:p>
            <w:r/>
            <w:r>
              <w:rPr>
                <w:rFonts w:ascii="Arial" w:hAnsi="Arial"/>
                <w:b w:val="0"/>
                <w:color w:val="000000"/>
                <w:sz w:val="19"/>
              </w:rPr>
            </w:r>
          </w:p>
        </w:tc>
        <w:tc>
          <w:tcPr>
            <w:tcW w:type="dxa" w:w="3437"/>
          </w:tcPr>
          <w:p>
            <w:r/>
            <w:r>
              <w:rPr>
                <w:rFonts w:ascii="Arial" w:hAnsi="Arial"/>
                <w:b w:val="0"/>
                <w:color w:val="000000"/>
                <w:sz w:val="19"/>
              </w:rPr>
              <w:t>Tổng</w:t>
            </w:r>
          </w:p>
        </w:tc>
        <w:tc>
          <w:tcPr>
            <w:tcW w:type="dxa" w:w="3437"/>
          </w:tcPr>
          <w:p>
            <w:r/>
            <w:r>
              <w:rPr>
                <w:rFonts w:ascii="Arial" w:hAnsi="Arial"/>
                <w:b w:val="0"/>
                <w:color w:val="000000"/>
                <w:sz w:val="19"/>
              </w:rPr>
              <w:t>100</w:t>
            </w:r>
          </w:p>
        </w:tc>
      </w:tr>
    </w:tbl>
    <w:p>
      <w:r>
        <w:rPr>
          <w:rFonts w:ascii="Arial" w:hAnsi="Arial"/>
          <w:b w:val="0"/>
          <w:color w:val="000000"/>
          <w:sz w:val="21"/>
        </w:rPr>
      </w:r>
    </w:p>
    <w:p>
      <w:r>
        <w:rPr>
          <w:rFonts w:ascii="Arial" w:hAnsi="Arial"/>
          <w:b/>
          <w:color w:val="000000"/>
          <w:sz w:val="21"/>
        </w:rPr>
        <w:t>Tổng số công thức chi tiết: 52</w:t>
      </w:r>
    </w:p>
    <w:p>
      <w:pPr>
        <w:pStyle w:val="Heading1"/>
      </w:pPr>
      <w:r>
        <w:rPr>
          <w:rFonts w:ascii="Arial" w:hAnsi="Arial"/>
          <w:color w:val="000000"/>
          <w:sz w:val="21"/>
        </w:rPr>
        <w:t>PHẦN 4. SƠN UV KHÔNG MÀU — LOẠI LĂN TRỤC (bản lập 27/08/2026)</w:t>
      </w:r>
    </w:p>
    <w:p>
      <w:r>
        <w:rPr>
          <w:rFonts w:ascii="Arial" w:hAnsi="Arial"/>
          <w:b/>
          <w:color w:val="000000"/>
          <w:sz w:val="21"/>
        </w:rPr>
        <w:t>1. Sơn lót UV (Sealer) — không màu, lăn trục</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Mã sản phẩm</w:t>
            </w:r>
          </w:p>
        </w:tc>
        <w:tc>
          <w:tcPr>
            <w:tcW w:type="dxa" w:w="3437"/>
          </w:tcPr>
          <w:p>
            <w:r/>
            <w:r>
              <w:rPr>
                <w:rFonts w:ascii="Arial" w:hAnsi="Arial"/>
                <w:b/>
                <w:color w:val="000000"/>
                <w:sz w:val="19"/>
              </w:rPr>
              <w:t>Đặc điểm</w:t>
            </w:r>
          </w:p>
        </w:tc>
        <w:tc>
          <w:tcPr>
            <w:tcW w:type="dxa" w:w="3437"/>
          </w:tcPr>
          <w:p>
            <w:r/>
            <w:r>
              <w:rPr>
                <w:rFonts w:ascii="Arial" w:hAnsi="Arial"/>
                <w:b/>
                <w:color w:val="000000"/>
                <w:sz w:val="19"/>
              </w:rPr>
              <w:t>Ứng dụng</w:t>
            </w:r>
          </w:p>
        </w:tc>
      </w:tr>
      <w:tr>
        <w:tc>
          <w:tcPr>
            <w:tcW w:type="dxa" w:w="3437"/>
          </w:tcPr>
          <w:p>
            <w:r/>
            <w:r>
              <w:rPr>
                <w:rFonts w:ascii="Arial" w:hAnsi="Arial"/>
                <w:b w:val="0"/>
                <w:color w:val="000000"/>
                <w:sz w:val="19"/>
              </w:rPr>
              <w:t>BTUV 2008</w:t>
            </w:r>
          </w:p>
        </w:tc>
        <w:tc>
          <w:tcPr>
            <w:tcW w:type="dxa" w:w="3437"/>
          </w:tcPr>
          <w:p>
            <w:r/>
            <w:r>
              <w:rPr>
                <w:rFonts w:ascii="Arial" w:hAnsi="Arial"/>
                <w:b w:val="0"/>
                <w:color w:val="000000"/>
                <w:sz w:val="19"/>
              </w:rPr>
              <w:t>Đa năng, chà nhám tốt</w:t>
            </w:r>
          </w:p>
        </w:tc>
        <w:tc>
          <w:tcPr>
            <w:tcW w:type="dxa" w:w="3437"/>
          </w:tcPr>
          <w:p>
            <w:r/>
            <w:r>
              <w:rPr>
                <w:rFonts w:ascii="Arial" w:hAnsi="Arial"/>
                <w:b w:val="0"/>
                <w:color w:val="000000"/>
                <w:sz w:val="19"/>
              </w:rPr>
              <w:t>Sơn lót thông dụng cho nội thất</w:t>
            </w:r>
          </w:p>
        </w:tc>
      </w:tr>
      <w:tr>
        <w:tc>
          <w:tcPr>
            <w:tcW w:type="dxa" w:w="3437"/>
          </w:tcPr>
          <w:p>
            <w:r/>
            <w:r>
              <w:rPr>
                <w:rFonts w:ascii="Arial" w:hAnsi="Arial"/>
                <w:b w:val="0"/>
                <w:color w:val="000000"/>
                <w:sz w:val="19"/>
              </w:rPr>
              <w:t>BT_UV 2011 HP</w:t>
            </w:r>
          </w:p>
        </w:tc>
        <w:tc>
          <w:tcPr>
            <w:tcW w:type="dxa" w:w="3437"/>
          </w:tcPr>
          <w:p>
            <w:r/>
            <w:r>
              <w:rPr>
                <w:rFonts w:ascii="Arial" w:hAnsi="Arial"/>
                <w:b w:val="0"/>
                <w:color w:val="000000"/>
                <w:sz w:val="19"/>
              </w:rPr>
              <w:t>Độ trong cao, ngăn dầu</w:t>
            </w:r>
          </w:p>
        </w:tc>
        <w:tc>
          <w:tcPr>
            <w:tcW w:type="dxa" w:w="3437"/>
          </w:tcPr>
          <w:p>
            <w:r/>
            <w:r>
              <w:rPr>
                <w:rFonts w:ascii="Arial" w:hAnsi="Arial"/>
                <w:b w:val="0"/>
                <w:color w:val="000000"/>
                <w:sz w:val="19"/>
              </w:rPr>
              <w:t>Yêu cầu thẩm mỹ cao, giữ màu gỗ tự nhiên</w:t>
            </w:r>
          </w:p>
        </w:tc>
      </w:tr>
      <w:tr>
        <w:tc>
          <w:tcPr>
            <w:tcW w:type="dxa" w:w="3437"/>
          </w:tcPr>
          <w:p>
            <w:r/>
            <w:r>
              <w:rPr>
                <w:rFonts w:ascii="Arial" w:hAnsi="Arial"/>
                <w:b w:val="0"/>
                <w:color w:val="000000"/>
                <w:sz w:val="19"/>
              </w:rPr>
              <w:t>BTUV 0711</w:t>
            </w:r>
          </w:p>
        </w:tc>
        <w:tc>
          <w:tcPr>
            <w:tcW w:type="dxa" w:w="3437"/>
          </w:tcPr>
          <w:p>
            <w:r/>
            <w:r>
              <w:rPr>
                <w:rFonts w:ascii="Arial" w:hAnsi="Arial"/>
                <w:b w:val="0"/>
                <w:color w:val="000000"/>
                <w:sz w:val="19"/>
              </w:rPr>
              <w:t>Chuyên dụng, chịu lực tốt</w:t>
            </w:r>
          </w:p>
        </w:tc>
        <w:tc>
          <w:tcPr>
            <w:tcW w:type="dxa" w:w="3437"/>
          </w:tcPr>
          <w:p>
            <w:r/>
            <w:r>
              <w:rPr>
                <w:rFonts w:ascii="Arial" w:hAnsi="Arial"/>
                <w:b w:val="0"/>
                <w:color w:val="000000"/>
                <w:sz w:val="19"/>
              </w:rPr>
              <w:t>Ván sàn (bản VT — tăng bám dính sàn gỗ Vĩnh Tiến)</w:t>
            </w:r>
          </w:p>
        </w:tc>
      </w:tr>
      <w:tr>
        <w:tc>
          <w:tcPr>
            <w:tcW w:type="dxa" w:w="3437"/>
          </w:tcPr>
          <w:p>
            <w:r/>
            <w:r>
              <w:rPr>
                <w:rFonts w:ascii="Arial" w:hAnsi="Arial"/>
                <w:b w:val="0"/>
                <w:color w:val="000000"/>
                <w:sz w:val="19"/>
              </w:rPr>
              <w:t>BTUV 2005</w:t>
            </w:r>
          </w:p>
        </w:tc>
        <w:tc>
          <w:tcPr>
            <w:tcW w:type="dxa" w:w="3437"/>
          </w:tcPr>
          <w:p>
            <w:r/>
            <w:r>
              <w:rPr>
                <w:rFonts w:ascii="Arial" w:hAnsi="Arial"/>
                <w:b w:val="0"/>
                <w:color w:val="000000"/>
                <w:sz w:val="19"/>
              </w:rPr>
              <w:t>Lót mờ</w:t>
            </w:r>
          </w:p>
        </w:tc>
        <w:tc>
          <w:tcPr>
            <w:tcW w:type="dxa" w:w="3437"/>
          </w:tcPr>
          <w:p>
            <w:r/>
            <w:r>
              <w:rPr>
                <w:rFonts w:ascii="Arial" w:hAnsi="Arial"/>
                <w:b w:val="0"/>
                <w:color w:val="000000"/>
                <w:sz w:val="19"/>
              </w:rPr>
              <w:t>Tạo bề mặt mịn mờ, giảm chói</w:t>
            </w:r>
          </w:p>
        </w:tc>
      </w:tr>
      <w:tr>
        <w:tc>
          <w:tcPr>
            <w:tcW w:type="dxa" w:w="3437"/>
          </w:tcPr>
          <w:p>
            <w:r/>
            <w:r>
              <w:rPr>
                <w:rFonts w:ascii="Arial" w:hAnsi="Arial"/>
                <w:b w:val="0"/>
                <w:color w:val="000000"/>
                <w:sz w:val="19"/>
              </w:rPr>
              <w:t>BTUV 1403</w:t>
            </w:r>
          </w:p>
        </w:tc>
        <w:tc>
          <w:tcPr>
            <w:tcW w:type="dxa" w:w="3437"/>
          </w:tcPr>
          <w:p>
            <w:r/>
            <w:r>
              <w:rPr>
                <w:rFonts w:ascii="Arial" w:hAnsi="Arial"/>
                <w:b w:val="0"/>
                <w:color w:val="000000"/>
                <w:sz w:val="19"/>
              </w:rPr>
              <w:t>Tăng chống mài mòn</w:t>
            </w:r>
          </w:p>
        </w:tc>
        <w:tc>
          <w:tcPr>
            <w:tcW w:type="dxa" w:w="3437"/>
          </w:tcPr>
          <w:p>
            <w:r/>
            <w:r>
              <w:rPr>
                <w:rFonts w:ascii="Arial" w:hAnsi="Arial"/>
                <w:b w:val="0"/>
                <w:color w:val="000000"/>
                <w:sz w:val="19"/>
              </w:rPr>
              <w:t>Nơi có lưu lượng đi lại cao</w:t>
            </w:r>
          </w:p>
        </w:tc>
      </w:tr>
    </w:tbl>
    <w:p>
      <w:r>
        <w:rPr>
          <w:rFonts w:ascii="Arial" w:hAnsi="Arial"/>
          <w:b/>
          <w:color w:val="000000"/>
          <w:sz w:val="21"/>
        </w:rPr>
        <w:t>2. Sơn bóng UV (Topcoat) — không màu, lăn trục</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Mã sản phẩm</w:t>
            </w:r>
          </w:p>
        </w:tc>
        <w:tc>
          <w:tcPr>
            <w:tcW w:type="dxa" w:w="3437"/>
          </w:tcPr>
          <w:p>
            <w:r/>
            <w:r>
              <w:rPr>
                <w:rFonts w:ascii="Arial" w:hAnsi="Arial"/>
                <w:b/>
                <w:color w:val="000000"/>
                <w:sz w:val="19"/>
              </w:rPr>
              <w:t>Đặc điểm</w:t>
            </w:r>
          </w:p>
        </w:tc>
        <w:tc>
          <w:tcPr>
            <w:tcW w:type="dxa" w:w="3437"/>
          </w:tcPr>
          <w:p>
            <w:r/>
            <w:r>
              <w:rPr>
                <w:rFonts w:ascii="Arial" w:hAnsi="Arial"/>
                <w:b/>
                <w:color w:val="000000"/>
                <w:sz w:val="19"/>
              </w:rPr>
              <w:t>Ứng dụng</w:t>
            </w:r>
          </w:p>
        </w:tc>
      </w:tr>
      <w:tr>
        <w:tc>
          <w:tcPr>
            <w:tcW w:type="dxa" w:w="3437"/>
          </w:tcPr>
          <w:p>
            <w:r/>
            <w:r>
              <w:rPr>
                <w:rFonts w:ascii="Arial" w:hAnsi="Arial"/>
                <w:b w:val="0"/>
                <w:color w:val="000000"/>
                <w:sz w:val="19"/>
              </w:rPr>
              <w:t>BTUV 2407 (Clear PHT)</w:t>
            </w:r>
          </w:p>
        </w:tc>
        <w:tc>
          <w:tcPr>
            <w:tcW w:type="dxa" w:w="3437"/>
          </w:tcPr>
          <w:p>
            <w:r/>
            <w:r>
              <w:rPr>
                <w:rFonts w:ascii="Arial" w:hAnsi="Arial"/>
                <w:b w:val="0"/>
                <w:color w:val="000000"/>
                <w:sz w:val="19"/>
              </w:rPr>
              <w:t>Bóng, chống biến màu sau sấy</w:t>
            </w:r>
          </w:p>
        </w:tc>
        <w:tc>
          <w:tcPr>
            <w:tcW w:type="dxa" w:w="3437"/>
          </w:tcPr>
          <w:p>
            <w:r/>
            <w:r>
              <w:rPr>
                <w:rFonts w:ascii="Arial" w:hAnsi="Arial"/>
                <w:b w:val="0"/>
                <w:color w:val="000000"/>
                <w:sz w:val="19"/>
              </w:rPr>
              <w:t>Màu sáng, yêu cầu giữ màu lâu dài</w:t>
            </w:r>
          </w:p>
        </w:tc>
      </w:tr>
      <w:tr>
        <w:tc>
          <w:tcPr>
            <w:tcW w:type="dxa" w:w="3437"/>
          </w:tcPr>
          <w:p>
            <w:r/>
            <w:r>
              <w:rPr>
                <w:rFonts w:ascii="Arial" w:hAnsi="Arial"/>
                <w:b w:val="0"/>
                <w:color w:val="000000"/>
                <w:sz w:val="19"/>
              </w:rPr>
              <w:t>BTUV 2407 Matte PHT</w:t>
            </w:r>
          </w:p>
        </w:tc>
        <w:tc>
          <w:tcPr>
            <w:tcW w:type="dxa" w:w="3437"/>
          </w:tcPr>
          <w:p>
            <w:r/>
            <w:r>
              <w:rPr>
                <w:rFonts w:ascii="Arial" w:hAnsi="Arial"/>
                <w:b w:val="0"/>
                <w:color w:val="000000"/>
                <w:sz w:val="19"/>
              </w:rPr>
              <w:t>Bóng mờ, chống biến màu</w:t>
            </w:r>
          </w:p>
        </w:tc>
        <w:tc>
          <w:tcPr>
            <w:tcW w:type="dxa" w:w="3437"/>
          </w:tcPr>
          <w:p>
            <w:r/>
            <w:r>
              <w:rPr>
                <w:rFonts w:ascii="Arial" w:hAnsi="Arial"/>
                <w:b w:val="0"/>
                <w:color w:val="000000"/>
                <w:sz w:val="19"/>
              </w:rPr>
              <w:t>Bề mặt mờ, giữ màu lâu dài</w:t>
            </w:r>
          </w:p>
        </w:tc>
      </w:tr>
      <w:tr>
        <w:tc>
          <w:tcPr>
            <w:tcW w:type="dxa" w:w="3437"/>
          </w:tcPr>
          <w:p>
            <w:r/>
            <w:r>
              <w:rPr>
                <w:rFonts w:ascii="Arial" w:hAnsi="Arial"/>
                <w:b w:val="0"/>
                <w:color w:val="000000"/>
                <w:sz w:val="19"/>
              </w:rPr>
              <w:t>BTUV 0510</w:t>
            </w:r>
          </w:p>
        </w:tc>
        <w:tc>
          <w:tcPr>
            <w:tcW w:type="dxa" w:w="3437"/>
          </w:tcPr>
          <w:p>
            <w:r/>
            <w:r>
              <w:rPr>
                <w:rFonts w:ascii="Arial" w:hAnsi="Arial"/>
                <w:b w:val="0"/>
                <w:color w:val="000000"/>
                <w:sz w:val="19"/>
              </w:rPr>
              <w:t>Bóng ván sàn, chịu mài mòn</w:t>
            </w:r>
          </w:p>
        </w:tc>
        <w:tc>
          <w:tcPr>
            <w:tcW w:type="dxa" w:w="3437"/>
          </w:tcPr>
          <w:p>
            <w:r/>
            <w:r>
              <w:rPr>
                <w:rFonts w:ascii="Arial" w:hAnsi="Arial"/>
                <w:b w:val="0"/>
                <w:color w:val="000000"/>
                <w:sz w:val="19"/>
              </w:rPr>
              <w:t>Mặt sàn, chịu mài mòn cao</w:t>
            </w:r>
          </w:p>
        </w:tc>
      </w:tr>
      <w:tr>
        <w:tc>
          <w:tcPr>
            <w:tcW w:type="dxa" w:w="3437"/>
          </w:tcPr>
          <w:p>
            <w:r/>
            <w:r>
              <w:rPr>
                <w:rFonts w:ascii="Arial" w:hAnsi="Arial"/>
                <w:b w:val="0"/>
                <w:color w:val="000000"/>
                <w:sz w:val="19"/>
              </w:rPr>
              <w:t>BTUV 0609</w:t>
            </w:r>
          </w:p>
        </w:tc>
        <w:tc>
          <w:tcPr>
            <w:tcW w:type="dxa" w:w="3437"/>
          </w:tcPr>
          <w:p>
            <w:r/>
            <w:r>
              <w:rPr>
                <w:rFonts w:ascii="Arial" w:hAnsi="Arial"/>
                <w:b w:val="0"/>
                <w:color w:val="000000"/>
                <w:sz w:val="19"/>
              </w:rPr>
              <w:t>Bóng thông dụng (PHT)</w:t>
            </w:r>
          </w:p>
        </w:tc>
        <w:tc>
          <w:tcPr>
            <w:tcW w:type="dxa" w:w="3437"/>
          </w:tcPr>
          <w:p>
            <w:r/>
            <w:r>
              <w:rPr>
                <w:rFonts w:ascii="Arial" w:hAnsi="Arial"/>
                <w:b w:val="0"/>
                <w:color w:val="000000"/>
                <w:sz w:val="19"/>
              </w:rPr>
              <w:t>Nội thất thông thường</w:t>
            </w:r>
          </w:p>
        </w:tc>
      </w:tr>
    </w:tbl>
    <w:p>
      <w:r>
        <w:rPr>
          <w:rFonts w:ascii="Arial" w:hAnsi="Arial"/>
          <w:b/>
          <w:color w:val="000000"/>
          <w:sz w:val="21"/>
        </w:rPr>
        <w:t>3. Sơn Primer UV — không màu</w:t>
      </w:r>
    </w:p>
    <w:tbl>
      <w:tblPr>
        <w:tblStyle w:val="TableGrid"/>
        <w:tblW w:type="auto" w:w="0"/>
        <w:tblLook w:firstColumn="1" w:firstRow="1" w:lastColumn="0" w:lastRow="0" w:noHBand="0" w:noVBand="1" w:val="04A0"/>
      </w:tblPr>
      <w:tblGrid>
        <w:gridCol w:w="3437"/>
        <w:gridCol w:w="3437"/>
        <w:gridCol w:w="3437"/>
      </w:tblGrid>
      <w:tr>
        <w:tc>
          <w:tcPr>
            <w:tcW w:type="dxa" w:w="3437"/>
          </w:tcPr>
          <w:p>
            <w:r/>
            <w:r>
              <w:rPr>
                <w:rFonts w:ascii="Arial" w:hAnsi="Arial"/>
                <w:b/>
                <w:color w:val="000000"/>
                <w:sz w:val="19"/>
              </w:rPr>
              <w:t>Mã sản phẩm</w:t>
            </w:r>
          </w:p>
        </w:tc>
        <w:tc>
          <w:tcPr>
            <w:tcW w:type="dxa" w:w="3437"/>
          </w:tcPr>
          <w:p>
            <w:r/>
            <w:r>
              <w:rPr>
                <w:rFonts w:ascii="Arial" w:hAnsi="Arial"/>
                <w:b/>
                <w:color w:val="000000"/>
                <w:sz w:val="19"/>
              </w:rPr>
              <w:t>Đặc điểm</w:t>
            </w:r>
          </w:p>
        </w:tc>
        <w:tc>
          <w:tcPr>
            <w:tcW w:type="dxa" w:w="3437"/>
          </w:tcPr>
          <w:p>
            <w:r/>
            <w:r>
              <w:rPr>
                <w:rFonts w:ascii="Arial" w:hAnsi="Arial"/>
                <w:b/>
                <w:color w:val="000000"/>
                <w:sz w:val="19"/>
              </w:rPr>
              <w:t>Ứng dụng</w:t>
            </w:r>
          </w:p>
        </w:tc>
      </w:tr>
      <w:tr>
        <w:tc>
          <w:tcPr>
            <w:tcW w:type="dxa" w:w="3437"/>
          </w:tcPr>
          <w:p>
            <w:r/>
            <w:r>
              <w:rPr>
                <w:rFonts w:ascii="Arial" w:hAnsi="Arial"/>
                <w:b w:val="0"/>
                <w:color w:val="000000"/>
                <w:sz w:val="19"/>
              </w:rPr>
              <w:t>BTUV PRIMER 01 GT</w:t>
            </w:r>
          </w:p>
        </w:tc>
        <w:tc>
          <w:tcPr>
            <w:tcW w:type="dxa" w:w="3437"/>
          </w:tcPr>
          <w:p>
            <w:r/>
            <w:r>
              <w:rPr>
                <w:rFonts w:ascii="Arial" w:hAnsi="Arial"/>
                <w:b w:val="0"/>
                <w:color w:val="000000"/>
                <w:sz w:val="19"/>
              </w:rPr>
              <w:t>Ngăn dầu</w:t>
            </w:r>
          </w:p>
        </w:tc>
        <w:tc>
          <w:tcPr>
            <w:tcW w:type="dxa" w:w="3437"/>
          </w:tcPr>
          <w:p>
            <w:r/>
            <w:r>
              <w:rPr>
                <w:rFonts w:ascii="Arial" w:hAnsi="Arial"/>
                <w:b w:val="0"/>
                <w:color w:val="000000"/>
                <w:sz w:val="19"/>
              </w:rPr>
              <w:t>Gỗ tràm, gỗ thông nhiều dầu</w:t>
            </w:r>
          </w:p>
        </w:tc>
      </w:tr>
      <w:tr>
        <w:tc>
          <w:tcPr>
            <w:tcW w:type="dxa" w:w="3437"/>
          </w:tcPr>
          <w:p>
            <w:r/>
            <w:r>
              <w:rPr>
                <w:rFonts w:ascii="Arial" w:hAnsi="Arial"/>
                <w:b w:val="0"/>
                <w:color w:val="000000"/>
                <w:sz w:val="19"/>
              </w:rPr>
              <w:t>BT_UV 1508</w:t>
            </w:r>
          </w:p>
        </w:tc>
        <w:tc>
          <w:tcPr>
            <w:tcW w:type="dxa" w:w="3437"/>
          </w:tcPr>
          <w:p>
            <w:r/>
            <w:r>
              <w:rPr>
                <w:rFonts w:ascii="Arial" w:hAnsi="Arial"/>
                <w:b w:val="0"/>
                <w:color w:val="000000"/>
                <w:sz w:val="19"/>
              </w:rPr>
              <w:t>Bám dính đa năng</w:t>
            </w:r>
          </w:p>
        </w:tc>
        <w:tc>
          <w:tcPr>
            <w:tcW w:type="dxa" w:w="3437"/>
          </w:tcPr>
          <w:p>
            <w:r/>
            <w:r>
              <w:rPr>
                <w:rFonts w:ascii="Arial" w:hAnsi="Arial"/>
                <w:b w:val="0"/>
                <w:color w:val="000000"/>
                <w:sz w:val="19"/>
              </w:rPr>
              <w:t>Kim loại, nhựa ABS</w:t>
            </w:r>
          </w:p>
        </w:tc>
      </w:tr>
    </w:tbl>
    <w:p>
      <w:r>
        <w:rPr>
          <w:rFonts w:ascii="Arial" w:hAnsi="Arial"/>
          <w:b/>
          <w:color w:val="000000"/>
          <w:sz w:val="21"/>
        </w:rPr>
        <w:t>Ghi chú — các mã loại trừ (không thuộc lăn trục):</w:t>
      </w:r>
    </w:p>
    <w:p>
      <w:pPr>
        <w:pStyle w:val="ListBullet"/>
      </w:pPr>
      <w:r>
        <w:rPr>
          <w:rFonts w:ascii="Arial" w:hAnsi="Arial"/>
          <w:color w:val="000000"/>
          <w:sz w:val="21"/>
        </w:rPr>
        <w:t>BT UV SPR 1010: bóng dùng súng phun (thi công phun, không phải lăn trục).</w:t>
      </w:r>
    </w:p>
    <w:p>
      <w:pPr>
        <w:pStyle w:val="ListBullet"/>
      </w:pPr>
      <w:r>
        <w:rPr>
          <w:rFonts w:ascii="Arial" w:hAnsi="Arial"/>
          <w:color w:val="000000"/>
          <w:sz w:val="21"/>
        </w:rPr>
        <w:t>BT_UV 2106 V / BTUV 0806 WV: sealer phun cạnh máy hút chân không (vacuum).</w:t>
      </w:r>
    </w:p>
    <w:p>
      <w:pPr>
        <w:pStyle w:val="ListBullet"/>
      </w:pPr>
      <w:r>
        <w:rPr>
          <w:rFonts w:ascii="Arial" w:hAnsi="Arial"/>
          <w:color w:val="000000"/>
          <w:sz w:val="21"/>
        </w:rPr>
        <w:t>Sơn UV có màu (trắng, đen, hệ màu), Filler, phụ gia (BV1711, CCN, CTC, PG 6020, DL UV 01…) không nằm trong danh mục sơn không màu này.</w:t>
      </w:r>
    </w:p>
    <w:p>
      <w:pPr>
        <w:pStyle w:val="ListBullet"/>
      </w:pPr>
      <w:r>
        <w:rPr>
          <w:rFonts w:ascii="Arial" w:hAnsi="Arial"/>
          <w:color w:val="000000"/>
          <w:sz w:val="21"/>
        </w:rPr>
        <w:t>BTUV 127 Floor Sealer (siêu cứng): đang thử nghiệm thay thế nguyên liệu, CHƯA chốt đưa vào danh mục.</w:t>
      </w:r>
    </w:p>
    <w:p>
      <w:pPr>
        <w:pStyle w:val="Heading1"/>
      </w:pPr>
      <w:r>
        <w:rPr>
          <w:rFonts w:ascii="Arial" w:hAnsi="Arial"/>
          <w:color w:val="000000"/>
          <w:sz w:val="21"/>
        </w:rPr>
        <w:t>PHẦN 5. DANH SÁCH MÃ MÀU SƠN UV</w:t>
      </w:r>
    </w:p>
    <w:p>
      <w:pPr>
        <w:pStyle w:val="Heading3"/>
      </w:pPr>
      <w:r>
        <w:rPr>
          <w:rFonts w:ascii="Arial" w:hAnsi="Arial"/>
          <w:color w:val="000000"/>
          <w:sz w:val="21"/>
        </w:rPr>
        <w:t>Danh sách màu sơn UV</w:t>
      </w:r>
    </w:p>
    <w:p>
      <w:pPr>
        <w:pStyle w:val="Heading4"/>
      </w:pPr>
      <w:r>
        <w:rPr>
          <w:rFonts w:ascii="Arial" w:hAnsi="Arial"/>
          <w:color w:val="000000"/>
          <w:sz w:val="21"/>
        </w:rPr>
        <w:t>Hệ màu Vàng</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STT</w:t>
            </w:r>
          </w:p>
        </w:tc>
        <w:tc>
          <w:tcPr>
            <w:tcW w:type="dxa" w:w="5156"/>
          </w:tcPr>
          <w:p>
            <w:r/>
            <w:r>
              <w:rPr>
                <w:rFonts w:ascii="Arial" w:hAnsi="Arial"/>
                <w:b/>
                <w:color w:val="000000"/>
                <w:sz w:val="19"/>
              </w:rPr>
              <w:t>Tên màu</w:t>
            </w:r>
          </w:p>
        </w:tc>
      </w:tr>
      <w:tr>
        <w:tc>
          <w:tcPr>
            <w:tcW w:type="dxa" w:w="5156"/>
          </w:tcPr>
          <w:p>
            <w:r/>
            <w:r>
              <w:rPr>
                <w:rFonts w:ascii="Arial" w:hAnsi="Arial"/>
                <w:b w:val="0"/>
                <w:color w:val="000000"/>
                <w:sz w:val="19"/>
              </w:rPr>
              <w:t>1</w:t>
            </w:r>
          </w:p>
        </w:tc>
        <w:tc>
          <w:tcPr>
            <w:tcW w:type="dxa" w:w="5156"/>
          </w:tcPr>
          <w:p>
            <w:r/>
            <w:r>
              <w:rPr>
                <w:rFonts w:ascii="Arial" w:hAnsi="Arial"/>
                <w:b w:val="0"/>
                <w:color w:val="000000"/>
                <w:sz w:val="19"/>
              </w:rPr>
              <w:t>Vàng cam 2RA</w:t>
            </w:r>
          </w:p>
        </w:tc>
      </w:tr>
      <w:tr>
        <w:tc>
          <w:tcPr>
            <w:tcW w:type="dxa" w:w="5156"/>
          </w:tcPr>
          <w:p>
            <w:r/>
            <w:r>
              <w:rPr>
                <w:rFonts w:ascii="Arial" w:hAnsi="Arial"/>
                <w:b w:val="0"/>
                <w:color w:val="000000"/>
                <w:sz w:val="19"/>
              </w:rPr>
              <w:t>2</w:t>
            </w:r>
          </w:p>
        </w:tc>
        <w:tc>
          <w:tcPr>
            <w:tcW w:type="dxa" w:w="5156"/>
          </w:tcPr>
          <w:p>
            <w:r/>
            <w:r>
              <w:rPr>
                <w:rFonts w:ascii="Arial" w:hAnsi="Arial"/>
                <w:b w:val="0"/>
                <w:color w:val="000000"/>
                <w:sz w:val="19"/>
              </w:rPr>
              <w:t>VÀNG 57 UV</w:t>
            </w:r>
          </w:p>
        </w:tc>
      </w:tr>
      <w:tr>
        <w:tc>
          <w:tcPr>
            <w:tcW w:type="dxa" w:w="5156"/>
          </w:tcPr>
          <w:p>
            <w:r/>
            <w:r>
              <w:rPr>
                <w:rFonts w:ascii="Arial" w:hAnsi="Arial"/>
                <w:b w:val="0"/>
                <w:color w:val="000000"/>
                <w:sz w:val="19"/>
              </w:rPr>
              <w:t>3</w:t>
            </w:r>
          </w:p>
        </w:tc>
        <w:tc>
          <w:tcPr>
            <w:tcW w:type="dxa" w:w="5156"/>
          </w:tcPr>
          <w:p>
            <w:r/>
            <w:r>
              <w:rPr>
                <w:rFonts w:ascii="Arial" w:hAnsi="Arial"/>
                <w:b w:val="0"/>
                <w:color w:val="000000"/>
                <w:sz w:val="19"/>
              </w:rPr>
              <w:t>Vàng 412</w:t>
            </w:r>
          </w:p>
        </w:tc>
      </w:tr>
    </w:tbl>
    <w:p>
      <w:pPr>
        <w:pStyle w:val="Heading4"/>
      </w:pPr>
      <w:r>
        <w:rPr>
          <w:rFonts w:ascii="Arial" w:hAnsi="Arial"/>
          <w:color w:val="000000"/>
          <w:sz w:val="21"/>
        </w:rPr>
        <w:t>Hệ màu Đỏ</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STT</w:t>
            </w:r>
          </w:p>
        </w:tc>
        <w:tc>
          <w:tcPr>
            <w:tcW w:type="dxa" w:w="5156"/>
          </w:tcPr>
          <w:p>
            <w:r/>
            <w:r>
              <w:rPr>
                <w:rFonts w:ascii="Arial" w:hAnsi="Arial"/>
                <w:b/>
                <w:color w:val="000000"/>
                <w:sz w:val="19"/>
              </w:rPr>
              <w:t>Tên màu</w:t>
            </w:r>
          </w:p>
        </w:tc>
      </w:tr>
      <w:tr>
        <w:tc>
          <w:tcPr>
            <w:tcW w:type="dxa" w:w="5156"/>
          </w:tcPr>
          <w:p>
            <w:r/>
            <w:r>
              <w:rPr>
                <w:rFonts w:ascii="Arial" w:hAnsi="Arial"/>
                <w:b w:val="0"/>
                <w:color w:val="000000"/>
                <w:sz w:val="19"/>
              </w:rPr>
              <w:t>1</w:t>
            </w:r>
          </w:p>
        </w:tc>
        <w:tc>
          <w:tcPr>
            <w:tcW w:type="dxa" w:w="5156"/>
          </w:tcPr>
          <w:p>
            <w:r/>
            <w:r>
              <w:rPr>
                <w:rFonts w:ascii="Arial" w:hAnsi="Arial"/>
                <w:b w:val="0"/>
                <w:color w:val="000000"/>
                <w:sz w:val="19"/>
              </w:rPr>
              <w:t>ĐỎ F3 RK (1-0.5) DM</w:t>
            </w:r>
          </w:p>
        </w:tc>
      </w:tr>
      <w:tr>
        <w:tc>
          <w:tcPr>
            <w:tcW w:type="dxa" w:w="5156"/>
          </w:tcPr>
          <w:p>
            <w:r/>
            <w:r>
              <w:rPr>
                <w:rFonts w:ascii="Arial" w:hAnsi="Arial"/>
                <w:b w:val="0"/>
                <w:color w:val="000000"/>
                <w:sz w:val="19"/>
              </w:rPr>
              <w:t>2</w:t>
            </w:r>
          </w:p>
        </w:tc>
        <w:tc>
          <w:tcPr>
            <w:tcW w:type="dxa" w:w="5156"/>
          </w:tcPr>
          <w:p>
            <w:r/>
            <w:r>
              <w:rPr>
                <w:rFonts w:ascii="Arial" w:hAnsi="Arial"/>
                <w:b w:val="0"/>
                <w:color w:val="000000"/>
                <w:sz w:val="19"/>
              </w:rPr>
              <w:t>ĐỎ 04 UV</w:t>
            </w:r>
          </w:p>
        </w:tc>
      </w:tr>
      <w:tr>
        <w:tc>
          <w:tcPr>
            <w:tcW w:type="dxa" w:w="5156"/>
          </w:tcPr>
          <w:p>
            <w:r/>
            <w:r>
              <w:rPr>
                <w:rFonts w:ascii="Arial" w:hAnsi="Arial"/>
                <w:b w:val="0"/>
                <w:color w:val="000000"/>
                <w:sz w:val="19"/>
              </w:rPr>
              <w:t>3</w:t>
            </w:r>
          </w:p>
        </w:tc>
        <w:tc>
          <w:tcPr>
            <w:tcW w:type="dxa" w:w="5156"/>
          </w:tcPr>
          <w:p>
            <w:r/>
            <w:r>
              <w:rPr>
                <w:rFonts w:ascii="Arial" w:hAnsi="Arial"/>
                <w:b w:val="0"/>
                <w:color w:val="000000"/>
                <w:sz w:val="19"/>
              </w:rPr>
              <w:t>Đỏ VM 334</w:t>
            </w:r>
          </w:p>
        </w:tc>
      </w:tr>
      <w:tr>
        <w:tc>
          <w:tcPr>
            <w:tcW w:type="dxa" w:w="5156"/>
          </w:tcPr>
          <w:p>
            <w:r/>
            <w:r>
              <w:rPr>
                <w:rFonts w:ascii="Arial" w:hAnsi="Arial"/>
                <w:b w:val="0"/>
                <w:color w:val="000000"/>
                <w:sz w:val="19"/>
              </w:rPr>
              <w:t>4</w:t>
            </w:r>
          </w:p>
        </w:tc>
        <w:tc>
          <w:tcPr>
            <w:tcW w:type="dxa" w:w="5156"/>
          </w:tcPr>
          <w:p>
            <w:r/>
            <w:r>
              <w:rPr>
                <w:rFonts w:ascii="Arial" w:hAnsi="Arial"/>
                <w:b w:val="0"/>
                <w:color w:val="000000"/>
                <w:sz w:val="19"/>
              </w:rPr>
              <w:t>Đỏ New SUPER (1-2) DM</w:t>
            </w:r>
          </w:p>
        </w:tc>
      </w:tr>
      <w:tr>
        <w:tc>
          <w:tcPr>
            <w:tcW w:type="dxa" w:w="5156"/>
          </w:tcPr>
          <w:p>
            <w:r/>
            <w:r>
              <w:rPr>
                <w:rFonts w:ascii="Arial" w:hAnsi="Arial"/>
                <w:b w:val="0"/>
                <w:color w:val="000000"/>
                <w:sz w:val="19"/>
              </w:rPr>
              <w:t>5</w:t>
            </w:r>
          </w:p>
        </w:tc>
        <w:tc>
          <w:tcPr>
            <w:tcW w:type="dxa" w:w="5156"/>
          </w:tcPr>
          <w:p>
            <w:r/>
            <w:r>
              <w:rPr>
                <w:rFonts w:ascii="Arial" w:hAnsi="Arial"/>
                <w:b w:val="0"/>
                <w:color w:val="000000"/>
                <w:sz w:val="19"/>
              </w:rPr>
              <w:t>Đỏ New super (1-5) DM</w:t>
            </w:r>
          </w:p>
        </w:tc>
      </w:tr>
    </w:tbl>
    <w:p>
      <w:pPr>
        <w:pStyle w:val="Heading4"/>
      </w:pPr>
      <w:r>
        <w:rPr>
          <w:rFonts w:ascii="Arial" w:hAnsi="Arial"/>
          <w:color w:val="000000"/>
          <w:sz w:val="21"/>
        </w:rPr>
        <w:t>Hệ màu Xanh dương</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STT</w:t>
            </w:r>
          </w:p>
        </w:tc>
        <w:tc>
          <w:tcPr>
            <w:tcW w:type="dxa" w:w="5156"/>
          </w:tcPr>
          <w:p>
            <w:r/>
            <w:r>
              <w:rPr>
                <w:rFonts w:ascii="Arial" w:hAnsi="Arial"/>
                <w:b/>
                <w:color w:val="000000"/>
                <w:sz w:val="19"/>
              </w:rPr>
              <w:t>Tên màu</w:t>
            </w:r>
          </w:p>
        </w:tc>
      </w:tr>
      <w:tr>
        <w:tc>
          <w:tcPr>
            <w:tcW w:type="dxa" w:w="5156"/>
          </w:tcPr>
          <w:p>
            <w:r/>
            <w:r>
              <w:rPr>
                <w:rFonts w:ascii="Arial" w:hAnsi="Arial"/>
                <w:b w:val="0"/>
                <w:color w:val="000000"/>
                <w:sz w:val="19"/>
              </w:rPr>
              <w:t>1</w:t>
            </w:r>
          </w:p>
        </w:tc>
        <w:tc>
          <w:tcPr>
            <w:tcW w:type="dxa" w:w="5156"/>
          </w:tcPr>
          <w:p>
            <w:r/>
            <w:r>
              <w:rPr>
                <w:rFonts w:ascii="Arial" w:hAnsi="Arial"/>
                <w:b w:val="0"/>
                <w:color w:val="000000"/>
                <w:sz w:val="19"/>
              </w:rPr>
              <w:t>XANH DƯƠNG 4GA</w:t>
            </w:r>
          </w:p>
        </w:tc>
      </w:tr>
      <w:tr>
        <w:tc>
          <w:tcPr>
            <w:tcW w:type="dxa" w:w="5156"/>
          </w:tcPr>
          <w:p>
            <w:r/>
            <w:r>
              <w:rPr>
                <w:rFonts w:ascii="Arial" w:hAnsi="Arial"/>
                <w:b w:val="0"/>
                <w:color w:val="000000"/>
                <w:sz w:val="19"/>
              </w:rPr>
              <w:t>2</w:t>
            </w:r>
          </w:p>
        </w:tc>
        <w:tc>
          <w:tcPr>
            <w:tcW w:type="dxa" w:w="5156"/>
          </w:tcPr>
          <w:p>
            <w:r/>
            <w:r>
              <w:rPr>
                <w:rFonts w:ascii="Arial" w:hAnsi="Arial"/>
                <w:b w:val="0"/>
                <w:color w:val="000000"/>
                <w:sz w:val="19"/>
              </w:rPr>
              <w:t>Xanh dương 4GA (1-5) DM</w:t>
            </w:r>
          </w:p>
        </w:tc>
      </w:tr>
      <w:tr>
        <w:tc>
          <w:tcPr>
            <w:tcW w:type="dxa" w:w="5156"/>
          </w:tcPr>
          <w:p>
            <w:r/>
            <w:r>
              <w:rPr>
                <w:rFonts w:ascii="Arial" w:hAnsi="Arial"/>
                <w:b w:val="0"/>
                <w:color w:val="000000"/>
                <w:sz w:val="19"/>
              </w:rPr>
              <w:t>3</w:t>
            </w:r>
          </w:p>
        </w:tc>
        <w:tc>
          <w:tcPr>
            <w:tcW w:type="dxa" w:w="5156"/>
          </w:tcPr>
          <w:p>
            <w:r/>
            <w:r>
              <w:rPr>
                <w:rFonts w:ascii="Arial" w:hAnsi="Arial"/>
                <w:b w:val="0"/>
                <w:color w:val="000000"/>
                <w:sz w:val="19"/>
              </w:rPr>
              <w:t>GIANT BLUE (1-2) DM</w:t>
            </w:r>
          </w:p>
        </w:tc>
      </w:tr>
    </w:tbl>
    <w:p>
      <w:pPr>
        <w:pStyle w:val="Heading4"/>
      </w:pPr>
      <w:r>
        <w:rPr>
          <w:rFonts w:ascii="Arial" w:hAnsi="Arial"/>
          <w:color w:val="000000"/>
          <w:sz w:val="21"/>
        </w:rPr>
        <w:t>Các màu khác</w:t>
      </w:r>
    </w:p>
    <w:tbl>
      <w:tblPr>
        <w:tblStyle w:val="TableGrid"/>
        <w:tblW w:type="auto" w:w="0"/>
        <w:tblLook w:firstColumn="1" w:firstRow="1" w:lastColumn="0" w:lastRow="0" w:noHBand="0" w:noVBand="1" w:val="04A0"/>
      </w:tblPr>
      <w:tblGrid>
        <w:gridCol w:w="5156"/>
        <w:gridCol w:w="5156"/>
      </w:tblGrid>
      <w:tr>
        <w:tc>
          <w:tcPr>
            <w:tcW w:type="dxa" w:w="5156"/>
          </w:tcPr>
          <w:p>
            <w:r/>
            <w:r>
              <w:rPr>
                <w:rFonts w:ascii="Arial" w:hAnsi="Arial"/>
                <w:b/>
                <w:color w:val="000000"/>
                <w:sz w:val="19"/>
              </w:rPr>
              <w:t>STT</w:t>
            </w:r>
          </w:p>
        </w:tc>
        <w:tc>
          <w:tcPr>
            <w:tcW w:type="dxa" w:w="5156"/>
          </w:tcPr>
          <w:p>
            <w:r/>
            <w:r>
              <w:rPr>
                <w:rFonts w:ascii="Arial" w:hAnsi="Arial"/>
                <w:b/>
                <w:color w:val="000000"/>
                <w:sz w:val="19"/>
              </w:rPr>
              <w:t>Tên màu</w:t>
            </w:r>
          </w:p>
        </w:tc>
      </w:tr>
      <w:tr>
        <w:tc>
          <w:tcPr>
            <w:tcW w:type="dxa" w:w="5156"/>
          </w:tcPr>
          <w:p>
            <w:r/>
            <w:r>
              <w:rPr>
                <w:rFonts w:ascii="Arial" w:hAnsi="Arial"/>
                <w:b w:val="0"/>
                <w:color w:val="000000"/>
                <w:sz w:val="19"/>
              </w:rPr>
              <w:t>1</w:t>
            </w:r>
          </w:p>
        </w:tc>
        <w:tc>
          <w:tcPr>
            <w:tcW w:type="dxa" w:w="5156"/>
          </w:tcPr>
          <w:p>
            <w:r/>
            <w:r>
              <w:rPr>
                <w:rFonts w:ascii="Arial" w:hAnsi="Arial"/>
                <w:b w:val="0"/>
                <w:color w:val="000000"/>
                <w:sz w:val="19"/>
              </w:rPr>
              <w:t>Đen TC L3 (1-2) DM</w:t>
            </w:r>
          </w:p>
        </w:tc>
      </w:tr>
      <w:tr>
        <w:tc>
          <w:tcPr>
            <w:tcW w:type="dxa" w:w="5156"/>
          </w:tcPr>
          <w:p>
            <w:r/>
            <w:r>
              <w:rPr>
                <w:rFonts w:ascii="Arial" w:hAnsi="Arial"/>
                <w:b w:val="0"/>
                <w:color w:val="000000"/>
                <w:sz w:val="19"/>
              </w:rPr>
              <w:t>2</w:t>
            </w:r>
          </w:p>
        </w:tc>
        <w:tc>
          <w:tcPr>
            <w:tcW w:type="dxa" w:w="5156"/>
          </w:tcPr>
          <w:p>
            <w:r/>
            <w:r>
              <w:rPr>
                <w:rFonts w:ascii="Arial" w:hAnsi="Arial"/>
                <w:b w:val="0"/>
                <w:color w:val="000000"/>
                <w:sz w:val="19"/>
              </w:rPr>
              <w:t>ĐEN MA 100 UV</w:t>
            </w:r>
          </w:p>
        </w:tc>
      </w:tr>
      <w:tr>
        <w:tc>
          <w:tcPr>
            <w:tcW w:type="dxa" w:w="5156"/>
          </w:tcPr>
          <w:p>
            <w:r/>
            <w:r>
              <w:rPr>
                <w:rFonts w:ascii="Arial" w:hAnsi="Arial"/>
                <w:b w:val="0"/>
                <w:color w:val="000000"/>
                <w:sz w:val="19"/>
              </w:rPr>
              <w:t>3</w:t>
            </w:r>
          </w:p>
        </w:tc>
        <w:tc>
          <w:tcPr>
            <w:tcW w:type="dxa" w:w="5156"/>
          </w:tcPr>
          <w:p>
            <w:r/>
            <w:r>
              <w:rPr>
                <w:rFonts w:ascii="Arial" w:hAnsi="Arial"/>
                <w:b w:val="0"/>
                <w:color w:val="000000"/>
                <w:sz w:val="19"/>
              </w:rPr>
              <w:t>XANH LÁ GT</w:t>
            </w:r>
          </w:p>
        </w:tc>
      </w:tr>
      <w:tr>
        <w:tc>
          <w:tcPr>
            <w:tcW w:type="dxa" w:w="5156"/>
          </w:tcPr>
          <w:p>
            <w:r/>
            <w:r>
              <w:rPr>
                <w:rFonts w:ascii="Arial" w:hAnsi="Arial"/>
                <w:b w:val="0"/>
                <w:color w:val="000000"/>
                <w:sz w:val="19"/>
              </w:rPr>
              <w:t>4</w:t>
            </w:r>
          </w:p>
        </w:tc>
        <w:tc>
          <w:tcPr>
            <w:tcW w:type="dxa" w:w="5156"/>
          </w:tcPr>
          <w:p>
            <w:r/>
            <w:r>
              <w:rPr>
                <w:rFonts w:ascii="Arial" w:hAnsi="Arial"/>
                <w:b w:val="0"/>
                <w:color w:val="000000"/>
                <w:sz w:val="19"/>
              </w:rPr>
              <w:t>Grant Rose (1-2) DM</w:t>
            </w:r>
          </w:p>
        </w:tc>
      </w:tr>
    </w:tbl>
    <w:p>
      <w:r>
        <w:rPr>
          <w:rFonts w:ascii="Arial" w:hAnsi="Arial"/>
          <w:b w:val="0"/>
          <w:color w:val="000000"/>
          <w:sz w:val="21"/>
        </w:rPr>
        <w:t>&gt; Ghi chú: đây là danh sách màu tham khảo, không phải công thức.</w:t>
      </w:r>
    </w:p>
    <w:p>
      <w:pPr>
        <w:pStyle w:val="Heading1"/>
      </w:pPr>
      <w:r>
        <w:rPr>
          <w:rFonts w:ascii="Arial" w:hAnsi="Arial"/>
          <w:color w:val="000000"/>
          <w:sz w:val="21"/>
        </w:rPr>
        <w:t>PHẦN 6. NGUỒN TÀI LIỆU TRONG C:\Claw 2 (để tra cứu lại)</w:t>
      </w:r>
    </w:p>
    <w:p>
      <w:pPr>
        <w:pStyle w:val="ListBullet"/>
      </w:pPr>
      <w:r>
        <w:rPr>
          <w:rFonts w:ascii="Arial" w:hAnsi="Arial"/>
          <w:color w:val="000000"/>
          <w:sz w:val="21"/>
        </w:rPr>
        <w:t>C:\Claw 2\Nghien cuu\CONTHUCUV\ — danh mục + 52 công thức sản phẩm UV (.md)</w:t>
      </w:r>
    </w:p>
    <w:p>
      <w:pPr>
        <w:pStyle w:val="ListBullet"/>
      </w:pPr>
      <w:r>
        <w:rPr>
          <w:rFonts w:ascii="Arial" w:hAnsi="Arial"/>
          <w:color w:val="000000"/>
          <w:sz w:val="21"/>
        </w:rPr>
        <w:t>C:\Claw 2\Nghien cuu\CONTHUCUV\Huong_dan_lua_chon_son_UV.md — hướng dẫn lựa chọn &amp; sử dụng</w:t>
      </w:r>
    </w:p>
    <w:p>
      <w:pPr>
        <w:pStyle w:val="ListBullet"/>
      </w:pPr>
      <w:r>
        <w:rPr>
          <w:rFonts w:ascii="Arial" w:hAnsi="Arial"/>
          <w:color w:val="000000"/>
          <w:sz w:val="21"/>
        </w:rPr>
        <w:t>C:\Claw 2\Nghien cuu\CONTHUCUV\Danh_muc_son_UV_khong_mau_lan_truc_2026-08-27.docx — danh mục lăn trục (bản 27/08)</w:t>
      </w:r>
    </w:p>
    <w:p>
      <w:pPr>
        <w:pStyle w:val="ListBullet"/>
      </w:pPr>
      <w:r>
        <w:rPr>
          <w:rFonts w:ascii="Arial" w:hAnsi="Arial"/>
          <w:color w:val="000000"/>
          <w:sz w:val="21"/>
        </w:rPr>
        <w:t>C:\Claw 2\Nghien cuu\CONTHUCUV\Danh_sach_Mau_UV.md — mã màu UV</w:t>
      </w:r>
    </w:p>
    <w:p>
      <w:pPr>
        <w:pStyle w:val="ListBullet"/>
      </w:pPr>
      <w:r>
        <w:rPr>
          <w:rFonts w:ascii="Arial" w:hAnsi="Arial"/>
          <w:color w:val="000000"/>
          <w:sz w:val="21"/>
        </w:rPr>
        <w:t>C:\Claw 2\Nghien cuu\CONTHUCUV\Danh muc nguyen lieu UV.md — nguyên liệu UV (19.919 B)</w:t>
      </w:r>
    </w:p>
    <w:p>
      <w:pPr>
        <w:pStyle w:val="ListBullet"/>
      </w:pPr>
      <w:r>
        <w:rPr>
          <w:rFonts w:ascii="Arial" w:hAnsi="Arial"/>
          <w:color w:val="000000"/>
          <w:sz w:val="21"/>
        </w:rPr>
        <w:t>C:\Claw 2\Nghien cuu\TDS\UV\Tong hop nguyen lieu UV.md — tổng hợp nguyên liệu UV + TDS Wangsan (SW107/515/525/6623)</w:t>
      </w:r>
    </w:p>
    <w:p>
      <w:pPr>
        <w:pStyle w:val="ListBullet"/>
      </w:pPr>
      <w:r>
        <w:rPr>
          <w:rFonts w:ascii="Arial" w:hAnsi="Arial"/>
          <w:color w:val="000000"/>
          <w:sz w:val="21"/>
        </w:rPr>
        <w:t>C:\Claw 2\Nghien cuu\UV MEKONG\ (MK-UV CLEAR TOP · MK-UVMATT TOP · MK-UV SEALER .xlsx)</w:t>
      </w:r>
    </w:p>
    <w:p>
      <w:pPr>
        <w:pStyle w:val="ListBullet"/>
      </w:pPr>
      <w:r>
        <w:rPr>
          <w:rFonts w:ascii="Arial" w:hAnsi="Arial"/>
          <w:color w:val="000000"/>
          <w:sz w:val="21"/>
        </w:rPr>
        <w:t>C:\Claw 2\Nghien cuu\UV_Formulator_App\ — app pha chế UV (UV_Formulator.exe + bản HTML)</w:t>
      </w:r>
    </w:p>
    <w:sectPr w:rsidR="00FC693F" w:rsidRPr="0006063C" w:rsidSect="00034616">
      <w:pgSz w:w="12240" w:h="15840"/>
      <w:pgMar w:top="1440" w:right="964" w:bottom="144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