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2E1A5B" w14:textId="77777777" w:rsidR="00C61022" w:rsidRDefault="00C61022"/>
    <w:p w14:paraId="19B5DF04" w14:textId="77777777" w:rsidR="00C61022" w:rsidRDefault="00000000">
      <w:pPr>
        <w:pStyle w:val="Heading2"/>
      </w:pPr>
      <w:r>
        <w:rPr>
          <w:color w:val="000000"/>
        </w:rPr>
        <w:t>1. Màu PU bệt — Pigment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320"/>
        <w:gridCol w:w="4320"/>
      </w:tblGrid>
      <w:tr w:rsidR="00C61022" w14:paraId="6DBE2B2E" w14:textId="77777777">
        <w:trPr>
          <w:jc w:val="center"/>
        </w:trPr>
        <w:tc>
          <w:tcPr>
            <w:tcW w:w="4320" w:type="dxa"/>
            <w:shd w:val="clear" w:color="auto" w:fill="2E4057"/>
          </w:tcPr>
          <w:p w14:paraId="71395AA4" w14:textId="77777777" w:rsidR="00C61022" w:rsidRDefault="00000000">
            <w:pPr>
              <w:jc w:val="center"/>
            </w:pPr>
            <w:r>
              <w:rPr>
                <w:b/>
                <w:color w:val="FFFFFF"/>
              </w:rPr>
              <w:t>Sản phẩm đề xuất</w:t>
            </w:r>
          </w:p>
        </w:tc>
        <w:tc>
          <w:tcPr>
            <w:tcW w:w="4320" w:type="dxa"/>
            <w:shd w:val="clear" w:color="auto" w:fill="2E4057"/>
          </w:tcPr>
          <w:p w14:paraId="40573CA4" w14:textId="77777777" w:rsidR="00C61022" w:rsidRDefault="00000000">
            <w:pPr>
              <w:jc w:val="center"/>
            </w:pPr>
            <w:r>
              <w:rPr>
                <w:b/>
                <w:color w:val="FFFFFF"/>
              </w:rPr>
              <w:t>Ghi chú</w:t>
            </w:r>
          </w:p>
        </w:tc>
      </w:tr>
      <w:tr w:rsidR="00C61022" w14:paraId="7C4D6C29" w14:textId="77777777">
        <w:trPr>
          <w:jc w:val="center"/>
        </w:trPr>
        <w:tc>
          <w:tcPr>
            <w:tcW w:w="4320" w:type="dxa"/>
          </w:tcPr>
          <w:p w14:paraId="338B681E" w14:textId="77777777" w:rsidR="00C61022" w:rsidRDefault="00000000">
            <w:r>
              <w:rPr>
                <w:b/>
              </w:rPr>
              <w:t>Đen TC L3 (1-2) DM</w:t>
            </w:r>
          </w:p>
        </w:tc>
        <w:tc>
          <w:tcPr>
            <w:tcW w:w="4320" w:type="dxa"/>
          </w:tcPr>
          <w:p w14:paraId="062609AA" w14:textId="77777777" w:rsidR="00C61022" w:rsidRDefault="00000000">
            <w:r>
              <w:rPr>
                <w:b/>
              </w:rPr>
              <w:t>Tinh màu Pigment</w:t>
            </w:r>
          </w:p>
        </w:tc>
      </w:tr>
      <w:tr w:rsidR="00C61022" w14:paraId="3140D638" w14:textId="77777777">
        <w:trPr>
          <w:jc w:val="center"/>
        </w:trPr>
        <w:tc>
          <w:tcPr>
            <w:tcW w:w="4320" w:type="dxa"/>
            <w:shd w:val="clear" w:color="auto" w:fill="F0F4F8"/>
          </w:tcPr>
          <w:p w14:paraId="413B63F2" w14:textId="77777777" w:rsidR="00C61022" w:rsidRDefault="00000000">
            <w:r>
              <w:rPr>
                <w:b/>
              </w:rPr>
              <w:t>Đỏ F3 RK (1-0.5) DM</w:t>
            </w:r>
          </w:p>
        </w:tc>
        <w:tc>
          <w:tcPr>
            <w:tcW w:w="4320" w:type="dxa"/>
            <w:shd w:val="clear" w:color="auto" w:fill="F0F4F8"/>
          </w:tcPr>
          <w:p w14:paraId="1E7608EB" w14:textId="77777777" w:rsidR="00C61022" w:rsidRDefault="00000000">
            <w:r>
              <w:rPr>
                <w:b/>
              </w:rPr>
              <w:t>Tinh màu Pigment</w:t>
            </w:r>
          </w:p>
        </w:tc>
      </w:tr>
      <w:tr w:rsidR="00C61022" w14:paraId="7A6FFAF6" w14:textId="77777777">
        <w:trPr>
          <w:jc w:val="center"/>
        </w:trPr>
        <w:tc>
          <w:tcPr>
            <w:tcW w:w="4320" w:type="dxa"/>
          </w:tcPr>
          <w:p w14:paraId="1F66FAB0" w14:textId="77777777" w:rsidR="00C61022" w:rsidRDefault="00000000">
            <w:r>
              <w:rPr>
                <w:b/>
              </w:rPr>
              <w:t>Vàng H4G (1-1.5) DM</w:t>
            </w:r>
          </w:p>
        </w:tc>
        <w:tc>
          <w:tcPr>
            <w:tcW w:w="4320" w:type="dxa"/>
          </w:tcPr>
          <w:p w14:paraId="4CABEB55" w14:textId="77777777" w:rsidR="00C61022" w:rsidRDefault="00000000">
            <w:r>
              <w:rPr>
                <w:b/>
              </w:rPr>
              <w:t>Tinh màu Pigment</w:t>
            </w:r>
          </w:p>
        </w:tc>
      </w:tr>
      <w:tr w:rsidR="00C61022" w14:paraId="3FDAB663" w14:textId="77777777">
        <w:trPr>
          <w:jc w:val="center"/>
        </w:trPr>
        <w:tc>
          <w:tcPr>
            <w:tcW w:w="4320" w:type="dxa"/>
            <w:shd w:val="clear" w:color="auto" w:fill="F0F4F8"/>
          </w:tcPr>
          <w:p w14:paraId="34FB9C77" w14:textId="77777777" w:rsidR="00C61022" w:rsidRDefault="00000000">
            <w:r>
              <w:rPr>
                <w:b/>
              </w:rPr>
              <w:t>Xanh lá GT</w:t>
            </w:r>
          </w:p>
        </w:tc>
        <w:tc>
          <w:tcPr>
            <w:tcW w:w="4320" w:type="dxa"/>
            <w:shd w:val="clear" w:color="auto" w:fill="F0F4F8"/>
          </w:tcPr>
          <w:p w14:paraId="33AE46B1" w14:textId="77777777" w:rsidR="00C61022" w:rsidRDefault="00000000">
            <w:r>
              <w:rPr>
                <w:b/>
              </w:rPr>
              <w:t>Tinh màu Pigment</w:t>
            </w:r>
          </w:p>
        </w:tc>
      </w:tr>
      <w:tr w:rsidR="00C61022" w14:paraId="08AC1208" w14:textId="77777777">
        <w:trPr>
          <w:jc w:val="center"/>
        </w:trPr>
        <w:tc>
          <w:tcPr>
            <w:tcW w:w="4320" w:type="dxa"/>
          </w:tcPr>
          <w:p w14:paraId="4493D5BF" w14:textId="77777777" w:rsidR="00C61022" w:rsidRDefault="00000000">
            <w:r>
              <w:rPr>
                <w:b/>
              </w:rPr>
              <w:t>Giant Blue (1-2) DM</w:t>
            </w:r>
          </w:p>
        </w:tc>
        <w:tc>
          <w:tcPr>
            <w:tcW w:w="4320" w:type="dxa"/>
          </w:tcPr>
          <w:p w14:paraId="767BDBCC" w14:textId="77777777" w:rsidR="00C61022" w:rsidRDefault="00000000">
            <w:r>
              <w:rPr>
                <w:b/>
              </w:rPr>
              <w:t>Tinh màu Pigment</w:t>
            </w:r>
          </w:p>
        </w:tc>
      </w:tr>
    </w:tbl>
    <w:p w14:paraId="4C3C6631" w14:textId="77777777" w:rsidR="00C61022" w:rsidRDefault="00C61022"/>
    <w:p w14:paraId="442942DD" w14:textId="77777777" w:rsidR="00C61022" w:rsidRDefault="00000000">
      <w:pPr>
        <w:pStyle w:val="Heading2"/>
      </w:pPr>
      <w:r>
        <w:rPr>
          <w:color w:val="000000"/>
        </w:rPr>
        <w:t>2. Màu Dye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320"/>
        <w:gridCol w:w="4320"/>
      </w:tblGrid>
      <w:tr w:rsidR="00C61022" w14:paraId="16B11286" w14:textId="77777777">
        <w:trPr>
          <w:jc w:val="center"/>
        </w:trPr>
        <w:tc>
          <w:tcPr>
            <w:tcW w:w="4320" w:type="dxa"/>
            <w:shd w:val="clear" w:color="auto" w:fill="2E4057"/>
          </w:tcPr>
          <w:p w14:paraId="7DF6E2AF" w14:textId="77777777" w:rsidR="00C61022" w:rsidRDefault="00000000">
            <w:pPr>
              <w:jc w:val="center"/>
            </w:pPr>
            <w:r>
              <w:rPr>
                <w:b/>
                <w:color w:val="FFFFFF"/>
              </w:rPr>
              <w:t>Sản phẩm đề xuất</w:t>
            </w:r>
          </w:p>
        </w:tc>
        <w:tc>
          <w:tcPr>
            <w:tcW w:w="4320" w:type="dxa"/>
            <w:shd w:val="clear" w:color="auto" w:fill="2E4057"/>
          </w:tcPr>
          <w:p w14:paraId="036361F1" w14:textId="77777777" w:rsidR="00C61022" w:rsidRDefault="00000000">
            <w:pPr>
              <w:jc w:val="center"/>
            </w:pPr>
            <w:r>
              <w:rPr>
                <w:b/>
                <w:color w:val="FFFFFF"/>
              </w:rPr>
              <w:t>Ghi chú</w:t>
            </w:r>
          </w:p>
        </w:tc>
      </w:tr>
      <w:tr w:rsidR="00C61022" w14:paraId="443FC5E7" w14:textId="77777777">
        <w:trPr>
          <w:jc w:val="center"/>
        </w:trPr>
        <w:tc>
          <w:tcPr>
            <w:tcW w:w="4320" w:type="dxa"/>
          </w:tcPr>
          <w:p w14:paraId="22206C75" w14:textId="77777777" w:rsidR="00C61022" w:rsidRDefault="00000000">
            <w:r>
              <w:rPr>
                <w:b/>
              </w:rPr>
              <w:t>Đen K (1-10)</w:t>
            </w:r>
          </w:p>
        </w:tc>
        <w:tc>
          <w:tcPr>
            <w:tcW w:w="4320" w:type="dxa"/>
          </w:tcPr>
          <w:p w14:paraId="50ED8CCF" w14:textId="77777777" w:rsidR="00C61022" w:rsidRDefault="00000000">
            <w:r>
              <w:rPr>
                <w:b/>
              </w:rPr>
              <w:t>Tinh màu Dye</w:t>
            </w:r>
          </w:p>
        </w:tc>
      </w:tr>
      <w:tr w:rsidR="00C61022" w14:paraId="75032032" w14:textId="77777777">
        <w:trPr>
          <w:jc w:val="center"/>
        </w:trPr>
        <w:tc>
          <w:tcPr>
            <w:tcW w:w="4320" w:type="dxa"/>
            <w:shd w:val="clear" w:color="auto" w:fill="F0F4F8"/>
          </w:tcPr>
          <w:p w14:paraId="5D980D8D" w14:textId="77777777" w:rsidR="00C61022" w:rsidRDefault="00000000">
            <w:r>
              <w:rPr>
                <w:b/>
              </w:rPr>
              <w:t>Đỏ VM 334</w:t>
            </w:r>
          </w:p>
        </w:tc>
        <w:tc>
          <w:tcPr>
            <w:tcW w:w="4320" w:type="dxa"/>
            <w:shd w:val="clear" w:color="auto" w:fill="F0F4F8"/>
          </w:tcPr>
          <w:p w14:paraId="2D4CC3DF" w14:textId="77777777" w:rsidR="00C61022" w:rsidRDefault="00000000">
            <w:r>
              <w:rPr>
                <w:b/>
              </w:rPr>
              <w:t>Tinh màu Dye</w:t>
            </w:r>
          </w:p>
        </w:tc>
      </w:tr>
      <w:tr w:rsidR="00C61022" w14:paraId="78F7429E" w14:textId="77777777">
        <w:trPr>
          <w:jc w:val="center"/>
        </w:trPr>
        <w:tc>
          <w:tcPr>
            <w:tcW w:w="4320" w:type="dxa"/>
          </w:tcPr>
          <w:p w14:paraId="13F7045F" w14:textId="77777777" w:rsidR="00C61022" w:rsidRDefault="00000000">
            <w:r>
              <w:rPr>
                <w:b/>
              </w:rPr>
              <w:t>Vàng 412</w:t>
            </w:r>
          </w:p>
        </w:tc>
        <w:tc>
          <w:tcPr>
            <w:tcW w:w="4320" w:type="dxa"/>
          </w:tcPr>
          <w:p w14:paraId="066F5AB3" w14:textId="77777777" w:rsidR="00C61022" w:rsidRDefault="00000000">
            <w:r>
              <w:rPr>
                <w:b/>
              </w:rPr>
              <w:t>Tinh màu Dye</w:t>
            </w:r>
          </w:p>
        </w:tc>
      </w:tr>
      <w:tr w:rsidR="00C61022" w14:paraId="32BA495D" w14:textId="77777777">
        <w:trPr>
          <w:jc w:val="center"/>
        </w:trPr>
        <w:tc>
          <w:tcPr>
            <w:tcW w:w="4320" w:type="dxa"/>
            <w:shd w:val="clear" w:color="auto" w:fill="F0F4F8"/>
          </w:tcPr>
          <w:p w14:paraId="40C38D14" w14:textId="77777777" w:rsidR="00C61022" w:rsidRDefault="00000000">
            <w:r>
              <w:rPr>
                <w:b/>
              </w:rPr>
              <w:t>Xanh dương 4 GA</w:t>
            </w:r>
          </w:p>
        </w:tc>
        <w:tc>
          <w:tcPr>
            <w:tcW w:w="4320" w:type="dxa"/>
            <w:shd w:val="clear" w:color="auto" w:fill="F0F4F8"/>
          </w:tcPr>
          <w:p w14:paraId="2907FE7A" w14:textId="77777777" w:rsidR="00C61022" w:rsidRDefault="00000000">
            <w:r>
              <w:rPr>
                <w:b/>
              </w:rPr>
              <w:t>Tinh màu Dye</w:t>
            </w:r>
          </w:p>
        </w:tc>
      </w:tr>
    </w:tbl>
    <w:p w14:paraId="2F9D53B8" w14:textId="77777777" w:rsidR="00C61022" w:rsidRDefault="00C61022"/>
    <w:p w14:paraId="41A19901" w14:textId="77777777" w:rsidR="00C61022" w:rsidRDefault="00000000">
      <w:pPr>
        <w:pStyle w:val="Heading2"/>
      </w:pPr>
      <w:r>
        <w:rPr>
          <w:color w:val="000000"/>
        </w:rPr>
        <w:t>3. Lót PU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320"/>
        <w:gridCol w:w="4320"/>
      </w:tblGrid>
      <w:tr w:rsidR="00C61022" w14:paraId="311D146A" w14:textId="77777777">
        <w:trPr>
          <w:jc w:val="center"/>
        </w:trPr>
        <w:tc>
          <w:tcPr>
            <w:tcW w:w="4320" w:type="dxa"/>
            <w:shd w:val="clear" w:color="auto" w:fill="2E4057"/>
          </w:tcPr>
          <w:p w14:paraId="6F778910" w14:textId="77777777" w:rsidR="00C61022" w:rsidRDefault="00000000">
            <w:pPr>
              <w:jc w:val="center"/>
            </w:pPr>
            <w:r>
              <w:rPr>
                <w:b/>
                <w:color w:val="FFFFFF"/>
              </w:rPr>
              <w:t>Sản phẩm đề xuất</w:t>
            </w:r>
          </w:p>
        </w:tc>
        <w:tc>
          <w:tcPr>
            <w:tcW w:w="4320" w:type="dxa"/>
            <w:shd w:val="clear" w:color="auto" w:fill="2E4057"/>
          </w:tcPr>
          <w:p w14:paraId="57D21283" w14:textId="77777777" w:rsidR="00C61022" w:rsidRDefault="00000000">
            <w:pPr>
              <w:jc w:val="center"/>
            </w:pPr>
            <w:r>
              <w:rPr>
                <w:b/>
                <w:color w:val="FFFFFF"/>
              </w:rPr>
              <w:t>Tỷ lệ pha</w:t>
            </w:r>
          </w:p>
        </w:tc>
      </w:tr>
      <w:tr w:rsidR="00C61022" w14:paraId="2D44EF4E" w14:textId="77777777">
        <w:trPr>
          <w:jc w:val="center"/>
        </w:trPr>
        <w:tc>
          <w:tcPr>
            <w:tcW w:w="4320" w:type="dxa"/>
          </w:tcPr>
          <w:p w14:paraId="43A504C5" w14:textId="77777777" w:rsidR="00C61022" w:rsidRDefault="00000000">
            <w:r>
              <w:rPr>
                <w:b/>
              </w:rPr>
              <w:t>LÓT PU FD 2106 TRẮNG</w:t>
            </w:r>
          </w:p>
        </w:tc>
        <w:tc>
          <w:tcPr>
            <w:tcW w:w="4320" w:type="dxa"/>
          </w:tcPr>
          <w:p w14:paraId="2CB4C060" w14:textId="77777777" w:rsidR="00C61022" w:rsidRDefault="00000000">
            <w:r>
              <w:rPr>
                <w:b/>
              </w:rPr>
              <w:t>4 : 1 : 3 (Lót + Cứng FD 0212L/FD 2106L + Dung môi)</w:t>
            </w:r>
          </w:p>
        </w:tc>
      </w:tr>
      <w:tr w:rsidR="00C61022" w14:paraId="2E6E0EE1" w14:textId="77777777">
        <w:trPr>
          <w:jc w:val="center"/>
        </w:trPr>
        <w:tc>
          <w:tcPr>
            <w:tcW w:w="4320" w:type="dxa"/>
            <w:shd w:val="clear" w:color="auto" w:fill="F0F4F8"/>
          </w:tcPr>
          <w:p w14:paraId="489D414D" w14:textId="77777777" w:rsidR="00C61022" w:rsidRDefault="00000000">
            <w:r>
              <w:rPr>
                <w:b/>
              </w:rPr>
              <w:t>LÓT PU FD 0212</w:t>
            </w:r>
          </w:p>
        </w:tc>
        <w:tc>
          <w:tcPr>
            <w:tcW w:w="4320" w:type="dxa"/>
            <w:shd w:val="clear" w:color="auto" w:fill="F0F4F8"/>
          </w:tcPr>
          <w:p w14:paraId="53DF0921" w14:textId="77777777" w:rsidR="00C61022" w:rsidRDefault="00000000">
            <w:r>
              <w:rPr>
                <w:b/>
              </w:rPr>
              <w:t>4 : 1 : 3 (Lót + Cứng FD 0212L/FD 2106L + Dung môi)</w:t>
            </w:r>
          </w:p>
        </w:tc>
      </w:tr>
    </w:tbl>
    <w:p w14:paraId="4F3DAA0D" w14:textId="77777777" w:rsidR="00C61022" w:rsidRDefault="00C61022"/>
    <w:p w14:paraId="0BB1862C" w14:textId="77777777" w:rsidR="00C61022" w:rsidRDefault="00000000">
      <w:pPr>
        <w:pStyle w:val="Heading2"/>
      </w:pPr>
      <w:r>
        <w:rPr>
          <w:color w:val="000000"/>
        </w:rPr>
        <w:t>4. Bóng PU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C61022" w14:paraId="504768EF" w14:textId="77777777">
        <w:trPr>
          <w:jc w:val="center"/>
        </w:trPr>
        <w:tc>
          <w:tcPr>
            <w:tcW w:w="2880" w:type="dxa"/>
            <w:shd w:val="clear" w:color="auto" w:fill="2E4057"/>
          </w:tcPr>
          <w:p w14:paraId="34750A78" w14:textId="77777777" w:rsidR="00C61022" w:rsidRDefault="00000000">
            <w:pPr>
              <w:jc w:val="center"/>
            </w:pPr>
            <w:r>
              <w:rPr>
                <w:b/>
                <w:color w:val="FFFFFF"/>
              </w:rPr>
              <w:t>Yêu cầu</w:t>
            </w:r>
          </w:p>
        </w:tc>
        <w:tc>
          <w:tcPr>
            <w:tcW w:w="2880" w:type="dxa"/>
            <w:shd w:val="clear" w:color="auto" w:fill="2E4057"/>
          </w:tcPr>
          <w:p w14:paraId="091F7830" w14:textId="77777777" w:rsidR="00C61022" w:rsidRDefault="00000000">
            <w:pPr>
              <w:jc w:val="center"/>
            </w:pPr>
            <w:r>
              <w:rPr>
                <w:b/>
                <w:color w:val="FFFFFF"/>
              </w:rPr>
              <w:t>Sản phẩm đề xuất</w:t>
            </w:r>
          </w:p>
        </w:tc>
        <w:tc>
          <w:tcPr>
            <w:tcW w:w="2880" w:type="dxa"/>
            <w:shd w:val="clear" w:color="auto" w:fill="2E4057"/>
          </w:tcPr>
          <w:p w14:paraId="17526DB5" w14:textId="77777777" w:rsidR="00C61022" w:rsidRDefault="00000000">
            <w:pPr>
              <w:jc w:val="center"/>
            </w:pPr>
            <w:r>
              <w:rPr>
                <w:b/>
                <w:color w:val="FFFFFF"/>
              </w:rPr>
              <w:t>Tỷ lệ pha</w:t>
            </w:r>
          </w:p>
        </w:tc>
      </w:tr>
      <w:tr w:rsidR="00C61022" w14:paraId="706A63A1" w14:textId="77777777">
        <w:trPr>
          <w:jc w:val="center"/>
        </w:trPr>
        <w:tc>
          <w:tcPr>
            <w:tcW w:w="2880" w:type="dxa"/>
          </w:tcPr>
          <w:p w14:paraId="5E916ACB" w14:textId="77777777" w:rsidR="00C61022" w:rsidRDefault="00000000">
            <w:r>
              <w:rPr>
                <w:b/>
              </w:rPr>
              <w:t>Bóng trong 50% PU</w:t>
            </w:r>
          </w:p>
        </w:tc>
        <w:tc>
          <w:tcPr>
            <w:tcW w:w="2880" w:type="dxa"/>
          </w:tcPr>
          <w:p w14:paraId="0BBAE303" w14:textId="77777777" w:rsidR="00C61022" w:rsidRDefault="00000000">
            <w:r>
              <w:rPr>
                <w:b/>
              </w:rPr>
              <w:t>BÓNG PU OD 0408 5% &amp; 70%</w:t>
            </w:r>
          </w:p>
        </w:tc>
        <w:tc>
          <w:tcPr>
            <w:tcW w:w="2880" w:type="dxa"/>
          </w:tcPr>
          <w:p w14:paraId="1BA3A7D5" w14:textId="77777777" w:rsidR="00C61022" w:rsidRDefault="00000000">
            <w:r>
              <w:rPr>
                <w:b/>
              </w:rPr>
              <w:t>4 : 1 : 2 (Bóng + Cứng 0707B + Dung môi)</w:t>
            </w:r>
          </w:p>
        </w:tc>
      </w:tr>
    </w:tbl>
    <w:p w14:paraId="3C7CFBBE" w14:textId="77777777" w:rsidR="00C61022" w:rsidRDefault="00C61022"/>
    <w:p w14:paraId="21D2835D" w14:textId="77777777" w:rsidR="00C61022" w:rsidRDefault="00000000">
      <w:pPr>
        <w:pStyle w:val="Heading2"/>
      </w:pPr>
      <w:r>
        <w:rPr>
          <w:color w:val="000000"/>
        </w:rPr>
        <w:t>5. Chất cứng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320"/>
        <w:gridCol w:w="4320"/>
      </w:tblGrid>
      <w:tr w:rsidR="00C61022" w14:paraId="1BDBB0F9" w14:textId="77777777">
        <w:trPr>
          <w:jc w:val="center"/>
        </w:trPr>
        <w:tc>
          <w:tcPr>
            <w:tcW w:w="4320" w:type="dxa"/>
            <w:shd w:val="clear" w:color="auto" w:fill="2E4057"/>
          </w:tcPr>
          <w:p w14:paraId="24064A5F" w14:textId="77777777" w:rsidR="00C61022" w:rsidRDefault="00000000">
            <w:pPr>
              <w:jc w:val="center"/>
            </w:pPr>
            <w:r>
              <w:rPr>
                <w:b/>
                <w:color w:val="FFFFFF"/>
              </w:rPr>
              <w:t>Yêu cầu</w:t>
            </w:r>
          </w:p>
        </w:tc>
        <w:tc>
          <w:tcPr>
            <w:tcW w:w="4320" w:type="dxa"/>
            <w:shd w:val="clear" w:color="auto" w:fill="2E4057"/>
          </w:tcPr>
          <w:p w14:paraId="205FF235" w14:textId="77777777" w:rsidR="00C61022" w:rsidRDefault="00000000">
            <w:pPr>
              <w:jc w:val="center"/>
            </w:pPr>
            <w:r>
              <w:rPr>
                <w:b/>
                <w:color w:val="FFFFFF"/>
              </w:rPr>
              <w:t>Sản phẩm đề xuất</w:t>
            </w:r>
          </w:p>
        </w:tc>
      </w:tr>
      <w:tr w:rsidR="00C61022" w14:paraId="345549EB" w14:textId="77777777">
        <w:trPr>
          <w:jc w:val="center"/>
        </w:trPr>
        <w:tc>
          <w:tcPr>
            <w:tcW w:w="4320" w:type="dxa"/>
          </w:tcPr>
          <w:p w14:paraId="56211281" w14:textId="77777777" w:rsidR="00C61022" w:rsidRDefault="00000000">
            <w:r>
              <w:rPr>
                <w:b/>
              </w:rPr>
              <w:t>Chất cứng cho Lót FD 0212/FD 2106 Trắng</w:t>
            </w:r>
          </w:p>
        </w:tc>
        <w:tc>
          <w:tcPr>
            <w:tcW w:w="4320" w:type="dxa"/>
          </w:tcPr>
          <w:p w14:paraId="4DCFB4BB" w14:textId="77777777" w:rsidR="00C61022" w:rsidRDefault="00000000">
            <w:r>
              <w:rPr>
                <w:b/>
              </w:rPr>
              <w:t>CỨNG PU FD 0212L (= FD 2106L)</w:t>
            </w:r>
          </w:p>
        </w:tc>
      </w:tr>
      <w:tr w:rsidR="00C61022" w14:paraId="2B6DEF19" w14:textId="77777777">
        <w:trPr>
          <w:jc w:val="center"/>
        </w:trPr>
        <w:tc>
          <w:tcPr>
            <w:tcW w:w="4320" w:type="dxa"/>
            <w:shd w:val="clear" w:color="auto" w:fill="F0F4F8"/>
          </w:tcPr>
          <w:p w14:paraId="470189FF" w14:textId="77777777" w:rsidR="00C61022" w:rsidRDefault="00000000">
            <w:r>
              <w:rPr>
                <w:b/>
              </w:rPr>
              <w:t>Chất cứng cho Bóng OD 0408</w:t>
            </w:r>
          </w:p>
        </w:tc>
        <w:tc>
          <w:tcPr>
            <w:tcW w:w="4320" w:type="dxa"/>
            <w:shd w:val="clear" w:color="auto" w:fill="F0F4F8"/>
          </w:tcPr>
          <w:p w14:paraId="2117DC5F" w14:textId="77777777" w:rsidR="00C61022" w:rsidRDefault="00000000">
            <w:r>
              <w:rPr>
                <w:b/>
              </w:rPr>
              <w:t>CỨNG PU 0707 B</w:t>
            </w:r>
          </w:p>
        </w:tc>
      </w:tr>
    </w:tbl>
    <w:p w14:paraId="337A499B" w14:textId="77777777" w:rsidR="00C61022" w:rsidRDefault="00C61022"/>
    <w:p w14:paraId="756689A2" w14:textId="77777777" w:rsidR="00C61022" w:rsidRDefault="00000000">
      <w:pPr>
        <w:pStyle w:val="Heading2"/>
      </w:pPr>
      <w:r>
        <w:rPr>
          <w:color w:val="000000"/>
        </w:rPr>
        <w:t>6. Dung môi (dầu chuối)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320"/>
        <w:gridCol w:w="4320"/>
      </w:tblGrid>
      <w:tr w:rsidR="00C61022" w14:paraId="2073EF51" w14:textId="77777777">
        <w:trPr>
          <w:jc w:val="center"/>
        </w:trPr>
        <w:tc>
          <w:tcPr>
            <w:tcW w:w="4320" w:type="dxa"/>
            <w:shd w:val="clear" w:color="auto" w:fill="2E4057"/>
          </w:tcPr>
          <w:p w14:paraId="79BB133E" w14:textId="77777777" w:rsidR="00C61022" w:rsidRDefault="00000000">
            <w:pPr>
              <w:jc w:val="center"/>
            </w:pPr>
            <w:r>
              <w:rPr>
                <w:b/>
                <w:color w:val="FFFFFF"/>
              </w:rPr>
              <w:t>Yêu cầu</w:t>
            </w:r>
          </w:p>
        </w:tc>
        <w:tc>
          <w:tcPr>
            <w:tcW w:w="4320" w:type="dxa"/>
            <w:shd w:val="clear" w:color="auto" w:fill="2E4057"/>
          </w:tcPr>
          <w:p w14:paraId="18DE3A6C" w14:textId="77777777" w:rsidR="00C61022" w:rsidRDefault="00000000">
            <w:pPr>
              <w:jc w:val="center"/>
            </w:pPr>
            <w:r>
              <w:rPr>
                <w:b/>
                <w:color w:val="FFFFFF"/>
              </w:rPr>
              <w:t>Sản phẩm đề xuất</w:t>
            </w:r>
          </w:p>
        </w:tc>
      </w:tr>
      <w:tr w:rsidR="00C61022" w14:paraId="5C2AA48E" w14:textId="77777777">
        <w:trPr>
          <w:jc w:val="center"/>
        </w:trPr>
        <w:tc>
          <w:tcPr>
            <w:tcW w:w="4320" w:type="dxa"/>
          </w:tcPr>
          <w:p w14:paraId="1AB0C51A" w14:textId="77777777" w:rsidR="00C61022" w:rsidRDefault="00000000">
            <w:r>
              <w:rPr>
                <w:b/>
              </w:rPr>
              <w:t>Dung môi (dầu chuối) pha lót</w:t>
            </w:r>
          </w:p>
        </w:tc>
        <w:tc>
          <w:tcPr>
            <w:tcW w:w="4320" w:type="dxa"/>
          </w:tcPr>
          <w:p w14:paraId="0A8645A6" w14:textId="77777777" w:rsidR="00C61022" w:rsidRDefault="00000000">
            <w:r>
              <w:rPr>
                <w:b/>
              </w:rPr>
              <w:t>DUNG MÔI PU LÓT</w:t>
            </w:r>
          </w:p>
        </w:tc>
      </w:tr>
      <w:tr w:rsidR="00C61022" w14:paraId="1AB1C30D" w14:textId="77777777">
        <w:trPr>
          <w:jc w:val="center"/>
        </w:trPr>
        <w:tc>
          <w:tcPr>
            <w:tcW w:w="4320" w:type="dxa"/>
            <w:shd w:val="clear" w:color="auto" w:fill="F0F4F8"/>
          </w:tcPr>
          <w:p w14:paraId="6AF7BEB7" w14:textId="77777777" w:rsidR="00C61022" w:rsidRDefault="00000000">
            <w:r>
              <w:rPr>
                <w:b/>
              </w:rPr>
              <w:t>Dung môi (dầu chuối) pha bóng</w:t>
            </w:r>
          </w:p>
        </w:tc>
        <w:tc>
          <w:tcPr>
            <w:tcW w:w="4320" w:type="dxa"/>
            <w:shd w:val="clear" w:color="auto" w:fill="F0F4F8"/>
          </w:tcPr>
          <w:p w14:paraId="3D5C583C" w14:textId="77777777" w:rsidR="00C61022" w:rsidRDefault="00000000">
            <w:r>
              <w:rPr>
                <w:b/>
              </w:rPr>
              <w:t>DUNG MÔI PU TXXT</w:t>
            </w:r>
          </w:p>
        </w:tc>
      </w:tr>
    </w:tbl>
    <w:p w14:paraId="3094879D" w14:textId="77777777" w:rsidR="00C61022" w:rsidRDefault="00C61022"/>
    <w:p w14:paraId="1B2187F1" w14:textId="77777777" w:rsidR="00131AF3" w:rsidRDefault="00131AF3"/>
    <w:p w14:paraId="4D236D39" w14:textId="77777777" w:rsidR="00C61022" w:rsidRDefault="00000000">
      <w:pPr>
        <w:pStyle w:val="Heading2"/>
      </w:pPr>
      <w:r>
        <w:rPr>
          <w:color w:val="000000"/>
        </w:rPr>
        <w:lastRenderedPageBreak/>
        <w:t>7. Phụ gia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320"/>
        <w:gridCol w:w="4320"/>
      </w:tblGrid>
      <w:tr w:rsidR="00C61022" w14:paraId="2922FAA0" w14:textId="77777777">
        <w:trPr>
          <w:jc w:val="center"/>
        </w:trPr>
        <w:tc>
          <w:tcPr>
            <w:tcW w:w="4320" w:type="dxa"/>
            <w:shd w:val="clear" w:color="auto" w:fill="2E4057"/>
          </w:tcPr>
          <w:p w14:paraId="6321FFB8" w14:textId="77777777" w:rsidR="00C61022" w:rsidRDefault="00000000">
            <w:pPr>
              <w:jc w:val="center"/>
            </w:pPr>
            <w:r>
              <w:rPr>
                <w:b/>
                <w:color w:val="FFFFFF"/>
              </w:rPr>
              <w:t>Yêu cầu</w:t>
            </w:r>
          </w:p>
        </w:tc>
        <w:tc>
          <w:tcPr>
            <w:tcW w:w="4320" w:type="dxa"/>
            <w:shd w:val="clear" w:color="auto" w:fill="2E4057"/>
          </w:tcPr>
          <w:p w14:paraId="2A5C11C8" w14:textId="77777777" w:rsidR="00C61022" w:rsidRDefault="00000000">
            <w:pPr>
              <w:jc w:val="center"/>
            </w:pPr>
            <w:r>
              <w:rPr>
                <w:b/>
                <w:color w:val="FFFFFF"/>
              </w:rPr>
              <w:t>Sản phẩm đề xuất</w:t>
            </w:r>
          </w:p>
        </w:tc>
      </w:tr>
      <w:tr w:rsidR="00C61022" w14:paraId="2EC413E7" w14:textId="77777777">
        <w:trPr>
          <w:jc w:val="center"/>
        </w:trPr>
        <w:tc>
          <w:tcPr>
            <w:tcW w:w="4320" w:type="dxa"/>
          </w:tcPr>
          <w:p w14:paraId="3DF5A537" w14:textId="77777777" w:rsidR="00C61022" w:rsidRDefault="00000000">
            <w:r>
              <w:rPr>
                <w:b/>
              </w:rPr>
              <w:t>Chất chậm khô</w:t>
            </w:r>
          </w:p>
        </w:tc>
        <w:tc>
          <w:tcPr>
            <w:tcW w:w="4320" w:type="dxa"/>
          </w:tcPr>
          <w:p w14:paraId="13D007B3" w14:textId="77777777" w:rsidR="00C61022" w:rsidRDefault="00000000">
            <w:r>
              <w:rPr>
                <w:b/>
              </w:rPr>
              <w:t>Retarder</w:t>
            </w:r>
          </w:p>
        </w:tc>
      </w:tr>
    </w:tbl>
    <w:p w14:paraId="333C4F66" w14:textId="77777777" w:rsidR="00C61022" w:rsidRDefault="00C61022"/>
    <w:sectPr w:rsidR="00C61022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14658900">
    <w:abstractNumId w:val="8"/>
  </w:num>
  <w:num w:numId="2" w16cid:durableId="868565101">
    <w:abstractNumId w:val="6"/>
  </w:num>
  <w:num w:numId="3" w16cid:durableId="503783661">
    <w:abstractNumId w:val="5"/>
  </w:num>
  <w:num w:numId="4" w16cid:durableId="1662349282">
    <w:abstractNumId w:val="4"/>
  </w:num>
  <w:num w:numId="5" w16cid:durableId="1745835654">
    <w:abstractNumId w:val="7"/>
  </w:num>
  <w:num w:numId="6" w16cid:durableId="1722903501">
    <w:abstractNumId w:val="3"/>
  </w:num>
  <w:num w:numId="7" w16cid:durableId="115371775">
    <w:abstractNumId w:val="2"/>
  </w:num>
  <w:num w:numId="8" w16cid:durableId="1066992430">
    <w:abstractNumId w:val="1"/>
  </w:num>
  <w:num w:numId="9" w16cid:durableId="13477518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6"/>
  <w:proofState w:spelling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31AF3"/>
    <w:rsid w:val="0015074B"/>
    <w:rsid w:val="0029639D"/>
    <w:rsid w:val="00326F90"/>
    <w:rsid w:val="00817C05"/>
    <w:rsid w:val="00AA1D8D"/>
    <w:rsid w:val="00B47730"/>
    <w:rsid w:val="00C61022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931426F"/>
  <w14:defaultImageDpi w14:val="300"/>
  <w15:docId w15:val="{15C6856F-1A41-4FF6-99C0-62667970C8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156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1048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Minh Duc</cp:lastModifiedBy>
  <cp:revision>2</cp:revision>
  <dcterms:created xsi:type="dcterms:W3CDTF">2013-12-23T23:15:00Z</dcterms:created>
  <dcterms:modified xsi:type="dcterms:W3CDTF">2026-07-08T09:13:00Z</dcterms:modified>
  <cp:category/>
</cp:coreProperties>
</file>