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E0970" w14:textId="7BEC4EB3" w:rsidR="00C8714C" w:rsidRDefault="00DE3968">
      <w:pPr>
        <w:spacing w:before="40" w:after="40"/>
      </w:pPr>
      <w:r>
        <w:rPr>
          <w:noProof/>
        </w:rPr>
        <w:drawing>
          <wp:inline distT="0" distB="0" distL="0" distR="0" wp14:anchorId="276D2D28" wp14:editId="66DCB730">
            <wp:extent cx="6332220" cy="630555"/>
            <wp:effectExtent l="0" t="0" r="0" b="0"/>
            <wp:docPr id="8256649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32220" cy="630555"/>
                    </a:xfrm>
                    <a:prstGeom prst="rect">
                      <a:avLst/>
                    </a:prstGeom>
                    <a:noFill/>
                    <a:ln>
                      <a:noFill/>
                    </a:ln>
                  </pic:spPr>
                </pic:pic>
              </a:graphicData>
            </a:graphic>
          </wp:inline>
        </w:drawing>
      </w:r>
    </w:p>
    <w:p w14:paraId="7AACF443" w14:textId="77777777" w:rsidR="00C8714C" w:rsidRDefault="00000000">
      <w:pPr>
        <w:jc w:val="right"/>
      </w:pPr>
      <w:r>
        <w:rPr>
          <w:sz w:val="20"/>
        </w:rPr>
        <w:t>Ngày 15 tháng 07 năm 2026</w:t>
      </w:r>
    </w:p>
    <w:p w14:paraId="5823A1BA" w14:textId="339428C8" w:rsidR="00C8714C" w:rsidRDefault="00000000">
      <w:r>
        <w:rPr>
          <w:b/>
        </w:rPr>
        <w:t>Kính gửi: CÔNG TY CỔ PHẦN XÂY DỰNG KIẾN TRÚC AA TÂY NINH</w:t>
      </w:r>
    </w:p>
    <w:p w14:paraId="6A005248" w14:textId="5739ED87" w:rsidR="00C8714C" w:rsidRDefault="00000000">
      <w:r>
        <w:rPr>
          <w:b/>
          <w:sz w:val="20"/>
        </w:rPr>
        <w:t xml:space="preserve">Người nhận: </w:t>
      </w:r>
    </w:p>
    <w:p w14:paraId="29617BB5" w14:textId="77777777" w:rsidR="00C8714C" w:rsidRDefault="00000000">
      <w:r>
        <w:rPr>
          <w:b/>
          <w:sz w:val="20"/>
        </w:rPr>
        <w:t xml:space="preserve">Địa chỉ: </w:t>
      </w:r>
      <w:r>
        <w:rPr>
          <w:sz w:val="20"/>
        </w:rPr>
        <w:t>Tổ 1, ấp Bùng Binh, Xã Hưng Thuận, Tỉnh Tây Ninh</w:t>
      </w:r>
    </w:p>
    <w:p w14:paraId="1BD3A9A5" w14:textId="645A3406" w:rsidR="00C8714C" w:rsidRDefault="00000000">
      <w:r>
        <w:rPr>
          <w:b/>
          <w:sz w:val="20"/>
        </w:rPr>
        <w:t xml:space="preserve">Tel: </w:t>
      </w:r>
    </w:p>
    <w:p w14:paraId="221FDF15" w14:textId="77777777" w:rsidR="00C8714C" w:rsidRPr="00DE3968" w:rsidRDefault="00000000">
      <w:pPr>
        <w:spacing w:before="120"/>
        <w:rPr>
          <w:i/>
          <w:iCs/>
          <w:sz w:val="18"/>
          <w:szCs w:val="18"/>
        </w:rPr>
      </w:pPr>
      <w:r w:rsidRPr="00DE3968">
        <w:rPr>
          <w:i/>
          <w:iCs/>
          <w:sz w:val="18"/>
          <w:szCs w:val="18"/>
        </w:rPr>
        <w:t>Công Ty TNHH SX &amp; TM Hóa Keo Bình Thạnh xin chân thành cảm ơn Quý Công Ty đã quan tâm đến các mặt hàng của chúng tôi. Xin trân trọng kính gửi đến Quý Công Ty bảng báo giá các mặt hàng làm mẫu với chi tiết như sau:</w:t>
      </w:r>
    </w:p>
    <w:p w14:paraId="3BBDEEB0" w14:textId="77777777" w:rsidR="00C8714C" w:rsidRDefault="00000000">
      <w:pPr>
        <w:spacing w:before="120" w:after="120"/>
        <w:jc w:val="center"/>
      </w:pPr>
      <w:r>
        <w:rPr>
          <w:b/>
          <w:sz w:val="28"/>
        </w:rPr>
        <w:t>BẢNG BÁO GIÁ SẢN PHẨM LÀM MẪU</w:t>
      </w:r>
    </w:p>
    <w:tbl>
      <w:tblPr>
        <w:tblStyle w:val="TableGrid"/>
        <w:tblW w:w="0" w:type="auto"/>
        <w:jc w:val="center"/>
        <w:tblLook w:val="04A0" w:firstRow="1" w:lastRow="0" w:firstColumn="1" w:lastColumn="0" w:noHBand="0" w:noVBand="1"/>
      </w:tblPr>
      <w:tblGrid>
        <w:gridCol w:w="680"/>
        <w:gridCol w:w="4252"/>
        <w:gridCol w:w="737"/>
        <w:gridCol w:w="1417"/>
        <w:gridCol w:w="2551"/>
      </w:tblGrid>
      <w:tr w:rsidR="00C8714C" w14:paraId="34B0505A" w14:textId="77777777">
        <w:trPr>
          <w:jc w:val="center"/>
        </w:trPr>
        <w:tc>
          <w:tcPr>
            <w:tcW w:w="680" w:type="dxa"/>
            <w:shd w:val="clear" w:color="auto" w:fill="D9D9D9"/>
          </w:tcPr>
          <w:p w14:paraId="007AA969" w14:textId="77777777" w:rsidR="00C8714C" w:rsidRDefault="00000000">
            <w:pPr>
              <w:spacing w:before="20" w:after="20"/>
              <w:jc w:val="center"/>
            </w:pPr>
            <w:r>
              <w:rPr>
                <w:b/>
                <w:sz w:val="18"/>
              </w:rPr>
              <w:t>STT</w:t>
            </w:r>
          </w:p>
        </w:tc>
        <w:tc>
          <w:tcPr>
            <w:tcW w:w="4252" w:type="dxa"/>
            <w:shd w:val="clear" w:color="auto" w:fill="D9D9D9"/>
          </w:tcPr>
          <w:p w14:paraId="7CC1E1F4" w14:textId="77777777" w:rsidR="00C8714C" w:rsidRDefault="00000000">
            <w:pPr>
              <w:spacing w:before="20" w:after="20"/>
              <w:jc w:val="center"/>
            </w:pPr>
            <w:r>
              <w:rPr>
                <w:b/>
                <w:sz w:val="18"/>
              </w:rPr>
              <w:t>TÊN MẶT HÀNG</w:t>
            </w:r>
          </w:p>
        </w:tc>
        <w:tc>
          <w:tcPr>
            <w:tcW w:w="737" w:type="dxa"/>
            <w:shd w:val="clear" w:color="auto" w:fill="D9D9D9"/>
          </w:tcPr>
          <w:p w14:paraId="3506526A" w14:textId="77777777" w:rsidR="00C8714C" w:rsidRDefault="00000000">
            <w:pPr>
              <w:spacing w:before="20" w:after="20"/>
              <w:jc w:val="center"/>
            </w:pPr>
            <w:r>
              <w:rPr>
                <w:b/>
                <w:sz w:val="18"/>
              </w:rPr>
              <w:t>Đvt</w:t>
            </w:r>
          </w:p>
        </w:tc>
        <w:tc>
          <w:tcPr>
            <w:tcW w:w="1417" w:type="dxa"/>
            <w:shd w:val="clear" w:color="auto" w:fill="D9D9D9"/>
          </w:tcPr>
          <w:p w14:paraId="4E948CCA" w14:textId="77777777" w:rsidR="00C8714C" w:rsidRDefault="00000000">
            <w:pPr>
              <w:spacing w:before="20" w:after="20"/>
              <w:jc w:val="center"/>
            </w:pPr>
            <w:r>
              <w:rPr>
                <w:b/>
                <w:sz w:val="18"/>
              </w:rPr>
              <w:t>ĐƠN GIÁ</w:t>
            </w:r>
          </w:p>
        </w:tc>
        <w:tc>
          <w:tcPr>
            <w:tcW w:w="2551" w:type="dxa"/>
            <w:shd w:val="clear" w:color="auto" w:fill="D9D9D9"/>
          </w:tcPr>
          <w:p w14:paraId="33EA0AE2" w14:textId="77777777" w:rsidR="00C8714C" w:rsidRDefault="00000000">
            <w:pPr>
              <w:spacing w:before="20" w:after="20"/>
              <w:jc w:val="center"/>
            </w:pPr>
            <w:r>
              <w:rPr>
                <w:b/>
                <w:sz w:val="18"/>
              </w:rPr>
              <w:t>QUY CÁCH</w:t>
            </w:r>
          </w:p>
        </w:tc>
      </w:tr>
      <w:tr w:rsidR="00C8714C" w14:paraId="134C2618" w14:textId="77777777">
        <w:trPr>
          <w:jc w:val="center"/>
        </w:trPr>
        <w:tc>
          <w:tcPr>
            <w:tcW w:w="2551" w:type="dxa"/>
            <w:gridSpan w:val="5"/>
            <w:shd w:val="clear" w:color="auto" w:fill="F2F2F2"/>
          </w:tcPr>
          <w:p w14:paraId="6B0754C6" w14:textId="77777777" w:rsidR="00C8714C" w:rsidRDefault="00000000">
            <w:pPr>
              <w:spacing w:before="20" w:after="20"/>
            </w:pPr>
            <w:r>
              <w:rPr>
                <w:b/>
                <w:sz w:val="18"/>
              </w:rPr>
              <w:t>HỆ PIGMENT</w:t>
            </w:r>
          </w:p>
        </w:tc>
      </w:tr>
      <w:tr w:rsidR="00C8714C" w14:paraId="6A9309C6" w14:textId="77777777">
        <w:trPr>
          <w:jc w:val="center"/>
        </w:trPr>
        <w:tc>
          <w:tcPr>
            <w:tcW w:w="680" w:type="dxa"/>
          </w:tcPr>
          <w:p w14:paraId="6B5E2B6D" w14:textId="77777777" w:rsidR="00C8714C" w:rsidRDefault="00000000">
            <w:pPr>
              <w:spacing w:before="20" w:after="20"/>
              <w:jc w:val="center"/>
            </w:pPr>
            <w:r>
              <w:rPr>
                <w:sz w:val="18"/>
              </w:rPr>
              <w:t>1</w:t>
            </w:r>
          </w:p>
        </w:tc>
        <w:tc>
          <w:tcPr>
            <w:tcW w:w="4252" w:type="dxa"/>
          </w:tcPr>
          <w:p w14:paraId="16B4E418" w14:textId="77777777" w:rsidR="00C8714C" w:rsidRDefault="00000000">
            <w:pPr>
              <w:spacing w:before="20" w:after="20"/>
            </w:pPr>
            <w:r>
              <w:rPr>
                <w:b/>
                <w:sz w:val="18"/>
              </w:rPr>
              <w:t>ĐEN TC L3 (1-2) DM</w:t>
            </w:r>
          </w:p>
        </w:tc>
        <w:tc>
          <w:tcPr>
            <w:tcW w:w="737" w:type="dxa"/>
          </w:tcPr>
          <w:p w14:paraId="349F2AFC" w14:textId="77777777" w:rsidR="00C8714C" w:rsidRDefault="00000000">
            <w:pPr>
              <w:spacing w:before="20" w:after="20"/>
              <w:jc w:val="center"/>
            </w:pPr>
            <w:r>
              <w:rPr>
                <w:sz w:val="18"/>
              </w:rPr>
              <w:t>Kg</w:t>
            </w:r>
          </w:p>
        </w:tc>
        <w:tc>
          <w:tcPr>
            <w:tcW w:w="1417" w:type="dxa"/>
          </w:tcPr>
          <w:p w14:paraId="5940DD36" w14:textId="77777777" w:rsidR="00C8714C" w:rsidRDefault="00000000">
            <w:pPr>
              <w:spacing w:before="20" w:after="20"/>
              <w:jc w:val="center"/>
            </w:pPr>
            <w:r>
              <w:rPr>
                <w:sz w:val="18"/>
              </w:rPr>
              <w:t>123,000</w:t>
            </w:r>
          </w:p>
        </w:tc>
        <w:tc>
          <w:tcPr>
            <w:tcW w:w="2551" w:type="dxa"/>
          </w:tcPr>
          <w:p w14:paraId="28734E64" w14:textId="77777777" w:rsidR="00C8714C" w:rsidRDefault="00000000">
            <w:pPr>
              <w:spacing w:before="20" w:after="20"/>
              <w:jc w:val="center"/>
            </w:pPr>
            <w:r>
              <w:rPr>
                <w:sz w:val="16"/>
              </w:rPr>
              <w:t>Cal 25 Kg</w:t>
            </w:r>
          </w:p>
        </w:tc>
      </w:tr>
      <w:tr w:rsidR="00C8714C" w14:paraId="3037C18D" w14:textId="77777777">
        <w:trPr>
          <w:jc w:val="center"/>
        </w:trPr>
        <w:tc>
          <w:tcPr>
            <w:tcW w:w="680" w:type="dxa"/>
          </w:tcPr>
          <w:p w14:paraId="25EADAA8" w14:textId="77777777" w:rsidR="00C8714C" w:rsidRDefault="00000000">
            <w:pPr>
              <w:spacing w:before="20" w:after="20"/>
              <w:jc w:val="center"/>
            </w:pPr>
            <w:r>
              <w:rPr>
                <w:sz w:val="18"/>
              </w:rPr>
              <w:t>2</w:t>
            </w:r>
          </w:p>
        </w:tc>
        <w:tc>
          <w:tcPr>
            <w:tcW w:w="4252" w:type="dxa"/>
          </w:tcPr>
          <w:p w14:paraId="3DD31DD2" w14:textId="77777777" w:rsidR="00C8714C" w:rsidRDefault="00000000">
            <w:pPr>
              <w:spacing w:before="20" w:after="20"/>
            </w:pPr>
            <w:r>
              <w:rPr>
                <w:b/>
                <w:sz w:val="18"/>
              </w:rPr>
              <w:t>ĐỎ F3 RK (1-0.5) DM</w:t>
            </w:r>
          </w:p>
        </w:tc>
        <w:tc>
          <w:tcPr>
            <w:tcW w:w="737" w:type="dxa"/>
          </w:tcPr>
          <w:p w14:paraId="672BE35E" w14:textId="77777777" w:rsidR="00C8714C" w:rsidRDefault="00000000">
            <w:pPr>
              <w:spacing w:before="20" w:after="20"/>
              <w:jc w:val="center"/>
            </w:pPr>
            <w:r>
              <w:rPr>
                <w:sz w:val="18"/>
              </w:rPr>
              <w:t>Kg</w:t>
            </w:r>
          </w:p>
        </w:tc>
        <w:tc>
          <w:tcPr>
            <w:tcW w:w="1417" w:type="dxa"/>
          </w:tcPr>
          <w:p w14:paraId="19BE8470" w14:textId="77777777" w:rsidR="00C8714C" w:rsidRDefault="00000000">
            <w:pPr>
              <w:spacing w:before="20" w:after="20"/>
              <w:jc w:val="center"/>
            </w:pPr>
            <w:r>
              <w:rPr>
                <w:sz w:val="18"/>
              </w:rPr>
              <w:t>210,000</w:t>
            </w:r>
          </w:p>
        </w:tc>
        <w:tc>
          <w:tcPr>
            <w:tcW w:w="2551" w:type="dxa"/>
          </w:tcPr>
          <w:p w14:paraId="3CEB76C2" w14:textId="77777777" w:rsidR="00C8714C" w:rsidRDefault="00000000">
            <w:pPr>
              <w:spacing w:before="20" w:after="20"/>
              <w:jc w:val="center"/>
            </w:pPr>
            <w:r>
              <w:rPr>
                <w:sz w:val="16"/>
              </w:rPr>
              <w:t>Cal 25 Kg</w:t>
            </w:r>
          </w:p>
        </w:tc>
      </w:tr>
      <w:tr w:rsidR="00C8714C" w14:paraId="20B34062" w14:textId="77777777">
        <w:trPr>
          <w:jc w:val="center"/>
        </w:trPr>
        <w:tc>
          <w:tcPr>
            <w:tcW w:w="680" w:type="dxa"/>
          </w:tcPr>
          <w:p w14:paraId="6609063A" w14:textId="77777777" w:rsidR="00C8714C" w:rsidRDefault="00000000">
            <w:pPr>
              <w:spacing w:before="20" w:after="20"/>
              <w:jc w:val="center"/>
            </w:pPr>
            <w:r>
              <w:rPr>
                <w:sz w:val="18"/>
              </w:rPr>
              <w:t>3</w:t>
            </w:r>
          </w:p>
        </w:tc>
        <w:tc>
          <w:tcPr>
            <w:tcW w:w="4252" w:type="dxa"/>
          </w:tcPr>
          <w:p w14:paraId="0340CE45" w14:textId="77777777" w:rsidR="00C8714C" w:rsidRDefault="00000000">
            <w:pPr>
              <w:spacing w:before="20" w:after="20"/>
            </w:pPr>
            <w:r>
              <w:rPr>
                <w:b/>
                <w:sz w:val="18"/>
              </w:rPr>
              <w:t>VÀNG H4G (1-1.5) DM</w:t>
            </w:r>
          </w:p>
        </w:tc>
        <w:tc>
          <w:tcPr>
            <w:tcW w:w="737" w:type="dxa"/>
          </w:tcPr>
          <w:p w14:paraId="6835CF75" w14:textId="77777777" w:rsidR="00C8714C" w:rsidRDefault="00000000">
            <w:pPr>
              <w:spacing w:before="20" w:after="20"/>
              <w:jc w:val="center"/>
            </w:pPr>
            <w:r>
              <w:rPr>
                <w:sz w:val="18"/>
              </w:rPr>
              <w:t>Kg</w:t>
            </w:r>
          </w:p>
        </w:tc>
        <w:tc>
          <w:tcPr>
            <w:tcW w:w="1417" w:type="dxa"/>
          </w:tcPr>
          <w:p w14:paraId="7364A3A7" w14:textId="77777777" w:rsidR="00C8714C" w:rsidRDefault="00000000">
            <w:pPr>
              <w:spacing w:before="20" w:after="20"/>
              <w:jc w:val="center"/>
            </w:pPr>
            <w:r>
              <w:rPr>
                <w:sz w:val="18"/>
              </w:rPr>
              <w:t>295,000</w:t>
            </w:r>
          </w:p>
        </w:tc>
        <w:tc>
          <w:tcPr>
            <w:tcW w:w="2551" w:type="dxa"/>
          </w:tcPr>
          <w:p w14:paraId="76E740F0" w14:textId="77777777" w:rsidR="00C8714C" w:rsidRDefault="00000000">
            <w:pPr>
              <w:spacing w:before="20" w:after="20"/>
              <w:jc w:val="center"/>
            </w:pPr>
            <w:r>
              <w:rPr>
                <w:sz w:val="16"/>
              </w:rPr>
              <w:t>Cal 25 Kg</w:t>
            </w:r>
          </w:p>
        </w:tc>
      </w:tr>
      <w:tr w:rsidR="00C8714C" w14:paraId="6B690673" w14:textId="77777777">
        <w:trPr>
          <w:jc w:val="center"/>
        </w:trPr>
        <w:tc>
          <w:tcPr>
            <w:tcW w:w="680" w:type="dxa"/>
          </w:tcPr>
          <w:p w14:paraId="17B9B98F" w14:textId="77777777" w:rsidR="00C8714C" w:rsidRDefault="00000000">
            <w:pPr>
              <w:spacing w:before="20" w:after="20"/>
              <w:jc w:val="center"/>
            </w:pPr>
            <w:r>
              <w:rPr>
                <w:sz w:val="18"/>
              </w:rPr>
              <w:t>4</w:t>
            </w:r>
          </w:p>
        </w:tc>
        <w:tc>
          <w:tcPr>
            <w:tcW w:w="4252" w:type="dxa"/>
          </w:tcPr>
          <w:p w14:paraId="4B106124" w14:textId="77777777" w:rsidR="00C8714C" w:rsidRDefault="00000000">
            <w:pPr>
              <w:spacing w:before="20" w:after="20"/>
            </w:pPr>
            <w:r>
              <w:rPr>
                <w:b/>
                <w:sz w:val="18"/>
              </w:rPr>
              <w:t>XANH LÁ GT</w:t>
            </w:r>
          </w:p>
        </w:tc>
        <w:tc>
          <w:tcPr>
            <w:tcW w:w="737" w:type="dxa"/>
          </w:tcPr>
          <w:p w14:paraId="4E6B72C6" w14:textId="77777777" w:rsidR="00C8714C" w:rsidRDefault="00000000">
            <w:pPr>
              <w:spacing w:before="20" w:after="20"/>
              <w:jc w:val="center"/>
            </w:pPr>
            <w:r>
              <w:rPr>
                <w:sz w:val="18"/>
              </w:rPr>
              <w:t>Kg</w:t>
            </w:r>
          </w:p>
        </w:tc>
        <w:tc>
          <w:tcPr>
            <w:tcW w:w="1417" w:type="dxa"/>
          </w:tcPr>
          <w:p w14:paraId="0B1F07D3" w14:textId="77777777" w:rsidR="00C8714C" w:rsidRDefault="00000000">
            <w:pPr>
              <w:spacing w:before="20" w:after="20"/>
              <w:jc w:val="center"/>
            </w:pPr>
            <w:r>
              <w:rPr>
                <w:sz w:val="18"/>
              </w:rPr>
              <w:t>198,500</w:t>
            </w:r>
          </w:p>
        </w:tc>
        <w:tc>
          <w:tcPr>
            <w:tcW w:w="2551" w:type="dxa"/>
          </w:tcPr>
          <w:p w14:paraId="407BE0BA" w14:textId="77777777" w:rsidR="00C8714C" w:rsidRDefault="00000000">
            <w:pPr>
              <w:spacing w:before="20" w:after="20"/>
              <w:jc w:val="center"/>
            </w:pPr>
            <w:r>
              <w:rPr>
                <w:sz w:val="16"/>
              </w:rPr>
              <w:t>Cal 25 Kg</w:t>
            </w:r>
          </w:p>
        </w:tc>
      </w:tr>
      <w:tr w:rsidR="00C8714C" w14:paraId="5067C3CA" w14:textId="77777777">
        <w:trPr>
          <w:jc w:val="center"/>
        </w:trPr>
        <w:tc>
          <w:tcPr>
            <w:tcW w:w="680" w:type="dxa"/>
          </w:tcPr>
          <w:p w14:paraId="37296389" w14:textId="77777777" w:rsidR="00C8714C" w:rsidRDefault="00000000">
            <w:pPr>
              <w:spacing w:before="20" w:after="20"/>
              <w:jc w:val="center"/>
            </w:pPr>
            <w:r>
              <w:rPr>
                <w:sz w:val="18"/>
              </w:rPr>
              <w:t>5</w:t>
            </w:r>
          </w:p>
        </w:tc>
        <w:tc>
          <w:tcPr>
            <w:tcW w:w="4252" w:type="dxa"/>
          </w:tcPr>
          <w:p w14:paraId="49DC5F0D" w14:textId="77777777" w:rsidR="00C8714C" w:rsidRDefault="00000000">
            <w:pPr>
              <w:spacing w:before="20" w:after="20"/>
            </w:pPr>
            <w:r>
              <w:rPr>
                <w:b/>
                <w:sz w:val="18"/>
              </w:rPr>
              <w:t>GIANT BLUE (1-2) DM</w:t>
            </w:r>
          </w:p>
        </w:tc>
        <w:tc>
          <w:tcPr>
            <w:tcW w:w="737" w:type="dxa"/>
          </w:tcPr>
          <w:p w14:paraId="26375F39" w14:textId="77777777" w:rsidR="00C8714C" w:rsidRDefault="00000000">
            <w:pPr>
              <w:spacing w:before="20" w:after="20"/>
              <w:jc w:val="center"/>
            </w:pPr>
            <w:r>
              <w:rPr>
                <w:sz w:val="18"/>
              </w:rPr>
              <w:t>Kg</w:t>
            </w:r>
          </w:p>
        </w:tc>
        <w:tc>
          <w:tcPr>
            <w:tcW w:w="1417" w:type="dxa"/>
          </w:tcPr>
          <w:p w14:paraId="354CDDF5" w14:textId="77777777" w:rsidR="00C8714C" w:rsidRDefault="00000000">
            <w:pPr>
              <w:spacing w:before="20" w:after="20"/>
              <w:jc w:val="center"/>
            </w:pPr>
            <w:r>
              <w:rPr>
                <w:sz w:val="18"/>
              </w:rPr>
              <w:t>305,000</w:t>
            </w:r>
          </w:p>
        </w:tc>
        <w:tc>
          <w:tcPr>
            <w:tcW w:w="2551" w:type="dxa"/>
          </w:tcPr>
          <w:p w14:paraId="60EBC815" w14:textId="77777777" w:rsidR="00C8714C" w:rsidRDefault="00000000">
            <w:pPr>
              <w:spacing w:before="20" w:after="20"/>
              <w:jc w:val="center"/>
            </w:pPr>
            <w:r>
              <w:rPr>
                <w:sz w:val="16"/>
              </w:rPr>
              <w:t>Cal 25 Kg</w:t>
            </w:r>
          </w:p>
        </w:tc>
      </w:tr>
      <w:tr w:rsidR="00C8714C" w14:paraId="1C5AFCC4" w14:textId="77777777">
        <w:trPr>
          <w:jc w:val="center"/>
        </w:trPr>
        <w:tc>
          <w:tcPr>
            <w:tcW w:w="2551" w:type="dxa"/>
            <w:gridSpan w:val="5"/>
            <w:shd w:val="clear" w:color="auto" w:fill="F2F2F2"/>
          </w:tcPr>
          <w:p w14:paraId="37CF0762" w14:textId="77777777" w:rsidR="00C8714C" w:rsidRDefault="00000000">
            <w:pPr>
              <w:spacing w:before="20" w:after="20"/>
            </w:pPr>
            <w:r>
              <w:rPr>
                <w:b/>
                <w:sz w:val="18"/>
              </w:rPr>
              <w:t>HỆ MÀU DYE</w:t>
            </w:r>
          </w:p>
        </w:tc>
      </w:tr>
      <w:tr w:rsidR="00C8714C" w14:paraId="2E6BA679" w14:textId="77777777">
        <w:trPr>
          <w:jc w:val="center"/>
        </w:trPr>
        <w:tc>
          <w:tcPr>
            <w:tcW w:w="680" w:type="dxa"/>
          </w:tcPr>
          <w:p w14:paraId="699FAD96" w14:textId="77777777" w:rsidR="00C8714C" w:rsidRDefault="00000000">
            <w:pPr>
              <w:spacing w:before="20" w:after="20"/>
              <w:jc w:val="center"/>
            </w:pPr>
            <w:r>
              <w:rPr>
                <w:sz w:val="18"/>
              </w:rPr>
              <w:t>6</w:t>
            </w:r>
          </w:p>
        </w:tc>
        <w:tc>
          <w:tcPr>
            <w:tcW w:w="4252" w:type="dxa"/>
          </w:tcPr>
          <w:p w14:paraId="2DD35126" w14:textId="77777777" w:rsidR="00C8714C" w:rsidRDefault="00000000">
            <w:pPr>
              <w:spacing w:before="20" w:after="20"/>
            </w:pPr>
            <w:r>
              <w:rPr>
                <w:b/>
                <w:sz w:val="18"/>
              </w:rPr>
              <w:t>ĐEN K (1-10)</w:t>
            </w:r>
          </w:p>
        </w:tc>
        <w:tc>
          <w:tcPr>
            <w:tcW w:w="737" w:type="dxa"/>
          </w:tcPr>
          <w:p w14:paraId="1EDCE9BC" w14:textId="77777777" w:rsidR="00C8714C" w:rsidRDefault="00000000">
            <w:pPr>
              <w:spacing w:before="20" w:after="20"/>
              <w:jc w:val="center"/>
            </w:pPr>
            <w:r>
              <w:rPr>
                <w:sz w:val="18"/>
              </w:rPr>
              <w:t>Kg</w:t>
            </w:r>
          </w:p>
        </w:tc>
        <w:tc>
          <w:tcPr>
            <w:tcW w:w="1417" w:type="dxa"/>
          </w:tcPr>
          <w:p w14:paraId="1BFF9D5A" w14:textId="77777777" w:rsidR="00C8714C" w:rsidRDefault="00000000">
            <w:pPr>
              <w:spacing w:before="20" w:after="20"/>
              <w:jc w:val="center"/>
            </w:pPr>
            <w:r>
              <w:rPr>
                <w:sz w:val="18"/>
              </w:rPr>
              <w:t>168,000</w:t>
            </w:r>
          </w:p>
        </w:tc>
        <w:tc>
          <w:tcPr>
            <w:tcW w:w="2551" w:type="dxa"/>
          </w:tcPr>
          <w:p w14:paraId="3844472F" w14:textId="77777777" w:rsidR="00C8714C" w:rsidRDefault="00000000">
            <w:pPr>
              <w:spacing w:before="20" w:after="20"/>
              <w:jc w:val="center"/>
            </w:pPr>
            <w:r>
              <w:rPr>
                <w:sz w:val="16"/>
              </w:rPr>
              <w:t>Cal 25 Kg</w:t>
            </w:r>
          </w:p>
        </w:tc>
      </w:tr>
      <w:tr w:rsidR="00C8714C" w14:paraId="7EED12E9" w14:textId="77777777">
        <w:trPr>
          <w:jc w:val="center"/>
        </w:trPr>
        <w:tc>
          <w:tcPr>
            <w:tcW w:w="680" w:type="dxa"/>
          </w:tcPr>
          <w:p w14:paraId="72DE45F9" w14:textId="77777777" w:rsidR="00C8714C" w:rsidRDefault="00000000">
            <w:pPr>
              <w:spacing w:before="20" w:after="20"/>
              <w:jc w:val="center"/>
            </w:pPr>
            <w:r>
              <w:rPr>
                <w:sz w:val="18"/>
              </w:rPr>
              <w:t>7</w:t>
            </w:r>
          </w:p>
        </w:tc>
        <w:tc>
          <w:tcPr>
            <w:tcW w:w="4252" w:type="dxa"/>
          </w:tcPr>
          <w:p w14:paraId="542F4F60" w14:textId="77777777" w:rsidR="00C8714C" w:rsidRDefault="00000000">
            <w:pPr>
              <w:spacing w:before="20" w:after="20"/>
            </w:pPr>
            <w:r>
              <w:rPr>
                <w:b/>
                <w:sz w:val="18"/>
              </w:rPr>
              <w:t>ĐỎ VM 334</w:t>
            </w:r>
          </w:p>
        </w:tc>
        <w:tc>
          <w:tcPr>
            <w:tcW w:w="737" w:type="dxa"/>
          </w:tcPr>
          <w:p w14:paraId="360501B3" w14:textId="77777777" w:rsidR="00C8714C" w:rsidRDefault="00000000">
            <w:pPr>
              <w:spacing w:before="20" w:after="20"/>
              <w:jc w:val="center"/>
            </w:pPr>
            <w:r>
              <w:rPr>
                <w:sz w:val="18"/>
              </w:rPr>
              <w:t>Kg</w:t>
            </w:r>
          </w:p>
        </w:tc>
        <w:tc>
          <w:tcPr>
            <w:tcW w:w="1417" w:type="dxa"/>
          </w:tcPr>
          <w:p w14:paraId="791EF21C" w14:textId="77777777" w:rsidR="00C8714C" w:rsidRDefault="00000000">
            <w:pPr>
              <w:spacing w:before="20" w:after="20"/>
              <w:jc w:val="center"/>
            </w:pPr>
            <w:r>
              <w:rPr>
                <w:sz w:val="18"/>
              </w:rPr>
              <w:t>184,000</w:t>
            </w:r>
          </w:p>
        </w:tc>
        <w:tc>
          <w:tcPr>
            <w:tcW w:w="2551" w:type="dxa"/>
          </w:tcPr>
          <w:p w14:paraId="333B2451" w14:textId="77777777" w:rsidR="00C8714C" w:rsidRDefault="00000000">
            <w:pPr>
              <w:spacing w:before="20" w:after="20"/>
              <w:jc w:val="center"/>
            </w:pPr>
            <w:r>
              <w:rPr>
                <w:sz w:val="16"/>
              </w:rPr>
              <w:t>Cal 25 Kg</w:t>
            </w:r>
          </w:p>
        </w:tc>
      </w:tr>
      <w:tr w:rsidR="00C8714C" w14:paraId="6B1D7B48" w14:textId="77777777">
        <w:trPr>
          <w:jc w:val="center"/>
        </w:trPr>
        <w:tc>
          <w:tcPr>
            <w:tcW w:w="680" w:type="dxa"/>
          </w:tcPr>
          <w:p w14:paraId="67FB6C87" w14:textId="77777777" w:rsidR="00C8714C" w:rsidRDefault="00000000">
            <w:pPr>
              <w:spacing w:before="20" w:after="20"/>
              <w:jc w:val="center"/>
            </w:pPr>
            <w:r>
              <w:rPr>
                <w:sz w:val="18"/>
              </w:rPr>
              <w:t>8</w:t>
            </w:r>
          </w:p>
        </w:tc>
        <w:tc>
          <w:tcPr>
            <w:tcW w:w="4252" w:type="dxa"/>
          </w:tcPr>
          <w:p w14:paraId="337F68DC" w14:textId="77777777" w:rsidR="00C8714C" w:rsidRDefault="00000000">
            <w:pPr>
              <w:spacing w:before="20" w:after="20"/>
            </w:pPr>
            <w:r>
              <w:rPr>
                <w:b/>
                <w:sz w:val="18"/>
              </w:rPr>
              <w:t>VÀNG 412</w:t>
            </w:r>
          </w:p>
        </w:tc>
        <w:tc>
          <w:tcPr>
            <w:tcW w:w="737" w:type="dxa"/>
          </w:tcPr>
          <w:p w14:paraId="39E69664" w14:textId="77777777" w:rsidR="00C8714C" w:rsidRDefault="00000000">
            <w:pPr>
              <w:spacing w:before="20" w:after="20"/>
              <w:jc w:val="center"/>
            </w:pPr>
            <w:r>
              <w:rPr>
                <w:sz w:val="18"/>
              </w:rPr>
              <w:t>Kg</w:t>
            </w:r>
          </w:p>
        </w:tc>
        <w:tc>
          <w:tcPr>
            <w:tcW w:w="1417" w:type="dxa"/>
          </w:tcPr>
          <w:p w14:paraId="5E244554" w14:textId="77777777" w:rsidR="00C8714C" w:rsidRDefault="00000000">
            <w:pPr>
              <w:spacing w:before="20" w:after="20"/>
              <w:jc w:val="center"/>
            </w:pPr>
            <w:r>
              <w:rPr>
                <w:sz w:val="18"/>
              </w:rPr>
              <w:t>107,000</w:t>
            </w:r>
          </w:p>
        </w:tc>
        <w:tc>
          <w:tcPr>
            <w:tcW w:w="2551" w:type="dxa"/>
          </w:tcPr>
          <w:p w14:paraId="3084A0E7" w14:textId="77777777" w:rsidR="00C8714C" w:rsidRDefault="00000000">
            <w:pPr>
              <w:spacing w:before="20" w:after="20"/>
              <w:jc w:val="center"/>
            </w:pPr>
            <w:r>
              <w:rPr>
                <w:sz w:val="16"/>
              </w:rPr>
              <w:t>Cal 25 Kg</w:t>
            </w:r>
          </w:p>
        </w:tc>
      </w:tr>
      <w:tr w:rsidR="00C8714C" w14:paraId="7742EE3B" w14:textId="77777777">
        <w:trPr>
          <w:jc w:val="center"/>
        </w:trPr>
        <w:tc>
          <w:tcPr>
            <w:tcW w:w="680" w:type="dxa"/>
          </w:tcPr>
          <w:p w14:paraId="650F704A" w14:textId="77777777" w:rsidR="00C8714C" w:rsidRDefault="00000000">
            <w:pPr>
              <w:spacing w:before="20" w:after="20"/>
              <w:jc w:val="center"/>
            </w:pPr>
            <w:r>
              <w:rPr>
                <w:sz w:val="18"/>
              </w:rPr>
              <w:t>9</w:t>
            </w:r>
          </w:p>
        </w:tc>
        <w:tc>
          <w:tcPr>
            <w:tcW w:w="4252" w:type="dxa"/>
          </w:tcPr>
          <w:p w14:paraId="1C53BFE5" w14:textId="77777777" w:rsidR="00C8714C" w:rsidRDefault="00000000">
            <w:pPr>
              <w:spacing w:before="20" w:after="20"/>
            </w:pPr>
            <w:r>
              <w:rPr>
                <w:b/>
                <w:sz w:val="18"/>
              </w:rPr>
              <w:t>XANH DƯƠNG 4 GA</w:t>
            </w:r>
          </w:p>
        </w:tc>
        <w:tc>
          <w:tcPr>
            <w:tcW w:w="737" w:type="dxa"/>
          </w:tcPr>
          <w:p w14:paraId="53F57514" w14:textId="77777777" w:rsidR="00C8714C" w:rsidRDefault="00000000">
            <w:pPr>
              <w:spacing w:before="20" w:after="20"/>
              <w:jc w:val="center"/>
            </w:pPr>
            <w:r>
              <w:rPr>
                <w:sz w:val="18"/>
              </w:rPr>
              <w:t>Kg</w:t>
            </w:r>
          </w:p>
        </w:tc>
        <w:tc>
          <w:tcPr>
            <w:tcW w:w="1417" w:type="dxa"/>
          </w:tcPr>
          <w:p w14:paraId="0A9965A6" w14:textId="77777777" w:rsidR="00C8714C" w:rsidRDefault="00000000">
            <w:pPr>
              <w:spacing w:before="20" w:after="20"/>
              <w:jc w:val="center"/>
            </w:pPr>
            <w:r>
              <w:rPr>
                <w:sz w:val="18"/>
              </w:rPr>
              <w:t>205,000</w:t>
            </w:r>
          </w:p>
        </w:tc>
        <w:tc>
          <w:tcPr>
            <w:tcW w:w="2551" w:type="dxa"/>
          </w:tcPr>
          <w:p w14:paraId="39DD3B91" w14:textId="77777777" w:rsidR="00C8714C" w:rsidRDefault="00000000">
            <w:pPr>
              <w:spacing w:before="20" w:after="20"/>
              <w:jc w:val="center"/>
            </w:pPr>
            <w:r>
              <w:rPr>
                <w:sz w:val="16"/>
              </w:rPr>
              <w:t>Cal 25 Kg</w:t>
            </w:r>
          </w:p>
        </w:tc>
      </w:tr>
      <w:tr w:rsidR="00C8714C" w14:paraId="50694AB7" w14:textId="77777777">
        <w:trPr>
          <w:jc w:val="center"/>
        </w:trPr>
        <w:tc>
          <w:tcPr>
            <w:tcW w:w="2551" w:type="dxa"/>
            <w:gridSpan w:val="5"/>
            <w:shd w:val="clear" w:color="auto" w:fill="F2F2F2"/>
          </w:tcPr>
          <w:p w14:paraId="5DBA555A" w14:textId="77777777" w:rsidR="00C8714C" w:rsidRDefault="00000000">
            <w:pPr>
              <w:spacing w:before="20" w:after="20"/>
            </w:pPr>
            <w:r>
              <w:rPr>
                <w:b/>
                <w:sz w:val="18"/>
              </w:rPr>
              <w:t>LÓT PU</w:t>
            </w:r>
          </w:p>
        </w:tc>
      </w:tr>
      <w:tr w:rsidR="00C8714C" w14:paraId="21723C5F" w14:textId="77777777">
        <w:trPr>
          <w:jc w:val="center"/>
        </w:trPr>
        <w:tc>
          <w:tcPr>
            <w:tcW w:w="680" w:type="dxa"/>
          </w:tcPr>
          <w:p w14:paraId="72643355" w14:textId="77777777" w:rsidR="00C8714C" w:rsidRDefault="00000000">
            <w:pPr>
              <w:spacing w:before="20" w:after="20"/>
              <w:jc w:val="center"/>
            </w:pPr>
            <w:r>
              <w:rPr>
                <w:sz w:val="18"/>
              </w:rPr>
              <w:t>10</w:t>
            </w:r>
          </w:p>
        </w:tc>
        <w:tc>
          <w:tcPr>
            <w:tcW w:w="4252" w:type="dxa"/>
          </w:tcPr>
          <w:p w14:paraId="09123074" w14:textId="77777777" w:rsidR="00C8714C" w:rsidRDefault="00000000">
            <w:pPr>
              <w:spacing w:before="20" w:after="20"/>
            </w:pPr>
            <w:r>
              <w:rPr>
                <w:b/>
                <w:sz w:val="18"/>
              </w:rPr>
              <w:t>LÓT PU FD 0212 (Không ngả vàng)</w:t>
            </w:r>
          </w:p>
        </w:tc>
        <w:tc>
          <w:tcPr>
            <w:tcW w:w="737" w:type="dxa"/>
          </w:tcPr>
          <w:p w14:paraId="19D98D43" w14:textId="77777777" w:rsidR="00C8714C" w:rsidRDefault="00000000">
            <w:pPr>
              <w:spacing w:before="20" w:after="20"/>
              <w:jc w:val="center"/>
            </w:pPr>
            <w:r>
              <w:rPr>
                <w:sz w:val="18"/>
              </w:rPr>
              <w:t>Kg</w:t>
            </w:r>
          </w:p>
        </w:tc>
        <w:tc>
          <w:tcPr>
            <w:tcW w:w="1417" w:type="dxa"/>
          </w:tcPr>
          <w:p w14:paraId="4A0D02E1" w14:textId="77777777" w:rsidR="00C8714C" w:rsidRDefault="00000000">
            <w:pPr>
              <w:spacing w:before="20" w:after="20"/>
              <w:jc w:val="center"/>
            </w:pPr>
            <w:r>
              <w:rPr>
                <w:sz w:val="18"/>
              </w:rPr>
              <w:t>93,000</w:t>
            </w:r>
          </w:p>
        </w:tc>
        <w:tc>
          <w:tcPr>
            <w:tcW w:w="2551" w:type="dxa"/>
          </w:tcPr>
          <w:p w14:paraId="70344CC6" w14:textId="77777777" w:rsidR="00C8714C" w:rsidRDefault="00000000">
            <w:pPr>
              <w:spacing w:before="20" w:after="20"/>
              <w:jc w:val="center"/>
            </w:pPr>
            <w:r>
              <w:rPr>
                <w:sz w:val="16"/>
              </w:rPr>
              <w:t>Cal 25 Kg</w:t>
            </w:r>
          </w:p>
        </w:tc>
      </w:tr>
      <w:tr w:rsidR="00C8714C" w14:paraId="71546120" w14:textId="77777777">
        <w:trPr>
          <w:jc w:val="center"/>
        </w:trPr>
        <w:tc>
          <w:tcPr>
            <w:tcW w:w="680" w:type="dxa"/>
          </w:tcPr>
          <w:p w14:paraId="3682C67A" w14:textId="77777777" w:rsidR="00C8714C" w:rsidRDefault="00000000">
            <w:pPr>
              <w:spacing w:before="20" w:after="20"/>
              <w:jc w:val="center"/>
            </w:pPr>
            <w:r>
              <w:rPr>
                <w:sz w:val="18"/>
              </w:rPr>
              <w:t>11</w:t>
            </w:r>
          </w:p>
        </w:tc>
        <w:tc>
          <w:tcPr>
            <w:tcW w:w="4252" w:type="dxa"/>
          </w:tcPr>
          <w:p w14:paraId="5205187A" w14:textId="77777777" w:rsidR="00C8714C" w:rsidRDefault="00000000">
            <w:pPr>
              <w:spacing w:before="20" w:after="20"/>
            </w:pPr>
            <w:r>
              <w:rPr>
                <w:b/>
                <w:sz w:val="18"/>
              </w:rPr>
              <w:t>LÓT PU FD 2106 TRẮNG</w:t>
            </w:r>
          </w:p>
        </w:tc>
        <w:tc>
          <w:tcPr>
            <w:tcW w:w="737" w:type="dxa"/>
          </w:tcPr>
          <w:p w14:paraId="2888D837" w14:textId="77777777" w:rsidR="00C8714C" w:rsidRDefault="00000000">
            <w:pPr>
              <w:spacing w:before="20" w:after="20"/>
              <w:jc w:val="center"/>
            </w:pPr>
            <w:r>
              <w:rPr>
                <w:sz w:val="18"/>
              </w:rPr>
              <w:t>Kg</w:t>
            </w:r>
          </w:p>
        </w:tc>
        <w:tc>
          <w:tcPr>
            <w:tcW w:w="1417" w:type="dxa"/>
          </w:tcPr>
          <w:p w14:paraId="24DB6BEE" w14:textId="77777777" w:rsidR="00C8714C" w:rsidRDefault="00000000">
            <w:pPr>
              <w:spacing w:before="20" w:after="20"/>
              <w:jc w:val="center"/>
            </w:pPr>
            <w:r>
              <w:rPr>
                <w:sz w:val="18"/>
              </w:rPr>
              <w:t>91,350</w:t>
            </w:r>
          </w:p>
        </w:tc>
        <w:tc>
          <w:tcPr>
            <w:tcW w:w="2551" w:type="dxa"/>
          </w:tcPr>
          <w:p w14:paraId="10C85AE9" w14:textId="77777777" w:rsidR="00C8714C" w:rsidRDefault="00000000">
            <w:pPr>
              <w:spacing w:before="20" w:after="20"/>
              <w:jc w:val="center"/>
            </w:pPr>
            <w:r>
              <w:rPr>
                <w:sz w:val="16"/>
              </w:rPr>
              <w:t>Cal 30 Kg</w:t>
            </w:r>
          </w:p>
        </w:tc>
      </w:tr>
      <w:tr w:rsidR="00C8714C" w14:paraId="3ABF3D78" w14:textId="77777777">
        <w:trPr>
          <w:jc w:val="center"/>
        </w:trPr>
        <w:tc>
          <w:tcPr>
            <w:tcW w:w="2551" w:type="dxa"/>
            <w:gridSpan w:val="5"/>
            <w:shd w:val="clear" w:color="auto" w:fill="F2F2F2"/>
          </w:tcPr>
          <w:p w14:paraId="4D1F0993" w14:textId="77777777" w:rsidR="00C8714C" w:rsidRDefault="00000000">
            <w:pPr>
              <w:spacing w:before="20" w:after="20"/>
            </w:pPr>
            <w:r>
              <w:rPr>
                <w:b/>
                <w:sz w:val="18"/>
              </w:rPr>
              <w:t>BÓNG PU</w:t>
            </w:r>
          </w:p>
        </w:tc>
      </w:tr>
      <w:tr w:rsidR="00C8714C" w14:paraId="08E6D430" w14:textId="77777777">
        <w:trPr>
          <w:jc w:val="center"/>
        </w:trPr>
        <w:tc>
          <w:tcPr>
            <w:tcW w:w="680" w:type="dxa"/>
          </w:tcPr>
          <w:p w14:paraId="55A6021A" w14:textId="77777777" w:rsidR="00C8714C" w:rsidRDefault="00000000">
            <w:pPr>
              <w:spacing w:before="20" w:after="20"/>
              <w:jc w:val="center"/>
            </w:pPr>
            <w:r>
              <w:rPr>
                <w:sz w:val="18"/>
              </w:rPr>
              <w:t>12</w:t>
            </w:r>
          </w:p>
        </w:tc>
        <w:tc>
          <w:tcPr>
            <w:tcW w:w="4252" w:type="dxa"/>
          </w:tcPr>
          <w:p w14:paraId="5CAB93A8" w14:textId="77777777" w:rsidR="00C8714C" w:rsidRDefault="00000000">
            <w:pPr>
              <w:spacing w:before="20" w:after="20"/>
            </w:pPr>
            <w:r>
              <w:rPr>
                <w:b/>
                <w:sz w:val="18"/>
              </w:rPr>
              <w:t>BÓNG PU OD 0408 5% (Không ngả vàng)</w:t>
            </w:r>
          </w:p>
        </w:tc>
        <w:tc>
          <w:tcPr>
            <w:tcW w:w="737" w:type="dxa"/>
          </w:tcPr>
          <w:p w14:paraId="3D4C89AB" w14:textId="77777777" w:rsidR="00C8714C" w:rsidRDefault="00000000">
            <w:pPr>
              <w:spacing w:before="20" w:after="20"/>
              <w:jc w:val="center"/>
            </w:pPr>
            <w:r>
              <w:rPr>
                <w:sz w:val="18"/>
              </w:rPr>
              <w:t>Kg</w:t>
            </w:r>
          </w:p>
        </w:tc>
        <w:tc>
          <w:tcPr>
            <w:tcW w:w="1417" w:type="dxa"/>
          </w:tcPr>
          <w:p w14:paraId="3C4A45B4" w14:textId="77777777" w:rsidR="00C8714C" w:rsidRDefault="00000000">
            <w:pPr>
              <w:spacing w:before="20" w:after="20"/>
              <w:jc w:val="center"/>
            </w:pPr>
            <w:r>
              <w:rPr>
                <w:sz w:val="18"/>
              </w:rPr>
              <w:t>117,500</w:t>
            </w:r>
          </w:p>
        </w:tc>
        <w:tc>
          <w:tcPr>
            <w:tcW w:w="2551" w:type="dxa"/>
          </w:tcPr>
          <w:p w14:paraId="0860E967" w14:textId="77777777" w:rsidR="00C8714C" w:rsidRDefault="00000000">
            <w:pPr>
              <w:spacing w:before="20" w:after="20"/>
              <w:jc w:val="center"/>
            </w:pPr>
            <w:r>
              <w:rPr>
                <w:sz w:val="16"/>
              </w:rPr>
              <w:t>Cal 25 Kg</w:t>
            </w:r>
          </w:p>
        </w:tc>
      </w:tr>
      <w:tr w:rsidR="00C8714C" w14:paraId="3C0AB6F1" w14:textId="77777777">
        <w:trPr>
          <w:jc w:val="center"/>
        </w:trPr>
        <w:tc>
          <w:tcPr>
            <w:tcW w:w="680" w:type="dxa"/>
          </w:tcPr>
          <w:p w14:paraId="1A66D8A8" w14:textId="77777777" w:rsidR="00C8714C" w:rsidRDefault="00000000">
            <w:pPr>
              <w:spacing w:before="20" w:after="20"/>
              <w:jc w:val="center"/>
            </w:pPr>
            <w:r>
              <w:rPr>
                <w:sz w:val="18"/>
              </w:rPr>
              <w:t>13</w:t>
            </w:r>
          </w:p>
        </w:tc>
        <w:tc>
          <w:tcPr>
            <w:tcW w:w="4252" w:type="dxa"/>
          </w:tcPr>
          <w:p w14:paraId="769266BE" w14:textId="77777777" w:rsidR="00C8714C" w:rsidRDefault="00000000">
            <w:pPr>
              <w:spacing w:before="20" w:after="20"/>
            </w:pPr>
            <w:r>
              <w:rPr>
                <w:b/>
                <w:sz w:val="18"/>
              </w:rPr>
              <w:t>BÓNG PU OD 0408 70% (Không ngả vàng)</w:t>
            </w:r>
          </w:p>
        </w:tc>
        <w:tc>
          <w:tcPr>
            <w:tcW w:w="737" w:type="dxa"/>
          </w:tcPr>
          <w:p w14:paraId="697C6C53" w14:textId="77777777" w:rsidR="00C8714C" w:rsidRDefault="00000000">
            <w:pPr>
              <w:spacing w:before="20" w:after="20"/>
              <w:jc w:val="center"/>
            </w:pPr>
            <w:r>
              <w:rPr>
                <w:sz w:val="18"/>
              </w:rPr>
              <w:t>Kg</w:t>
            </w:r>
          </w:p>
        </w:tc>
        <w:tc>
          <w:tcPr>
            <w:tcW w:w="1417" w:type="dxa"/>
          </w:tcPr>
          <w:p w14:paraId="65549C2B" w14:textId="77777777" w:rsidR="00C8714C" w:rsidRDefault="00000000">
            <w:pPr>
              <w:spacing w:before="20" w:after="20"/>
              <w:jc w:val="center"/>
            </w:pPr>
            <w:r>
              <w:rPr>
                <w:sz w:val="18"/>
              </w:rPr>
              <w:t>116,025</w:t>
            </w:r>
          </w:p>
        </w:tc>
        <w:tc>
          <w:tcPr>
            <w:tcW w:w="2551" w:type="dxa"/>
          </w:tcPr>
          <w:p w14:paraId="79F80CA9" w14:textId="77777777" w:rsidR="00C8714C" w:rsidRDefault="00000000">
            <w:pPr>
              <w:spacing w:before="20" w:after="20"/>
              <w:jc w:val="center"/>
            </w:pPr>
            <w:r>
              <w:rPr>
                <w:sz w:val="16"/>
              </w:rPr>
              <w:t>Cal 25 Kg</w:t>
            </w:r>
          </w:p>
        </w:tc>
      </w:tr>
      <w:tr w:rsidR="00C8714C" w14:paraId="14FACA29" w14:textId="77777777">
        <w:trPr>
          <w:jc w:val="center"/>
        </w:trPr>
        <w:tc>
          <w:tcPr>
            <w:tcW w:w="2551" w:type="dxa"/>
            <w:gridSpan w:val="5"/>
            <w:shd w:val="clear" w:color="auto" w:fill="F2F2F2"/>
          </w:tcPr>
          <w:p w14:paraId="021905A9" w14:textId="77777777" w:rsidR="00C8714C" w:rsidRDefault="00000000">
            <w:pPr>
              <w:spacing w:before="20" w:after="20"/>
            </w:pPr>
            <w:r>
              <w:rPr>
                <w:b/>
                <w:sz w:val="18"/>
              </w:rPr>
              <w:t>CHẤT CỨNG</w:t>
            </w:r>
          </w:p>
        </w:tc>
      </w:tr>
      <w:tr w:rsidR="00C8714C" w14:paraId="5CEB873E" w14:textId="77777777">
        <w:trPr>
          <w:jc w:val="center"/>
        </w:trPr>
        <w:tc>
          <w:tcPr>
            <w:tcW w:w="680" w:type="dxa"/>
          </w:tcPr>
          <w:p w14:paraId="742A4F5A" w14:textId="77777777" w:rsidR="00C8714C" w:rsidRDefault="00000000">
            <w:pPr>
              <w:spacing w:before="20" w:after="20"/>
              <w:jc w:val="center"/>
            </w:pPr>
            <w:r>
              <w:rPr>
                <w:sz w:val="18"/>
              </w:rPr>
              <w:t>14</w:t>
            </w:r>
          </w:p>
        </w:tc>
        <w:tc>
          <w:tcPr>
            <w:tcW w:w="4252" w:type="dxa"/>
          </w:tcPr>
          <w:p w14:paraId="163312FA" w14:textId="77777777" w:rsidR="00C8714C" w:rsidRDefault="00000000">
            <w:pPr>
              <w:spacing w:before="20" w:after="20"/>
            </w:pPr>
            <w:r>
              <w:rPr>
                <w:b/>
                <w:sz w:val="18"/>
              </w:rPr>
              <w:t>CỨNG PU FD 0212L (= FD 2106L)</w:t>
            </w:r>
          </w:p>
        </w:tc>
        <w:tc>
          <w:tcPr>
            <w:tcW w:w="737" w:type="dxa"/>
          </w:tcPr>
          <w:p w14:paraId="406BCE39" w14:textId="77777777" w:rsidR="00C8714C" w:rsidRDefault="00000000">
            <w:pPr>
              <w:spacing w:before="20" w:after="20"/>
              <w:jc w:val="center"/>
            </w:pPr>
            <w:r>
              <w:rPr>
                <w:sz w:val="18"/>
              </w:rPr>
              <w:t>Kg</w:t>
            </w:r>
          </w:p>
        </w:tc>
        <w:tc>
          <w:tcPr>
            <w:tcW w:w="1417" w:type="dxa"/>
          </w:tcPr>
          <w:p w14:paraId="02D32C8A" w14:textId="77777777" w:rsidR="00C8714C" w:rsidRDefault="00000000">
            <w:pPr>
              <w:spacing w:before="20" w:after="20"/>
              <w:jc w:val="center"/>
            </w:pPr>
            <w:r>
              <w:rPr>
                <w:sz w:val="18"/>
              </w:rPr>
              <w:t>110,775</w:t>
            </w:r>
          </w:p>
        </w:tc>
        <w:tc>
          <w:tcPr>
            <w:tcW w:w="2551" w:type="dxa"/>
          </w:tcPr>
          <w:p w14:paraId="7A6056B6" w14:textId="77777777" w:rsidR="00C8714C" w:rsidRDefault="00000000">
            <w:pPr>
              <w:spacing w:before="20" w:after="20"/>
              <w:jc w:val="center"/>
            </w:pPr>
            <w:r>
              <w:rPr>
                <w:sz w:val="16"/>
              </w:rPr>
              <w:t>Thùng 18 Kg</w:t>
            </w:r>
          </w:p>
        </w:tc>
      </w:tr>
      <w:tr w:rsidR="00C8714C" w14:paraId="0C215977" w14:textId="77777777">
        <w:trPr>
          <w:jc w:val="center"/>
        </w:trPr>
        <w:tc>
          <w:tcPr>
            <w:tcW w:w="680" w:type="dxa"/>
          </w:tcPr>
          <w:p w14:paraId="52B0417F" w14:textId="77777777" w:rsidR="00C8714C" w:rsidRDefault="00000000">
            <w:pPr>
              <w:spacing w:before="20" w:after="20"/>
              <w:jc w:val="center"/>
            </w:pPr>
            <w:r>
              <w:rPr>
                <w:sz w:val="18"/>
              </w:rPr>
              <w:t>15</w:t>
            </w:r>
          </w:p>
        </w:tc>
        <w:tc>
          <w:tcPr>
            <w:tcW w:w="4252" w:type="dxa"/>
          </w:tcPr>
          <w:p w14:paraId="4ECD7529" w14:textId="77777777" w:rsidR="00C8714C" w:rsidRDefault="00000000">
            <w:pPr>
              <w:spacing w:before="20" w:after="20"/>
            </w:pPr>
            <w:r>
              <w:rPr>
                <w:b/>
                <w:sz w:val="18"/>
              </w:rPr>
              <w:t>CỨNG PU 0707 B (Không ngả vàng)</w:t>
            </w:r>
          </w:p>
        </w:tc>
        <w:tc>
          <w:tcPr>
            <w:tcW w:w="737" w:type="dxa"/>
          </w:tcPr>
          <w:p w14:paraId="3B147F6F" w14:textId="77777777" w:rsidR="00C8714C" w:rsidRDefault="00000000">
            <w:pPr>
              <w:spacing w:before="20" w:after="20"/>
              <w:jc w:val="center"/>
            </w:pPr>
            <w:r>
              <w:rPr>
                <w:sz w:val="18"/>
              </w:rPr>
              <w:t>Kg</w:t>
            </w:r>
          </w:p>
        </w:tc>
        <w:tc>
          <w:tcPr>
            <w:tcW w:w="1417" w:type="dxa"/>
          </w:tcPr>
          <w:p w14:paraId="1C69A17D" w14:textId="77777777" w:rsidR="00C8714C" w:rsidRDefault="00000000">
            <w:pPr>
              <w:spacing w:before="20" w:after="20"/>
              <w:jc w:val="center"/>
            </w:pPr>
            <w:r>
              <w:rPr>
                <w:sz w:val="18"/>
              </w:rPr>
              <w:t>125,000</w:t>
            </w:r>
          </w:p>
        </w:tc>
        <w:tc>
          <w:tcPr>
            <w:tcW w:w="2551" w:type="dxa"/>
          </w:tcPr>
          <w:p w14:paraId="1B64FBEC" w14:textId="77777777" w:rsidR="00C8714C" w:rsidRDefault="00000000">
            <w:pPr>
              <w:spacing w:before="20" w:after="20"/>
              <w:jc w:val="center"/>
            </w:pPr>
            <w:r>
              <w:rPr>
                <w:sz w:val="16"/>
              </w:rPr>
              <w:t>Thùng 18 Kg</w:t>
            </w:r>
          </w:p>
        </w:tc>
      </w:tr>
      <w:tr w:rsidR="00C8714C" w14:paraId="09533A6E" w14:textId="77777777">
        <w:trPr>
          <w:jc w:val="center"/>
        </w:trPr>
        <w:tc>
          <w:tcPr>
            <w:tcW w:w="2551" w:type="dxa"/>
            <w:gridSpan w:val="5"/>
            <w:shd w:val="clear" w:color="auto" w:fill="F2F2F2"/>
          </w:tcPr>
          <w:p w14:paraId="7671DDB4" w14:textId="77777777" w:rsidR="00C8714C" w:rsidRDefault="00000000">
            <w:pPr>
              <w:spacing w:before="20" w:after="20"/>
            </w:pPr>
            <w:r>
              <w:rPr>
                <w:b/>
                <w:sz w:val="18"/>
              </w:rPr>
              <w:t>DUNG MÔI</w:t>
            </w:r>
          </w:p>
        </w:tc>
      </w:tr>
      <w:tr w:rsidR="00C8714C" w14:paraId="1CFEBE12" w14:textId="77777777">
        <w:trPr>
          <w:jc w:val="center"/>
        </w:trPr>
        <w:tc>
          <w:tcPr>
            <w:tcW w:w="680" w:type="dxa"/>
          </w:tcPr>
          <w:p w14:paraId="58F54123" w14:textId="77777777" w:rsidR="00C8714C" w:rsidRDefault="00000000">
            <w:pPr>
              <w:spacing w:before="20" w:after="20"/>
              <w:jc w:val="center"/>
            </w:pPr>
            <w:r>
              <w:rPr>
                <w:sz w:val="18"/>
              </w:rPr>
              <w:t>16</w:t>
            </w:r>
          </w:p>
        </w:tc>
        <w:tc>
          <w:tcPr>
            <w:tcW w:w="4252" w:type="dxa"/>
          </w:tcPr>
          <w:p w14:paraId="53D0B7E0" w14:textId="77777777" w:rsidR="00C8714C" w:rsidRDefault="00000000">
            <w:pPr>
              <w:spacing w:before="20" w:after="20"/>
            </w:pPr>
            <w:r>
              <w:rPr>
                <w:b/>
                <w:sz w:val="18"/>
              </w:rPr>
              <w:t>DUNG MÔI PU LÓT</w:t>
            </w:r>
          </w:p>
        </w:tc>
        <w:tc>
          <w:tcPr>
            <w:tcW w:w="737" w:type="dxa"/>
          </w:tcPr>
          <w:p w14:paraId="092AF641" w14:textId="77777777" w:rsidR="00C8714C" w:rsidRDefault="00000000">
            <w:pPr>
              <w:spacing w:before="20" w:after="20"/>
              <w:jc w:val="center"/>
            </w:pPr>
            <w:r>
              <w:rPr>
                <w:sz w:val="18"/>
              </w:rPr>
              <w:t>Kg</w:t>
            </w:r>
          </w:p>
        </w:tc>
        <w:tc>
          <w:tcPr>
            <w:tcW w:w="1417" w:type="dxa"/>
          </w:tcPr>
          <w:p w14:paraId="5035C1FA" w14:textId="77777777" w:rsidR="00C8714C" w:rsidRDefault="00000000">
            <w:pPr>
              <w:spacing w:before="20" w:after="20"/>
              <w:jc w:val="center"/>
            </w:pPr>
            <w:r>
              <w:rPr>
                <w:sz w:val="18"/>
              </w:rPr>
              <w:t>41,500</w:t>
            </w:r>
          </w:p>
        </w:tc>
        <w:tc>
          <w:tcPr>
            <w:tcW w:w="2551" w:type="dxa"/>
          </w:tcPr>
          <w:p w14:paraId="395F6DA9" w14:textId="77777777" w:rsidR="00C8714C" w:rsidRDefault="00000000">
            <w:pPr>
              <w:spacing w:before="20" w:after="20"/>
              <w:jc w:val="center"/>
            </w:pPr>
            <w:r>
              <w:rPr>
                <w:sz w:val="16"/>
              </w:rPr>
              <w:t>Cal 25 Kg / Phuy 170 Kg</w:t>
            </w:r>
          </w:p>
        </w:tc>
      </w:tr>
      <w:tr w:rsidR="00C8714C" w14:paraId="671B5345" w14:textId="77777777">
        <w:trPr>
          <w:jc w:val="center"/>
        </w:trPr>
        <w:tc>
          <w:tcPr>
            <w:tcW w:w="680" w:type="dxa"/>
          </w:tcPr>
          <w:p w14:paraId="73CE6B90" w14:textId="77777777" w:rsidR="00C8714C" w:rsidRDefault="00000000">
            <w:pPr>
              <w:spacing w:before="20" w:after="20"/>
              <w:jc w:val="center"/>
            </w:pPr>
            <w:r>
              <w:rPr>
                <w:sz w:val="18"/>
              </w:rPr>
              <w:t>17</w:t>
            </w:r>
          </w:p>
        </w:tc>
        <w:tc>
          <w:tcPr>
            <w:tcW w:w="4252" w:type="dxa"/>
          </w:tcPr>
          <w:p w14:paraId="510167E6" w14:textId="77777777" w:rsidR="00C8714C" w:rsidRDefault="00000000">
            <w:pPr>
              <w:spacing w:before="20" w:after="20"/>
            </w:pPr>
            <w:r>
              <w:rPr>
                <w:b/>
                <w:sz w:val="18"/>
              </w:rPr>
              <w:t>DUNG MÔI PU TXXT</w:t>
            </w:r>
          </w:p>
        </w:tc>
        <w:tc>
          <w:tcPr>
            <w:tcW w:w="737" w:type="dxa"/>
          </w:tcPr>
          <w:p w14:paraId="3DFBD4AC" w14:textId="77777777" w:rsidR="00C8714C" w:rsidRDefault="00000000">
            <w:pPr>
              <w:spacing w:before="20" w:after="20"/>
              <w:jc w:val="center"/>
            </w:pPr>
            <w:r>
              <w:rPr>
                <w:sz w:val="18"/>
              </w:rPr>
              <w:t>Kg</w:t>
            </w:r>
          </w:p>
        </w:tc>
        <w:tc>
          <w:tcPr>
            <w:tcW w:w="1417" w:type="dxa"/>
          </w:tcPr>
          <w:p w14:paraId="011A9677" w14:textId="77777777" w:rsidR="00C8714C" w:rsidRDefault="00000000">
            <w:pPr>
              <w:spacing w:before="20" w:after="20"/>
              <w:jc w:val="center"/>
            </w:pPr>
            <w:r>
              <w:rPr>
                <w:sz w:val="18"/>
              </w:rPr>
              <w:t>44,500</w:t>
            </w:r>
          </w:p>
        </w:tc>
        <w:tc>
          <w:tcPr>
            <w:tcW w:w="2551" w:type="dxa"/>
          </w:tcPr>
          <w:p w14:paraId="740B0DBF" w14:textId="77777777" w:rsidR="00C8714C" w:rsidRDefault="00000000">
            <w:pPr>
              <w:spacing w:before="20" w:after="20"/>
              <w:jc w:val="center"/>
            </w:pPr>
            <w:r>
              <w:rPr>
                <w:sz w:val="16"/>
              </w:rPr>
              <w:t>Cal 25 Kg / Phuy 170 Kg</w:t>
            </w:r>
          </w:p>
        </w:tc>
      </w:tr>
      <w:tr w:rsidR="00C8714C" w14:paraId="7290E447" w14:textId="77777777">
        <w:trPr>
          <w:jc w:val="center"/>
        </w:trPr>
        <w:tc>
          <w:tcPr>
            <w:tcW w:w="2551" w:type="dxa"/>
            <w:gridSpan w:val="5"/>
            <w:shd w:val="clear" w:color="auto" w:fill="F2F2F2"/>
          </w:tcPr>
          <w:p w14:paraId="1E565F40" w14:textId="77777777" w:rsidR="00C8714C" w:rsidRDefault="00000000">
            <w:pPr>
              <w:spacing w:before="20" w:after="20"/>
            </w:pPr>
            <w:r>
              <w:rPr>
                <w:b/>
                <w:sz w:val="18"/>
              </w:rPr>
              <w:t>PHỤ GIA</w:t>
            </w:r>
          </w:p>
        </w:tc>
      </w:tr>
      <w:tr w:rsidR="00C8714C" w14:paraId="3753D90D" w14:textId="77777777">
        <w:trPr>
          <w:jc w:val="center"/>
        </w:trPr>
        <w:tc>
          <w:tcPr>
            <w:tcW w:w="680" w:type="dxa"/>
          </w:tcPr>
          <w:p w14:paraId="3B926351" w14:textId="77777777" w:rsidR="00C8714C" w:rsidRDefault="00000000">
            <w:pPr>
              <w:spacing w:before="20" w:after="20"/>
              <w:jc w:val="center"/>
            </w:pPr>
            <w:r>
              <w:rPr>
                <w:sz w:val="18"/>
              </w:rPr>
              <w:t>18</w:t>
            </w:r>
          </w:p>
        </w:tc>
        <w:tc>
          <w:tcPr>
            <w:tcW w:w="4252" w:type="dxa"/>
          </w:tcPr>
          <w:p w14:paraId="79F8E713" w14:textId="77777777" w:rsidR="00C8714C" w:rsidRDefault="00000000">
            <w:pPr>
              <w:spacing w:before="20" w:after="20"/>
            </w:pPr>
            <w:r>
              <w:rPr>
                <w:b/>
                <w:sz w:val="18"/>
              </w:rPr>
              <w:t>RETARDER (Chất chậm khô)</w:t>
            </w:r>
          </w:p>
        </w:tc>
        <w:tc>
          <w:tcPr>
            <w:tcW w:w="737" w:type="dxa"/>
          </w:tcPr>
          <w:p w14:paraId="5CC5BD23" w14:textId="77777777" w:rsidR="00C8714C" w:rsidRDefault="00000000">
            <w:pPr>
              <w:spacing w:before="20" w:after="20"/>
              <w:jc w:val="center"/>
            </w:pPr>
            <w:r>
              <w:rPr>
                <w:sz w:val="18"/>
              </w:rPr>
              <w:t>Kg</w:t>
            </w:r>
          </w:p>
        </w:tc>
        <w:tc>
          <w:tcPr>
            <w:tcW w:w="1417" w:type="dxa"/>
          </w:tcPr>
          <w:p w14:paraId="28F5BDA9" w14:textId="77777777" w:rsidR="00C8714C" w:rsidRDefault="00000000">
            <w:pPr>
              <w:spacing w:before="20" w:after="20"/>
              <w:jc w:val="center"/>
            </w:pPr>
            <w:r>
              <w:rPr>
                <w:sz w:val="18"/>
              </w:rPr>
              <w:t>57,000</w:t>
            </w:r>
          </w:p>
        </w:tc>
        <w:tc>
          <w:tcPr>
            <w:tcW w:w="2551" w:type="dxa"/>
          </w:tcPr>
          <w:p w14:paraId="7679BCFB" w14:textId="77777777" w:rsidR="00C8714C" w:rsidRDefault="00000000">
            <w:pPr>
              <w:spacing w:before="20" w:after="20"/>
              <w:jc w:val="center"/>
            </w:pPr>
            <w:r>
              <w:rPr>
                <w:sz w:val="16"/>
              </w:rPr>
              <w:t>Cal 25 Kg</w:t>
            </w:r>
          </w:p>
        </w:tc>
      </w:tr>
    </w:tbl>
    <w:p w14:paraId="26BAA8E8" w14:textId="2C83A530" w:rsidR="00C8714C" w:rsidRPr="00DE3968" w:rsidRDefault="00000000">
      <w:pPr>
        <w:spacing w:before="120"/>
        <w:rPr>
          <w:i/>
          <w:iCs/>
        </w:rPr>
      </w:pPr>
      <w:r>
        <w:rPr>
          <w:b/>
          <w:sz w:val="20"/>
        </w:rPr>
        <w:t>Ghi chú:</w:t>
      </w:r>
      <w:r>
        <w:rPr>
          <w:sz w:val="20"/>
        </w:rPr>
        <w:br/>
        <w:t xml:space="preserve">- </w:t>
      </w:r>
      <w:r w:rsidRPr="00DE3968">
        <w:rPr>
          <w:i/>
          <w:iCs/>
          <w:sz w:val="20"/>
        </w:rPr>
        <w:t>Đơn giá trên chưa bao gồm VAT.</w:t>
      </w:r>
      <w:r w:rsidRPr="00DE3968">
        <w:rPr>
          <w:i/>
          <w:iCs/>
          <w:sz w:val="20"/>
        </w:rPr>
        <w:br/>
        <w:t xml:space="preserve">- Hiệu lực báo giá: </w:t>
      </w:r>
      <w:r w:rsidR="00782950">
        <w:rPr>
          <w:i/>
          <w:iCs/>
          <w:sz w:val="20"/>
        </w:rPr>
        <w:t>7</w:t>
      </w:r>
      <w:r w:rsidRPr="00DE3968">
        <w:rPr>
          <w:i/>
          <w:iCs/>
          <w:sz w:val="20"/>
        </w:rPr>
        <w:t xml:space="preserve"> ngày kể từ ngày </w:t>
      </w:r>
      <w:r w:rsidR="00782950">
        <w:rPr>
          <w:i/>
          <w:iCs/>
          <w:sz w:val="20"/>
        </w:rPr>
        <w:t>phát hành</w:t>
      </w:r>
      <w:r w:rsidRPr="00DE3968">
        <w:rPr>
          <w:i/>
          <w:iCs/>
          <w:sz w:val="20"/>
        </w:rPr>
        <w:t>.</w:t>
      </w:r>
      <w:r w:rsidRPr="00DE3968">
        <w:rPr>
          <w:i/>
          <w:iCs/>
          <w:sz w:val="20"/>
        </w:rPr>
        <w:br/>
        <w:t>- Các mã màu có ký hiệu (1-10), (1-2) DM... là tỷ lệ pha trộn/độ đậm đặc.</w:t>
      </w:r>
      <w:r w:rsidRPr="00DE3968">
        <w:rPr>
          <w:i/>
          <w:iCs/>
          <w:sz w:val="20"/>
        </w:rPr>
        <w:br/>
        <w:t>- Tỷ lệ pha: Lót PU 4:1:3 (Lót + Cứng FD 0212L + Dm), Bóng PU 4:1:2 (Bóng + Cứng 0707B + Dm)</w:t>
      </w:r>
    </w:p>
    <w:p w14:paraId="12F19749" w14:textId="738ABE2A" w:rsidR="00C8714C" w:rsidRDefault="00C8714C">
      <w:pPr>
        <w:jc w:val="right"/>
      </w:pPr>
    </w:p>
    <w:sectPr w:rsidR="00C8714C" w:rsidSect="00034616">
      <w:pgSz w:w="12240" w:h="15840"/>
      <w:pgMar w:top="1134" w:right="113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43584319">
    <w:abstractNumId w:val="8"/>
  </w:num>
  <w:num w:numId="2" w16cid:durableId="1812094621">
    <w:abstractNumId w:val="6"/>
  </w:num>
  <w:num w:numId="3" w16cid:durableId="1123958273">
    <w:abstractNumId w:val="5"/>
  </w:num>
  <w:num w:numId="4" w16cid:durableId="1786270989">
    <w:abstractNumId w:val="4"/>
  </w:num>
  <w:num w:numId="5" w16cid:durableId="97720449">
    <w:abstractNumId w:val="7"/>
  </w:num>
  <w:num w:numId="6" w16cid:durableId="453137640">
    <w:abstractNumId w:val="3"/>
  </w:num>
  <w:num w:numId="7" w16cid:durableId="634067891">
    <w:abstractNumId w:val="2"/>
  </w:num>
  <w:num w:numId="8" w16cid:durableId="2138715558">
    <w:abstractNumId w:val="1"/>
  </w:num>
  <w:num w:numId="9" w16cid:durableId="1392071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14D5A"/>
    <w:rsid w:val="0029639D"/>
    <w:rsid w:val="00326F90"/>
    <w:rsid w:val="00353BD6"/>
    <w:rsid w:val="00654F5E"/>
    <w:rsid w:val="007128DD"/>
    <w:rsid w:val="00782950"/>
    <w:rsid w:val="00AA1D8D"/>
    <w:rsid w:val="00B47730"/>
    <w:rsid w:val="00C8714C"/>
    <w:rsid w:val="00CB0664"/>
    <w:rsid w:val="00DE396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1B10AF"/>
  <w14:defaultImageDpi w14:val="300"/>
  <w15:docId w15:val="{DDD3CDBE-FED9-438A-A614-0B924FD8B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Times New Roman" w:hAnsi="Times New Roman"/>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242</Words>
  <Characters>1385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Ngô Đức Minh</cp:lastModifiedBy>
  <cp:revision>7</cp:revision>
  <cp:lastPrinted>2026-07-15T06:08:00Z</cp:lastPrinted>
  <dcterms:created xsi:type="dcterms:W3CDTF">2013-12-23T23:15:00Z</dcterms:created>
  <dcterms:modified xsi:type="dcterms:W3CDTF">2026-07-15T06:08:00Z</dcterms:modified>
  <cp:category/>
</cp:coreProperties>
</file>