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BÁO CÁO MUA HÀNG THÁNG 9 - KỲ TỪ 1-&gt;26 THÁNG 09/2026</w:t>
      </w:r>
    </w:p>
    <w:p>
      <w:r>
        <w:rPr>
          <w:b/>
          <w:sz w:val="26"/>
        </w:rPr>
        <w:t>1. TỔNG HỢP TOÀN CÔNG 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Kỳ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Tổng lượng (Kg)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Số ngày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TB/ngày (Kg)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Chênh lệch so với kỳ trước</w:t>
            </w:r>
          </w:p>
        </w:tc>
        <w:tc>
          <w:tcPr>
            <w:tcW w:type="dxa" w:w="1440"/>
          </w:tcPr>
          <w:p>
            <w:r>
              <w:rPr>
                <w:b/>
              </w:rPr>
              <w:t>%</w:t>
            </w:r>
          </w:p>
        </w:tc>
      </w:tr>
      <w:tr>
        <w:tc>
          <w:tcPr>
            <w:tcW w:type="dxa" w:w="1440"/>
          </w:tcPr>
          <w:p>
            <w:r>
              <w:t>Tháng 1</w:t>
            </w:r>
          </w:p>
        </w:tc>
        <w:tc>
          <w:tcPr>
            <w:tcW w:type="dxa" w:w="1440"/>
          </w:tcPr>
          <w:p>
            <w:r>
              <w:t>959,797</w:t>
            </w:r>
          </w:p>
        </w:tc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30,961</w:t>
            </w:r>
          </w:p>
        </w:tc>
        <w:tc>
          <w:tcPr>
            <w:tcW w:type="dxa" w:w="1440"/>
          </w:tcPr>
          <w:p>
            <w:r>
              <w:t>-</w:t>
            </w:r>
          </w:p>
        </w:tc>
        <w:tc>
          <w:tcPr>
            <w:tcW w:type="dxa" w:w="1440"/>
          </w:tcPr>
          <w:p>
            <w:r>
              <w:t>-</w:t>
            </w:r>
          </w:p>
        </w:tc>
      </w:tr>
      <w:tr>
        <w:tc>
          <w:tcPr>
            <w:tcW w:type="dxa" w:w="1440"/>
          </w:tcPr>
          <w:p>
            <w:r>
              <w:t>Tháng 2</w:t>
            </w:r>
          </w:p>
        </w:tc>
        <w:tc>
          <w:tcPr>
            <w:tcW w:type="dxa" w:w="1440"/>
          </w:tcPr>
          <w:p>
            <w:r>
              <w:t>401,094</w:t>
            </w:r>
          </w:p>
        </w:tc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14,324</w:t>
            </w:r>
          </w:p>
        </w:tc>
        <w:tc>
          <w:tcPr>
            <w:tcW w:type="dxa" w:w="1440"/>
          </w:tcPr>
          <w:p>
            <w:r>
              <w:t>-16,636</w:t>
            </w:r>
          </w:p>
        </w:tc>
        <w:tc>
          <w:tcPr>
            <w:tcW w:type="dxa" w:w="1440"/>
          </w:tcPr>
          <w:p>
            <w:r>
              <w:t>-53.7%</w:t>
            </w:r>
          </w:p>
        </w:tc>
      </w:tr>
      <w:tr>
        <w:tc>
          <w:tcPr>
            <w:tcW w:type="dxa" w:w="1440"/>
          </w:tcPr>
          <w:p>
            <w:r>
              <w:t>Tháng 3</w:t>
            </w:r>
          </w:p>
        </w:tc>
        <w:tc>
          <w:tcPr>
            <w:tcW w:type="dxa" w:w="1440"/>
          </w:tcPr>
          <w:p>
            <w:r>
              <w:t>926,500</w:t>
            </w:r>
          </w:p>
        </w:tc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29,887</w:t>
            </w:r>
          </w:p>
        </w:tc>
        <w:tc>
          <w:tcPr>
            <w:tcW w:type="dxa" w:w="1440"/>
          </w:tcPr>
          <w:p>
            <w:r>
              <w:t>+15,562</w:t>
            </w:r>
          </w:p>
        </w:tc>
        <w:tc>
          <w:tcPr>
            <w:tcW w:type="dxa" w:w="1440"/>
          </w:tcPr>
          <w:p>
            <w:r>
              <w:t>+108.6%</w:t>
            </w:r>
          </w:p>
        </w:tc>
      </w:tr>
      <w:tr>
        <w:tc>
          <w:tcPr>
            <w:tcW w:type="dxa" w:w="1440"/>
          </w:tcPr>
          <w:p>
            <w:r>
              <w:t>Tháng 4</w:t>
            </w:r>
          </w:p>
        </w:tc>
        <w:tc>
          <w:tcPr>
            <w:tcW w:type="dxa" w:w="1440"/>
          </w:tcPr>
          <w:p>
            <w:r>
              <w:t>859,349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28,644</w:t>
            </w:r>
          </w:p>
        </w:tc>
        <w:tc>
          <w:tcPr>
            <w:tcW w:type="dxa" w:w="1440"/>
          </w:tcPr>
          <w:p>
            <w:r>
              <w:t>-1,242</w:t>
            </w:r>
          </w:p>
        </w:tc>
        <w:tc>
          <w:tcPr>
            <w:tcW w:type="dxa" w:w="1440"/>
          </w:tcPr>
          <w:p>
            <w:r>
              <w:t>-4.2%</w:t>
            </w:r>
          </w:p>
        </w:tc>
      </w:tr>
      <w:tr>
        <w:tc>
          <w:tcPr>
            <w:tcW w:type="dxa" w:w="1440"/>
          </w:tcPr>
          <w:p>
            <w:r>
              <w:t>Tháng 5</w:t>
            </w:r>
          </w:p>
        </w:tc>
        <w:tc>
          <w:tcPr>
            <w:tcW w:type="dxa" w:w="1440"/>
          </w:tcPr>
          <w:p>
            <w:r>
              <w:t>806,513</w:t>
            </w:r>
          </w:p>
        </w:tc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26,016</w:t>
            </w:r>
          </w:p>
        </w:tc>
        <w:tc>
          <w:tcPr>
            <w:tcW w:type="dxa" w:w="1440"/>
          </w:tcPr>
          <w:p>
            <w:r>
              <w:t>-2,628</w:t>
            </w:r>
          </w:p>
        </w:tc>
        <w:tc>
          <w:tcPr>
            <w:tcW w:type="dxa" w:w="1440"/>
          </w:tcPr>
          <w:p>
            <w:r>
              <w:t>-9.2%</w:t>
            </w:r>
          </w:p>
        </w:tc>
      </w:tr>
      <w:tr>
        <w:tc>
          <w:tcPr>
            <w:tcW w:type="dxa" w:w="1440"/>
          </w:tcPr>
          <w:p>
            <w:r>
              <w:t>Tháng 6</w:t>
            </w:r>
          </w:p>
        </w:tc>
        <w:tc>
          <w:tcPr>
            <w:tcW w:type="dxa" w:w="1440"/>
          </w:tcPr>
          <w:p>
            <w:r>
              <w:t>977,414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32,580</w:t>
            </w:r>
          </w:p>
        </w:tc>
        <w:tc>
          <w:tcPr>
            <w:tcW w:type="dxa" w:w="1440"/>
          </w:tcPr>
          <w:p>
            <w:r>
              <w:t>+6,563</w:t>
            </w:r>
          </w:p>
        </w:tc>
        <w:tc>
          <w:tcPr>
            <w:tcW w:type="dxa" w:w="1440"/>
          </w:tcPr>
          <w:p>
            <w:r>
              <w:t>+25.2%</w:t>
            </w:r>
          </w:p>
        </w:tc>
      </w:tr>
      <w:tr>
        <w:tc>
          <w:tcPr>
            <w:tcW w:type="dxa" w:w="1440"/>
          </w:tcPr>
          <w:p>
            <w:r>
              <w:t>Tháng 7</w:t>
            </w:r>
          </w:p>
        </w:tc>
        <w:tc>
          <w:tcPr>
            <w:tcW w:type="dxa" w:w="1440"/>
          </w:tcPr>
          <w:p>
            <w:r>
              <w:t>935,326</w:t>
            </w:r>
          </w:p>
        </w:tc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30,171</w:t>
            </w:r>
          </w:p>
        </w:tc>
        <w:tc>
          <w:tcPr>
            <w:tcW w:type="dxa" w:w="1440"/>
          </w:tcPr>
          <w:p>
            <w:r>
              <w:t>-2,408</w:t>
            </w:r>
          </w:p>
        </w:tc>
        <w:tc>
          <w:tcPr>
            <w:tcW w:type="dxa" w:w="1440"/>
          </w:tcPr>
          <w:p>
            <w:r>
              <w:t>-7.4%</w:t>
            </w:r>
          </w:p>
        </w:tc>
      </w:tr>
      <w:tr>
        <w:tc>
          <w:tcPr>
            <w:tcW w:type="dxa" w:w="1440"/>
          </w:tcPr>
          <w:p>
            <w:r>
              <w:t>Tháng 8</w:t>
            </w:r>
          </w:p>
        </w:tc>
        <w:tc>
          <w:tcPr>
            <w:tcW w:type="dxa" w:w="1440"/>
          </w:tcPr>
          <w:p>
            <w:r>
              <w:t>928,578</w:t>
            </w:r>
          </w:p>
        </w:tc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29,954</w:t>
            </w:r>
          </w:p>
        </w:tc>
        <w:tc>
          <w:tcPr>
            <w:tcW w:type="dxa" w:w="1440"/>
          </w:tcPr>
          <w:p>
            <w:r>
              <w:t>-217</w:t>
            </w:r>
          </w:p>
        </w:tc>
        <w:tc>
          <w:tcPr>
            <w:tcW w:type="dxa" w:w="1440"/>
          </w:tcPr>
          <w:p>
            <w:r>
              <w:t>-0.7%</w:t>
            </w:r>
          </w:p>
        </w:tc>
      </w:tr>
      <w:tr>
        <w:tc>
          <w:tcPr>
            <w:tcW w:type="dxa" w:w="1440"/>
          </w:tcPr>
          <w:p>
            <w:r>
              <w:t>Từ 1-&gt;26 T9/2026</w:t>
            </w:r>
          </w:p>
        </w:tc>
        <w:tc>
          <w:tcPr>
            <w:tcW w:type="dxa" w:w="1440"/>
          </w:tcPr>
          <w:p>
            <w:r>
              <w:t>853,468</w:t>
            </w:r>
          </w:p>
        </w:tc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32,825</w:t>
            </w:r>
          </w:p>
        </w:tc>
        <w:tc>
          <w:tcPr>
            <w:tcW w:type="dxa" w:w="1440"/>
          </w:tcPr>
          <w:p>
            <w:r>
              <w:t>+2,871</w:t>
            </w:r>
          </w:p>
        </w:tc>
        <w:tc>
          <w:tcPr>
            <w:tcW w:type="dxa" w:w="1440"/>
          </w:tcPr>
          <w:p>
            <w:r>
              <w:t>+9.6%</w:t>
            </w:r>
          </w:p>
        </w:tc>
      </w:tr>
    </w:tbl>
    <w:p/>
    <w:p>
      <w:r>
        <w:rPr>
          <w:b/>
          <w:sz w:val="26"/>
        </w:rPr>
        <w:t>2. CHI TIẾT KHÁCH HÀNG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>
        <w:tc>
          <w:tcPr>
            <w:tcW w:type="dxa" w:w="617"/>
          </w:tcPr>
          <w:p>
            <w:r>
              <w:rPr>
                <w:b/>
                <w:sz w:val="20"/>
              </w:rPr>
              <w:t>STT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Mã KH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Tên KH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T1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T2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T3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T4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T5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T6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T7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T8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TB T9 (1-&gt;26)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+/- Kg</w:t>
            </w:r>
          </w:p>
        </w:tc>
        <w:tc>
          <w:tcPr>
            <w:tcW w:type="dxa" w:w="617"/>
          </w:tcPr>
          <w:p>
            <w:r>
              <w:rPr>
                <w:b/>
                <w:sz w:val="20"/>
              </w:rPr>
              <w:t>%</w:t>
            </w:r>
          </w:p>
        </w:tc>
      </w:tr>
      <w:tr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KH1090</w:t>
            </w:r>
          </w:p>
        </w:tc>
        <w:tc>
          <w:tcPr>
            <w:tcW w:type="dxa" w:w="617"/>
          </w:tcPr>
          <w:p>
            <w:r>
              <w:t>XÍ NGHIỆP THẮNG LỢI - CHI NHÁNH CÔNG TY CỔ PHẦN PHÚ TÀI</w:t>
            </w:r>
          </w:p>
        </w:tc>
        <w:tc>
          <w:tcPr>
            <w:tcW w:type="dxa" w:w="617"/>
          </w:tcPr>
          <w:p>
            <w:r>
              <w:t>1,808</w:t>
            </w:r>
          </w:p>
        </w:tc>
        <w:tc>
          <w:tcPr>
            <w:tcW w:type="dxa" w:w="617"/>
          </w:tcPr>
          <w:p>
            <w:r>
              <w:t>838</w:t>
            </w:r>
          </w:p>
        </w:tc>
        <w:tc>
          <w:tcPr>
            <w:tcW w:type="dxa" w:w="617"/>
          </w:tcPr>
          <w:p>
            <w:r>
              <w:t>1,691</w:t>
            </w:r>
          </w:p>
        </w:tc>
        <w:tc>
          <w:tcPr>
            <w:tcW w:type="dxa" w:w="617"/>
          </w:tcPr>
          <w:p>
            <w:r>
              <w:t>1,503</w:t>
            </w:r>
          </w:p>
        </w:tc>
        <w:tc>
          <w:tcPr>
            <w:tcW w:type="dxa" w:w="617"/>
          </w:tcPr>
          <w:p>
            <w:r>
              <w:t>1,634</w:t>
            </w:r>
          </w:p>
        </w:tc>
        <w:tc>
          <w:tcPr>
            <w:tcW w:type="dxa" w:w="617"/>
          </w:tcPr>
          <w:p>
            <w:r>
              <w:t>1,281</w:t>
            </w:r>
          </w:p>
        </w:tc>
        <w:tc>
          <w:tcPr>
            <w:tcW w:type="dxa" w:w="617"/>
          </w:tcPr>
          <w:p>
            <w:r>
              <w:t>945</w:t>
            </w:r>
          </w:p>
        </w:tc>
        <w:tc>
          <w:tcPr>
            <w:tcW w:type="dxa" w:w="617"/>
          </w:tcPr>
          <w:p>
            <w:r>
              <w:t>1,512</w:t>
            </w:r>
          </w:p>
        </w:tc>
        <w:tc>
          <w:tcPr>
            <w:tcW w:type="dxa" w:w="617"/>
          </w:tcPr>
          <w:p>
            <w:r>
              <w:t>1,964</w:t>
            </w:r>
          </w:p>
        </w:tc>
        <w:tc>
          <w:tcPr>
            <w:tcW w:type="dxa" w:w="617"/>
          </w:tcPr>
          <w:p>
            <w:r>
              <w:t>+451</w:t>
            </w:r>
          </w:p>
        </w:tc>
        <w:tc>
          <w:tcPr>
            <w:tcW w:type="dxa" w:w="617"/>
          </w:tcPr>
          <w:p>
            <w:r>
              <w:t>+29.8%</w:t>
            </w:r>
          </w:p>
        </w:tc>
      </w:tr>
      <w:tr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KH0130</w:t>
            </w:r>
          </w:p>
        </w:tc>
        <w:tc>
          <w:tcPr>
            <w:tcW w:type="dxa" w:w="617"/>
          </w:tcPr>
          <w:p>
            <w:r>
              <w:t>CÔNG TY CP CÔNG NGHỆ GỖ ĐẠI THÀNH</w:t>
            </w:r>
          </w:p>
        </w:tc>
        <w:tc>
          <w:tcPr>
            <w:tcW w:type="dxa" w:w="617"/>
          </w:tcPr>
          <w:p>
            <w:r>
              <w:t>1,114</w:t>
            </w:r>
          </w:p>
        </w:tc>
        <w:tc>
          <w:tcPr>
            <w:tcW w:type="dxa" w:w="617"/>
          </w:tcPr>
          <w:p>
            <w:r>
              <w:t>705</w:t>
            </w:r>
          </w:p>
        </w:tc>
        <w:tc>
          <w:tcPr>
            <w:tcW w:type="dxa" w:w="617"/>
          </w:tcPr>
          <w:p>
            <w:r>
              <w:t>990</w:t>
            </w:r>
          </w:p>
        </w:tc>
        <w:tc>
          <w:tcPr>
            <w:tcW w:type="dxa" w:w="617"/>
          </w:tcPr>
          <w:p>
            <w:r>
              <w:t>1,166</w:t>
            </w:r>
          </w:p>
        </w:tc>
        <w:tc>
          <w:tcPr>
            <w:tcW w:type="dxa" w:w="617"/>
          </w:tcPr>
          <w:p>
            <w:r>
              <w:t>792</w:t>
            </w:r>
          </w:p>
        </w:tc>
        <w:tc>
          <w:tcPr>
            <w:tcW w:type="dxa" w:w="617"/>
          </w:tcPr>
          <w:p>
            <w:r>
              <w:t>1,007</w:t>
            </w:r>
          </w:p>
        </w:tc>
        <w:tc>
          <w:tcPr>
            <w:tcW w:type="dxa" w:w="617"/>
          </w:tcPr>
          <w:p>
            <w:r>
              <w:t>1,443</w:t>
            </w:r>
          </w:p>
        </w:tc>
        <w:tc>
          <w:tcPr>
            <w:tcW w:type="dxa" w:w="617"/>
          </w:tcPr>
          <w:p>
            <w:r>
              <w:t>1,272</w:t>
            </w:r>
          </w:p>
        </w:tc>
        <w:tc>
          <w:tcPr>
            <w:tcW w:type="dxa" w:w="617"/>
          </w:tcPr>
          <w:p>
            <w:r>
              <w:t>1,494</w:t>
            </w:r>
          </w:p>
        </w:tc>
        <w:tc>
          <w:tcPr>
            <w:tcW w:type="dxa" w:w="617"/>
          </w:tcPr>
          <w:p>
            <w:r>
              <w:t>+221</w:t>
            </w:r>
          </w:p>
        </w:tc>
        <w:tc>
          <w:tcPr>
            <w:tcW w:type="dxa" w:w="617"/>
          </w:tcPr>
          <w:p>
            <w:r>
              <w:t>+17.4%</w:t>
            </w:r>
          </w:p>
        </w:tc>
      </w:tr>
      <w:tr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KH0351</w:t>
            </w:r>
          </w:p>
        </w:tc>
        <w:tc>
          <w:tcPr>
            <w:tcW w:type="dxa" w:w="617"/>
          </w:tcPr>
          <w:p>
            <w:r>
              <w:t>CÔNG TY TNHH MINH HẠNH</w:t>
            </w:r>
          </w:p>
        </w:tc>
        <w:tc>
          <w:tcPr>
            <w:tcW w:type="dxa" w:w="617"/>
          </w:tcPr>
          <w:p>
            <w:r>
              <w:t>1,457</w:t>
            </w:r>
          </w:p>
        </w:tc>
        <w:tc>
          <w:tcPr>
            <w:tcW w:type="dxa" w:w="617"/>
          </w:tcPr>
          <w:p>
            <w:r>
              <w:t>711</w:t>
            </w:r>
          </w:p>
        </w:tc>
        <w:tc>
          <w:tcPr>
            <w:tcW w:type="dxa" w:w="617"/>
          </w:tcPr>
          <w:p>
            <w:r>
              <w:t>1,791</w:t>
            </w:r>
          </w:p>
        </w:tc>
        <w:tc>
          <w:tcPr>
            <w:tcW w:type="dxa" w:w="617"/>
          </w:tcPr>
          <w:p>
            <w:r>
              <w:t>1,554</w:t>
            </w:r>
          </w:p>
        </w:tc>
        <w:tc>
          <w:tcPr>
            <w:tcW w:type="dxa" w:w="617"/>
          </w:tcPr>
          <w:p>
            <w:r>
              <w:t>1,496</w:t>
            </w:r>
          </w:p>
        </w:tc>
        <w:tc>
          <w:tcPr>
            <w:tcW w:type="dxa" w:w="617"/>
          </w:tcPr>
          <w:p>
            <w:r>
              <w:t>2,006</w:t>
            </w:r>
          </w:p>
        </w:tc>
        <w:tc>
          <w:tcPr>
            <w:tcW w:type="dxa" w:w="617"/>
          </w:tcPr>
          <w:p>
            <w:r>
              <w:t>1,548</w:t>
            </w:r>
          </w:p>
        </w:tc>
        <w:tc>
          <w:tcPr>
            <w:tcW w:type="dxa" w:w="617"/>
          </w:tcPr>
          <w:p>
            <w:r>
              <w:t>1,398</w:t>
            </w:r>
          </w:p>
        </w:tc>
        <w:tc>
          <w:tcPr>
            <w:tcW w:type="dxa" w:w="617"/>
          </w:tcPr>
          <w:p>
            <w:r>
              <w:t>1,309</w:t>
            </w:r>
          </w:p>
        </w:tc>
        <w:tc>
          <w:tcPr>
            <w:tcW w:type="dxa" w:w="617"/>
          </w:tcPr>
          <w:p>
            <w:r>
              <w:t>-88</w:t>
            </w:r>
          </w:p>
        </w:tc>
        <w:tc>
          <w:tcPr>
            <w:tcW w:type="dxa" w:w="617"/>
          </w:tcPr>
          <w:p>
            <w:r>
              <w:t>-6.3%</w:t>
            </w:r>
          </w:p>
        </w:tc>
      </w:tr>
      <w:tr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KH1006</w:t>
            </w:r>
          </w:p>
        </w:tc>
        <w:tc>
          <w:tcPr>
            <w:tcW w:type="dxa" w:w="617"/>
          </w:tcPr>
          <w:p>
            <w:r>
              <w:t>CTY TNHH THIẾT ĐAN</w:t>
            </w:r>
          </w:p>
        </w:tc>
        <w:tc>
          <w:tcPr>
            <w:tcW w:type="dxa" w:w="617"/>
          </w:tcPr>
          <w:p>
            <w:r>
              <w:t>1,409</w:t>
            </w:r>
          </w:p>
        </w:tc>
        <w:tc>
          <w:tcPr>
            <w:tcW w:type="dxa" w:w="617"/>
          </w:tcPr>
          <w:p>
            <w:r>
              <w:t>605</w:t>
            </w:r>
          </w:p>
        </w:tc>
        <w:tc>
          <w:tcPr>
            <w:tcW w:type="dxa" w:w="617"/>
          </w:tcPr>
          <w:p>
            <w:r>
              <w:t>934</w:t>
            </w:r>
          </w:p>
        </w:tc>
        <w:tc>
          <w:tcPr>
            <w:tcW w:type="dxa" w:w="617"/>
          </w:tcPr>
          <w:p>
            <w:r>
              <w:t>1,175</w:t>
            </w:r>
          </w:p>
        </w:tc>
        <w:tc>
          <w:tcPr>
            <w:tcW w:type="dxa" w:w="617"/>
          </w:tcPr>
          <w:p>
            <w:r>
              <w:t>1,131</w:t>
            </w:r>
          </w:p>
        </w:tc>
        <w:tc>
          <w:tcPr>
            <w:tcW w:type="dxa" w:w="617"/>
          </w:tcPr>
          <w:p>
            <w:r>
              <w:t>1,309</w:t>
            </w:r>
          </w:p>
        </w:tc>
        <w:tc>
          <w:tcPr>
            <w:tcW w:type="dxa" w:w="617"/>
          </w:tcPr>
          <w:p>
            <w:r>
              <w:t>1,071</w:t>
            </w:r>
          </w:p>
        </w:tc>
        <w:tc>
          <w:tcPr>
            <w:tcW w:type="dxa" w:w="617"/>
          </w:tcPr>
          <w:p>
            <w:r>
              <w:t>1,153</w:t>
            </w:r>
          </w:p>
        </w:tc>
        <w:tc>
          <w:tcPr>
            <w:tcW w:type="dxa" w:w="617"/>
          </w:tcPr>
          <w:p>
            <w:r>
              <w:t>1,284</w:t>
            </w:r>
          </w:p>
        </w:tc>
        <w:tc>
          <w:tcPr>
            <w:tcW w:type="dxa" w:w="617"/>
          </w:tcPr>
          <w:p>
            <w:r>
              <w:t>+130</w:t>
            </w:r>
          </w:p>
        </w:tc>
        <w:tc>
          <w:tcPr>
            <w:tcW w:type="dxa" w:w="617"/>
          </w:tcPr>
          <w:p>
            <w:r>
              <w:t>+11.3%</w:t>
            </w:r>
          </w:p>
        </w:tc>
      </w:tr>
      <w:tr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KH0610</w:t>
            </w:r>
          </w:p>
        </w:tc>
        <w:tc>
          <w:tcPr>
            <w:tcW w:type="dxa" w:w="617"/>
          </w:tcPr>
          <w:p>
            <w:r>
              <w:t>CÔNG TY TNHH THÀNH THẮNG</w:t>
            </w:r>
          </w:p>
        </w:tc>
        <w:tc>
          <w:tcPr>
            <w:tcW w:type="dxa" w:w="617"/>
          </w:tcPr>
          <w:p>
            <w:r>
              <w:t>1,060</w:t>
            </w:r>
          </w:p>
        </w:tc>
        <w:tc>
          <w:tcPr>
            <w:tcW w:type="dxa" w:w="617"/>
          </w:tcPr>
          <w:p>
            <w:r>
              <w:t>300</w:t>
            </w:r>
          </w:p>
        </w:tc>
        <w:tc>
          <w:tcPr>
            <w:tcW w:type="dxa" w:w="617"/>
          </w:tcPr>
          <w:p>
            <w:r>
              <w:t>1,216</w:t>
            </w:r>
          </w:p>
        </w:tc>
        <w:tc>
          <w:tcPr>
            <w:tcW w:type="dxa" w:w="617"/>
          </w:tcPr>
          <w:p>
            <w:r>
              <w:t>966</w:t>
            </w:r>
          </w:p>
        </w:tc>
        <w:tc>
          <w:tcPr>
            <w:tcW w:type="dxa" w:w="617"/>
          </w:tcPr>
          <w:p>
            <w:r>
              <w:t>832</w:t>
            </w:r>
          </w:p>
        </w:tc>
        <w:tc>
          <w:tcPr>
            <w:tcW w:type="dxa" w:w="617"/>
          </w:tcPr>
          <w:p>
            <w:r>
              <w:t>1,015</w:t>
            </w:r>
          </w:p>
        </w:tc>
        <w:tc>
          <w:tcPr>
            <w:tcW w:type="dxa" w:w="617"/>
          </w:tcPr>
          <w:p>
            <w:r>
              <w:t>1,118</w:t>
            </w:r>
          </w:p>
        </w:tc>
        <w:tc>
          <w:tcPr>
            <w:tcW w:type="dxa" w:w="617"/>
          </w:tcPr>
          <w:p>
            <w:r>
              <w:t>1,146</w:t>
            </w:r>
          </w:p>
        </w:tc>
        <w:tc>
          <w:tcPr>
            <w:tcW w:type="dxa" w:w="617"/>
          </w:tcPr>
          <w:p>
            <w:r>
              <w:t>1,206</w:t>
            </w:r>
          </w:p>
        </w:tc>
        <w:tc>
          <w:tcPr>
            <w:tcW w:type="dxa" w:w="617"/>
          </w:tcPr>
          <w:p>
            <w:r>
              <w:t>+60</w:t>
            </w:r>
          </w:p>
        </w:tc>
        <w:tc>
          <w:tcPr>
            <w:tcW w:type="dxa" w:w="617"/>
          </w:tcPr>
          <w:p>
            <w:r>
              <w:t>+5.3%</w:t>
            </w:r>
          </w:p>
        </w:tc>
      </w:tr>
      <w:tr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KH0643</w:t>
            </w:r>
          </w:p>
        </w:tc>
        <w:tc>
          <w:tcPr>
            <w:tcW w:type="dxa" w:w="617"/>
          </w:tcPr>
          <w:p>
            <w:r>
              <w:t>CÔNG TY TNHH TIẾN HƯNG</w:t>
            </w:r>
          </w:p>
        </w:tc>
        <w:tc>
          <w:tcPr>
            <w:tcW w:type="dxa" w:w="617"/>
          </w:tcPr>
          <w:p>
            <w:r>
              <w:t>1,239</w:t>
            </w:r>
          </w:p>
        </w:tc>
        <w:tc>
          <w:tcPr>
            <w:tcW w:type="dxa" w:w="617"/>
          </w:tcPr>
          <w:p>
            <w:r>
              <w:t>382</w:t>
            </w:r>
          </w:p>
        </w:tc>
        <w:tc>
          <w:tcPr>
            <w:tcW w:type="dxa" w:w="617"/>
          </w:tcPr>
          <w:p>
            <w:r>
              <w:t>1,007</w:t>
            </w:r>
          </w:p>
        </w:tc>
        <w:tc>
          <w:tcPr>
            <w:tcW w:type="dxa" w:w="617"/>
          </w:tcPr>
          <w:p>
            <w:r>
              <w:t>1,069</w:t>
            </w:r>
          </w:p>
        </w:tc>
        <w:tc>
          <w:tcPr>
            <w:tcW w:type="dxa" w:w="617"/>
          </w:tcPr>
          <w:p>
            <w:r>
              <w:t>863</w:t>
            </w:r>
          </w:p>
        </w:tc>
        <w:tc>
          <w:tcPr>
            <w:tcW w:type="dxa" w:w="617"/>
          </w:tcPr>
          <w:p>
            <w:r>
              <w:t>1,073</w:t>
            </w:r>
          </w:p>
        </w:tc>
        <w:tc>
          <w:tcPr>
            <w:tcW w:type="dxa" w:w="617"/>
          </w:tcPr>
          <w:p>
            <w:r>
              <w:t>916</w:t>
            </w:r>
          </w:p>
        </w:tc>
        <w:tc>
          <w:tcPr>
            <w:tcW w:type="dxa" w:w="617"/>
          </w:tcPr>
          <w:p>
            <w:r>
              <w:t>861</w:t>
            </w:r>
          </w:p>
        </w:tc>
        <w:tc>
          <w:tcPr>
            <w:tcW w:type="dxa" w:w="617"/>
          </w:tcPr>
          <w:p>
            <w:r>
              <w:t>1,170</w:t>
            </w:r>
          </w:p>
        </w:tc>
        <w:tc>
          <w:tcPr>
            <w:tcW w:type="dxa" w:w="617"/>
          </w:tcPr>
          <w:p>
            <w:r>
              <w:t>+308</w:t>
            </w:r>
          </w:p>
        </w:tc>
        <w:tc>
          <w:tcPr>
            <w:tcW w:type="dxa" w:w="617"/>
          </w:tcPr>
          <w:p>
            <w:r>
              <w:t>+35.8%</w:t>
            </w:r>
          </w:p>
        </w:tc>
      </w:tr>
      <w:tr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KH0644</w:t>
            </w:r>
          </w:p>
        </w:tc>
        <w:tc>
          <w:tcPr>
            <w:tcW w:type="dxa" w:w="617"/>
          </w:tcPr>
          <w:p>
            <w:r>
              <w:t>CÔNG TY TNHH TIẾN TRIỂN VIỆT NAM</w:t>
            </w:r>
          </w:p>
        </w:tc>
        <w:tc>
          <w:tcPr>
            <w:tcW w:type="dxa" w:w="617"/>
          </w:tcPr>
          <w:p>
            <w:r>
              <w:t>1,062</w:t>
            </w:r>
          </w:p>
        </w:tc>
        <w:tc>
          <w:tcPr>
            <w:tcW w:type="dxa" w:w="617"/>
          </w:tcPr>
          <w:p>
            <w:r>
              <w:t>591</w:t>
            </w:r>
          </w:p>
        </w:tc>
        <w:tc>
          <w:tcPr>
            <w:tcW w:type="dxa" w:w="617"/>
          </w:tcPr>
          <w:p>
            <w:r>
              <w:t>723</w:t>
            </w:r>
          </w:p>
        </w:tc>
        <w:tc>
          <w:tcPr>
            <w:tcW w:type="dxa" w:w="617"/>
          </w:tcPr>
          <w:p>
            <w:r>
              <w:t>679</w:t>
            </w:r>
          </w:p>
        </w:tc>
        <w:tc>
          <w:tcPr>
            <w:tcW w:type="dxa" w:w="617"/>
          </w:tcPr>
          <w:p>
            <w:r>
              <w:t>522</w:t>
            </w:r>
          </w:p>
        </w:tc>
        <w:tc>
          <w:tcPr>
            <w:tcW w:type="dxa" w:w="617"/>
          </w:tcPr>
          <w:p>
            <w:r>
              <w:t>897</w:t>
            </w:r>
          </w:p>
        </w:tc>
        <w:tc>
          <w:tcPr>
            <w:tcW w:type="dxa" w:w="617"/>
          </w:tcPr>
          <w:p>
            <w:r>
              <w:t>629</w:t>
            </w:r>
          </w:p>
        </w:tc>
        <w:tc>
          <w:tcPr>
            <w:tcW w:type="dxa" w:w="617"/>
          </w:tcPr>
          <w:p>
            <w:r>
              <w:t>785</w:t>
            </w:r>
          </w:p>
        </w:tc>
        <w:tc>
          <w:tcPr>
            <w:tcW w:type="dxa" w:w="617"/>
          </w:tcPr>
          <w:p>
            <w:r>
              <w:t>1,026</w:t>
            </w:r>
          </w:p>
        </w:tc>
        <w:tc>
          <w:tcPr>
            <w:tcW w:type="dxa" w:w="617"/>
          </w:tcPr>
          <w:p>
            <w:r>
              <w:t>+240</w:t>
            </w:r>
          </w:p>
        </w:tc>
        <w:tc>
          <w:tcPr>
            <w:tcW w:type="dxa" w:w="617"/>
          </w:tcPr>
          <w:p>
            <w:r>
              <w:t>+30.6%</w:t>
            </w:r>
          </w:p>
        </w:tc>
      </w:tr>
      <w:tr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KH0258</w:t>
            </w:r>
          </w:p>
        </w:tc>
        <w:tc>
          <w:tcPr>
            <w:tcW w:type="dxa" w:w="617"/>
          </w:tcPr>
          <w:p>
            <w:r>
              <w:t>CÔNG TY TNHH GỖ HẠNH PHÚC</w:t>
            </w:r>
          </w:p>
        </w:tc>
        <w:tc>
          <w:tcPr>
            <w:tcW w:type="dxa" w:w="617"/>
          </w:tcPr>
          <w:p>
            <w:r>
              <w:t>829</w:t>
            </w:r>
          </w:p>
        </w:tc>
        <w:tc>
          <w:tcPr>
            <w:tcW w:type="dxa" w:w="617"/>
          </w:tcPr>
          <w:p>
            <w:r>
              <w:t>347</w:t>
            </w:r>
          </w:p>
        </w:tc>
        <w:tc>
          <w:tcPr>
            <w:tcW w:type="dxa" w:w="617"/>
          </w:tcPr>
          <w:p>
            <w:r>
              <w:t>1,224</w:t>
            </w:r>
          </w:p>
        </w:tc>
        <w:tc>
          <w:tcPr>
            <w:tcW w:type="dxa" w:w="617"/>
          </w:tcPr>
          <w:p>
            <w:r>
              <w:t>1,117</w:t>
            </w:r>
          </w:p>
        </w:tc>
        <w:tc>
          <w:tcPr>
            <w:tcW w:type="dxa" w:w="617"/>
          </w:tcPr>
          <w:p>
            <w:r>
              <w:t>1,023</w:t>
            </w:r>
          </w:p>
        </w:tc>
        <w:tc>
          <w:tcPr>
            <w:tcW w:type="dxa" w:w="617"/>
          </w:tcPr>
          <w:p>
            <w:r>
              <w:t>1,352</w:t>
            </w:r>
          </w:p>
        </w:tc>
        <w:tc>
          <w:tcPr>
            <w:tcW w:type="dxa" w:w="617"/>
          </w:tcPr>
          <w:p>
            <w:r>
              <w:t>923</w:t>
            </w:r>
          </w:p>
        </w:tc>
        <w:tc>
          <w:tcPr>
            <w:tcW w:type="dxa" w:w="617"/>
          </w:tcPr>
          <w:p>
            <w:r>
              <w:t>919</w:t>
            </w:r>
          </w:p>
        </w:tc>
        <w:tc>
          <w:tcPr>
            <w:tcW w:type="dxa" w:w="617"/>
          </w:tcPr>
          <w:p>
            <w:r>
              <w:t>1,004</w:t>
            </w:r>
          </w:p>
        </w:tc>
        <w:tc>
          <w:tcPr>
            <w:tcW w:type="dxa" w:w="617"/>
          </w:tcPr>
          <w:p>
            <w:r>
              <w:t>+84</w:t>
            </w:r>
          </w:p>
        </w:tc>
        <w:tc>
          <w:tcPr>
            <w:tcW w:type="dxa" w:w="617"/>
          </w:tcPr>
          <w:p>
            <w:r>
              <w:t>+9.2%</w:t>
            </w:r>
          </w:p>
        </w:tc>
      </w:tr>
      <w:tr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KH2193</w:t>
            </w:r>
          </w:p>
        </w:tc>
        <w:tc>
          <w:tcPr>
            <w:tcW w:type="dxa" w:w="617"/>
          </w:tcPr>
          <w:p>
            <w:r>
              <w:t>CHI NHÁNH CÔNG TY TNHH THƯƠNG MẠI XUẤT NHẬP KHẨU C.R.M.G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510</w:t>
            </w:r>
          </w:p>
        </w:tc>
        <w:tc>
          <w:tcPr>
            <w:tcW w:type="dxa" w:w="617"/>
          </w:tcPr>
          <w:p>
            <w:r>
              <w:t>663</w:t>
            </w:r>
          </w:p>
        </w:tc>
        <w:tc>
          <w:tcPr>
            <w:tcW w:type="dxa" w:w="617"/>
          </w:tcPr>
          <w:p>
            <w:r>
              <w:t>455</w:t>
            </w:r>
          </w:p>
        </w:tc>
        <w:tc>
          <w:tcPr>
            <w:tcW w:type="dxa" w:w="617"/>
          </w:tcPr>
          <w:p>
            <w:r>
              <w:t>514</w:t>
            </w:r>
          </w:p>
        </w:tc>
        <w:tc>
          <w:tcPr>
            <w:tcW w:type="dxa" w:w="617"/>
          </w:tcPr>
          <w:p>
            <w:r>
              <w:t>1,003</w:t>
            </w:r>
          </w:p>
        </w:tc>
        <w:tc>
          <w:tcPr>
            <w:tcW w:type="dxa" w:w="617"/>
          </w:tcPr>
          <w:p>
            <w:r>
              <w:t>+489</w:t>
            </w:r>
          </w:p>
        </w:tc>
        <w:tc>
          <w:tcPr>
            <w:tcW w:type="dxa" w:w="617"/>
          </w:tcPr>
          <w:p>
            <w:r>
              <w:t>+95.1%</w:t>
            </w:r>
          </w:p>
        </w:tc>
      </w:tr>
      <w:tr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KH1438</w:t>
            </w:r>
          </w:p>
        </w:tc>
        <w:tc>
          <w:tcPr>
            <w:tcW w:type="dxa" w:w="617"/>
          </w:tcPr>
          <w:p>
            <w:r>
              <w:t>CÔNG TY TNHH KỸ NGHỆ ECO TECH</w:t>
            </w:r>
          </w:p>
        </w:tc>
        <w:tc>
          <w:tcPr>
            <w:tcW w:type="dxa" w:w="617"/>
          </w:tcPr>
          <w:p>
            <w:r>
              <w:t>707</w:t>
            </w:r>
          </w:p>
        </w:tc>
        <w:tc>
          <w:tcPr>
            <w:tcW w:type="dxa" w:w="617"/>
          </w:tcPr>
          <w:p>
            <w:r>
              <w:t>683</w:t>
            </w:r>
          </w:p>
        </w:tc>
        <w:tc>
          <w:tcPr>
            <w:tcW w:type="dxa" w:w="617"/>
          </w:tcPr>
          <w:p>
            <w:r>
              <w:t>1,054</w:t>
            </w:r>
          </w:p>
        </w:tc>
        <w:tc>
          <w:tcPr>
            <w:tcW w:type="dxa" w:w="617"/>
          </w:tcPr>
          <w:p>
            <w:r>
              <w:t>1,705</w:t>
            </w:r>
          </w:p>
        </w:tc>
        <w:tc>
          <w:tcPr>
            <w:tcW w:type="dxa" w:w="617"/>
          </w:tcPr>
          <w:p>
            <w:r>
              <w:t>825</w:t>
            </w:r>
          </w:p>
        </w:tc>
        <w:tc>
          <w:tcPr>
            <w:tcW w:type="dxa" w:w="617"/>
          </w:tcPr>
          <w:p>
            <w:r>
              <w:t>1,050</w:t>
            </w:r>
          </w:p>
        </w:tc>
        <w:tc>
          <w:tcPr>
            <w:tcW w:type="dxa" w:w="617"/>
          </w:tcPr>
          <w:p>
            <w:r>
              <w:t>723</w:t>
            </w:r>
          </w:p>
        </w:tc>
        <w:tc>
          <w:tcPr>
            <w:tcW w:type="dxa" w:w="617"/>
          </w:tcPr>
          <w:p>
            <w:r>
              <w:t>1,379</w:t>
            </w:r>
          </w:p>
        </w:tc>
        <w:tc>
          <w:tcPr>
            <w:tcW w:type="dxa" w:w="617"/>
          </w:tcPr>
          <w:p>
            <w:r>
              <w:t>966</w:t>
            </w:r>
          </w:p>
        </w:tc>
        <w:tc>
          <w:tcPr>
            <w:tcW w:type="dxa" w:w="617"/>
          </w:tcPr>
          <w:p>
            <w:r>
              <w:t>-413</w:t>
            </w:r>
          </w:p>
        </w:tc>
        <w:tc>
          <w:tcPr>
            <w:tcW w:type="dxa" w:w="617"/>
          </w:tcPr>
          <w:p>
            <w:r>
              <w:t>-30.0%</w:t>
            </w:r>
          </w:p>
        </w:tc>
      </w:tr>
      <w:tr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KH0496</w:t>
            </w:r>
          </w:p>
        </w:tc>
        <w:tc>
          <w:tcPr>
            <w:tcW w:type="dxa" w:w="617"/>
          </w:tcPr>
          <w:p>
            <w:r>
              <w:t>CÔNG TY TNHH SẢN XUẤT THỊNH VIỆT</w:t>
            </w:r>
          </w:p>
        </w:tc>
        <w:tc>
          <w:tcPr>
            <w:tcW w:type="dxa" w:w="617"/>
          </w:tcPr>
          <w:p>
            <w:r>
              <w:t>422</w:t>
            </w:r>
          </w:p>
        </w:tc>
        <w:tc>
          <w:tcPr>
            <w:tcW w:type="dxa" w:w="617"/>
          </w:tcPr>
          <w:p>
            <w:r>
              <w:t>340</w:t>
            </w:r>
          </w:p>
        </w:tc>
        <w:tc>
          <w:tcPr>
            <w:tcW w:type="dxa" w:w="617"/>
          </w:tcPr>
          <w:p>
            <w:r>
              <w:t>707</w:t>
            </w:r>
          </w:p>
        </w:tc>
        <w:tc>
          <w:tcPr>
            <w:tcW w:type="dxa" w:w="617"/>
          </w:tcPr>
          <w:p>
            <w:r>
              <w:t>492</w:t>
            </w:r>
          </w:p>
        </w:tc>
        <w:tc>
          <w:tcPr>
            <w:tcW w:type="dxa" w:w="617"/>
          </w:tcPr>
          <w:p>
            <w:r>
              <w:t>496</w:t>
            </w:r>
          </w:p>
        </w:tc>
        <w:tc>
          <w:tcPr>
            <w:tcW w:type="dxa" w:w="617"/>
          </w:tcPr>
          <w:p>
            <w:r>
              <w:t>865</w:t>
            </w:r>
          </w:p>
        </w:tc>
        <w:tc>
          <w:tcPr>
            <w:tcW w:type="dxa" w:w="617"/>
          </w:tcPr>
          <w:p>
            <w:r>
              <w:t>757</w:t>
            </w:r>
          </w:p>
        </w:tc>
        <w:tc>
          <w:tcPr>
            <w:tcW w:type="dxa" w:w="617"/>
          </w:tcPr>
          <w:p>
            <w:r>
              <w:t>386</w:t>
            </w:r>
          </w:p>
        </w:tc>
        <w:tc>
          <w:tcPr>
            <w:tcW w:type="dxa" w:w="617"/>
          </w:tcPr>
          <w:p>
            <w:r>
              <w:t>839</w:t>
            </w:r>
          </w:p>
        </w:tc>
        <w:tc>
          <w:tcPr>
            <w:tcW w:type="dxa" w:w="617"/>
          </w:tcPr>
          <w:p>
            <w:r>
              <w:t>+452</w:t>
            </w:r>
          </w:p>
        </w:tc>
        <w:tc>
          <w:tcPr>
            <w:tcW w:type="dxa" w:w="617"/>
          </w:tcPr>
          <w:p>
            <w:r>
              <w:t>+117.1%</w:t>
            </w:r>
          </w:p>
        </w:tc>
      </w:tr>
      <w:tr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KH0312</w:t>
            </w:r>
          </w:p>
        </w:tc>
        <w:tc>
          <w:tcPr>
            <w:tcW w:type="dxa" w:w="617"/>
          </w:tcPr>
          <w:p>
            <w:r>
              <w:t>CÔNG TY TNHH KIM HUY</w:t>
            </w:r>
          </w:p>
        </w:tc>
        <w:tc>
          <w:tcPr>
            <w:tcW w:type="dxa" w:w="617"/>
          </w:tcPr>
          <w:p>
            <w:r>
              <w:t>793</w:t>
            </w:r>
          </w:p>
        </w:tc>
        <w:tc>
          <w:tcPr>
            <w:tcW w:type="dxa" w:w="617"/>
          </w:tcPr>
          <w:p>
            <w:r>
              <w:t>127</w:t>
            </w:r>
          </w:p>
        </w:tc>
        <w:tc>
          <w:tcPr>
            <w:tcW w:type="dxa" w:w="617"/>
          </w:tcPr>
          <w:p>
            <w:r>
              <w:t>372</w:t>
            </w:r>
          </w:p>
        </w:tc>
        <w:tc>
          <w:tcPr>
            <w:tcW w:type="dxa" w:w="617"/>
          </w:tcPr>
          <w:p>
            <w:r>
              <w:t>268</w:t>
            </w:r>
          </w:p>
        </w:tc>
        <w:tc>
          <w:tcPr>
            <w:tcW w:type="dxa" w:w="617"/>
          </w:tcPr>
          <w:p>
            <w:r>
              <w:t>388</w:t>
            </w:r>
          </w:p>
        </w:tc>
        <w:tc>
          <w:tcPr>
            <w:tcW w:type="dxa" w:w="617"/>
          </w:tcPr>
          <w:p>
            <w:r>
              <w:t>866</w:t>
            </w:r>
          </w:p>
        </w:tc>
        <w:tc>
          <w:tcPr>
            <w:tcW w:type="dxa" w:w="617"/>
          </w:tcPr>
          <w:p>
            <w:r>
              <w:t>679</w:t>
            </w:r>
          </w:p>
        </w:tc>
        <w:tc>
          <w:tcPr>
            <w:tcW w:type="dxa" w:w="617"/>
          </w:tcPr>
          <w:p>
            <w:r>
              <w:t>590</w:t>
            </w:r>
          </w:p>
        </w:tc>
        <w:tc>
          <w:tcPr>
            <w:tcW w:type="dxa" w:w="617"/>
          </w:tcPr>
          <w:p>
            <w:r>
              <w:t>732</w:t>
            </w:r>
          </w:p>
        </w:tc>
        <w:tc>
          <w:tcPr>
            <w:tcW w:type="dxa" w:w="617"/>
          </w:tcPr>
          <w:p>
            <w:r>
              <w:t>+141</w:t>
            </w:r>
          </w:p>
        </w:tc>
        <w:tc>
          <w:tcPr>
            <w:tcW w:type="dxa" w:w="617"/>
          </w:tcPr>
          <w:p>
            <w:r>
              <w:t>+24.0%</w:t>
            </w:r>
          </w:p>
        </w:tc>
      </w:tr>
      <w:tr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KH0808</w:t>
            </w:r>
          </w:p>
        </w:tc>
        <w:tc>
          <w:tcPr>
            <w:tcW w:type="dxa" w:w="617"/>
          </w:tcPr>
          <w:p>
            <w:r>
              <w:t>CÔNG TY CỔ PHẦN ĐỒ DÙNG GIA ĐÌNH VIỆT NAM</w:t>
            </w:r>
          </w:p>
        </w:tc>
        <w:tc>
          <w:tcPr>
            <w:tcW w:type="dxa" w:w="617"/>
          </w:tcPr>
          <w:p>
            <w:r>
              <w:t>373</w:t>
            </w:r>
          </w:p>
        </w:tc>
        <w:tc>
          <w:tcPr>
            <w:tcW w:type="dxa" w:w="617"/>
          </w:tcPr>
          <w:p>
            <w:r>
              <w:t>220</w:t>
            </w:r>
          </w:p>
        </w:tc>
        <w:tc>
          <w:tcPr>
            <w:tcW w:type="dxa" w:w="617"/>
          </w:tcPr>
          <w:p>
            <w:r>
              <w:t>557</w:t>
            </w:r>
          </w:p>
        </w:tc>
        <w:tc>
          <w:tcPr>
            <w:tcW w:type="dxa" w:w="617"/>
          </w:tcPr>
          <w:p>
            <w:r>
              <w:t>587</w:t>
            </w:r>
          </w:p>
        </w:tc>
        <w:tc>
          <w:tcPr>
            <w:tcW w:type="dxa" w:w="617"/>
          </w:tcPr>
          <w:p>
            <w:r>
              <w:t>452</w:t>
            </w:r>
          </w:p>
        </w:tc>
        <w:tc>
          <w:tcPr>
            <w:tcW w:type="dxa" w:w="617"/>
          </w:tcPr>
          <w:p>
            <w:r>
              <w:t>528</w:t>
            </w:r>
          </w:p>
        </w:tc>
        <w:tc>
          <w:tcPr>
            <w:tcW w:type="dxa" w:w="617"/>
          </w:tcPr>
          <w:p>
            <w:r>
              <w:t>411</w:t>
            </w:r>
          </w:p>
        </w:tc>
        <w:tc>
          <w:tcPr>
            <w:tcW w:type="dxa" w:w="617"/>
          </w:tcPr>
          <w:p>
            <w:r>
              <w:t>624</w:t>
            </w:r>
          </w:p>
        </w:tc>
        <w:tc>
          <w:tcPr>
            <w:tcW w:type="dxa" w:w="617"/>
          </w:tcPr>
          <w:p>
            <w:r>
              <w:t>731</w:t>
            </w:r>
          </w:p>
        </w:tc>
        <w:tc>
          <w:tcPr>
            <w:tcW w:type="dxa" w:w="617"/>
          </w:tcPr>
          <w:p>
            <w:r>
              <w:t>+107</w:t>
            </w:r>
          </w:p>
        </w:tc>
        <w:tc>
          <w:tcPr>
            <w:tcW w:type="dxa" w:w="617"/>
          </w:tcPr>
          <w:p>
            <w:r>
              <w:t>+17.1%</w:t>
            </w:r>
          </w:p>
        </w:tc>
      </w:tr>
      <w:tr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KH1640</w:t>
            </w:r>
          </w:p>
        </w:tc>
        <w:tc>
          <w:tcPr>
            <w:tcW w:type="dxa" w:w="617"/>
          </w:tcPr>
          <w:p>
            <w:r>
              <w:t>CÔNG TY TNHH KỸ NGHỆ KINGSTON VIỆT NAM</w:t>
            </w:r>
          </w:p>
        </w:tc>
        <w:tc>
          <w:tcPr>
            <w:tcW w:type="dxa" w:w="617"/>
          </w:tcPr>
          <w:p>
            <w:r>
              <w:t>493</w:t>
            </w:r>
          </w:p>
        </w:tc>
        <w:tc>
          <w:tcPr>
            <w:tcW w:type="dxa" w:w="617"/>
          </w:tcPr>
          <w:p>
            <w:r>
              <w:t>313</w:t>
            </w:r>
          </w:p>
        </w:tc>
        <w:tc>
          <w:tcPr>
            <w:tcW w:type="dxa" w:w="617"/>
          </w:tcPr>
          <w:p>
            <w:r>
              <w:t>380</w:t>
            </w:r>
          </w:p>
        </w:tc>
        <w:tc>
          <w:tcPr>
            <w:tcW w:type="dxa" w:w="617"/>
          </w:tcPr>
          <w:p>
            <w:r>
              <w:t>616</w:t>
            </w:r>
          </w:p>
        </w:tc>
        <w:tc>
          <w:tcPr>
            <w:tcW w:type="dxa" w:w="617"/>
          </w:tcPr>
          <w:p>
            <w:r>
              <w:t>655</w:t>
            </w:r>
          </w:p>
        </w:tc>
        <w:tc>
          <w:tcPr>
            <w:tcW w:type="dxa" w:w="617"/>
          </w:tcPr>
          <w:p>
            <w:r>
              <w:t>433</w:t>
            </w:r>
          </w:p>
        </w:tc>
        <w:tc>
          <w:tcPr>
            <w:tcW w:type="dxa" w:w="617"/>
          </w:tcPr>
          <w:p>
            <w:r>
              <w:t>537</w:t>
            </w:r>
          </w:p>
        </w:tc>
        <w:tc>
          <w:tcPr>
            <w:tcW w:type="dxa" w:w="617"/>
          </w:tcPr>
          <w:p>
            <w:r>
              <w:t>572</w:t>
            </w:r>
          </w:p>
        </w:tc>
        <w:tc>
          <w:tcPr>
            <w:tcW w:type="dxa" w:w="617"/>
          </w:tcPr>
          <w:p>
            <w:r>
              <w:t>651</w:t>
            </w:r>
          </w:p>
        </w:tc>
        <w:tc>
          <w:tcPr>
            <w:tcW w:type="dxa" w:w="617"/>
          </w:tcPr>
          <w:p>
            <w:r>
              <w:t>+79</w:t>
            </w:r>
          </w:p>
        </w:tc>
        <w:tc>
          <w:tcPr>
            <w:tcW w:type="dxa" w:w="617"/>
          </w:tcPr>
          <w:p>
            <w:r>
              <w:t>+13.9%</w:t>
            </w:r>
          </w:p>
        </w:tc>
      </w:tr>
      <w:tr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KH0586</w:t>
            </w:r>
          </w:p>
        </w:tc>
        <w:tc>
          <w:tcPr>
            <w:tcW w:type="dxa" w:w="617"/>
          </w:tcPr>
          <w:p>
            <w:r>
              <w:t>CÔNG TY TNHH SƠN CAO</w:t>
            </w:r>
          </w:p>
        </w:tc>
        <w:tc>
          <w:tcPr>
            <w:tcW w:type="dxa" w:w="617"/>
          </w:tcPr>
          <w:p>
            <w:r>
              <w:t>719</w:t>
            </w:r>
          </w:p>
        </w:tc>
        <w:tc>
          <w:tcPr>
            <w:tcW w:type="dxa" w:w="617"/>
          </w:tcPr>
          <w:p>
            <w:r>
              <w:t>288</w:t>
            </w:r>
          </w:p>
        </w:tc>
        <w:tc>
          <w:tcPr>
            <w:tcW w:type="dxa" w:w="617"/>
          </w:tcPr>
          <w:p>
            <w:r>
              <w:t>890</w:t>
            </w:r>
          </w:p>
        </w:tc>
        <w:tc>
          <w:tcPr>
            <w:tcW w:type="dxa" w:w="617"/>
          </w:tcPr>
          <w:p>
            <w:r>
              <w:t>666</w:t>
            </w:r>
          </w:p>
        </w:tc>
        <w:tc>
          <w:tcPr>
            <w:tcW w:type="dxa" w:w="617"/>
          </w:tcPr>
          <w:p>
            <w:r>
              <w:t>677</w:t>
            </w:r>
          </w:p>
        </w:tc>
        <w:tc>
          <w:tcPr>
            <w:tcW w:type="dxa" w:w="617"/>
          </w:tcPr>
          <w:p>
            <w:r>
              <w:t>682</w:t>
            </w:r>
          </w:p>
        </w:tc>
        <w:tc>
          <w:tcPr>
            <w:tcW w:type="dxa" w:w="617"/>
          </w:tcPr>
          <w:p>
            <w:r>
              <w:t>730</w:t>
            </w:r>
          </w:p>
        </w:tc>
        <w:tc>
          <w:tcPr>
            <w:tcW w:type="dxa" w:w="617"/>
          </w:tcPr>
          <w:p>
            <w:r>
              <w:t>540</w:t>
            </w:r>
          </w:p>
        </w:tc>
        <w:tc>
          <w:tcPr>
            <w:tcW w:type="dxa" w:w="617"/>
          </w:tcPr>
          <w:p>
            <w:r>
              <w:t>647</w:t>
            </w:r>
          </w:p>
        </w:tc>
        <w:tc>
          <w:tcPr>
            <w:tcW w:type="dxa" w:w="617"/>
          </w:tcPr>
          <w:p>
            <w:r>
              <w:t>+106</w:t>
            </w:r>
          </w:p>
        </w:tc>
        <w:tc>
          <w:tcPr>
            <w:tcW w:type="dxa" w:w="617"/>
          </w:tcPr>
          <w:p>
            <w:r>
              <w:t>+19.7%</w:t>
            </w:r>
          </w:p>
        </w:tc>
      </w:tr>
      <w:tr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KH1941</w:t>
            </w:r>
          </w:p>
        </w:tc>
        <w:tc>
          <w:tcPr>
            <w:tcW w:type="dxa" w:w="617"/>
          </w:tcPr>
          <w:p>
            <w:r>
              <w:t>CÔNG TY CỔ PHẦN CHẾ BIẾN GỖ AN LONG</w:t>
            </w:r>
          </w:p>
        </w:tc>
        <w:tc>
          <w:tcPr>
            <w:tcW w:type="dxa" w:w="617"/>
          </w:tcPr>
          <w:p>
            <w:r>
              <w:t>329</w:t>
            </w:r>
          </w:p>
        </w:tc>
        <w:tc>
          <w:tcPr>
            <w:tcW w:type="dxa" w:w="617"/>
          </w:tcPr>
          <w:p>
            <w:r>
              <w:t>371</w:t>
            </w:r>
          </w:p>
        </w:tc>
        <w:tc>
          <w:tcPr>
            <w:tcW w:type="dxa" w:w="617"/>
          </w:tcPr>
          <w:p>
            <w:r>
              <w:t>199</w:t>
            </w:r>
          </w:p>
        </w:tc>
        <w:tc>
          <w:tcPr>
            <w:tcW w:type="dxa" w:w="617"/>
          </w:tcPr>
          <w:p>
            <w:r>
              <w:t>429</w:t>
            </w:r>
          </w:p>
        </w:tc>
        <w:tc>
          <w:tcPr>
            <w:tcW w:type="dxa" w:w="617"/>
          </w:tcPr>
          <w:p>
            <w:r>
              <w:t>262</w:t>
            </w:r>
          </w:p>
        </w:tc>
        <w:tc>
          <w:tcPr>
            <w:tcW w:type="dxa" w:w="617"/>
          </w:tcPr>
          <w:p>
            <w:r>
              <w:t>478</w:t>
            </w:r>
          </w:p>
        </w:tc>
        <w:tc>
          <w:tcPr>
            <w:tcW w:type="dxa" w:w="617"/>
          </w:tcPr>
          <w:p>
            <w:r>
              <w:t>329</w:t>
            </w:r>
          </w:p>
        </w:tc>
        <w:tc>
          <w:tcPr>
            <w:tcW w:type="dxa" w:w="617"/>
          </w:tcPr>
          <w:p>
            <w:r>
              <w:t>417</w:t>
            </w:r>
          </w:p>
        </w:tc>
        <w:tc>
          <w:tcPr>
            <w:tcW w:type="dxa" w:w="617"/>
          </w:tcPr>
          <w:p>
            <w:r>
              <w:t>579</w:t>
            </w:r>
          </w:p>
        </w:tc>
        <w:tc>
          <w:tcPr>
            <w:tcW w:type="dxa" w:w="617"/>
          </w:tcPr>
          <w:p>
            <w:r>
              <w:t>+161</w:t>
            </w:r>
          </w:p>
        </w:tc>
        <w:tc>
          <w:tcPr>
            <w:tcW w:type="dxa" w:w="617"/>
          </w:tcPr>
          <w:p>
            <w:r>
              <w:t>+38.7%</w:t>
            </w:r>
          </w:p>
        </w:tc>
      </w:tr>
      <w:tr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KH0057</w:t>
            </w:r>
          </w:p>
        </w:tc>
        <w:tc>
          <w:tcPr>
            <w:tcW w:type="dxa" w:w="617"/>
          </w:tcPr>
          <w:p>
            <w:r>
              <w:t>CÔNG TY CỔ PHẦN GỖ TÂN THÀNH</w:t>
            </w:r>
          </w:p>
        </w:tc>
        <w:tc>
          <w:tcPr>
            <w:tcW w:type="dxa" w:w="617"/>
          </w:tcPr>
          <w:p>
            <w:r>
              <w:t>622</w:t>
            </w:r>
          </w:p>
        </w:tc>
        <w:tc>
          <w:tcPr>
            <w:tcW w:type="dxa" w:w="617"/>
          </w:tcPr>
          <w:p>
            <w:r>
              <w:t>528</w:t>
            </w:r>
          </w:p>
        </w:tc>
        <w:tc>
          <w:tcPr>
            <w:tcW w:type="dxa" w:w="617"/>
          </w:tcPr>
          <w:p>
            <w:r>
              <w:t>371</w:t>
            </w:r>
          </w:p>
        </w:tc>
        <w:tc>
          <w:tcPr>
            <w:tcW w:type="dxa" w:w="617"/>
          </w:tcPr>
          <w:p>
            <w:r>
              <w:t>601</w:t>
            </w:r>
          </w:p>
        </w:tc>
        <w:tc>
          <w:tcPr>
            <w:tcW w:type="dxa" w:w="617"/>
          </w:tcPr>
          <w:p>
            <w:r>
              <w:t>612</w:t>
            </w:r>
          </w:p>
        </w:tc>
        <w:tc>
          <w:tcPr>
            <w:tcW w:type="dxa" w:w="617"/>
          </w:tcPr>
          <w:p>
            <w:r>
              <w:t>567</w:t>
            </w:r>
          </w:p>
        </w:tc>
        <w:tc>
          <w:tcPr>
            <w:tcW w:type="dxa" w:w="617"/>
          </w:tcPr>
          <w:p>
            <w:r>
              <w:t>591</w:t>
            </w:r>
          </w:p>
        </w:tc>
        <w:tc>
          <w:tcPr>
            <w:tcW w:type="dxa" w:w="617"/>
          </w:tcPr>
          <w:p>
            <w:r>
              <w:t>826</w:t>
            </w:r>
          </w:p>
        </w:tc>
        <w:tc>
          <w:tcPr>
            <w:tcW w:type="dxa" w:w="617"/>
          </w:tcPr>
          <w:p>
            <w:r>
              <w:t>566</w:t>
            </w:r>
          </w:p>
        </w:tc>
        <w:tc>
          <w:tcPr>
            <w:tcW w:type="dxa" w:w="617"/>
          </w:tcPr>
          <w:p>
            <w:r>
              <w:t>-259</w:t>
            </w:r>
          </w:p>
        </w:tc>
        <w:tc>
          <w:tcPr>
            <w:tcW w:type="dxa" w:w="617"/>
          </w:tcPr>
          <w:p>
            <w:r>
              <w:t>-31.4%</w:t>
            </w:r>
          </w:p>
        </w:tc>
      </w:tr>
      <w:tr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KH0751</w:t>
            </w:r>
          </w:p>
        </w:tc>
        <w:tc>
          <w:tcPr>
            <w:tcW w:type="dxa" w:w="617"/>
          </w:tcPr>
          <w:p>
            <w:r>
              <w:t>CÔNG TY TNHH ĐĂNG LONG</w:t>
            </w:r>
          </w:p>
        </w:tc>
        <w:tc>
          <w:tcPr>
            <w:tcW w:type="dxa" w:w="617"/>
          </w:tcPr>
          <w:p>
            <w:r>
              <w:t>302</w:t>
            </w:r>
          </w:p>
        </w:tc>
        <w:tc>
          <w:tcPr>
            <w:tcW w:type="dxa" w:w="617"/>
          </w:tcPr>
          <w:p>
            <w:r>
              <w:t>159</w:t>
            </w:r>
          </w:p>
        </w:tc>
        <w:tc>
          <w:tcPr>
            <w:tcW w:type="dxa" w:w="617"/>
          </w:tcPr>
          <w:p>
            <w:r>
              <w:t>513</w:t>
            </w:r>
          </w:p>
        </w:tc>
        <w:tc>
          <w:tcPr>
            <w:tcW w:type="dxa" w:w="617"/>
          </w:tcPr>
          <w:p>
            <w:r>
              <w:t>521</w:t>
            </w:r>
          </w:p>
        </w:tc>
        <w:tc>
          <w:tcPr>
            <w:tcW w:type="dxa" w:w="617"/>
          </w:tcPr>
          <w:p>
            <w:r>
              <w:t>459</w:t>
            </w:r>
          </w:p>
        </w:tc>
        <w:tc>
          <w:tcPr>
            <w:tcW w:type="dxa" w:w="617"/>
          </w:tcPr>
          <w:p>
            <w:r>
              <w:t>257</w:t>
            </w:r>
          </w:p>
        </w:tc>
        <w:tc>
          <w:tcPr>
            <w:tcW w:type="dxa" w:w="617"/>
          </w:tcPr>
          <w:p>
            <w:r>
              <w:t>435</w:t>
            </w:r>
          </w:p>
        </w:tc>
        <w:tc>
          <w:tcPr>
            <w:tcW w:type="dxa" w:w="617"/>
          </w:tcPr>
          <w:p>
            <w:r>
              <w:t>214</w:t>
            </w:r>
          </w:p>
        </w:tc>
        <w:tc>
          <w:tcPr>
            <w:tcW w:type="dxa" w:w="617"/>
          </w:tcPr>
          <w:p>
            <w:r>
              <w:t>559</w:t>
            </w:r>
          </w:p>
        </w:tc>
        <w:tc>
          <w:tcPr>
            <w:tcW w:type="dxa" w:w="617"/>
          </w:tcPr>
          <w:p>
            <w:r>
              <w:t>+344</w:t>
            </w:r>
          </w:p>
        </w:tc>
        <w:tc>
          <w:tcPr>
            <w:tcW w:type="dxa" w:w="617"/>
          </w:tcPr>
          <w:p>
            <w:r>
              <w:t>+160.5%</w:t>
            </w:r>
          </w:p>
        </w:tc>
      </w:tr>
      <w:tr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KH0291</w:t>
            </w:r>
          </w:p>
        </w:tc>
        <w:tc>
          <w:tcPr>
            <w:tcW w:type="dxa" w:w="617"/>
          </w:tcPr>
          <w:p>
            <w:r>
              <w:t>CÔNG TY TNHH HỐ NAI</w:t>
            </w:r>
          </w:p>
        </w:tc>
        <w:tc>
          <w:tcPr>
            <w:tcW w:type="dxa" w:w="617"/>
          </w:tcPr>
          <w:p>
            <w:r>
              <w:t>729</w:t>
            </w:r>
          </w:p>
        </w:tc>
        <w:tc>
          <w:tcPr>
            <w:tcW w:type="dxa" w:w="617"/>
          </w:tcPr>
          <w:p>
            <w:r>
              <w:t>285</w:t>
            </w:r>
          </w:p>
        </w:tc>
        <w:tc>
          <w:tcPr>
            <w:tcW w:type="dxa" w:w="617"/>
          </w:tcPr>
          <w:p>
            <w:r>
              <w:t>472</w:t>
            </w:r>
          </w:p>
        </w:tc>
        <w:tc>
          <w:tcPr>
            <w:tcW w:type="dxa" w:w="617"/>
          </w:tcPr>
          <w:p>
            <w:r>
              <w:t>380</w:t>
            </w:r>
          </w:p>
        </w:tc>
        <w:tc>
          <w:tcPr>
            <w:tcW w:type="dxa" w:w="617"/>
          </w:tcPr>
          <w:p>
            <w:r>
              <w:t>414</w:t>
            </w:r>
          </w:p>
        </w:tc>
        <w:tc>
          <w:tcPr>
            <w:tcW w:type="dxa" w:w="617"/>
          </w:tcPr>
          <w:p>
            <w:r>
              <w:t>537</w:t>
            </w:r>
          </w:p>
        </w:tc>
        <w:tc>
          <w:tcPr>
            <w:tcW w:type="dxa" w:w="617"/>
          </w:tcPr>
          <w:p>
            <w:r>
              <w:t>526</w:t>
            </w:r>
          </w:p>
        </w:tc>
        <w:tc>
          <w:tcPr>
            <w:tcW w:type="dxa" w:w="617"/>
          </w:tcPr>
          <w:p>
            <w:r>
              <w:t>696</w:t>
            </w:r>
          </w:p>
        </w:tc>
        <w:tc>
          <w:tcPr>
            <w:tcW w:type="dxa" w:w="617"/>
          </w:tcPr>
          <w:p>
            <w:r>
              <w:t>554</w:t>
            </w:r>
          </w:p>
        </w:tc>
        <w:tc>
          <w:tcPr>
            <w:tcW w:type="dxa" w:w="617"/>
          </w:tcPr>
          <w:p>
            <w:r>
              <w:t>-141</w:t>
            </w:r>
          </w:p>
        </w:tc>
        <w:tc>
          <w:tcPr>
            <w:tcW w:type="dxa" w:w="617"/>
          </w:tcPr>
          <w:p>
            <w:r>
              <w:t>-20.4%</w:t>
            </w:r>
          </w:p>
        </w:tc>
      </w:tr>
      <w:tr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KH1550</w:t>
            </w:r>
          </w:p>
        </w:tc>
        <w:tc>
          <w:tcPr>
            <w:tcW w:type="dxa" w:w="617"/>
          </w:tcPr>
          <w:p>
            <w:r>
              <w:t>CÔNG TY TNHH MINH HƯNG TIẾN</w:t>
            </w:r>
          </w:p>
        </w:tc>
        <w:tc>
          <w:tcPr>
            <w:tcW w:type="dxa" w:w="617"/>
          </w:tcPr>
          <w:p>
            <w:r>
              <w:t>201</w:t>
            </w:r>
          </w:p>
        </w:tc>
        <w:tc>
          <w:tcPr>
            <w:tcW w:type="dxa" w:w="617"/>
          </w:tcPr>
          <w:p>
            <w:r>
              <w:t>105</w:t>
            </w:r>
          </w:p>
        </w:tc>
        <w:tc>
          <w:tcPr>
            <w:tcW w:type="dxa" w:w="617"/>
          </w:tcPr>
          <w:p>
            <w:r>
              <w:t>420</w:t>
            </w:r>
          </w:p>
        </w:tc>
        <w:tc>
          <w:tcPr>
            <w:tcW w:type="dxa" w:w="617"/>
          </w:tcPr>
          <w:p>
            <w:r>
              <w:t>504</w:t>
            </w:r>
          </w:p>
        </w:tc>
        <w:tc>
          <w:tcPr>
            <w:tcW w:type="dxa" w:w="617"/>
          </w:tcPr>
          <w:p>
            <w:r>
              <w:t>436</w:t>
            </w:r>
          </w:p>
        </w:tc>
        <w:tc>
          <w:tcPr>
            <w:tcW w:type="dxa" w:w="617"/>
          </w:tcPr>
          <w:p>
            <w:r>
              <w:t>561</w:t>
            </w:r>
          </w:p>
        </w:tc>
        <w:tc>
          <w:tcPr>
            <w:tcW w:type="dxa" w:w="617"/>
          </w:tcPr>
          <w:p>
            <w:r>
              <w:t>616</w:t>
            </w:r>
          </w:p>
        </w:tc>
        <w:tc>
          <w:tcPr>
            <w:tcW w:type="dxa" w:w="617"/>
          </w:tcPr>
          <w:p>
            <w:r>
              <w:t>822</w:t>
            </w:r>
          </w:p>
        </w:tc>
        <w:tc>
          <w:tcPr>
            <w:tcW w:type="dxa" w:w="617"/>
          </w:tcPr>
          <w:p>
            <w:r>
              <w:t>534</w:t>
            </w:r>
          </w:p>
        </w:tc>
        <w:tc>
          <w:tcPr>
            <w:tcW w:type="dxa" w:w="617"/>
          </w:tcPr>
          <w:p>
            <w:r>
              <w:t>-287</w:t>
            </w:r>
          </w:p>
        </w:tc>
        <w:tc>
          <w:tcPr>
            <w:tcW w:type="dxa" w:w="617"/>
          </w:tcPr>
          <w:p>
            <w:r>
              <w:t>-35.0%</w:t>
            </w:r>
          </w:p>
        </w:tc>
      </w:tr>
      <w:tr>
        <w:tc>
          <w:tcPr>
            <w:tcW w:type="dxa" w:w="617"/>
          </w:tcPr>
          <w:p>
            <w:r>
              <w:t>21</w:t>
            </w:r>
          </w:p>
        </w:tc>
        <w:tc>
          <w:tcPr>
            <w:tcW w:type="dxa" w:w="617"/>
          </w:tcPr>
          <w:p>
            <w:r>
              <w:t>KH0190</w:t>
            </w:r>
          </w:p>
        </w:tc>
        <w:tc>
          <w:tcPr>
            <w:tcW w:type="dxa" w:w="617"/>
          </w:tcPr>
          <w:p>
            <w:r>
              <w:t>CÔNG TY TNHH ANH KHOA</w:t>
            </w:r>
          </w:p>
        </w:tc>
        <w:tc>
          <w:tcPr>
            <w:tcW w:type="dxa" w:w="617"/>
          </w:tcPr>
          <w:p>
            <w:r>
              <w:t>549</w:t>
            </w:r>
          </w:p>
        </w:tc>
        <w:tc>
          <w:tcPr>
            <w:tcW w:type="dxa" w:w="617"/>
          </w:tcPr>
          <w:p>
            <w:r>
              <w:t>159</w:t>
            </w:r>
          </w:p>
        </w:tc>
        <w:tc>
          <w:tcPr>
            <w:tcW w:type="dxa" w:w="617"/>
          </w:tcPr>
          <w:p>
            <w:r>
              <w:t>373</w:t>
            </w:r>
          </w:p>
        </w:tc>
        <w:tc>
          <w:tcPr>
            <w:tcW w:type="dxa" w:w="617"/>
          </w:tcPr>
          <w:p>
            <w:r>
              <w:t>403</w:t>
            </w:r>
          </w:p>
        </w:tc>
        <w:tc>
          <w:tcPr>
            <w:tcW w:type="dxa" w:w="617"/>
          </w:tcPr>
          <w:p>
            <w:r>
              <w:t>640</w:t>
            </w:r>
          </w:p>
        </w:tc>
        <w:tc>
          <w:tcPr>
            <w:tcW w:type="dxa" w:w="617"/>
          </w:tcPr>
          <w:p>
            <w:r>
              <w:t>694</w:t>
            </w:r>
          </w:p>
        </w:tc>
        <w:tc>
          <w:tcPr>
            <w:tcW w:type="dxa" w:w="617"/>
          </w:tcPr>
          <w:p>
            <w:r>
              <w:t>815</w:t>
            </w:r>
          </w:p>
        </w:tc>
        <w:tc>
          <w:tcPr>
            <w:tcW w:type="dxa" w:w="617"/>
          </w:tcPr>
          <w:p>
            <w:r>
              <w:t>584</w:t>
            </w:r>
          </w:p>
        </w:tc>
        <w:tc>
          <w:tcPr>
            <w:tcW w:type="dxa" w:w="617"/>
          </w:tcPr>
          <w:p>
            <w:r>
              <w:t>533</w:t>
            </w:r>
          </w:p>
        </w:tc>
        <w:tc>
          <w:tcPr>
            <w:tcW w:type="dxa" w:w="617"/>
          </w:tcPr>
          <w:p>
            <w:r>
              <w:t>-51</w:t>
            </w:r>
          </w:p>
        </w:tc>
        <w:tc>
          <w:tcPr>
            <w:tcW w:type="dxa" w:w="617"/>
          </w:tcPr>
          <w:p>
            <w:r>
              <w:t>-8.8%</w:t>
            </w:r>
          </w:p>
        </w:tc>
      </w:tr>
      <w:tr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KH1526</w:t>
            </w:r>
          </w:p>
        </w:tc>
        <w:tc>
          <w:tcPr>
            <w:tcW w:type="dxa" w:w="617"/>
          </w:tcPr>
          <w:p>
            <w:r>
              <w:t>CÔNG TY TNHH NỘI THẤT MÊ KÔNG</w:t>
            </w:r>
          </w:p>
        </w:tc>
        <w:tc>
          <w:tcPr>
            <w:tcW w:type="dxa" w:w="617"/>
          </w:tcPr>
          <w:p>
            <w:r>
              <w:t>725</w:t>
            </w:r>
          </w:p>
        </w:tc>
        <w:tc>
          <w:tcPr>
            <w:tcW w:type="dxa" w:w="617"/>
          </w:tcPr>
          <w:p>
            <w:r>
              <w:t>231</w:t>
            </w:r>
          </w:p>
        </w:tc>
        <w:tc>
          <w:tcPr>
            <w:tcW w:type="dxa" w:w="617"/>
          </w:tcPr>
          <w:p>
            <w:r>
              <w:t>860</w:t>
            </w:r>
          </w:p>
        </w:tc>
        <w:tc>
          <w:tcPr>
            <w:tcW w:type="dxa" w:w="617"/>
          </w:tcPr>
          <w:p>
            <w:r>
              <w:t>940</w:t>
            </w:r>
          </w:p>
        </w:tc>
        <w:tc>
          <w:tcPr>
            <w:tcW w:type="dxa" w:w="617"/>
          </w:tcPr>
          <w:p>
            <w:r>
              <w:t>583</w:t>
            </w:r>
          </w:p>
        </w:tc>
        <w:tc>
          <w:tcPr>
            <w:tcW w:type="dxa" w:w="617"/>
          </w:tcPr>
          <w:p>
            <w:r>
              <w:t>661</w:t>
            </w:r>
          </w:p>
        </w:tc>
        <w:tc>
          <w:tcPr>
            <w:tcW w:type="dxa" w:w="617"/>
          </w:tcPr>
          <w:p>
            <w:r>
              <w:t>732</w:t>
            </w:r>
          </w:p>
        </w:tc>
        <w:tc>
          <w:tcPr>
            <w:tcW w:type="dxa" w:w="617"/>
          </w:tcPr>
          <w:p>
            <w:r>
              <w:t>441</w:t>
            </w:r>
          </w:p>
        </w:tc>
        <w:tc>
          <w:tcPr>
            <w:tcW w:type="dxa" w:w="617"/>
          </w:tcPr>
          <w:p>
            <w:r>
              <w:t>528</w:t>
            </w:r>
          </w:p>
        </w:tc>
        <w:tc>
          <w:tcPr>
            <w:tcW w:type="dxa" w:w="617"/>
          </w:tcPr>
          <w:p>
            <w:r>
              <w:t>+87</w:t>
            </w:r>
          </w:p>
        </w:tc>
        <w:tc>
          <w:tcPr>
            <w:tcW w:type="dxa" w:w="617"/>
          </w:tcPr>
          <w:p>
            <w:r>
              <w:t>+19.8%</w:t>
            </w:r>
          </w:p>
        </w:tc>
      </w:tr>
      <w:tr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KH0053</w:t>
            </w:r>
          </w:p>
        </w:tc>
        <w:tc>
          <w:tcPr>
            <w:tcW w:type="dxa" w:w="617"/>
          </w:tcPr>
          <w:p>
            <w:r>
              <w:t>CÔNG TY CỔ PHẦN GỖ MINH DƯƠNG</w:t>
            </w:r>
          </w:p>
        </w:tc>
        <w:tc>
          <w:tcPr>
            <w:tcW w:type="dxa" w:w="617"/>
          </w:tcPr>
          <w:p>
            <w:r>
              <w:t>212</w:t>
            </w:r>
          </w:p>
        </w:tc>
        <w:tc>
          <w:tcPr>
            <w:tcW w:type="dxa" w:w="617"/>
          </w:tcPr>
          <w:p>
            <w:r>
              <w:t>152</w:t>
            </w:r>
          </w:p>
        </w:tc>
        <w:tc>
          <w:tcPr>
            <w:tcW w:type="dxa" w:w="617"/>
          </w:tcPr>
          <w:p>
            <w:r>
              <w:t>424</w:t>
            </w:r>
          </w:p>
        </w:tc>
        <w:tc>
          <w:tcPr>
            <w:tcW w:type="dxa" w:w="617"/>
          </w:tcPr>
          <w:p>
            <w:r>
              <w:t>277</w:t>
            </w:r>
          </w:p>
        </w:tc>
        <w:tc>
          <w:tcPr>
            <w:tcW w:type="dxa" w:w="617"/>
          </w:tcPr>
          <w:p>
            <w:r>
              <w:t>391</w:t>
            </w:r>
          </w:p>
        </w:tc>
        <w:tc>
          <w:tcPr>
            <w:tcW w:type="dxa" w:w="617"/>
          </w:tcPr>
          <w:p>
            <w:r>
              <w:t>295</w:t>
            </w:r>
          </w:p>
        </w:tc>
        <w:tc>
          <w:tcPr>
            <w:tcW w:type="dxa" w:w="617"/>
          </w:tcPr>
          <w:p>
            <w:r>
              <w:t>304</w:t>
            </w:r>
          </w:p>
        </w:tc>
        <w:tc>
          <w:tcPr>
            <w:tcW w:type="dxa" w:w="617"/>
          </w:tcPr>
          <w:p>
            <w:r>
              <w:t>465</w:t>
            </w:r>
          </w:p>
        </w:tc>
        <w:tc>
          <w:tcPr>
            <w:tcW w:type="dxa" w:w="617"/>
          </w:tcPr>
          <w:p>
            <w:r>
              <w:t>492</w:t>
            </w:r>
          </w:p>
        </w:tc>
        <w:tc>
          <w:tcPr>
            <w:tcW w:type="dxa" w:w="617"/>
          </w:tcPr>
          <w:p>
            <w:r>
              <w:t>+27</w:t>
            </w:r>
          </w:p>
        </w:tc>
        <w:tc>
          <w:tcPr>
            <w:tcW w:type="dxa" w:w="617"/>
          </w:tcPr>
          <w:p>
            <w:r>
              <w:t>+5.8%</w:t>
            </w:r>
          </w:p>
        </w:tc>
      </w:tr>
      <w:tr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KH0354</w:t>
            </w:r>
          </w:p>
        </w:tc>
        <w:tc>
          <w:tcPr>
            <w:tcW w:type="dxa" w:w="617"/>
          </w:tcPr>
          <w:p>
            <w:r>
              <w:t>CÔNG TY TNHH MINH PHÁT 2</w:t>
            </w:r>
          </w:p>
        </w:tc>
        <w:tc>
          <w:tcPr>
            <w:tcW w:type="dxa" w:w="617"/>
          </w:tcPr>
          <w:p>
            <w:r>
              <w:t>386</w:t>
            </w:r>
          </w:p>
        </w:tc>
        <w:tc>
          <w:tcPr>
            <w:tcW w:type="dxa" w:w="617"/>
          </w:tcPr>
          <w:p>
            <w:r>
              <w:t>229</w:t>
            </w:r>
          </w:p>
        </w:tc>
        <w:tc>
          <w:tcPr>
            <w:tcW w:type="dxa" w:w="617"/>
          </w:tcPr>
          <w:p>
            <w:r>
              <w:t>424</w:t>
            </w:r>
          </w:p>
        </w:tc>
        <w:tc>
          <w:tcPr>
            <w:tcW w:type="dxa" w:w="617"/>
          </w:tcPr>
          <w:p>
            <w:r>
              <w:t>312</w:t>
            </w:r>
          </w:p>
        </w:tc>
        <w:tc>
          <w:tcPr>
            <w:tcW w:type="dxa" w:w="617"/>
          </w:tcPr>
          <w:p>
            <w:r>
              <w:t>421</w:t>
            </w:r>
          </w:p>
        </w:tc>
        <w:tc>
          <w:tcPr>
            <w:tcW w:type="dxa" w:w="617"/>
          </w:tcPr>
          <w:p>
            <w:r>
              <w:t>318</w:t>
            </w:r>
          </w:p>
        </w:tc>
        <w:tc>
          <w:tcPr>
            <w:tcW w:type="dxa" w:w="617"/>
          </w:tcPr>
          <w:p>
            <w:r>
              <w:t>509</w:t>
            </w:r>
          </w:p>
        </w:tc>
        <w:tc>
          <w:tcPr>
            <w:tcW w:type="dxa" w:w="617"/>
          </w:tcPr>
          <w:p>
            <w:r>
              <w:t>359</w:t>
            </w:r>
          </w:p>
        </w:tc>
        <w:tc>
          <w:tcPr>
            <w:tcW w:type="dxa" w:w="617"/>
          </w:tcPr>
          <w:p>
            <w:r>
              <w:t>472</w:t>
            </w:r>
          </w:p>
        </w:tc>
        <w:tc>
          <w:tcPr>
            <w:tcW w:type="dxa" w:w="617"/>
          </w:tcPr>
          <w:p>
            <w:r>
              <w:t>+112</w:t>
            </w:r>
          </w:p>
        </w:tc>
        <w:tc>
          <w:tcPr>
            <w:tcW w:type="dxa" w:w="617"/>
          </w:tcPr>
          <w:p>
            <w:r>
              <w:t>+31.3%</w:t>
            </w:r>
          </w:p>
        </w:tc>
      </w:tr>
      <w:tr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KH0292</w:t>
            </w:r>
          </w:p>
        </w:tc>
        <w:tc>
          <w:tcPr>
            <w:tcW w:type="dxa" w:w="617"/>
          </w:tcPr>
          <w:p>
            <w:r>
              <w:t>CÔNG TY TNHH HỐ NAI II</w:t>
            </w:r>
          </w:p>
        </w:tc>
        <w:tc>
          <w:tcPr>
            <w:tcW w:type="dxa" w:w="617"/>
          </w:tcPr>
          <w:p>
            <w:r>
              <w:t>434</w:t>
            </w:r>
          </w:p>
        </w:tc>
        <w:tc>
          <w:tcPr>
            <w:tcW w:type="dxa" w:w="617"/>
          </w:tcPr>
          <w:p>
            <w:r>
              <w:t>149</w:t>
            </w:r>
          </w:p>
        </w:tc>
        <w:tc>
          <w:tcPr>
            <w:tcW w:type="dxa" w:w="617"/>
          </w:tcPr>
          <w:p>
            <w:r>
              <w:t>648</w:t>
            </w:r>
          </w:p>
        </w:tc>
        <w:tc>
          <w:tcPr>
            <w:tcW w:type="dxa" w:w="617"/>
          </w:tcPr>
          <w:p>
            <w:r>
              <w:t>272</w:t>
            </w:r>
          </w:p>
        </w:tc>
        <w:tc>
          <w:tcPr>
            <w:tcW w:type="dxa" w:w="617"/>
          </w:tcPr>
          <w:p>
            <w:r>
              <w:t>313</w:t>
            </w:r>
          </w:p>
        </w:tc>
        <w:tc>
          <w:tcPr>
            <w:tcW w:type="dxa" w:w="617"/>
          </w:tcPr>
          <w:p>
            <w:r>
              <w:t>399</w:t>
            </w:r>
          </w:p>
        </w:tc>
        <w:tc>
          <w:tcPr>
            <w:tcW w:type="dxa" w:w="617"/>
          </w:tcPr>
          <w:p>
            <w:r>
              <w:t>360</w:t>
            </w:r>
          </w:p>
        </w:tc>
        <w:tc>
          <w:tcPr>
            <w:tcW w:type="dxa" w:w="617"/>
          </w:tcPr>
          <w:p>
            <w:r>
              <w:t>464</w:t>
            </w:r>
          </w:p>
        </w:tc>
        <w:tc>
          <w:tcPr>
            <w:tcW w:type="dxa" w:w="617"/>
          </w:tcPr>
          <w:p>
            <w:r>
              <w:t>462</w:t>
            </w:r>
          </w:p>
        </w:tc>
        <w:tc>
          <w:tcPr>
            <w:tcW w:type="dxa" w:w="617"/>
          </w:tcPr>
          <w:p>
            <w:r>
              <w:t>-1</w:t>
            </w:r>
          </w:p>
        </w:tc>
        <w:tc>
          <w:tcPr>
            <w:tcW w:type="dxa" w:w="617"/>
          </w:tcPr>
          <w:p>
            <w:r>
              <w:t>-0.4%</w:t>
            </w:r>
          </w:p>
        </w:tc>
      </w:tr>
      <w:tr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KH0071</w:t>
            </w:r>
          </w:p>
        </w:tc>
        <w:tc>
          <w:tcPr>
            <w:tcW w:type="dxa" w:w="617"/>
          </w:tcPr>
          <w:p>
            <w:r>
              <w:t>CÔNG TY CỔ PHẦN KỸ NGHỆ GỖ TIẾN ĐẠT</w:t>
            </w:r>
          </w:p>
        </w:tc>
        <w:tc>
          <w:tcPr>
            <w:tcW w:type="dxa" w:w="617"/>
          </w:tcPr>
          <w:p>
            <w:r>
              <w:t>621</w:t>
            </w:r>
          </w:p>
        </w:tc>
        <w:tc>
          <w:tcPr>
            <w:tcW w:type="dxa" w:w="617"/>
          </w:tcPr>
          <w:p>
            <w:r>
              <w:t>227</w:t>
            </w:r>
          </w:p>
        </w:tc>
        <w:tc>
          <w:tcPr>
            <w:tcW w:type="dxa" w:w="617"/>
          </w:tcPr>
          <w:p>
            <w:r>
              <w:t>430</w:t>
            </w:r>
          </w:p>
        </w:tc>
        <w:tc>
          <w:tcPr>
            <w:tcW w:type="dxa" w:w="617"/>
          </w:tcPr>
          <w:p>
            <w:r>
              <w:t>265</w:t>
            </w:r>
          </w:p>
        </w:tc>
        <w:tc>
          <w:tcPr>
            <w:tcW w:type="dxa" w:w="617"/>
          </w:tcPr>
          <w:p>
            <w:r>
              <w:t>367</w:t>
            </w:r>
          </w:p>
        </w:tc>
        <w:tc>
          <w:tcPr>
            <w:tcW w:type="dxa" w:w="617"/>
          </w:tcPr>
          <w:p>
            <w:r>
              <w:t>655</w:t>
            </w:r>
          </w:p>
        </w:tc>
        <w:tc>
          <w:tcPr>
            <w:tcW w:type="dxa" w:w="617"/>
          </w:tcPr>
          <w:p>
            <w:r>
              <w:t>242</w:t>
            </w:r>
          </w:p>
        </w:tc>
        <w:tc>
          <w:tcPr>
            <w:tcW w:type="dxa" w:w="617"/>
          </w:tcPr>
          <w:p>
            <w:r>
              <w:t>378</w:t>
            </w:r>
          </w:p>
        </w:tc>
        <w:tc>
          <w:tcPr>
            <w:tcW w:type="dxa" w:w="617"/>
          </w:tcPr>
          <w:p>
            <w:r>
              <w:t>451</w:t>
            </w:r>
          </w:p>
        </w:tc>
        <w:tc>
          <w:tcPr>
            <w:tcW w:type="dxa" w:w="617"/>
          </w:tcPr>
          <w:p>
            <w:r>
              <w:t>+73</w:t>
            </w:r>
          </w:p>
        </w:tc>
        <w:tc>
          <w:tcPr>
            <w:tcW w:type="dxa" w:w="617"/>
          </w:tcPr>
          <w:p>
            <w:r>
              <w:t>+19.5%</w:t>
            </w:r>
          </w:p>
        </w:tc>
      </w:tr>
      <w:tr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KH0197</w:t>
            </w:r>
          </w:p>
        </w:tc>
        <w:tc>
          <w:tcPr>
            <w:tcW w:type="dxa" w:w="617"/>
          </w:tcPr>
          <w:p>
            <w:r>
              <w:t>CÔNG TY TNHH BẢO HƯNG</w:t>
            </w:r>
          </w:p>
        </w:tc>
        <w:tc>
          <w:tcPr>
            <w:tcW w:type="dxa" w:w="617"/>
          </w:tcPr>
          <w:p>
            <w:r>
              <w:t>328</w:t>
            </w:r>
          </w:p>
        </w:tc>
        <w:tc>
          <w:tcPr>
            <w:tcW w:type="dxa" w:w="617"/>
          </w:tcPr>
          <w:p>
            <w:r>
              <w:t>189</w:t>
            </w:r>
          </w:p>
        </w:tc>
        <w:tc>
          <w:tcPr>
            <w:tcW w:type="dxa" w:w="617"/>
          </w:tcPr>
          <w:p>
            <w:r>
              <w:t>415</w:t>
            </w:r>
          </w:p>
        </w:tc>
        <w:tc>
          <w:tcPr>
            <w:tcW w:type="dxa" w:w="617"/>
          </w:tcPr>
          <w:p>
            <w:r>
              <w:t>278</w:t>
            </w:r>
          </w:p>
        </w:tc>
        <w:tc>
          <w:tcPr>
            <w:tcW w:type="dxa" w:w="617"/>
          </w:tcPr>
          <w:p>
            <w:r>
              <w:t>325</w:t>
            </w:r>
          </w:p>
        </w:tc>
        <w:tc>
          <w:tcPr>
            <w:tcW w:type="dxa" w:w="617"/>
          </w:tcPr>
          <w:p>
            <w:r>
              <w:t>365</w:t>
            </w:r>
          </w:p>
        </w:tc>
        <w:tc>
          <w:tcPr>
            <w:tcW w:type="dxa" w:w="617"/>
          </w:tcPr>
          <w:p>
            <w:r>
              <w:t>391</w:t>
            </w:r>
          </w:p>
        </w:tc>
        <w:tc>
          <w:tcPr>
            <w:tcW w:type="dxa" w:w="617"/>
          </w:tcPr>
          <w:p>
            <w:r>
              <w:t>396</w:t>
            </w:r>
          </w:p>
        </w:tc>
        <w:tc>
          <w:tcPr>
            <w:tcW w:type="dxa" w:w="617"/>
          </w:tcPr>
          <w:p>
            <w:r>
              <w:t>448</w:t>
            </w:r>
          </w:p>
        </w:tc>
        <w:tc>
          <w:tcPr>
            <w:tcW w:type="dxa" w:w="617"/>
          </w:tcPr>
          <w:p>
            <w:r>
              <w:t>+52</w:t>
            </w:r>
          </w:p>
        </w:tc>
        <w:tc>
          <w:tcPr>
            <w:tcW w:type="dxa" w:w="617"/>
          </w:tcPr>
          <w:p>
            <w:r>
              <w:t>+13.3%</w:t>
            </w:r>
          </w:p>
        </w:tc>
      </w:tr>
      <w:tr>
        <w:tc>
          <w:tcPr>
            <w:tcW w:type="dxa" w:w="617"/>
          </w:tcPr>
          <w:p>
            <w:r>
              <w:t>28</w:t>
            </w:r>
          </w:p>
        </w:tc>
        <w:tc>
          <w:tcPr>
            <w:tcW w:type="dxa" w:w="617"/>
          </w:tcPr>
          <w:p>
            <w:r>
              <w:t>KH1246</w:t>
            </w:r>
          </w:p>
        </w:tc>
        <w:tc>
          <w:tcPr>
            <w:tcW w:type="dxa" w:w="617"/>
          </w:tcPr>
          <w:p>
            <w:r>
              <w:t>CÔNG TY TRÁCH NHIỆM HỮU HẠN SẢN XUẤT THƯƠNG MẠI TÂM PHÚ</w:t>
            </w:r>
          </w:p>
        </w:tc>
        <w:tc>
          <w:tcPr>
            <w:tcW w:type="dxa" w:w="617"/>
          </w:tcPr>
          <w:p>
            <w:r>
              <w:t>36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55</w:t>
            </w:r>
          </w:p>
        </w:tc>
        <w:tc>
          <w:tcPr>
            <w:tcW w:type="dxa" w:w="617"/>
          </w:tcPr>
          <w:p>
            <w:r>
              <w:t>111</w:t>
            </w:r>
          </w:p>
        </w:tc>
        <w:tc>
          <w:tcPr>
            <w:tcW w:type="dxa" w:w="617"/>
          </w:tcPr>
          <w:p>
            <w:r>
              <w:t>29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211</w:t>
            </w:r>
          </w:p>
        </w:tc>
        <w:tc>
          <w:tcPr>
            <w:tcW w:type="dxa" w:w="617"/>
          </w:tcPr>
          <w:p>
            <w:r>
              <w:t>308</w:t>
            </w:r>
          </w:p>
        </w:tc>
        <w:tc>
          <w:tcPr>
            <w:tcW w:type="dxa" w:w="617"/>
          </w:tcPr>
          <w:p>
            <w:r>
              <w:t>446</w:t>
            </w:r>
          </w:p>
        </w:tc>
        <w:tc>
          <w:tcPr>
            <w:tcW w:type="dxa" w:w="617"/>
          </w:tcPr>
          <w:p>
            <w:r>
              <w:t>+138</w:t>
            </w:r>
          </w:p>
        </w:tc>
        <w:tc>
          <w:tcPr>
            <w:tcW w:type="dxa" w:w="617"/>
          </w:tcPr>
          <w:p>
            <w:r>
              <w:t>+44.9%</w:t>
            </w:r>
          </w:p>
        </w:tc>
      </w:tr>
      <w:tr>
        <w:tc>
          <w:tcPr>
            <w:tcW w:type="dxa" w:w="617"/>
          </w:tcPr>
          <w:p>
            <w:r>
              <w:t>29</w:t>
            </w:r>
          </w:p>
        </w:tc>
        <w:tc>
          <w:tcPr>
            <w:tcW w:type="dxa" w:w="617"/>
          </w:tcPr>
          <w:p>
            <w:r>
              <w:t>KH0797</w:t>
            </w:r>
          </w:p>
        </w:tc>
        <w:tc>
          <w:tcPr>
            <w:tcW w:type="dxa" w:w="617"/>
          </w:tcPr>
          <w:p>
            <w:r>
              <w:t>CÔNG TY CỔ PHẦN TẬP ĐOÀN KỸ NGHỆ GỖ TRƯỜNG THÀNH</w:t>
            </w:r>
          </w:p>
        </w:tc>
        <w:tc>
          <w:tcPr>
            <w:tcW w:type="dxa" w:w="617"/>
          </w:tcPr>
          <w:p>
            <w:r>
              <w:t>653</w:t>
            </w:r>
          </w:p>
        </w:tc>
        <w:tc>
          <w:tcPr>
            <w:tcW w:type="dxa" w:w="617"/>
          </w:tcPr>
          <w:p>
            <w:r>
              <w:t>101</w:t>
            </w:r>
          </w:p>
        </w:tc>
        <w:tc>
          <w:tcPr>
            <w:tcW w:type="dxa" w:w="617"/>
          </w:tcPr>
          <w:p>
            <w:r>
              <w:t>648</w:t>
            </w:r>
          </w:p>
        </w:tc>
        <w:tc>
          <w:tcPr>
            <w:tcW w:type="dxa" w:w="617"/>
          </w:tcPr>
          <w:p>
            <w:r>
              <w:t>646</w:t>
            </w:r>
          </w:p>
        </w:tc>
        <w:tc>
          <w:tcPr>
            <w:tcW w:type="dxa" w:w="617"/>
          </w:tcPr>
          <w:p>
            <w:r>
              <w:t>218</w:t>
            </w:r>
          </w:p>
        </w:tc>
        <w:tc>
          <w:tcPr>
            <w:tcW w:type="dxa" w:w="617"/>
          </w:tcPr>
          <w:p>
            <w:r>
              <w:t>642</w:t>
            </w:r>
          </w:p>
        </w:tc>
        <w:tc>
          <w:tcPr>
            <w:tcW w:type="dxa" w:w="617"/>
          </w:tcPr>
          <w:p>
            <w:r>
              <w:t>792</w:t>
            </w:r>
          </w:p>
        </w:tc>
        <w:tc>
          <w:tcPr>
            <w:tcW w:type="dxa" w:w="617"/>
          </w:tcPr>
          <w:p>
            <w:r>
              <w:t>634</w:t>
            </w:r>
          </w:p>
        </w:tc>
        <w:tc>
          <w:tcPr>
            <w:tcW w:type="dxa" w:w="617"/>
          </w:tcPr>
          <w:p>
            <w:r>
              <w:t>442</w:t>
            </w:r>
          </w:p>
        </w:tc>
        <w:tc>
          <w:tcPr>
            <w:tcW w:type="dxa" w:w="617"/>
          </w:tcPr>
          <w:p>
            <w:r>
              <w:t>-191</w:t>
            </w:r>
          </w:p>
        </w:tc>
        <w:tc>
          <w:tcPr>
            <w:tcW w:type="dxa" w:w="617"/>
          </w:tcPr>
          <w:p>
            <w:r>
              <w:t>-30.3%</w:t>
            </w:r>
          </w:p>
        </w:tc>
      </w:tr>
      <w:tr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KH0787</w:t>
            </w:r>
          </w:p>
        </w:tc>
        <w:tc>
          <w:tcPr>
            <w:tcW w:type="dxa" w:w="617"/>
          </w:tcPr>
          <w:p>
            <w:r>
              <w:t>CÔNG TY TNHH ĐỨC TOÀN</w:t>
            </w:r>
          </w:p>
        </w:tc>
        <w:tc>
          <w:tcPr>
            <w:tcW w:type="dxa" w:w="617"/>
          </w:tcPr>
          <w:p>
            <w:r>
              <w:t>235</w:t>
            </w:r>
          </w:p>
        </w:tc>
        <w:tc>
          <w:tcPr>
            <w:tcW w:type="dxa" w:w="617"/>
          </w:tcPr>
          <w:p>
            <w:r>
              <w:t>159</w:t>
            </w:r>
          </w:p>
        </w:tc>
        <w:tc>
          <w:tcPr>
            <w:tcW w:type="dxa" w:w="617"/>
          </w:tcPr>
          <w:p>
            <w:r>
              <w:t>107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443</w:t>
            </w:r>
          </w:p>
        </w:tc>
        <w:tc>
          <w:tcPr>
            <w:tcW w:type="dxa" w:w="617"/>
          </w:tcPr>
          <w:p>
            <w:r>
              <w:t>401</w:t>
            </w:r>
          </w:p>
        </w:tc>
        <w:tc>
          <w:tcPr>
            <w:tcW w:type="dxa" w:w="617"/>
          </w:tcPr>
          <w:p>
            <w:r>
              <w:t>-42</w:t>
            </w:r>
          </w:p>
        </w:tc>
        <w:tc>
          <w:tcPr>
            <w:tcW w:type="dxa" w:w="617"/>
          </w:tcPr>
          <w:p>
            <w:r>
              <w:t>-9.6%</w:t>
            </w:r>
          </w:p>
        </w:tc>
      </w:tr>
      <w:tr>
        <w:tc>
          <w:tcPr>
            <w:tcW w:type="dxa" w:w="617"/>
          </w:tcPr>
          <w:p>
            <w:r>
              <w:t>31</w:t>
            </w:r>
          </w:p>
        </w:tc>
        <w:tc>
          <w:tcPr>
            <w:tcW w:type="dxa" w:w="617"/>
          </w:tcPr>
          <w:p>
            <w:r>
              <w:t>KH1943</w:t>
            </w:r>
          </w:p>
        </w:tc>
        <w:tc>
          <w:tcPr>
            <w:tcW w:type="dxa" w:w="617"/>
          </w:tcPr>
          <w:p>
            <w:r>
              <w:t>CÔNG TY TNHH TÂN VIỆT TIẾN</w:t>
            </w:r>
          </w:p>
        </w:tc>
        <w:tc>
          <w:tcPr>
            <w:tcW w:type="dxa" w:w="617"/>
          </w:tcPr>
          <w:p>
            <w:r>
              <w:t>297</w:t>
            </w:r>
          </w:p>
        </w:tc>
        <w:tc>
          <w:tcPr>
            <w:tcW w:type="dxa" w:w="617"/>
          </w:tcPr>
          <w:p>
            <w:r>
              <w:t>168</w:t>
            </w:r>
          </w:p>
        </w:tc>
        <w:tc>
          <w:tcPr>
            <w:tcW w:type="dxa" w:w="617"/>
          </w:tcPr>
          <w:p>
            <w:r>
              <w:t>330</w:t>
            </w:r>
          </w:p>
        </w:tc>
        <w:tc>
          <w:tcPr>
            <w:tcW w:type="dxa" w:w="617"/>
          </w:tcPr>
          <w:p>
            <w:r>
              <w:t>382</w:t>
            </w:r>
          </w:p>
        </w:tc>
        <w:tc>
          <w:tcPr>
            <w:tcW w:type="dxa" w:w="617"/>
          </w:tcPr>
          <w:p>
            <w:r>
              <w:t>458</w:t>
            </w:r>
          </w:p>
        </w:tc>
        <w:tc>
          <w:tcPr>
            <w:tcW w:type="dxa" w:w="617"/>
          </w:tcPr>
          <w:p>
            <w:r>
              <w:t>502</w:t>
            </w:r>
          </w:p>
        </w:tc>
        <w:tc>
          <w:tcPr>
            <w:tcW w:type="dxa" w:w="617"/>
          </w:tcPr>
          <w:p>
            <w:r>
              <w:t>356</w:t>
            </w:r>
          </w:p>
        </w:tc>
        <w:tc>
          <w:tcPr>
            <w:tcW w:type="dxa" w:w="617"/>
          </w:tcPr>
          <w:p>
            <w:r>
              <w:t>328</w:t>
            </w:r>
          </w:p>
        </w:tc>
        <w:tc>
          <w:tcPr>
            <w:tcW w:type="dxa" w:w="617"/>
          </w:tcPr>
          <w:p>
            <w:r>
              <w:t>363</w:t>
            </w:r>
          </w:p>
        </w:tc>
        <w:tc>
          <w:tcPr>
            <w:tcW w:type="dxa" w:w="617"/>
          </w:tcPr>
          <w:p>
            <w:r>
              <w:t>+35</w:t>
            </w:r>
          </w:p>
        </w:tc>
        <w:tc>
          <w:tcPr>
            <w:tcW w:type="dxa" w:w="617"/>
          </w:tcPr>
          <w:p>
            <w:r>
              <w:t>+10.8%</w:t>
            </w:r>
          </w:p>
        </w:tc>
      </w:tr>
      <w:tr>
        <w:tc>
          <w:tcPr>
            <w:tcW w:type="dxa" w:w="617"/>
          </w:tcPr>
          <w:p>
            <w:r>
              <w:t>32</w:t>
            </w:r>
          </w:p>
        </w:tc>
        <w:tc>
          <w:tcPr>
            <w:tcW w:type="dxa" w:w="617"/>
          </w:tcPr>
          <w:p>
            <w:r>
              <w:t>KH0317</w:t>
            </w:r>
          </w:p>
        </w:tc>
        <w:tc>
          <w:tcPr>
            <w:tcW w:type="dxa" w:w="617"/>
          </w:tcPr>
          <w:p>
            <w:r>
              <w:t>CÔNG TY TNHH KIM VĨNH PHÚ</w:t>
            </w:r>
          </w:p>
        </w:tc>
        <w:tc>
          <w:tcPr>
            <w:tcW w:type="dxa" w:w="617"/>
          </w:tcPr>
          <w:p>
            <w:r>
              <w:t>335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220</w:t>
            </w:r>
          </w:p>
        </w:tc>
        <w:tc>
          <w:tcPr>
            <w:tcW w:type="dxa" w:w="617"/>
          </w:tcPr>
          <w:p>
            <w:r>
              <w:t>220</w:t>
            </w:r>
          </w:p>
        </w:tc>
        <w:tc>
          <w:tcPr>
            <w:tcW w:type="dxa" w:w="617"/>
          </w:tcPr>
          <w:p>
            <w:r>
              <w:t>189</w:t>
            </w:r>
          </w:p>
        </w:tc>
        <w:tc>
          <w:tcPr>
            <w:tcW w:type="dxa" w:w="617"/>
          </w:tcPr>
          <w:p>
            <w:r>
              <w:t>259</w:t>
            </w:r>
          </w:p>
        </w:tc>
        <w:tc>
          <w:tcPr>
            <w:tcW w:type="dxa" w:w="617"/>
          </w:tcPr>
          <w:p>
            <w:r>
              <w:t>265</w:t>
            </w:r>
          </w:p>
        </w:tc>
        <w:tc>
          <w:tcPr>
            <w:tcW w:type="dxa" w:w="617"/>
          </w:tcPr>
          <w:p>
            <w:r>
              <w:t>181</w:t>
            </w:r>
          </w:p>
        </w:tc>
        <w:tc>
          <w:tcPr>
            <w:tcW w:type="dxa" w:w="617"/>
          </w:tcPr>
          <w:p>
            <w:r>
              <w:t>334</w:t>
            </w:r>
          </w:p>
        </w:tc>
        <w:tc>
          <w:tcPr>
            <w:tcW w:type="dxa" w:w="617"/>
          </w:tcPr>
          <w:p>
            <w:r>
              <w:t>+153</w:t>
            </w:r>
          </w:p>
        </w:tc>
        <w:tc>
          <w:tcPr>
            <w:tcW w:type="dxa" w:w="617"/>
          </w:tcPr>
          <w:p>
            <w:r>
              <w:t>+84.5%</w:t>
            </w:r>
          </w:p>
        </w:tc>
      </w:tr>
      <w:tr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KH1099</w:t>
            </w:r>
          </w:p>
        </w:tc>
        <w:tc>
          <w:tcPr>
            <w:tcW w:type="dxa" w:w="617"/>
          </w:tcPr>
          <w:p>
            <w:r>
              <w:t>CÔNG TY TNHH HOÀNG ANH QUY NHƠN</w:t>
            </w:r>
          </w:p>
        </w:tc>
        <w:tc>
          <w:tcPr>
            <w:tcW w:type="dxa" w:w="617"/>
          </w:tcPr>
          <w:p>
            <w:r>
              <w:t>256</w:t>
            </w:r>
          </w:p>
        </w:tc>
        <w:tc>
          <w:tcPr>
            <w:tcW w:type="dxa" w:w="617"/>
          </w:tcPr>
          <w:p>
            <w:r>
              <w:t>69</w:t>
            </w:r>
          </w:p>
        </w:tc>
        <w:tc>
          <w:tcPr>
            <w:tcW w:type="dxa" w:w="617"/>
          </w:tcPr>
          <w:p>
            <w:r>
              <w:t>226</w:t>
            </w:r>
          </w:p>
        </w:tc>
        <w:tc>
          <w:tcPr>
            <w:tcW w:type="dxa" w:w="617"/>
          </w:tcPr>
          <w:p>
            <w:r>
              <w:t>312</w:t>
            </w:r>
          </w:p>
        </w:tc>
        <w:tc>
          <w:tcPr>
            <w:tcW w:type="dxa" w:w="617"/>
          </w:tcPr>
          <w:p>
            <w:r>
              <w:t>238</w:t>
            </w:r>
          </w:p>
        </w:tc>
        <w:tc>
          <w:tcPr>
            <w:tcW w:type="dxa" w:w="617"/>
          </w:tcPr>
          <w:p>
            <w:r>
              <w:t>257</w:t>
            </w:r>
          </w:p>
        </w:tc>
        <w:tc>
          <w:tcPr>
            <w:tcW w:type="dxa" w:w="617"/>
          </w:tcPr>
          <w:p>
            <w:r>
              <w:t>198</w:t>
            </w:r>
          </w:p>
        </w:tc>
        <w:tc>
          <w:tcPr>
            <w:tcW w:type="dxa" w:w="617"/>
          </w:tcPr>
          <w:p>
            <w:r>
              <w:t>296</w:t>
            </w:r>
          </w:p>
        </w:tc>
        <w:tc>
          <w:tcPr>
            <w:tcW w:type="dxa" w:w="617"/>
          </w:tcPr>
          <w:p>
            <w:r>
              <w:t>324</w:t>
            </w:r>
          </w:p>
        </w:tc>
        <w:tc>
          <w:tcPr>
            <w:tcW w:type="dxa" w:w="617"/>
          </w:tcPr>
          <w:p>
            <w:r>
              <w:t>+27</w:t>
            </w:r>
          </w:p>
        </w:tc>
        <w:tc>
          <w:tcPr>
            <w:tcW w:type="dxa" w:w="617"/>
          </w:tcPr>
          <w:p>
            <w:r>
              <w:t>+9.4%</w:t>
            </w:r>
          </w:p>
        </w:tc>
      </w:tr>
      <w:tr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KH0054</w:t>
            </w:r>
          </w:p>
        </w:tc>
        <w:tc>
          <w:tcPr>
            <w:tcW w:type="dxa" w:w="617"/>
          </w:tcPr>
          <w:p>
            <w:r>
              <w:t>CÔNG TY CỔ PHẦN GỖ MINH DƯƠNG CHU LAI</w:t>
            </w:r>
          </w:p>
        </w:tc>
        <w:tc>
          <w:tcPr>
            <w:tcW w:type="dxa" w:w="617"/>
          </w:tcPr>
          <w:p>
            <w:r>
              <w:t>204</w:t>
            </w:r>
          </w:p>
        </w:tc>
        <w:tc>
          <w:tcPr>
            <w:tcW w:type="dxa" w:w="617"/>
          </w:tcPr>
          <w:p>
            <w:r>
              <w:t>100</w:t>
            </w:r>
          </w:p>
        </w:tc>
        <w:tc>
          <w:tcPr>
            <w:tcW w:type="dxa" w:w="617"/>
          </w:tcPr>
          <w:p>
            <w:r>
              <w:t>118</w:t>
            </w:r>
          </w:p>
        </w:tc>
        <w:tc>
          <w:tcPr>
            <w:tcW w:type="dxa" w:w="617"/>
          </w:tcPr>
          <w:p>
            <w:r>
              <w:t>169</w:t>
            </w:r>
          </w:p>
        </w:tc>
        <w:tc>
          <w:tcPr>
            <w:tcW w:type="dxa" w:w="617"/>
          </w:tcPr>
          <w:p>
            <w:r>
              <w:t>213</w:t>
            </w:r>
          </w:p>
        </w:tc>
        <w:tc>
          <w:tcPr>
            <w:tcW w:type="dxa" w:w="617"/>
          </w:tcPr>
          <w:p>
            <w:r>
              <w:t>349</w:t>
            </w:r>
          </w:p>
        </w:tc>
        <w:tc>
          <w:tcPr>
            <w:tcW w:type="dxa" w:w="617"/>
          </w:tcPr>
          <w:p>
            <w:r>
              <w:t>193</w:t>
            </w:r>
          </w:p>
        </w:tc>
        <w:tc>
          <w:tcPr>
            <w:tcW w:type="dxa" w:w="617"/>
          </w:tcPr>
          <w:p>
            <w:r>
              <w:t>278</w:t>
            </w:r>
          </w:p>
        </w:tc>
        <w:tc>
          <w:tcPr>
            <w:tcW w:type="dxa" w:w="617"/>
          </w:tcPr>
          <w:p>
            <w:r>
              <w:t>296</w:t>
            </w:r>
          </w:p>
        </w:tc>
        <w:tc>
          <w:tcPr>
            <w:tcW w:type="dxa" w:w="617"/>
          </w:tcPr>
          <w:p>
            <w:r>
              <w:t>+17</w:t>
            </w:r>
          </w:p>
        </w:tc>
        <w:tc>
          <w:tcPr>
            <w:tcW w:type="dxa" w:w="617"/>
          </w:tcPr>
          <w:p>
            <w:r>
              <w:t>+6.4%</w:t>
            </w:r>
          </w:p>
        </w:tc>
      </w:tr>
      <w:tr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KH0314</w:t>
            </w:r>
          </w:p>
        </w:tc>
        <w:tc>
          <w:tcPr>
            <w:tcW w:type="dxa" w:w="617"/>
          </w:tcPr>
          <w:p>
            <w:r>
              <w:t>CÔNG TY TNHH KIM PHONG</w:t>
            </w:r>
          </w:p>
        </w:tc>
        <w:tc>
          <w:tcPr>
            <w:tcW w:type="dxa" w:w="617"/>
          </w:tcPr>
          <w:p>
            <w:r>
              <w:t>487</w:t>
            </w:r>
          </w:p>
        </w:tc>
        <w:tc>
          <w:tcPr>
            <w:tcW w:type="dxa" w:w="617"/>
          </w:tcPr>
          <w:p>
            <w:r>
              <w:t>239</w:t>
            </w:r>
          </w:p>
        </w:tc>
        <w:tc>
          <w:tcPr>
            <w:tcW w:type="dxa" w:w="617"/>
          </w:tcPr>
          <w:p>
            <w:r>
              <w:t>310</w:t>
            </w:r>
          </w:p>
        </w:tc>
        <w:tc>
          <w:tcPr>
            <w:tcW w:type="dxa" w:w="617"/>
          </w:tcPr>
          <w:p>
            <w:r>
              <w:t>641</w:t>
            </w:r>
          </w:p>
        </w:tc>
        <w:tc>
          <w:tcPr>
            <w:tcW w:type="dxa" w:w="617"/>
          </w:tcPr>
          <w:p>
            <w:r>
              <w:t>911</w:t>
            </w:r>
          </w:p>
        </w:tc>
        <w:tc>
          <w:tcPr>
            <w:tcW w:type="dxa" w:w="617"/>
          </w:tcPr>
          <w:p>
            <w:r>
              <w:t>743</w:t>
            </w:r>
          </w:p>
        </w:tc>
        <w:tc>
          <w:tcPr>
            <w:tcW w:type="dxa" w:w="617"/>
          </w:tcPr>
          <w:p>
            <w:r>
              <w:t>880</w:t>
            </w:r>
          </w:p>
        </w:tc>
        <w:tc>
          <w:tcPr>
            <w:tcW w:type="dxa" w:w="617"/>
          </w:tcPr>
          <w:p>
            <w:r>
              <w:t>197</w:t>
            </w:r>
          </w:p>
        </w:tc>
        <w:tc>
          <w:tcPr>
            <w:tcW w:type="dxa" w:w="617"/>
          </w:tcPr>
          <w:p>
            <w:r>
              <w:t>294</w:t>
            </w:r>
          </w:p>
        </w:tc>
        <w:tc>
          <w:tcPr>
            <w:tcW w:type="dxa" w:w="617"/>
          </w:tcPr>
          <w:p>
            <w:r>
              <w:t>+96</w:t>
            </w:r>
          </w:p>
        </w:tc>
        <w:tc>
          <w:tcPr>
            <w:tcW w:type="dxa" w:w="617"/>
          </w:tcPr>
          <w:p>
            <w:r>
              <w:t>+49.1%</w:t>
            </w:r>
          </w:p>
        </w:tc>
      </w:tr>
      <w:tr>
        <w:tc>
          <w:tcPr>
            <w:tcW w:type="dxa" w:w="617"/>
          </w:tcPr>
          <w:p>
            <w:r>
              <w:t>36</w:t>
            </w:r>
          </w:p>
        </w:tc>
        <w:tc>
          <w:tcPr>
            <w:tcW w:type="dxa" w:w="617"/>
          </w:tcPr>
          <w:p>
            <w:r>
              <w:t>KH1670</w:t>
            </w:r>
          </w:p>
        </w:tc>
        <w:tc>
          <w:tcPr>
            <w:tcW w:type="dxa" w:w="617"/>
          </w:tcPr>
          <w:p>
            <w:r>
              <w:t>CÔNG TY TNHH ĐỒ GỖ HỐ NAI M&amp;M</w:t>
            </w:r>
          </w:p>
        </w:tc>
        <w:tc>
          <w:tcPr>
            <w:tcW w:type="dxa" w:w="617"/>
          </w:tcPr>
          <w:p>
            <w:r>
              <w:t>565</w:t>
            </w:r>
          </w:p>
        </w:tc>
        <w:tc>
          <w:tcPr>
            <w:tcW w:type="dxa" w:w="617"/>
          </w:tcPr>
          <w:p>
            <w:r>
              <w:t>154</w:t>
            </w:r>
          </w:p>
        </w:tc>
        <w:tc>
          <w:tcPr>
            <w:tcW w:type="dxa" w:w="617"/>
          </w:tcPr>
          <w:p>
            <w:r>
              <w:t>452</w:t>
            </w:r>
          </w:p>
        </w:tc>
        <w:tc>
          <w:tcPr>
            <w:tcW w:type="dxa" w:w="617"/>
          </w:tcPr>
          <w:p>
            <w:r>
              <w:t>271</w:t>
            </w:r>
          </w:p>
        </w:tc>
        <w:tc>
          <w:tcPr>
            <w:tcW w:type="dxa" w:w="617"/>
          </w:tcPr>
          <w:p>
            <w:r>
              <w:t>421</w:t>
            </w:r>
          </w:p>
        </w:tc>
        <w:tc>
          <w:tcPr>
            <w:tcW w:type="dxa" w:w="617"/>
          </w:tcPr>
          <w:p>
            <w:r>
              <w:t>412</w:t>
            </w:r>
          </w:p>
        </w:tc>
        <w:tc>
          <w:tcPr>
            <w:tcW w:type="dxa" w:w="617"/>
          </w:tcPr>
          <w:p>
            <w:r>
              <w:t>394</w:t>
            </w:r>
          </w:p>
        </w:tc>
        <w:tc>
          <w:tcPr>
            <w:tcW w:type="dxa" w:w="617"/>
          </w:tcPr>
          <w:p>
            <w:r>
              <w:t>325</w:t>
            </w:r>
          </w:p>
        </w:tc>
        <w:tc>
          <w:tcPr>
            <w:tcW w:type="dxa" w:w="617"/>
          </w:tcPr>
          <w:p>
            <w:r>
              <w:t>284</w:t>
            </w:r>
          </w:p>
        </w:tc>
        <w:tc>
          <w:tcPr>
            <w:tcW w:type="dxa" w:w="617"/>
          </w:tcPr>
          <w:p>
            <w:r>
              <w:t>-40</w:t>
            </w:r>
          </w:p>
        </w:tc>
        <w:tc>
          <w:tcPr>
            <w:tcW w:type="dxa" w:w="617"/>
          </w:tcPr>
          <w:p>
            <w:r>
              <w:t>-12.4%</w:t>
            </w:r>
          </w:p>
        </w:tc>
      </w:tr>
      <w:tr>
        <w:tc>
          <w:tcPr>
            <w:tcW w:type="dxa" w:w="617"/>
          </w:tcPr>
          <w:p>
            <w:r>
              <w:t>37</w:t>
            </w:r>
          </w:p>
        </w:tc>
        <w:tc>
          <w:tcPr>
            <w:tcW w:type="dxa" w:w="617"/>
          </w:tcPr>
          <w:p>
            <w:r>
              <w:t>KH0157</w:t>
            </w:r>
          </w:p>
        </w:tc>
        <w:tc>
          <w:tcPr>
            <w:tcW w:type="dxa" w:w="617"/>
          </w:tcPr>
          <w:p>
            <w:r>
              <w:t>CÔNG TY CỔ PHẦN THƯƠNG MẠI DỊCH VỤ ĐẤT MỚI</w:t>
            </w:r>
          </w:p>
        </w:tc>
        <w:tc>
          <w:tcPr>
            <w:tcW w:type="dxa" w:w="617"/>
          </w:tcPr>
          <w:p>
            <w:r>
              <w:t>474</w:t>
            </w:r>
          </w:p>
        </w:tc>
        <w:tc>
          <w:tcPr>
            <w:tcW w:type="dxa" w:w="617"/>
          </w:tcPr>
          <w:p>
            <w:r>
              <w:t>265</w:t>
            </w:r>
          </w:p>
        </w:tc>
        <w:tc>
          <w:tcPr>
            <w:tcW w:type="dxa" w:w="617"/>
          </w:tcPr>
          <w:p>
            <w:r>
              <w:t>371</w:t>
            </w:r>
          </w:p>
        </w:tc>
        <w:tc>
          <w:tcPr>
            <w:tcW w:type="dxa" w:w="617"/>
          </w:tcPr>
          <w:p>
            <w:r>
              <w:t>319</w:t>
            </w:r>
          </w:p>
        </w:tc>
        <w:tc>
          <w:tcPr>
            <w:tcW w:type="dxa" w:w="617"/>
          </w:tcPr>
          <w:p>
            <w:r>
              <w:t>289</w:t>
            </w:r>
          </w:p>
        </w:tc>
        <w:tc>
          <w:tcPr>
            <w:tcW w:type="dxa" w:w="617"/>
          </w:tcPr>
          <w:p>
            <w:r>
              <w:t>405</w:t>
            </w:r>
          </w:p>
        </w:tc>
        <w:tc>
          <w:tcPr>
            <w:tcW w:type="dxa" w:w="617"/>
          </w:tcPr>
          <w:p>
            <w:r>
              <w:t>309</w:t>
            </w:r>
          </w:p>
        </w:tc>
        <w:tc>
          <w:tcPr>
            <w:tcW w:type="dxa" w:w="617"/>
          </w:tcPr>
          <w:p>
            <w:r>
              <w:t>377</w:t>
            </w:r>
          </w:p>
        </w:tc>
        <w:tc>
          <w:tcPr>
            <w:tcW w:type="dxa" w:w="617"/>
          </w:tcPr>
          <w:p>
            <w:r>
              <w:t>281</w:t>
            </w:r>
          </w:p>
        </w:tc>
        <w:tc>
          <w:tcPr>
            <w:tcW w:type="dxa" w:w="617"/>
          </w:tcPr>
          <w:p>
            <w:r>
              <w:t>-96</w:t>
            </w:r>
          </w:p>
        </w:tc>
        <w:tc>
          <w:tcPr>
            <w:tcW w:type="dxa" w:w="617"/>
          </w:tcPr>
          <w:p>
            <w:r>
              <w:t>-25.5%</w:t>
            </w:r>
          </w:p>
        </w:tc>
      </w:tr>
      <w:tr>
        <w:tc>
          <w:tcPr>
            <w:tcW w:type="dxa" w:w="617"/>
          </w:tcPr>
          <w:p>
            <w:r>
              <w:t>38</w:t>
            </w:r>
          </w:p>
        </w:tc>
        <w:tc>
          <w:tcPr>
            <w:tcW w:type="dxa" w:w="617"/>
          </w:tcPr>
          <w:p>
            <w:r>
              <w:t>KH1795</w:t>
            </w:r>
          </w:p>
        </w:tc>
        <w:tc>
          <w:tcPr>
            <w:tcW w:type="dxa" w:w="617"/>
          </w:tcPr>
          <w:p>
            <w:r>
              <w:t>CÔNG TY TNHH KHAI THÁC VÀ CHẾ BIẾN GỖ VŨ HOÀNG PHÁT</w:t>
            </w:r>
          </w:p>
        </w:tc>
        <w:tc>
          <w:tcPr>
            <w:tcW w:type="dxa" w:w="617"/>
          </w:tcPr>
          <w:p>
            <w:r>
              <w:t>135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180</w:t>
            </w:r>
          </w:p>
        </w:tc>
        <w:tc>
          <w:tcPr>
            <w:tcW w:type="dxa" w:w="617"/>
          </w:tcPr>
          <w:p>
            <w:r>
              <w:t>201</w:t>
            </w:r>
          </w:p>
        </w:tc>
        <w:tc>
          <w:tcPr>
            <w:tcW w:type="dxa" w:w="617"/>
          </w:tcPr>
          <w:p>
            <w:r>
              <w:t>80</w:t>
            </w:r>
          </w:p>
        </w:tc>
        <w:tc>
          <w:tcPr>
            <w:tcW w:type="dxa" w:w="617"/>
          </w:tcPr>
          <w:p>
            <w:r>
              <w:t>156</w:t>
            </w:r>
          </w:p>
        </w:tc>
        <w:tc>
          <w:tcPr>
            <w:tcW w:type="dxa" w:w="617"/>
          </w:tcPr>
          <w:p>
            <w:r>
              <w:t>154</w:t>
            </w:r>
          </w:p>
        </w:tc>
        <w:tc>
          <w:tcPr>
            <w:tcW w:type="dxa" w:w="617"/>
          </w:tcPr>
          <w:p>
            <w:r>
              <w:t>145</w:t>
            </w:r>
          </w:p>
        </w:tc>
        <w:tc>
          <w:tcPr>
            <w:tcW w:type="dxa" w:w="617"/>
          </w:tcPr>
          <w:p>
            <w:r>
              <w:t>267</w:t>
            </w:r>
          </w:p>
        </w:tc>
        <w:tc>
          <w:tcPr>
            <w:tcW w:type="dxa" w:w="617"/>
          </w:tcPr>
          <w:p>
            <w:r>
              <w:t>+121</w:t>
            </w:r>
          </w:p>
        </w:tc>
        <w:tc>
          <w:tcPr>
            <w:tcW w:type="dxa" w:w="617"/>
          </w:tcPr>
          <w:p>
            <w:r>
              <w:t>+83.4%</w:t>
            </w:r>
          </w:p>
        </w:tc>
      </w:tr>
      <w:tr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KH0503</w:t>
            </w:r>
          </w:p>
        </w:tc>
        <w:tc>
          <w:tcPr>
            <w:tcW w:type="dxa" w:w="617"/>
          </w:tcPr>
          <w:p>
            <w:r>
              <w:t>CÔNG TY TNHH SCANSIA PACIFIC</w:t>
            </w:r>
          </w:p>
        </w:tc>
        <w:tc>
          <w:tcPr>
            <w:tcW w:type="dxa" w:w="617"/>
          </w:tcPr>
          <w:p>
            <w:r>
              <w:t>59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129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109</w:t>
            </w:r>
          </w:p>
        </w:tc>
        <w:tc>
          <w:tcPr>
            <w:tcW w:type="dxa" w:w="617"/>
          </w:tcPr>
          <w:p>
            <w:r>
              <w:t>267</w:t>
            </w:r>
          </w:p>
        </w:tc>
        <w:tc>
          <w:tcPr>
            <w:tcW w:type="dxa" w:w="617"/>
          </w:tcPr>
          <w:p>
            <w:r>
              <w:t>+157</w:t>
            </w:r>
          </w:p>
        </w:tc>
        <w:tc>
          <w:tcPr>
            <w:tcW w:type="dxa" w:w="617"/>
          </w:tcPr>
          <w:p>
            <w:r>
              <w:t>+143.4%</w:t>
            </w:r>
          </w:p>
        </w:tc>
      </w:tr>
      <w:tr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KH0243</w:t>
            </w:r>
          </w:p>
        </w:tc>
        <w:tc>
          <w:tcPr>
            <w:tcW w:type="dxa" w:w="617"/>
          </w:tcPr>
          <w:p>
            <w:r>
              <w:t>CÔNG TY TNHH FARM HOUSE</w:t>
            </w:r>
          </w:p>
        </w:tc>
        <w:tc>
          <w:tcPr>
            <w:tcW w:type="dxa" w:w="617"/>
          </w:tcPr>
          <w:p>
            <w:r>
              <w:t>145</w:t>
            </w:r>
          </w:p>
        </w:tc>
        <w:tc>
          <w:tcPr>
            <w:tcW w:type="dxa" w:w="617"/>
          </w:tcPr>
          <w:p>
            <w:r>
              <w:t>112</w:t>
            </w:r>
          </w:p>
        </w:tc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164</w:t>
            </w:r>
          </w:p>
        </w:tc>
        <w:tc>
          <w:tcPr>
            <w:tcW w:type="dxa" w:w="617"/>
          </w:tcPr>
          <w:p>
            <w:r>
              <w:t>106</w:t>
            </w:r>
          </w:p>
        </w:tc>
        <w:tc>
          <w:tcPr>
            <w:tcW w:type="dxa" w:w="617"/>
          </w:tcPr>
          <w:p>
            <w:r>
              <w:t>210</w:t>
            </w:r>
          </w:p>
        </w:tc>
        <w:tc>
          <w:tcPr>
            <w:tcW w:type="dxa" w:w="617"/>
          </w:tcPr>
          <w:p>
            <w:r>
              <w:t>144</w:t>
            </w:r>
          </w:p>
        </w:tc>
        <w:tc>
          <w:tcPr>
            <w:tcW w:type="dxa" w:w="617"/>
          </w:tcPr>
          <w:p>
            <w:r>
              <w:t>124</w:t>
            </w:r>
          </w:p>
        </w:tc>
        <w:tc>
          <w:tcPr>
            <w:tcW w:type="dxa" w:w="617"/>
          </w:tcPr>
          <w:p>
            <w:r>
              <w:t>264</w:t>
            </w:r>
          </w:p>
        </w:tc>
        <w:tc>
          <w:tcPr>
            <w:tcW w:type="dxa" w:w="617"/>
          </w:tcPr>
          <w:p>
            <w:r>
              <w:t>+140</w:t>
            </w:r>
          </w:p>
        </w:tc>
        <w:tc>
          <w:tcPr>
            <w:tcW w:type="dxa" w:w="617"/>
          </w:tcPr>
          <w:p>
            <w:r>
              <w:t>+113.6%</w:t>
            </w:r>
          </w:p>
        </w:tc>
      </w:tr>
      <w:tr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KH0949</w:t>
            </w:r>
          </w:p>
        </w:tc>
        <w:tc>
          <w:tcPr>
            <w:tcW w:type="dxa" w:w="617"/>
          </w:tcPr>
          <w:p>
            <w:r>
              <w:t>CÔNG TY TNHH MTV SX - TM - DV QUANG DŨNG</w:t>
            </w:r>
          </w:p>
        </w:tc>
        <w:tc>
          <w:tcPr>
            <w:tcW w:type="dxa" w:w="617"/>
          </w:tcPr>
          <w:p>
            <w:r>
              <w:t>123</w:t>
            </w:r>
          </w:p>
        </w:tc>
        <w:tc>
          <w:tcPr>
            <w:tcW w:type="dxa" w:w="617"/>
          </w:tcPr>
          <w:p>
            <w:r>
              <w:t>62</w:t>
            </w:r>
          </w:p>
        </w:tc>
        <w:tc>
          <w:tcPr>
            <w:tcW w:type="dxa" w:w="617"/>
          </w:tcPr>
          <w:p>
            <w:r>
              <w:t>55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168</w:t>
            </w:r>
          </w:p>
        </w:tc>
        <w:tc>
          <w:tcPr>
            <w:tcW w:type="dxa" w:w="617"/>
          </w:tcPr>
          <w:p>
            <w:r>
              <w:t>133</w:t>
            </w:r>
          </w:p>
        </w:tc>
        <w:tc>
          <w:tcPr>
            <w:tcW w:type="dxa" w:w="617"/>
          </w:tcPr>
          <w:p>
            <w:r>
              <w:t>125</w:t>
            </w:r>
          </w:p>
        </w:tc>
        <w:tc>
          <w:tcPr>
            <w:tcW w:type="dxa" w:w="617"/>
          </w:tcPr>
          <w:p>
            <w:r>
              <w:t>261</w:t>
            </w:r>
          </w:p>
        </w:tc>
        <w:tc>
          <w:tcPr>
            <w:tcW w:type="dxa" w:w="617"/>
          </w:tcPr>
          <w:p>
            <w:r>
              <w:t>+136</w:t>
            </w:r>
          </w:p>
        </w:tc>
        <w:tc>
          <w:tcPr>
            <w:tcW w:type="dxa" w:w="617"/>
          </w:tcPr>
          <w:p>
            <w:r>
              <w:t>+108.8%</w:t>
            </w:r>
          </w:p>
        </w:tc>
      </w:tr>
      <w:tr>
        <w:tc>
          <w:tcPr>
            <w:tcW w:type="dxa" w:w="617"/>
          </w:tcPr>
          <w:p>
            <w:r>
              <w:t>42</w:t>
            </w:r>
          </w:p>
        </w:tc>
        <w:tc>
          <w:tcPr>
            <w:tcW w:type="dxa" w:w="617"/>
          </w:tcPr>
          <w:p>
            <w:r>
              <w:t>KH2126</w:t>
            </w:r>
          </w:p>
        </w:tc>
        <w:tc>
          <w:tcPr>
            <w:tcW w:type="dxa" w:w="617"/>
          </w:tcPr>
          <w:p>
            <w:r>
              <w:t>CÔNG TY CỔ PHẦN TÂN TIẾN ĐỒNG NAI</w:t>
            </w:r>
          </w:p>
        </w:tc>
        <w:tc>
          <w:tcPr>
            <w:tcW w:type="dxa" w:w="617"/>
          </w:tcPr>
          <w:p>
            <w:r>
              <w:t>199</w:t>
            </w:r>
          </w:p>
        </w:tc>
        <w:tc>
          <w:tcPr>
            <w:tcW w:type="dxa" w:w="617"/>
          </w:tcPr>
          <w:p>
            <w:r>
              <w:t>115</w:t>
            </w:r>
          </w:p>
        </w:tc>
        <w:tc>
          <w:tcPr>
            <w:tcW w:type="dxa" w:w="617"/>
          </w:tcPr>
          <w:p>
            <w:r>
              <w:t>178</w:t>
            </w:r>
          </w:p>
        </w:tc>
        <w:tc>
          <w:tcPr>
            <w:tcW w:type="dxa" w:w="617"/>
          </w:tcPr>
          <w:p>
            <w:r>
              <w:t>224</w:t>
            </w:r>
          </w:p>
        </w:tc>
        <w:tc>
          <w:tcPr>
            <w:tcW w:type="dxa" w:w="617"/>
          </w:tcPr>
          <w:p>
            <w:r>
              <w:t>189</w:t>
            </w:r>
          </w:p>
        </w:tc>
        <w:tc>
          <w:tcPr>
            <w:tcW w:type="dxa" w:w="617"/>
          </w:tcPr>
          <w:p>
            <w:r>
              <w:t>227</w:t>
            </w:r>
          </w:p>
        </w:tc>
        <w:tc>
          <w:tcPr>
            <w:tcW w:type="dxa" w:w="617"/>
          </w:tcPr>
          <w:p>
            <w:r>
              <w:t>157</w:t>
            </w:r>
          </w:p>
        </w:tc>
        <w:tc>
          <w:tcPr>
            <w:tcW w:type="dxa" w:w="617"/>
          </w:tcPr>
          <w:p>
            <w:r>
              <w:t>227</w:t>
            </w:r>
          </w:p>
        </w:tc>
        <w:tc>
          <w:tcPr>
            <w:tcW w:type="dxa" w:w="617"/>
          </w:tcPr>
          <w:p>
            <w:r>
              <w:t>260</w:t>
            </w:r>
          </w:p>
        </w:tc>
        <w:tc>
          <w:tcPr>
            <w:tcW w:type="dxa" w:w="617"/>
          </w:tcPr>
          <w:p>
            <w:r>
              <w:t>+33</w:t>
            </w:r>
          </w:p>
        </w:tc>
        <w:tc>
          <w:tcPr>
            <w:tcW w:type="dxa" w:w="617"/>
          </w:tcPr>
          <w:p>
            <w:r>
              <w:t>+14.6%</w:t>
            </w:r>
          </w:p>
        </w:tc>
      </w:tr>
      <w:tr>
        <w:tc>
          <w:tcPr>
            <w:tcW w:type="dxa" w:w="617"/>
          </w:tcPr>
          <w:p>
            <w:r>
              <w:t>43</w:t>
            </w:r>
          </w:p>
        </w:tc>
        <w:tc>
          <w:tcPr>
            <w:tcW w:type="dxa" w:w="617"/>
          </w:tcPr>
          <w:p>
            <w:r>
              <w:t>KH0380</w:t>
            </w:r>
          </w:p>
        </w:tc>
        <w:tc>
          <w:tcPr>
            <w:tcW w:type="dxa" w:w="617"/>
          </w:tcPr>
          <w:p>
            <w:r>
              <w:t>CÔNG TY TNHH MỘT THÀNH VIÊN 751</w:t>
            </w:r>
          </w:p>
        </w:tc>
        <w:tc>
          <w:tcPr>
            <w:tcW w:type="dxa" w:w="617"/>
          </w:tcPr>
          <w:p>
            <w:r>
              <w:t>342</w:t>
            </w:r>
          </w:p>
        </w:tc>
        <w:tc>
          <w:tcPr>
            <w:tcW w:type="dxa" w:w="617"/>
          </w:tcPr>
          <w:p>
            <w:r>
              <w:t>178</w:t>
            </w:r>
          </w:p>
        </w:tc>
        <w:tc>
          <w:tcPr>
            <w:tcW w:type="dxa" w:w="617"/>
          </w:tcPr>
          <w:p>
            <w:r>
              <w:t>283</w:t>
            </w:r>
          </w:p>
        </w:tc>
        <w:tc>
          <w:tcPr>
            <w:tcW w:type="dxa" w:w="617"/>
          </w:tcPr>
          <w:p>
            <w:r>
              <w:t>257</w:t>
            </w:r>
          </w:p>
        </w:tc>
        <w:tc>
          <w:tcPr>
            <w:tcW w:type="dxa" w:w="617"/>
          </w:tcPr>
          <w:p>
            <w:r>
              <w:t>257</w:t>
            </w:r>
          </w:p>
        </w:tc>
        <w:tc>
          <w:tcPr>
            <w:tcW w:type="dxa" w:w="617"/>
          </w:tcPr>
          <w:p>
            <w:r>
              <w:t>291</w:t>
            </w:r>
          </w:p>
        </w:tc>
        <w:tc>
          <w:tcPr>
            <w:tcW w:type="dxa" w:w="617"/>
          </w:tcPr>
          <w:p>
            <w:r>
              <w:t>240</w:t>
            </w:r>
          </w:p>
        </w:tc>
        <w:tc>
          <w:tcPr>
            <w:tcW w:type="dxa" w:w="617"/>
          </w:tcPr>
          <w:p>
            <w:r>
              <w:t>248</w:t>
            </w:r>
          </w:p>
        </w:tc>
        <w:tc>
          <w:tcPr>
            <w:tcW w:type="dxa" w:w="617"/>
          </w:tcPr>
          <w:p>
            <w:r>
              <w:t>251</w:t>
            </w:r>
          </w:p>
        </w:tc>
        <w:tc>
          <w:tcPr>
            <w:tcW w:type="dxa" w:w="617"/>
          </w:tcPr>
          <w:p>
            <w:r>
              <w:t>+3</w:t>
            </w:r>
          </w:p>
        </w:tc>
        <w:tc>
          <w:tcPr>
            <w:tcW w:type="dxa" w:w="617"/>
          </w:tcPr>
          <w:p>
            <w:r>
              <w:t>+1.3%</w:t>
            </w:r>
          </w:p>
        </w:tc>
      </w:tr>
      <w:tr>
        <w:tc>
          <w:tcPr>
            <w:tcW w:type="dxa" w:w="617"/>
          </w:tcPr>
          <w:p>
            <w:r>
              <w:t>44</w:t>
            </w:r>
          </w:p>
        </w:tc>
        <w:tc>
          <w:tcPr>
            <w:tcW w:type="dxa" w:w="617"/>
          </w:tcPr>
          <w:p>
            <w:r>
              <w:t>KH1786</w:t>
            </w:r>
          </w:p>
        </w:tc>
        <w:tc>
          <w:tcPr>
            <w:tcW w:type="dxa" w:w="617"/>
          </w:tcPr>
          <w:p>
            <w:r>
              <w:t>CÔNG TY TNHH PQ FURNITURE</w:t>
            </w:r>
          </w:p>
        </w:tc>
        <w:tc>
          <w:tcPr>
            <w:tcW w:type="dxa" w:w="617"/>
          </w:tcPr>
          <w:p>
            <w:r>
              <w:t>186</w:t>
            </w:r>
          </w:p>
        </w:tc>
        <w:tc>
          <w:tcPr>
            <w:tcW w:type="dxa" w:w="617"/>
          </w:tcPr>
          <w:p>
            <w:r>
              <w:t>168</w:t>
            </w:r>
          </w:p>
        </w:tc>
        <w:tc>
          <w:tcPr>
            <w:tcW w:type="dxa" w:w="617"/>
          </w:tcPr>
          <w:p>
            <w:r>
              <w:t>160</w:t>
            </w:r>
          </w:p>
        </w:tc>
        <w:tc>
          <w:tcPr>
            <w:tcW w:type="dxa" w:w="617"/>
          </w:tcPr>
          <w:p>
            <w:r>
              <w:t>172</w:t>
            </w:r>
          </w:p>
        </w:tc>
        <w:tc>
          <w:tcPr>
            <w:tcW w:type="dxa" w:w="617"/>
          </w:tcPr>
          <w:p>
            <w:r>
              <w:t>132</w:t>
            </w:r>
          </w:p>
        </w:tc>
        <w:tc>
          <w:tcPr>
            <w:tcW w:type="dxa" w:w="617"/>
          </w:tcPr>
          <w:p>
            <w:r>
              <w:t>175</w:t>
            </w:r>
          </w:p>
        </w:tc>
        <w:tc>
          <w:tcPr>
            <w:tcW w:type="dxa" w:w="617"/>
          </w:tcPr>
          <w:p>
            <w:r>
              <w:t>186</w:t>
            </w:r>
          </w:p>
        </w:tc>
        <w:tc>
          <w:tcPr>
            <w:tcW w:type="dxa" w:w="617"/>
          </w:tcPr>
          <w:p>
            <w:r>
              <w:t>220</w:t>
            </w:r>
          </w:p>
        </w:tc>
        <w:tc>
          <w:tcPr>
            <w:tcW w:type="dxa" w:w="617"/>
          </w:tcPr>
          <w:p>
            <w:r>
              <w:t>246</w:t>
            </w:r>
          </w:p>
        </w:tc>
        <w:tc>
          <w:tcPr>
            <w:tcW w:type="dxa" w:w="617"/>
          </w:tcPr>
          <w:p>
            <w:r>
              <w:t>+25</w:t>
            </w:r>
          </w:p>
        </w:tc>
        <w:tc>
          <w:tcPr>
            <w:tcW w:type="dxa" w:w="617"/>
          </w:tcPr>
          <w:p>
            <w:r>
              <w:t>+11.7%</w:t>
            </w:r>
          </w:p>
        </w:tc>
      </w:tr>
      <w:tr>
        <w:tc>
          <w:tcPr>
            <w:tcW w:type="dxa" w:w="617"/>
          </w:tcPr>
          <w:p>
            <w:r>
              <w:t>45</w:t>
            </w:r>
          </w:p>
        </w:tc>
        <w:tc>
          <w:tcPr>
            <w:tcW w:type="dxa" w:w="617"/>
          </w:tcPr>
          <w:p>
            <w:r>
              <w:t>KH0001</w:t>
            </w:r>
          </w:p>
        </w:tc>
        <w:tc>
          <w:tcPr>
            <w:tcW w:type="dxa" w:w="617"/>
          </w:tcPr>
          <w:p>
            <w:r>
              <w:t>CÔNG TY TNHH THƯƠNG MẠI VÀ SẢN XUẤT ANH EM</w:t>
            </w:r>
          </w:p>
        </w:tc>
        <w:tc>
          <w:tcPr>
            <w:tcW w:type="dxa" w:w="617"/>
          </w:tcPr>
          <w:p>
            <w:r>
              <w:t>333</w:t>
            </w:r>
          </w:p>
        </w:tc>
        <w:tc>
          <w:tcPr>
            <w:tcW w:type="dxa" w:w="617"/>
          </w:tcPr>
          <w:p>
            <w:r>
              <w:t>62</w:t>
            </w:r>
          </w:p>
        </w:tc>
        <w:tc>
          <w:tcPr>
            <w:tcW w:type="dxa" w:w="617"/>
          </w:tcPr>
          <w:p>
            <w:r>
              <w:t>349</w:t>
            </w:r>
          </w:p>
        </w:tc>
        <w:tc>
          <w:tcPr>
            <w:tcW w:type="dxa" w:w="617"/>
          </w:tcPr>
          <w:p>
            <w:r>
              <w:t>354</w:t>
            </w:r>
          </w:p>
        </w:tc>
        <w:tc>
          <w:tcPr>
            <w:tcW w:type="dxa" w:w="617"/>
          </w:tcPr>
          <w:p>
            <w:r>
              <w:t>282</w:t>
            </w:r>
          </w:p>
        </w:tc>
        <w:tc>
          <w:tcPr>
            <w:tcW w:type="dxa" w:w="617"/>
          </w:tcPr>
          <w:p>
            <w:r>
              <w:t>284</w:t>
            </w:r>
          </w:p>
        </w:tc>
        <w:tc>
          <w:tcPr>
            <w:tcW w:type="dxa" w:w="617"/>
          </w:tcPr>
          <w:p>
            <w:r>
              <w:t>352</w:t>
            </w:r>
          </w:p>
        </w:tc>
        <w:tc>
          <w:tcPr>
            <w:tcW w:type="dxa" w:w="617"/>
          </w:tcPr>
          <w:p>
            <w:r>
              <w:t>330</w:t>
            </w:r>
          </w:p>
        </w:tc>
        <w:tc>
          <w:tcPr>
            <w:tcW w:type="dxa" w:w="617"/>
          </w:tcPr>
          <w:p>
            <w:r>
              <w:t>234</w:t>
            </w:r>
          </w:p>
        </w:tc>
        <w:tc>
          <w:tcPr>
            <w:tcW w:type="dxa" w:w="617"/>
          </w:tcPr>
          <w:p>
            <w:r>
              <w:t>-95</w:t>
            </w:r>
          </w:p>
        </w:tc>
        <w:tc>
          <w:tcPr>
            <w:tcW w:type="dxa" w:w="617"/>
          </w:tcPr>
          <w:p>
            <w:r>
              <w:t>-28.9%</w:t>
            </w:r>
          </w:p>
        </w:tc>
      </w:tr>
      <w:tr>
        <w:tc>
          <w:tcPr>
            <w:tcW w:type="dxa" w:w="617"/>
          </w:tcPr>
          <w:p>
            <w:r>
              <w:t>46</w:t>
            </w:r>
          </w:p>
        </w:tc>
        <w:tc>
          <w:tcPr>
            <w:tcW w:type="dxa" w:w="617"/>
          </w:tcPr>
          <w:p>
            <w:r>
              <w:t>KH0697</w:t>
            </w:r>
          </w:p>
        </w:tc>
        <w:tc>
          <w:tcPr>
            <w:tcW w:type="dxa" w:w="617"/>
          </w:tcPr>
          <w:p>
            <w:r>
              <w:t>CÔNG TY TNHH TRƯỜNG SƠN</w:t>
            </w:r>
          </w:p>
        </w:tc>
        <w:tc>
          <w:tcPr>
            <w:tcW w:type="dxa" w:w="617"/>
          </w:tcPr>
          <w:p>
            <w:r>
              <w:t>166</w:t>
            </w:r>
          </w:p>
        </w:tc>
        <w:tc>
          <w:tcPr>
            <w:tcW w:type="dxa" w:w="617"/>
          </w:tcPr>
          <w:p>
            <w:r>
              <w:t>122</w:t>
            </w:r>
          </w:p>
        </w:tc>
        <w:tc>
          <w:tcPr>
            <w:tcW w:type="dxa" w:w="617"/>
          </w:tcPr>
          <w:p>
            <w:r>
              <w:t>439</w:t>
            </w:r>
          </w:p>
        </w:tc>
        <w:tc>
          <w:tcPr>
            <w:tcW w:type="dxa" w:w="617"/>
          </w:tcPr>
          <w:p>
            <w:r>
              <w:t>58</w:t>
            </w:r>
          </w:p>
        </w:tc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194</w:t>
            </w:r>
          </w:p>
        </w:tc>
        <w:tc>
          <w:tcPr>
            <w:tcW w:type="dxa" w:w="617"/>
          </w:tcPr>
          <w:p>
            <w:r>
              <w:t>161</w:t>
            </w:r>
          </w:p>
        </w:tc>
        <w:tc>
          <w:tcPr>
            <w:tcW w:type="dxa" w:w="617"/>
          </w:tcPr>
          <w:p>
            <w:r>
              <w:t>232</w:t>
            </w:r>
          </w:p>
        </w:tc>
        <w:tc>
          <w:tcPr>
            <w:tcW w:type="dxa" w:w="617"/>
          </w:tcPr>
          <w:p>
            <w:r>
              <w:t>+70</w:t>
            </w:r>
          </w:p>
        </w:tc>
        <w:tc>
          <w:tcPr>
            <w:tcW w:type="dxa" w:w="617"/>
          </w:tcPr>
          <w:p>
            <w:r>
              <w:t>+43.7%</w:t>
            </w:r>
          </w:p>
        </w:tc>
      </w:tr>
      <w:tr>
        <w:tc>
          <w:tcPr>
            <w:tcW w:type="dxa" w:w="617"/>
          </w:tcPr>
          <w:p>
            <w:r>
              <w:t>47</w:t>
            </w:r>
          </w:p>
        </w:tc>
        <w:tc>
          <w:tcPr>
            <w:tcW w:type="dxa" w:w="617"/>
          </w:tcPr>
          <w:p>
            <w:r>
              <w:t>KH1882</w:t>
            </w:r>
          </w:p>
        </w:tc>
        <w:tc>
          <w:tcPr>
            <w:tcW w:type="dxa" w:w="617"/>
          </w:tcPr>
          <w:p>
            <w:r>
              <w:t>CÔNG TY TNHH XÂY DỰNG VÀ NỘI THẤT CAO CẤP ALLIANCE</w:t>
            </w:r>
          </w:p>
        </w:tc>
        <w:tc>
          <w:tcPr>
            <w:tcW w:type="dxa" w:w="617"/>
          </w:tcPr>
          <w:p>
            <w:r>
              <w:t>535</w:t>
            </w:r>
          </w:p>
        </w:tc>
        <w:tc>
          <w:tcPr>
            <w:tcW w:type="dxa" w:w="617"/>
          </w:tcPr>
          <w:p>
            <w:r>
              <w:t>165</w:t>
            </w:r>
          </w:p>
        </w:tc>
        <w:tc>
          <w:tcPr>
            <w:tcW w:type="dxa" w:w="617"/>
          </w:tcPr>
          <w:p>
            <w:r>
              <w:t>505</w:t>
            </w:r>
          </w:p>
        </w:tc>
        <w:tc>
          <w:tcPr>
            <w:tcW w:type="dxa" w:w="617"/>
          </w:tcPr>
          <w:p>
            <w:r>
              <w:t>445</w:t>
            </w:r>
          </w:p>
        </w:tc>
        <w:tc>
          <w:tcPr>
            <w:tcW w:type="dxa" w:w="617"/>
          </w:tcPr>
          <w:p>
            <w:r>
              <w:t>376</w:t>
            </w:r>
          </w:p>
        </w:tc>
        <w:tc>
          <w:tcPr>
            <w:tcW w:type="dxa" w:w="617"/>
          </w:tcPr>
          <w:p>
            <w:r>
              <w:t>397</w:t>
            </w:r>
          </w:p>
        </w:tc>
        <w:tc>
          <w:tcPr>
            <w:tcW w:type="dxa" w:w="617"/>
          </w:tcPr>
          <w:p>
            <w:r>
              <w:t>527</w:t>
            </w:r>
          </w:p>
        </w:tc>
        <w:tc>
          <w:tcPr>
            <w:tcW w:type="dxa" w:w="617"/>
          </w:tcPr>
          <w:p>
            <w:r>
              <w:t>328</w:t>
            </w:r>
          </w:p>
        </w:tc>
        <w:tc>
          <w:tcPr>
            <w:tcW w:type="dxa" w:w="617"/>
          </w:tcPr>
          <w:p>
            <w:r>
              <w:t>230</w:t>
            </w:r>
          </w:p>
        </w:tc>
        <w:tc>
          <w:tcPr>
            <w:tcW w:type="dxa" w:w="617"/>
          </w:tcPr>
          <w:p>
            <w:r>
              <w:t>-97</w:t>
            </w:r>
          </w:p>
        </w:tc>
        <w:tc>
          <w:tcPr>
            <w:tcW w:type="dxa" w:w="617"/>
          </w:tcPr>
          <w:p>
            <w:r>
              <w:t>-29.7%</w:t>
            </w:r>
          </w:p>
        </w:tc>
      </w:tr>
      <w:tr>
        <w:tc>
          <w:tcPr>
            <w:tcW w:type="dxa" w:w="617"/>
          </w:tcPr>
          <w:p>
            <w:r>
              <w:t>48</w:t>
            </w:r>
          </w:p>
        </w:tc>
        <w:tc>
          <w:tcPr>
            <w:tcW w:type="dxa" w:w="617"/>
          </w:tcPr>
          <w:p>
            <w:r>
              <w:t>KH1003</w:t>
            </w:r>
          </w:p>
        </w:tc>
        <w:tc>
          <w:tcPr>
            <w:tcW w:type="dxa" w:w="617"/>
          </w:tcPr>
          <w:p>
            <w:r>
              <w:t>CÔNG TY TNHH MỘT THÀNH VIÊN THANH KHUÊ</w:t>
            </w:r>
          </w:p>
        </w:tc>
        <w:tc>
          <w:tcPr>
            <w:tcW w:type="dxa" w:w="617"/>
          </w:tcPr>
          <w:p>
            <w:r>
              <w:t>193</w:t>
            </w:r>
          </w:p>
        </w:tc>
        <w:tc>
          <w:tcPr>
            <w:tcW w:type="dxa" w:w="617"/>
          </w:tcPr>
          <w:p>
            <w:r>
              <w:t>183</w:t>
            </w:r>
          </w:p>
        </w:tc>
        <w:tc>
          <w:tcPr>
            <w:tcW w:type="dxa" w:w="617"/>
          </w:tcPr>
          <w:p>
            <w:r>
              <w:t>216</w:t>
            </w:r>
          </w:p>
        </w:tc>
        <w:tc>
          <w:tcPr>
            <w:tcW w:type="dxa" w:w="617"/>
          </w:tcPr>
          <w:p>
            <w:r>
              <w:t>200</w:t>
            </w:r>
          </w:p>
        </w:tc>
        <w:tc>
          <w:tcPr>
            <w:tcW w:type="dxa" w:w="617"/>
          </w:tcPr>
          <w:p>
            <w:r>
              <w:t>274</w:t>
            </w:r>
          </w:p>
        </w:tc>
        <w:tc>
          <w:tcPr>
            <w:tcW w:type="dxa" w:w="617"/>
          </w:tcPr>
          <w:p>
            <w:r>
              <w:t>333</w:t>
            </w:r>
          </w:p>
        </w:tc>
        <w:tc>
          <w:tcPr>
            <w:tcW w:type="dxa" w:w="617"/>
          </w:tcPr>
          <w:p>
            <w:r>
              <w:t>329</w:t>
            </w:r>
          </w:p>
        </w:tc>
        <w:tc>
          <w:tcPr>
            <w:tcW w:type="dxa" w:w="617"/>
          </w:tcPr>
          <w:p>
            <w:r>
              <w:t>183</w:t>
            </w:r>
          </w:p>
        </w:tc>
        <w:tc>
          <w:tcPr>
            <w:tcW w:type="dxa" w:w="617"/>
          </w:tcPr>
          <w:p>
            <w:r>
              <w:t>225</w:t>
            </w:r>
          </w:p>
        </w:tc>
        <w:tc>
          <w:tcPr>
            <w:tcW w:type="dxa" w:w="617"/>
          </w:tcPr>
          <w:p>
            <w:r>
              <w:t>+42</w:t>
            </w:r>
          </w:p>
        </w:tc>
        <w:tc>
          <w:tcPr>
            <w:tcW w:type="dxa" w:w="617"/>
          </w:tcPr>
          <w:p>
            <w:r>
              <w:t>+23.0%</w:t>
            </w:r>
          </w:p>
        </w:tc>
      </w:tr>
      <w:tr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KH1946</w:t>
            </w:r>
          </w:p>
        </w:tc>
        <w:tc>
          <w:tcPr>
            <w:tcW w:type="dxa" w:w="617"/>
          </w:tcPr>
          <w:p>
            <w:r>
              <w:t>CÔNG TY TNHH GEUTHER VIỆT NAM</w:t>
            </w:r>
          </w:p>
        </w:tc>
        <w:tc>
          <w:tcPr>
            <w:tcW w:type="dxa" w:w="617"/>
          </w:tcPr>
          <w:p>
            <w:r>
              <w:t>186</w:t>
            </w:r>
          </w:p>
        </w:tc>
        <w:tc>
          <w:tcPr>
            <w:tcW w:type="dxa" w:w="617"/>
          </w:tcPr>
          <w:p>
            <w:r>
              <w:t>55</w:t>
            </w:r>
          </w:p>
        </w:tc>
        <w:tc>
          <w:tcPr>
            <w:tcW w:type="dxa" w:w="617"/>
          </w:tcPr>
          <w:p>
            <w:r>
              <w:t>123</w:t>
            </w:r>
          </w:p>
        </w:tc>
        <w:tc>
          <w:tcPr>
            <w:tcW w:type="dxa" w:w="617"/>
          </w:tcPr>
          <w:p>
            <w:r>
              <w:t>189</w:t>
            </w:r>
          </w:p>
        </w:tc>
        <w:tc>
          <w:tcPr>
            <w:tcW w:type="dxa" w:w="617"/>
          </w:tcPr>
          <w:p>
            <w:r>
              <w:t>161</w:t>
            </w:r>
          </w:p>
        </w:tc>
        <w:tc>
          <w:tcPr>
            <w:tcW w:type="dxa" w:w="617"/>
          </w:tcPr>
          <w:p>
            <w:r>
              <w:t>180</w:t>
            </w:r>
          </w:p>
        </w:tc>
        <w:tc>
          <w:tcPr>
            <w:tcW w:type="dxa" w:w="617"/>
          </w:tcPr>
          <w:p>
            <w:r>
              <w:t>173</w:t>
            </w:r>
          </w:p>
        </w:tc>
        <w:tc>
          <w:tcPr>
            <w:tcW w:type="dxa" w:w="617"/>
          </w:tcPr>
          <w:p>
            <w:r>
              <w:t>201</w:t>
            </w:r>
          </w:p>
        </w:tc>
        <w:tc>
          <w:tcPr>
            <w:tcW w:type="dxa" w:w="617"/>
          </w:tcPr>
          <w:p>
            <w:r>
              <w:t>220</w:t>
            </w:r>
          </w:p>
        </w:tc>
        <w:tc>
          <w:tcPr>
            <w:tcW w:type="dxa" w:w="617"/>
          </w:tcPr>
          <w:p>
            <w:r>
              <w:t>+18</w:t>
            </w:r>
          </w:p>
        </w:tc>
        <w:tc>
          <w:tcPr>
            <w:tcW w:type="dxa" w:w="617"/>
          </w:tcPr>
          <w:p>
            <w:r>
              <w:t>+9.1%</w:t>
            </w:r>
          </w:p>
        </w:tc>
      </w:tr>
      <w:tr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KH2199</w:t>
            </w:r>
          </w:p>
        </w:tc>
        <w:tc>
          <w:tcPr>
            <w:tcW w:type="dxa" w:w="617"/>
          </w:tcPr>
          <w:p>
            <w:r>
              <w:t>CÔNG TY CỔ PHẦN AN PHÁT CƯỜNG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71</w:t>
            </w:r>
          </w:p>
        </w:tc>
        <w:tc>
          <w:tcPr>
            <w:tcW w:type="dxa" w:w="617"/>
          </w:tcPr>
          <w:p>
            <w:r>
              <w:t>141</w:t>
            </w:r>
          </w:p>
        </w:tc>
        <w:tc>
          <w:tcPr>
            <w:tcW w:type="dxa" w:w="617"/>
          </w:tcPr>
          <w:p>
            <w:r>
              <w:t>154</w:t>
            </w:r>
          </w:p>
        </w:tc>
        <w:tc>
          <w:tcPr>
            <w:tcW w:type="dxa" w:w="617"/>
          </w:tcPr>
          <w:p>
            <w:r>
              <w:t>380</w:t>
            </w:r>
          </w:p>
        </w:tc>
        <w:tc>
          <w:tcPr>
            <w:tcW w:type="dxa" w:w="617"/>
          </w:tcPr>
          <w:p>
            <w:r>
              <w:t>216</w:t>
            </w:r>
          </w:p>
        </w:tc>
        <w:tc>
          <w:tcPr>
            <w:tcW w:type="dxa" w:w="617"/>
          </w:tcPr>
          <w:p>
            <w:r>
              <w:t>-164</w:t>
            </w:r>
          </w:p>
        </w:tc>
        <w:tc>
          <w:tcPr>
            <w:tcW w:type="dxa" w:w="617"/>
          </w:tcPr>
          <w:p>
            <w:r>
              <w:t>-43.2%</w:t>
            </w:r>
          </w:p>
        </w:tc>
      </w:tr>
      <w:tr>
        <w:tc>
          <w:tcPr>
            <w:tcW w:type="dxa" w:w="617"/>
          </w:tcPr>
          <w:p>
            <w:r>
              <w:t>51</w:t>
            </w:r>
          </w:p>
        </w:tc>
        <w:tc>
          <w:tcPr>
            <w:tcW w:type="dxa" w:w="617"/>
          </w:tcPr>
          <w:p>
            <w:r>
              <w:t>KH0269</w:t>
            </w:r>
          </w:p>
        </w:tc>
        <w:tc>
          <w:tcPr>
            <w:tcW w:type="dxa" w:w="617"/>
          </w:tcPr>
          <w:p>
            <w:r>
              <w:t>CÔNG TY TNHH GỖ VIỆT TÍN</w:t>
            </w:r>
          </w:p>
        </w:tc>
        <w:tc>
          <w:tcPr>
            <w:tcW w:type="dxa" w:w="617"/>
          </w:tcPr>
          <w:p>
            <w:r>
              <w:t>84</w:t>
            </w:r>
          </w:p>
        </w:tc>
        <w:tc>
          <w:tcPr>
            <w:tcW w:type="dxa" w:w="617"/>
          </w:tcPr>
          <w:p>
            <w:r>
              <w:t>63</w:t>
            </w:r>
          </w:p>
        </w:tc>
        <w:tc>
          <w:tcPr>
            <w:tcW w:type="dxa" w:w="617"/>
          </w:tcPr>
          <w:p>
            <w:r>
              <w:t>78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85</w:t>
            </w:r>
          </w:p>
        </w:tc>
        <w:tc>
          <w:tcPr>
            <w:tcW w:type="dxa" w:w="617"/>
          </w:tcPr>
          <w:p>
            <w:r>
              <w:t>85</w:t>
            </w:r>
          </w:p>
        </w:tc>
        <w:tc>
          <w:tcPr>
            <w:tcW w:type="dxa" w:w="617"/>
          </w:tcPr>
          <w:p>
            <w:r>
              <w:t>253</w:t>
            </w:r>
          </w:p>
        </w:tc>
        <w:tc>
          <w:tcPr>
            <w:tcW w:type="dxa" w:w="617"/>
          </w:tcPr>
          <w:p>
            <w:r>
              <w:t>225</w:t>
            </w:r>
          </w:p>
        </w:tc>
        <w:tc>
          <w:tcPr>
            <w:tcW w:type="dxa" w:w="617"/>
          </w:tcPr>
          <w:p>
            <w:r>
              <w:t>197</w:t>
            </w:r>
          </w:p>
        </w:tc>
        <w:tc>
          <w:tcPr>
            <w:tcW w:type="dxa" w:w="617"/>
          </w:tcPr>
          <w:p>
            <w:r>
              <w:t>-28</w:t>
            </w:r>
          </w:p>
        </w:tc>
        <w:tc>
          <w:tcPr>
            <w:tcW w:type="dxa" w:w="617"/>
          </w:tcPr>
          <w:p>
            <w:r>
              <w:t>-12.5%</w:t>
            </w:r>
          </w:p>
        </w:tc>
      </w:tr>
      <w:tr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KH1899</w:t>
            </w:r>
          </w:p>
        </w:tc>
        <w:tc>
          <w:tcPr>
            <w:tcW w:type="dxa" w:w="617"/>
          </w:tcPr>
          <w:p>
            <w:r>
              <w:t>CÔNG TY TNHH MTV GỖ PHÚ TÀI BÌNH ĐỊNH.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197</w:t>
            </w:r>
          </w:p>
        </w:tc>
        <w:tc>
          <w:tcPr>
            <w:tcW w:type="dxa" w:w="617"/>
          </w:tcPr>
          <w:p>
            <w:r>
              <w:t>383</w:t>
            </w:r>
          </w:p>
        </w:tc>
        <w:tc>
          <w:tcPr>
            <w:tcW w:type="dxa" w:w="617"/>
          </w:tcPr>
          <w:p>
            <w:r>
              <w:t>207</w:t>
            </w:r>
          </w:p>
        </w:tc>
        <w:tc>
          <w:tcPr>
            <w:tcW w:type="dxa" w:w="617"/>
          </w:tcPr>
          <w:p>
            <w:r>
              <w:t>197</w:t>
            </w:r>
          </w:p>
        </w:tc>
        <w:tc>
          <w:tcPr>
            <w:tcW w:type="dxa" w:w="617"/>
          </w:tcPr>
          <w:p>
            <w:r>
              <w:t>-9</w:t>
            </w:r>
          </w:p>
        </w:tc>
        <w:tc>
          <w:tcPr>
            <w:tcW w:type="dxa" w:w="617"/>
          </w:tcPr>
          <w:p>
            <w:r>
              <w:t>-4.8%</w:t>
            </w:r>
          </w:p>
        </w:tc>
      </w:tr>
      <w:tr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KH0525</w:t>
            </w:r>
          </w:p>
        </w:tc>
        <w:tc>
          <w:tcPr>
            <w:tcW w:type="dxa" w:w="617"/>
          </w:tcPr>
          <w:p>
            <w:r>
              <w:t>CÔNG TY TNHH SX - TM HÀNH MỸ</w:t>
            </w:r>
          </w:p>
        </w:tc>
        <w:tc>
          <w:tcPr>
            <w:tcW w:type="dxa" w:w="617"/>
          </w:tcPr>
          <w:p>
            <w:r>
              <w:t>455</w:t>
            </w:r>
          </w:p>
        </w:tc>
        <w:tc>
          <w:tcPr>
            <w:tcW w:type="dxa" w:w="617"/>
          </w:tcPr>
          <w:p>
            <w:r>
              <w:t>181</w:t>
            </w:r>
          </w:p>
        </w:tc>
        <w:tc>
          <w:tcPr>
            <w:tcW w:type="dxa" w:w="617"/>
          </w:tcPr>
          <w:p>
            <w:r>
              <w:t>163</w:t>
            </w:r>
          </w:p>
        </w:tc>
        <w:tc>
          <w:tcPr>
            <w:tcW w:type="dxa" w:w="617"/>
          </w:tcPr>
          <w:p>
            <w:r>
              <w:t>173</w:t>
            </w:r>
          </w:p>
        </w:tc>
        <w:tc>
          <w:tcPr>
            <w:tcW w:type="dxa" w:w="617"/>
          </w:tcPr>
          <w:p>
            <w:r>
              <w:t>192</w:t>
            </w:r>
          </w:p>
        </w:tc>
        <w:tc>
          <w:tcPr>
            <w:tcW w:type="dxa" w:w="617"/>
          </w:tcPr>
          <w:p>
            <w:r>
              <w:t>167</w:t>
            </w:r>
          </w:p>
        </w:tc>
        <w:tc>
          <w:tcPr>
            <w:tcW w:type="dxa" w:w="617"/>
          </w:tcPr>
          <w:p>
            <w:r>
              <w:t>121</w:t>
            </w:r>
          </w:p>
        </w:tc>
        <w:tc>
          <w:tcPr>
            <w:tcW w:type="dxa" w:w="617"/>
          </w:tcPr>
          <w:p>
            <w:r>
              <w:t>152</w:t>
            </w:r>
          </w:p>
        </w:tc>
        <w:tc>
          <w:tcPr>
            <w:tcW w:type="dxa" w:w="617"/>
          </w:tcPr>
          <w:p>
            <w:r>
              <w:t>191</w:t>
            </w:r>
          </w:p>
        </w:tc>
        <w:tc>
          <w:tcPr>
            <w:tcW w:type="dxa" w:w="617"/>
          </w:tcPr>
          <w:p>
            <w:r>
              <w:t>+39</w:t>
            </w:r>
          </w:p>
        </w:tc>
        <w:tc>
          <w:tcPr>
            <w:tcW w:type="dxa" w:w="617"/>
          </w:tcPr>
          <w:p>
            <w:r>
              <w:t>+25.6%</w:t>
            </w:r>
          </w:p>
        </w:tc>
      </w:tr>
      <w:tr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KH2009</w:t>
            </w:r>
          </w:p>
        </w:tc>
        <w:tc>
          <w:tcPr>
            <w:tcW w:type="dxa" w:w="617"/>
          </w:tcPr>
          <w:p>
            <w:r>
              <w:t>CÔNG TY CỔ PHẦN SẢN XUẤT THƯƠNG MẠI CHẾ BIẾN GỖ QUANG TRUNG</w:t>
            </w:r>
          </w:p>
        </w:tc>
        <w:tc>
          <w:tcPr>
            <w:tcW w:type="dxa" w:w="617"/>
          </w:tcPr>
          <w:p>
            <w:r>
              <w:t>118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163</w:t>
            </w:r>
          </w:p>
        </w:tc>
        <w:tc>
          <w:tcPr>
            <w:tcW w:type="dxa" w:w="617"/>
          </w:tcPr>
          <w:p>
            <w:r>
              <w:t>149</w:t>
            </w:r>
          </w:p>
        </w:tc>
        <w:tc>
          <w:tcPr>
            <w:tcW w:type="dxa" w:w="617"/>
          </w:tcPr>
          <w:p>
            <w:r>
              <w:t>95</w:t>
            </w:r>
          </w:p>
        </w:tc>
        <w:tc>
          <w:tcPr>
            <w:tcW w:type="dxa" w:w="617"/>
          </w:tcPr>
          <w:p>
            <w:r>
              <w:t>162</w:t>
            </w:r>
          </w:p>
        </w:tc>
        <w:tc>
          <w:tcPr>
            <w:tcW w:type="dxa" w:w="617"/>
          </w:tcPr>
          <w:p>
            <w:r>
              <w:t>186</w:t>
            </w:r>
          </w:p>
        </w:tc>
        <w:tc>
          <w:tcPr>
            <w:tcW w:type="dxa" w:w="617"/>
          </w:tcPr>
          <w:p>
            <w:r>
              <w:t>144</w:t>
            </w:r>
          </w:p>
        </w:tc>
        <w:tc>
          <w:tcPr>
            <w:tcW w:type="dxa" w:w="617"/>
          </w:tcPr>
          <w:p>
            <w:r>
              <w:t>182</w:t>
            </w:r>
          </w:p>
        </w:tc>
        <w:tc>
          <w:tcPr>
            <w:tcW w:type="dxa" w:w="617"/>
          </w:tcPr>
          <w:p>
            <w:r>
              <w:t>+38</w:t>
            </w:r>
          </w:p>
        </w:tc>
        <w:tc>
          <w:tcPr>
            <w:tcW w:type="dxa" w:w="617"/>
          </w:tcPr>
          <w:p>
            <w:r>
              <w:t>+26.8%</w:t>
            </w:r>
          </w:p>
        </w:tc>
      </w:tr>
      <w:tr>
        <w:tc>
          <w:tcPr>
            <w:tcW w:type="dxa" w:w="617"/>
          </w:tcPr>
          <w:p>
            <w:r>
              <w:t>55</w:t>
            </w:r>
          </w:p>
        </w:tc>
        <w:tc>
          <w:tcPr>
            <w:tcW w:type="dxa" w:w="617"/>
          </w:tcPr>
          <w:p>
            <w:r>
              <w:t>KH0646</w:t>
            </w:r>
          </w:p>
        </w:tc>
        <w:tc>
          <w:tcPr>
            <w:tcW w:type="dxa" w:w="617"/>
          </w:tcPr>
          <w:p>
            <w:r>
              <w:t>CÔNG TY TNHH TM &amp; KỸ NGHỆ ĐẠI HẢI</w:t>
            </w:r>
          </w:p>
        </w:tc>
        <w:tc>
          <w:tcPr>
            <w:tcW w:type="dxa" w:w="617"/>
          </w:tcPr>
          <w:p>
            <w:r>
              <w:t>204</w:t>
            </w:r>
          </w:p>
        </w:tc>
        <w:tc>
          <w:tcPr>
            <w:tcW w:type="dxa" w:w="617"/>
          </w:tcPr>
          <w:p>
            <w:r>
              <w:t>86</w:t>
            </w:r>
          </w:p>
        </w:tc>
        <w:tc>
          <w:tcPr>
            <w:tcW w:type="dxa" w:w="617"/>
          </w:tcPr>
          <w:p>
            <w:r>
              <w:t>259</w:t>
            </w:r>
          </w:p>
        </w:tc>
        <w:tc>
          <w:tcPr>
            <w:tcW w:type="dxa" w:w="617"/>
          </w:tcPr>
          <w:p>
            <w:r>
              <w:t>169</w:t>
            </w:r>
          </w:p>
        </w:tc>
        <w:tc>
          <w:tcPr>
            <w:tcW w:type="dxa" w:w="617"/>
          </w:tcPr>
          <w:p>
            <w:r>
              <w:t>118</w:t>
            </w:r>
          </w:p>
        </w:tc>
        <w:tc>
          <w:tcPr>
            <w:tcW w:type="dxa" w:w="617"/>
          </w:tcPr>
          <w:p>
            <w:r>
              <w:t>250</w:t>
            </w:r>
          </w:p>
        </w:tc>
        <w:tc>
          <w:tcPr>
            <w:tcW w:type="dxa" w:w="617"/>
          </w:tcPr>
          <w:p>
            <w:r>
              <w:t>174</w:t>
            </w:r>
          </w:p>
        </w:tc>
        <w:tc>
          <w:tcPr>
            <w:tcW w:type="dxa" w:w="617"/>
          </w:tcPr>
          <w:p>
            <w:r>
              <w:t>223</w:t>
            </w:r>
          </w:p>
        </w:tc>
        <w:tc>
          <w:tcPr>
            <w:tcW w:type="dxa" w:w="617"/>
          </w:tcPr>
          <w:p>
            <w:r>
              <w:t>175</w:t>
            </w:r>
          </w:p>
        </w:tc>
        <w:tc>
          <w:tcPr>
            <w:tcW w:type="dxa" w:w="617"/>
          </w:tcPr>
          <w:p>
            <w:r>
              <w:t>-48</w:t>
            </w:r>
          </w:p>
        </w:tc>
        <w:tc>
          <w:tcPr>
            <w:tcW w:type="dxa" w:w="617"/>
          </w:tcPr>
          <w:p>
            <w:r>
              <w:t>-21.7%</w:t>
            </w:r>
          </w:p>
        </w:tc>
      </w:tr>
      <w:tr>
        <w:tc>
          <w:tcPr>
            <w:tcW w:type="dxa" w:w="617"/>
          </w:tcPr>
          <w:p>
            <w:r>
              <w:t>56</w:t>
            </w:r>
          </w:p>
        </w:tc>
        <w:tc>
          <w:tcPr>
            <w:tcW w:type="dxa" w:w="617"/>
          </w:tcPr>
          <w:p>
            <w:r>
              <w:t>KH2182</w:t>
            </w:r>
          </w:p>
        </w:tc>
        <w:tc>
          <w:tcPr>
            <w:tcW w:type="dxa" w:w="617"/>
          </w:tcPr>
          <w:p>
            <w:r>
              <w:t>CÔNG TY CỔ PHẦN CHẾ BIẾN GỖ THÀNH LONG</w:t>
            </w:r>
          </w:p>
        </w:tc>
        <w:tc>
          <w:tcPr>
            <w:tcW w:type="dxa" w:w="617"/>
          </w:tcPr>
          <w:p>
            <w:r>
              <w:t>38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107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128</w:t>
            </w:r>
          </w:p>
        </w:tc>
        <w:tc>
          <w:tcPr>
            <w:tcW w:type="dxa" w:w="617"/>
          </w:tcPr>
          <w:p>
            <w:r>
              <w:t>148</w:t>
            </w:r>
          </w:p>
        </w:tc>
        <w:tc>
          <w:tcPr>
            <w:tcW w:type="dxa" w:w="617"/>
          </w:tcPr>
          <w:p>
            <w:r>
              <w:t>167</w:t>
            </w:r>
          </w:p>
        </w:tc>
        <w:tc>
          <w:tcPr>
            <w:tcW w:type="dxa" w:w="617"/>
          </w:tcPr>
          <w:p>
            <w:r>
              <w:t>220</w:t>
            </w:r>
          </w:p>
        </w:tc>
        <w:tc>
          <w:tcPr>
            <w:tcW w:type="dxa" w:w="617"/>
          </w:tcPr>
          <w:p>
            <w:r>
              <w:t>171</w:t>
            </w:r>
          </w:p>
        </w:tc>
        <w:tc>
          <w:tcPr>
            <w:tcW w:type="dxa" w:w="617"/>
          </w:tcPr>
          <w:p>
            <w:r>
              <w:t>-49</w:t>
            </w:r>
          </w:p>
        </w:tc>
        <w:tc>
          <w:tcPr>
            <w:tcW w:type="dxa" w:w="617"/>
          </w:tcPr>
          <w:p>
            <w:r>
              <w:t>-22.5%</w:t>
            </w:r>
          </w:p>
        </w:tc>
      </w:tr>
      <w:tr>
        <w:tc>
          <w:tcPr>
            <w:tcW w:type="dxa" w:w="617"/>
          </w:tcPr>
          <w:p>
            <w:r>
              <w:t>57</w:t>
            </w:r>
          </w:p>
        </w:tc>
        <w:tc>
          <w:tcPr>
            <w:tcW w:type="dxa" w:w="617"/>
          </w:tcPr>
          <w:p>
            <w:r>
              <w:t>KH1863</w:t>
            </w:r>
          </w:p>
        </w:tc>
        <w:tc>
          <w:tcPr>
            <w:tcW w:type="dxa" w:w="617"/>
          </w:tcPr>
          <w:p>
            <w:r>
              <w:t>CÔNG TY TNHH ĐỨC TOÀN BÌNH ĐỊNH</w:t>
            </w:r>
          </w:p>
        </w:tc>
        <w:tc>
          <w:tcPr>
            <w:tcW w:type="dxa" w:w="617"/>
          </w:tcPr>
          <w:p>
            <w:r>
              <w:t>164</w:t>
            </w:r>
          </w:p>
        </w:tc>
        <w:tc>
          <w:tcPr>
            <w:tcW w:type="dxa" w:w="617"/>
          </w:tcPr>
          <w:p>
            <w:r>
              <w:t>160</w:t>
            </w:r>
          </w:p>
        </w:tc>
        <w:tc>
          <w:tcPr>
            <w:tcW w:type="dxa" w:w="617"/>
          </w:tcPr>
          <w:p>
            <w:r>
              <w:t>324</w:t>
            </w:r>
          </w:p>
        </w:tc>
        <w:tc>
          <w:tcPr>
            <w:tcW w:type="dxa" w:w="617"/>
          </w:tcPr>
          <w:p>
            <w:r>
              <w:t>215</w:t>
            </w:r>
          </w:p>
        </w:tc>
        <w:tc>
          <w:tcPr>
            <w:tcW w:type="dxa" w:w="617"/>
          </w:tcPr>
          <w:p>
            <w:r>
              <w:t>147</w:t>
            </w:r>
          </w:p>
        </w:tc>
        <w:tc>
          <w:tcPr>
            <w:tcW w:type="dxa" w:w="617"/>
          </w:tcPr>
          <w:p>
            <w:r>
              <w:t>509</w:t>
            </w:r>
          </w:p>
        </w:tc>
        <w:tc>
          <w:tcPr>
            <w:tcW w:type="dxa" w:w="617"/>
          </w:tcPr>
          <w:p>
            <w:r>
              <w:t>162</w:t>
            </w:r>
          </w:p>
        </w:tc>
        <w:tc>
          <w:tcPr>
            <w:tcW w:type="dxa" w:w="617"/>
          </w:tcPr>
          <w:p>
            <w:r>
              <w:t>176</w:t>
            </w:r>
          </w:p>
        </w:tc>
        <w:tc>
          <w:tcPr>
            <w:tcW w:type="dxa" w:w="617"/>
          </w:tcPr>
          <w:p>
            <w:r>
              <w:t>157</w:t>
            </w:r>
          </w:p>
        </w:tc>
        <w:tc>
          <w:tcPr>
            <w:tcW w:type="dxa" w:w="617"/>
          </w:tcPr>
          <w:p>
            <w:r>
              <w:t>-19</w:t>
            </w:r>
          </w:p>
        </w:tc>
        <w:tc>
          <w:tcPr>
            <w:tcW w:type="dxa" w:w="617"/>
          </w:tcPr>
          <w:p>
            <w:r>
              <w:t>-11.1%</w:t>
            </w:r>
          </w:p>
        </w:tc>
      </w:tr>
      <w:tr>
        <w:tc>
          <w:tcPr>
            <w:tcW w:type="dxa" w:w="617"/>
          </w:tcPr>
          <w:p>
            <w:r>
              <w:t>58</w:t>
            </w:r>
          </w:p>
        </w:tc>
        <w:tc>
          <w:tcPr>
            <w:tcW w:type="dxa" w:w="617"/>
          </w:tcPr>
          <w:p>
            <w:r>
              <w:t>KH2157</w:t>
            </w:r>
          </w:p>
        </w:tc>
        <w:tc>
          <w:tcPr>
            <w:tcW w:type="dxa" w:w="617"/>
          </w:tcPr>
          <w:p>
            <w:r>
              <w:t>CÔNG TY TNHH SAINT MARIA</w:t>
            </w:r>
          </w:p>
        </w:tc>
        <w:tc>
          <w:tcPr>
            <w:tcW w:type="dxa" w:w="617"/>
          </w:tcPr>
          <w:p>
            <w:r>
              <w:t>183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113</w:t>
            </w:r>
          </w:p>
        </w:tc>
        <w:tc>
          <w:tcPr>
            <w:tcW w:type="dxa" w:w="617"/>
          </w:tcPr>
          <w:p>
            <w:r>
              <w:t>145</w:t>
            </w:r>
          </w:p>
        </w:tc>
        <w:tc>
          <w:tcPr>
            <w:tcW w:type="dxa" w:w="617"/>
          </w:tcPr>
          <w:p>
            <w:r>
              <w:t>79</w:t>
            </w:r>
          </w:p>
        </w:tc>
        <w:tc>
          <w:tcPr>
            <w:tcW w:type="dxa" w:w="617"/>
          </w:tcPr>
          <w:p>
            <w:r>
              <w:t>137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115</w:t>
            </w:r>
          </w:p>
        </w:tc>
        <w:tc>
          <w:tcPr>
            <w:tcW w:type="dxa" w:w="617"/>
          </w:tcPr>
          <w:p>
            <w:r>
              <w:t>151</w:t>
            </w:r>
          </w:p>
        </w:tc>
        <w:tc>
          <w:tcPr>
            <w:tcW w:type="dxa" w:w="617"/>
          </w:tcPr>
          <w:p>
            <w:r>
              <w:t>+35</w:t>
            </w:r>
          </w:p>
        </w:tc>
        <w:tc>
          <w:tcPr>
            <w:tcW w:type="dxa" w:w="617"/>
          </w:tcPr>
          <w:p>
            <w:r>
              <w:t>+30.8%</w:t>
            </w:r>
          </w:p>
        </w:tc>
      </w:tr>
      <w:tr>
        <w:tc>
          <w:tcPr>
            <w:tcW w:type="dxa" w:w="617"/>
          </w:tcPr>
          <w:p>
            <w:r>
              <w:t>59</w:t>
            </w:r>
          </w:p>
        </w:tc>
        <w:tc>
          <w:tcPr>
            <w:tcW w:type="dxa" w:w="617"/>
          </w:tcPr>
          <w:p>
            <w:r>
              <w:t>KH0279</w:t>
            </w:r>
          </w:p>
        </w:tc>
        <w:tc>
          <w:tcPr>
            <w:tcW w:type="dxa" w:w="617"/>
          </w:tcPr>
          <w:p>
            <w:r>
              <w:t>CÔNG TY TNHH HOÀNG HƯNG</w:t>
            </w:r>
          </w:p>
        </w:tc>
        <w:tc>
          <w:tcPr>
            <w:tcW w:type="dxa" w:w="617"/>
          </w:tcPr>
          <w:p>
            <w:r>
              <w:t>378</w:t>
            </w:r>
          </w:p>
        </w:tc>
        <w:tc>
          <w:tcPr>
            <w:tcW w:type="dxa" w:w="617"/>
          </w:tcPr>
          <w:p>
            <w:r>
              <w:t>81</w:t>
            </w:r>
          </w:p>
        </w:tc>
        <w:tc>
          <w:tcPr>
            <w:tcW w:type="dxa" w:w="617"/>
          </w:tcPr>
          <w:p>
            <w:r>
              <w:t>162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203</w:t>
            </w:r>
          </w:p>
        </w:tc>
        <w:tc>
          <w:tcPr>
            <w:tcW w:type="dxa" w:w="617"/>
          </w:tcPr>
          <w:p>
            <w:r>
              <w:t>141</w:t>
            </w:r>
          </w:p>
        </w:tc>
        <w:tc>
          <w:tcPr>
            <w:tcW w:type="dxa" w:w="617"/>
          </w:tcPr>
          <w:p>
            <w:r>
              <w:t>138</w:t>
            </w:r>
          </w:p>
        </w:tc>
        <w:tc>
          <w:tcPr>
            <w:tcW w:type="dxa" w:w="617"/>
          </w:tcPr>
          <w:p>
            <w:r>
              <w:t>-3</w:t>
            </w:r>
          </w:p>
        </w:tc>
        <w:tc>
          <w:tcPr>
            <w:tcW w:type="dxa" w:w="617"/>
          </w:tcPr>
          <w:p>
            <w:r>
              <w:t>-2.4%</w:t>
            </w:r>
          </w:p>
        </w:tc>
      </w:tr>
      <w:tr>
        <w:tc>
          <w:tcPr>
            <w:tcW w:type="dxa" w:w="617"/>
          </w:tcPr>
          <w:p>
            <w:r>
              <w:t>60</w:t>
            </w:r>
          </w:p>
        </w:tc>
        <w:tc>
          <w:tcPr>
            <w:tcW w:type="dxa" w:w="617"/>
          </w:tcPr>
          <w:p>
            <w:r>
              <w:t>KH1960</w:t>
            </w:r>
          </w:p>
        </w:tc>
        <w:tc>
          <w:tcPr>
            <w:tcW w:type="dxa" w:w="617"/>
          </w:tcPr>
          <w:p>
            <w:r>
              <w:t>CÔNG TY TNHH THƯƠNG MẠI HOÀNG GIANG</w:t>
            </w:r>
          </w:p>
        </w:tc>
        <w:tc>
          <w:tcPr>
            <w:tcW w:type="dxa" w:w="617"/>
          </w:tcPr>
          <w:p>
            <w:r>
              <w:t>136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69</w:t>
            </w:r>
          </w:p>
        </w:tc>
        <w:tc>
          <w:tcPr>
            <w:tcW w:type="dxa" w:w="617"/>
          </w:tcPr>
          <w:p>
            <w:r>
              <w:t>55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51</w:t>
            </w:r>
          </w:p>
        </w:tc>
        <w:tc>
          <w:tcPr>
            <w:tcW w:type="dxa" w:w="617"/>
          </w:tcPr>
          <w:p>
            <w:r>
              <w:t>60</w:t>
            </w:r>
          </w:p>
        </w:tc>
        <w:tc>
          <w:tcPr>
            <w:tcW w:type="dxa" w:w="617"/>
          </w:tcPr>
          <w:p>
            <w:r>
              <w:t>76</w:t>
            </w:r>
          </w:p>
        </w:tc>
        <w:tc>
          <w:tcPr>
            <w:tcW w:type="dxa" w:w="617"/>
          </w:tcPr>
          <w:p>
            <w:r>
              <w:t>134</w:t>
            </w:r>
          </w:p>
        </w:tc>
        <w:tc>
          <w:tcPr>
            <w:tcW w:type="dxa" w:w="617"/>
          </w:tcPr>
          <w:p>
            <w:r>
              <w:t>+57</w:t>
            </w:r>
          </w:p>
        </w:tc>
        <w:tc>
          <w:tcPr>
            <w:tcW w:type="dxa" w:w="617"/>
          </w:tcPr>
          <w:p>
            <w:r>
              <w:t>+75.4%</w:t>
            </w:r>
          </w:p>
        </w:tc>
      </w:tr>
      <w:tr>
        <w:tc>
          <w:tcPr>
            <w:tcW w:type="dxa" w:w="617"/>
          </w:tcPr>
          <w:p>
            <w:r>
              <w:t>61</w:t>
            </w:r>
          </w:p>
        </w:tc>
        <w:tc>
          <w:tcPr>
            <w:tcW w:type="dxa" w:w="617"/>
          </w:tcPr>
          <w:p>
            <w:r>
              <w:t>KH0455</w:t>
            </w:r>
          </w:p>
        </w:tc>
        <w:tc>
          <w:tcPr>
            <w:tcW w:type="dxa" w:w="617"/>
          </w:tcPr>
          <w:p>
            <w:r>
              <w:t>CÔNG TY TNHH PHÚ KHANG PHÁT</w:t>
            </w:r>
          </w:p>
        </w:tc>
        <w:tc>
          <w:tcPr>
            <w:tcW w:type="dxa" w:w="617"/>
          </w:tcPr>
          <w:p>
            <w:r>
              <w:t>338</w:t>
            </w:r>
          </w:p>
        </w:tc>
        <w:tc>
          <w:tcPr>
            <w:tcW w:type="dxa" w:w="617"/>
          </w:tcPr>
          <w:p>
            <w:r>
              <w:t>235</w:t>
            </w:r>
          </w:p>
        </w:tc>
        <w:tc>
          <w:tcPr>
            <w:tcW w:type="dxa" w:w="617"/>
          </w:tcPr>
          <w:p>
            <w:r>
              <w:t>358</w:t>
            </w:r>
          </w:p>
        </w:tc>
        <w:tc>
          <w:tcPr>
            <w:tcW w:type="dxa" w:w="617"/>
          </w:tcPr>
          <w:p>
            <w:r>
              <w:t>265</w:t>
            </w:r>
          </w:p>
        </w:tc>
        <w:tc>
          <w:tcPr>
            <w:tcW w:type="dxa" w:w="617"/>
          </w:tcPr>
          <w:p>
            <w:r>
              <w:t>300</w:t>
            </w:r>
          </w:p>
        </w:tc>
        <w:tc>
          <w:tcPr>
            <w:tcW w:type="dxa" w:w="617"/>
          </w:tcPr>
          <w:p>
            <w:r>
              <w:t>509</w:t>
            </w:r>
          </w:p>
        </w:tc>
        <w:tc>
          <w:tcPr>
            <w:tcW w:type="dxa" w:w="617"/>
          </w:tcPr>
          <w:p>
            <w:r>
              <w:t>385</w:t>
            </w:r>
          </w:p>
        </w:tc>
        <w:tc>
          <w:tcPr>
            <w:tcW w:type="dxa" w:w="617"/>
          </w:tcPr>
          <w:p>
            <w:r>
              <w:t>368</w:t>
            </w:r>
          </w:p>
        </w:tc>
        <w:tc>
          <w:tcPr>
            <w:tcW w:type="dxa" w:w="617"/>
          </w:tcPr>
          <w:p>
            <w:r>
              <w:t>133</w:t>
            </w:r>
          </w:p>
        </w:tc>
        <w:tc>
          <w:tcPr>
            <w:tcW w:type="dxa" w:w="617"/>
          </w:tcPr>
          <w:p>
            <w:r>
              <w:t>-235</w:t>
            </w:r>
          </w:p>
        </w:tc>
        <w:tc>
          <w:tcPr>
            <w:tcW w:type="dxa" w:w="617"/>
          </w:tcPr>
          <w:p>
            <w:r>
              <w:t>-63.8%</w:t>
            </w:r>
          </w:p>
        </w:tc>
      </w:tr>
      <w:tr>
        <w:tc>
          <w:tcPr>
            <w:tcW w:type="dxa" w:w="617"/>
          </w:tcPr>
          <w:p>
            <w:r>
              <w:t>62</w:t>
            </w:r>
          </w:p>
        </w:tc>
        <w:tc>
          <w:tcPr>
            <w:tcW w:type="dxa" w:w="617"/>
          </w:tcPr>
          <w:p>
            <w:r>
              <w:t>KH0788</w:t>
            </w:r>
          </w:p>
        </w:tc>
        <w:tc>
          <w:tcPr>
            <w:tcW w:type="dxa" w:w="617"/>
          </w:tcPr>
          <w:p>
            <w:r>
              <w:t>CÔNG TY TNHH SẢN XUẤT-XUẤT NHẬP KHẨU VIỆT MỸ</w:t>
            </w:r>
          </w:p>
        </w:tc>
        <w:tc>
          <w:tcPr>
            <w:tcW w:type="dxa" w:w="617"/>
          </w:tcPr>
          <w:p>
            <w:r>
              <w:t>183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131</w:t>
            </w:r>
          </w:p>
        </w:tc>
        <w:tc>
          <w:tcPr>
            <w:tcW w:type="dxa" w:w="617"/>
          </w:tcPr>
          <w:p>
            <w:r>
              <w:t>139</w:t>
            </w:r>
          </w:p>
        </w:tc>
        <w:tc>
          <w:tcPr>
            <w:tcW w:type="dxa" w:w="617"/>
          </w:tcPr>
          <w:p>
            <w:r>
              <w:t>103</w:t>
            </w:r>
          </w:p>
        </w:tc>
        <w:tc>
          <w:tcPr>
            <w:tcW w:type="dxa" w:w="617"/>
          </w:tcPr>
          <w:p>
            <w:r>
              <w:t>147</w:t>
            </w:r>
          </w:p>
        </w:tc>
        <w:tc>
          <w:tcPr>
            <w:tcW w:type="dxa" w:w="617"/>
          </w:tcPr>
          <w:p>
            <w:r>
              <w:t>202</w:t>
            </w:r>
          </w:p>
        </w:tc>
        <w:tc>
          <w:tcPr>
            <w:tcW w:type="dxa" w:w="617"/>
          </w:tcPr>
          <w:p>
            <w:r>
              <w:t>113</w:t>
            </w:r>
          </w:p>
        </w:tc>
        <w:tc>
          <w:tcPr>
            <w:tcW w:type="dxa" w:w="617"/>
          </w:tcPr>
          <w:p>
            <w:r>
              <w:t>132</w:t>
            </w:r>
          </w:p>
        </w:tc>
        <w:tc>
          <w:tcPr>
            <w:tcW w:type="dxa" w:w="617"/>
          </w:tcPr>
          <w:p>
            <w:r>
              <w:t>+19</w:t>
            </w:r>
          </w:p>
        </w:tc>
        <w:tc>
          <w:tcPr>
            <w:tcW w:type="dxa" w:w="617"/>
          </w:tcPr>
          <w:p>
            <w:r>
              <w:t>+17.5%</w:t>
            </w:r>
          </w:p>
        </w:tc>
      </w:tr>
      <w:tr>
        <w:tc>
          <w:tcPr>
            <w:tcW w:type="dxa" w:w="617"/>
          </w:tcPr>
          <w:p>
            <w:r>
              <w:t>63</w:t>
            </w:r>
          </w:p>
        </w:tc>
        <w:tc>
          <w:tcPr>
            <w:tcW w:type="dxa" w:w="617"/>
          </w:tcPr>
          <w:p>
            <w:r>
              <w:t>KH0349</w:t>
            </w:r>
          </w:p>
        </w:tc>
        <w:tc>
          <w:tcPr>
            <w:tcW w:type="dxa" w:w="617"/>
          </w:tcPr>
          <w:p>
            <w:r>
              <w:t>CÔNG TY TNHH MEUBLES DEMEYERE VIỆT NAM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101</w:t>
            </w:r>
          </w:p>
        </w:tc>
        <w:tc>
          <w:tcPr>
            <w:tcW w:type="dxa" w:w="617"/>
          </w:tcPr>
          <w:p>
            <w:r>
              <w:t>111</w:t>
            </w:r>
          </w:p>
        </w:tc>
        <w:tc>
          <w:tcPr>
            <w:tcW w:type="dxa" w:w="617"/>
          </w:tcPr>
          <w:p>
            <w:r>
              <w:t>359</w:t>
            </w:r>
          </w:p>
        </w:tc>
        <w:tc>
          <w:tcPr>
            <w:tcW w:type="dxa" w:w="617"/>
          </w:tcPr>
          <w:p>
            <w:r>
              <w:t>170</w:t>
            </w:r>
          </w:p>
        </w:tc>
        <w:tc>
          <w:tcPr>
            <w:tcW w:type="dxa" w:w="617"/>
          </w:tcPr>
          <w:p>
            <w:r>
              <w:t>123</w:t>
            </w:r>
          </w:p>
        </w:tc>
        <w:tc>
          <w:tcPr>
            <w:tcW w:type="dxa" w:w="617"/>
          </w:tcPr>
          <w:p>
            <w:r>
              <w:t>110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130</w:t>
            </w:r>
          </w:p>
        </w:tc>
        <w:tc>
          <w:tcPr>
            <w:tcW w:type="dxa" w:w="617"/>
          </w:tcPr>
          <w:p>
            <w:r>
              <w:t>+90</w:t>
            </w:r>
          </w:p>
        </w:tc>
        <w:tc>
          <w:tcPr>
            <w:tcW w:type="dxa" w:w="617"/>
          </w:tcPr>
          <w:p>
            <w:r>
              <w:t>+224.8%</w:t>
            </w:r>
          </w:p>
        </w:tc>
      </w:tr>
      <w:tr>
        <w:tc>
          <w:tcPr>
            <w:tcW w:type="dxa" w:w="617"/>
          </w:tcPr>
          <w:p>
            <w:r>
              <w:t>64</w:t>
            </w:r>
          </w:p>
        </w:tc>
        <w:tc>
          <w:tcPr>
            <w:tcW w:type="dxa" w:w="617"/>
          </w:tcPr>
          <w:p>
            <w:r>
              <w:t>KH0776</w:t>
            </w:r>
          </w:p>
        </w:tc>
        <w:tc>
          <w:tcPr>
            <w:tcW w:type="dxa" w:w="617"/>
          </w:tcPr>
          <w:p>
            <w:r>
              <w:t>CÔNG TY TNHH ĐỒ GỖ ĐỨC THỊNH</w:t>
            </w:r>
          </w:p>
        </w:tc>
        <w:tc>
          <w:tcPr>
            <w:tcW w:type="dxa" w:w="617"/>
          </w:tcPr>
          <w:p>
            <w:r>
              <w:t>187</w:t>
            </w:r>
          </w:p>
        </w:tc>
        <w:tc>
          <w:tcPr>
            <w:tcW w:type="dxa" w:w="617"/>
          </w:tcPr>
          <w:p>
            <w:r>
              <w:t>106</w:t>
            </w:r>
          </w:p>
        </w:tc>
        <w:tc>
          <w:tcPr>
            <w:tcW w:type="dxa" w:w="617"/>
          </w:tcPr>
          <w:p>
            <w:r>
              <w:t>146</w:t>
            </w:r>
          </w:p>
        </w:tc>
        <w:tc>
          <w:tcPr>
            <w:tcW w:type="dxa" w:w="617"/>
          </w:tcPr>
          <w:p>
            <w:r>
              <w:t>63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75</w:t>
            </w:r>
          </w:p>
        </w:tc>
        <w:tc>
          <w:tcPr>
            <w:tcW w:type="dxa" w:w="617"/>
          </w:tcPr>
          <w:p>
            <w:r>
              <w:t>184</w:t>
            </w:r>
          </w:p>
        </w:tc>
        <w:tc>
          <w:tcPr>
            <w:tcW w:type="dxa" w:w="617"/>
          </w:tcPr>
          <w:p>
            <w:r>
              <w:t>119</w:t>
            </w:r>
          </w:p>
        </w:tc>
        <w:tc>
          <w:tcPr>
            <w:tcW w:type="dxa" w:w="617"/>
          </w:tcPr>
          <w:p>
            <w:r>
              <w:t>-64</w:t>
            </w:r>
          </w:p>
        </w:tc>
        <w:tc>
          <w:tcPr>
            <w:tcW w:type="dxa" w:w="617"/>
          </w:tcPr>
          <w:p>
            <w:r>
              <w:t>-35.0%</w:t>
            </w:r>
          </w:p>
        </w:tc>
      </w:tr>
      <w:tr>
        <w:tc>
          <w:tcPr>
            <w:tcW w:type="dxa" w:w="617"/>
          </w:tcPr>
          <w:p>
            <w:r>
              <w:t>65</w:t>
            </w:r>
          </w:p>
        </w:tc>
        <w:tc>
          <w:tcPr>
            <w:tcW w:type="dxa" w:w="617"/>
          </w:tcPr>
          <w:p>
            <w:r>
              <w:t>KH0136</w:t>
            </w:r>
          </w:p>
        </w:tc>
        <w:tc>
          <w:tcPr>
            <w:tcW w:type="dxa" w:w="617"/>
          </w:tcPr>
          <w:p>
            <w:r>
              <w:t>CÔNG TY CỔ PHẦN KỸ NGHỆ GỖ LONG VIỆT</w:t>
            </w:r>
          </w:p>
        </w:tc>
        <w:tc>
          <w:tcPr>
            <w:tcW w:type="dxa" w:w="617"/>
          </w:tcPr>
          <w:p>
            <w:r>
              <w:t>138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117</w:t>
            </w:r>
          </w:p>
        </w:tc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103</w:t>
            </w:r>
          </w:p>
        </w:tc>
        <w:tc>
          <w:tcPr>
            <w:tcW w:type="dxa" w:w="617"/>
          </w:tcPr>
          <w:p>
            <w:r>
              <w:t>86</w:t>
            </w:r>
          </w:p>
        </w:tc>
        <w:tc>
          <w:tcPr>
            <w:tcW w:type="dxa" w:w="617"/>
          </w:tcPr>
          <w:p>
            <w:r>
              <w:t>46</w:t>
            </w:r>
          </w:p>
        </w:tc>
        <w:tc>
          <w:tcPr>
            <w:tcW w:type="dxa" w:w="617"/>
          </w:tcPr>
          <w:p>
            <w:r>
              <w:t>115</w:t>
            </w:r>
          </w:p>
        </w:tc>
        <w:tc>
          <w:tcPr>
            <w:tcW w:type="dxa" w:w="617"/>
          </w:tcPr>
          <w:p>
            <w:r>
              <w:t>+69</w:t>
            </w:r>
          </w:p>
        </w:tc>
        <w:tc>
          <w:tcPr>
            <w:tcW w:type="dxa" w:w="617"/>
          </w:tcPr>
          <w:p>
            <w:r>
              <w:t>+150.4%</w:t>
            </w:r>
          </w:p>
        </w:tc>
      </w:tr>
      <w:tr>
        <w:tc>
          <w:tcPr>
            <w:tcW w:type="dxa" w:w="617"/>
          </w:tcPr>
          <w:p>
            <w:r>
              <w:t>66</w:t>
            </w:r>
          </w:p>
        </w:tc>
        <w:tc>
          <w:tcPr>
            <w:tcW w:type="dxa" w:w="617"/>
          </w:tcPr>
          <w:p>
            <w:r>
              <w:t>KH1739</w:t>
            </w:r>
          </w:p>
        </w:tc>
        <w:tc>
          <w:tcPr>
            <w:tcW w:type="dxa" w:w="617"/>
          </w:tcPr>
          <w:p>
            <w:r>
              <w:t>CÔNG TY TNHH WESBROOK VIỆT NAM</w:t>
            </w:r>
          </w:p>
        </w:tc>
        <w:tc>
          <w:tcPr>
            <w:tcW w:type="dxa" w:w="617"/>
          </w:tcPr>
          <w:p>
            <w:r>
              <w:t>191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178</w:t>
            </w:r>
          </w:p>
        </w:tc>
        <w:tc>
          <w:tcPr>
            <w:tcW w:type="dxa" w:w="617"/>
          </w:tcPr>
          <w:p>
            <w:r>
              <w:t>152</w:t>
            </w:r>
          </w:p>
        </w:tc>
        <w:tc>
          <w:tcPr>
            <w:tcW w:type="dxa" w:w="617"/>
          </w:tcPr>
          <w:p>
            <w:r>
              <w:t>101</w:t>
            </w:r>
          </w:p>
        </w:tc>
        <w:tc>
          <w:tcPr>
            <w:tcW w:type="dxa" w:w="617"/>
          </w:tcPr>
          <w:p>
            <w:r>
              <w:t>154</w:t>
            </w:r>
          </w:p>
        </w:tc>
        <w:tc>
          <w:tcPr>
            <w:tcW w:type="dxa" w:w="617"/>
          </w:tcPr>
          <w:p>
            <w:r>
              <w:t>109</w:t>
            </w:r>
          </w:p>
        </w:tc>
        <w:tc>
          <w:tcPr>
            <w:tcW w:type="dxa" w:w="617"/>
          </w:tcPr>
          <w:p>
            <w:r>
              <w:t>87</w:t>
            </w:r>
          </w:p>
        </w:tc>
        <w:tc>
          <w:tcPr>
            <w:tcW w:type="dxa" w:w="617"/>
          </w:tcPr>
          <w:p>
            <w:r>
              <w:t>96</w:t>
            </w:r>
          </w:p>
        </w:tc>
        <w:tc>
          <w:tcPr>
            <w:tcW w:type="dxa" w:w="617"/>
          </w:tcPr>
          <w:p>
            <w:r>
              <w:t>+8</w:t>
            </w:r>
          </w:p>
        </w:tc>
        <w:tc>
          <w:tcPr>
            <w:tcW w:type="dxa" w:w="617"/>
          </w:tcPr>
          <w:p>
            <w:r>
              <w:t>+10.1%</w:t>
            </w:r>
          </w:p>
        </w:tc>
      </w:tr>
      <w:tr>
        <w:tc>
          <w:tcPr>
            <w:tcW w:type="dxa" w:w="617"/>
          </w:tcPr>
          <w:p>
            <w:r>
              <w:t>67</w:t>
            </w:r>
          </w:p>
        </w:tc>
        <w:tc>
          <w:tcPr>
            <w:tcW w:type="dxa" w:w="617"/>
          </w:tcPr>
          <w:p>
            <w:r>
              <w:t>KH2189</w:t>
            </w:r>
          </w:p>
        </w:tc>
        <w:tc>
          <w:tcPr>
            <w:tcW w:type="dxa" w:w="617"/>
          </w:tcPr>
          <w:p>
            <w:r>
              <w:t>HỘ KINH DOANH SONG LINH</w:t>
            </w:r>
          </w:p>
        </w:tc>
        <w:tc>
          <w:tcPr>
            <w:tcW w:type="dxa" w:w="617"/>
          </w:tcPr>
          <w:p>
            <w:r>
              <w:t>29</w:t>
            </w:r>
          </w:p>
        </w:tc>
        <w:tc>
          <w:tcPr>
            <w:tcW w:type="dxa" w:w="617"/>
          </w:tcPr>
          <w:p>
            <w:r>
              <w:t>32</w:t>
            </w:r>
          </w:p>
        </w:tc>
        <w:tc>
          <w:tcPr>
            <w:tcW w:type="dxa" w:w="617"/>
          </w:tcPr>
          <w:p>
            <w:r>
              <w:t>96</w:t>
            </w:r>
          </w:p>
        </w:tc>
        <w:tc>
          <w:tcPr>
            <w:tcW w:type="dxa" w:w="617"/>
          </w:tcPr>
          <w:p>
            <w:r>
              <w:t>60</w:t>
            </w:r>
          </w:p>
        </w:tc>
        <w:tc>
          <w:tcPr>
            <w:tcW w:type="dxa" w:w="617"/>
          </w:tcPr>
          <w:p>
            <w:r>
              <w:t>71</w:t>
            </w:r>
          </w:p>
        </w:tc>
        <w:tc>
          <w:tcPr>
            <w:tcW w:type="dxa" w:w="617"/>
          </w:tcPr>
          <w:p>
            <w:r>
              <w:t>161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29</w:t>
            </w:r>
          </w:p>
        </w:tc>
        <w:tc>
          <w:tcPr>
            <w:tcW w:type="dxa" w:w="617"/>
          </w:tcPr>
          <w:p>
            <w:r>
              <w:t>92</w:t>
            </w:r>
          </w:p>
        </w:tc>
        <w:tc>
          <w:tcPr>
            <w:tcW w:type="dxa" w:w="617"/>
          </w:tcPr>
          <w:p>
            <w:r>
              <w:t>+63</w:t>
            </w:r>
          </w:p>
        </w:tc>
        <w:tc>
          <w:tcPr>
            <w:tcW w:type="dxa" w:w="617"/>
          </w:tcPr>
          <w:p>
            <w:r>
              <w:t>+216.4%</w:t>
            </w:r>
          </w:p>
        </w:tc>
      </w:tr>
      <w:tr>
        <w:tc>
          <w:tcPr>
            <w:tcW w:type="dxa" w:w="617"/>
          </w:tcPr>
          <w:p>
            <w:r>
              <w:t>68</w:t>
            </w:r>
          </w:p>
        </w:tc>
        <w:tc>
          <w:tcPr>
            <w:tcW w:type="dxa" w:w="617"/>
          </w:tcPr>
          <w:p>
            <w:r>
              <w:t>KH1488</w:t>
            </w:r>
          </w:p>
        </w:tc>
        <w:tc>
          <w:tcPr>
            <w:tcW w:type="dxa" w:w="617"/>
          </w:tcPr>
          <w:p>
            <w:r>
              <w:t>CÔNG TY TNHH MỘT THÀNH VIÊN TIẾN THÀNH SƠN</w:t>
            </w:r>
          </w:p>
        </w:tc>
        <w:tc>
          <w:tcPr>
            <w:tcW w:type="dxa" w:w="617"/>
          </w:tcPr>
          <w:p>
            <w:r>
              <w:t>162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142</w:t>
            </w:r>
          </w:p>
        </w:tc>
        <w:tc>
          <w:tcPr>
            <w:tcW w:type="dxa" w:w="617"/>
          </w:tcPr>
          <w:p>
            <w:r>
              <w:t>123</w:t>
            </w:r>
          </w:p>
        </w:tc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137</w:t>
            </w:r>
          </w:p>
        </w:tc>
        <w:tc>
          <w:tcPr>
            <w:tcW w:type="dxa" w:w="617"/>
          </w:tcPr>
          <w:p>
            <w:r>
              <w:t>83</w:t>
            </w:r>
          </w:p>
        </w:tc>
        <w:tc>
          <w:tcPr>
            <w:tcW w:type="dxa" w:w="617"/>
          </w:tcPr>
          <w:p>
            <w:r>
              <w:t>81</w:t>
            </w:r>
          </w:p>
        </w:tc>
        <w:tc>
          <w:tcPr>
            <w:tcW w:type="dxa" w:w="617"/>
          </w:tcPr>
          <w:p>
            <w:r>
              <w:t>89</w:t>
            </w:r>
          </w:p>
        </w:tc>
        <w:tc>
          <w:tcPr>
            <w:tcW w:type="dxa" w:w="617"/>
          </w:tcPr>
          <w:p>
            <w:r>
              <w:t>+7</w:t>
            </w:r>
          </w:p>
        </w:tc>
        <w:tc>
          <w:tcPr>
            <w:tcW w:type="dxa" w:w="617"/>
          </w:tcPr>
          <w:p>
            <w:r>
              <w:t>+9.5%</w:t>
            </w:r>
          </w:p>
        </w:tc>
      </w:tr>
      <w:tr>
        <w:tc>
          <w:tcPr>
            <w:tcW w:type="dxa" w:w="617"/>
          </w:tcPr>
          <w:p>
            <w:r>
              <w:t>69</w:t>
            </w:r>
          </w:p>
        </w:tc>
        <w:tc>
          <w:tcPr>
            <w:tcW w:type="dxa" w:w="617"/>
          </w:tcPr>
          <w:p>
            <w:r>
              <w:t>KH0450</w:t>
            </w:r>
          </w:p>
        </w:tc>
        <w:tc>
          <w:tcPr>
            <w:tcW w:type="dxa" w:w="617"/>
          </w:tcPr>
          <w:p>
            <w:r>
              <w:t>CÔNG TY TNHH PHẠM NHẬT ANH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135</w:t>
            </w:r>
          </w:p>
        </w:tc>
        <w:tc>
          <w:tcPr>
            <w:tcW w:type="dxa" w:w="617"/>
          </w:tcPr>
          <w:p>
            <w:r>
              <w:t>515</w:t>
            </w:r>
          </w:p>
        </w:tc>
        <w:tc>
          <w:tcPr>
            <w:tcW w:type="dxa" w:w="617"/>
          </w:tcPr>
          <w:p>
            <w:r>
              <w:t>313</w:t>
            </w:r>
          </w:p>
        </w:tc>
        <w:tc>
          <w:tcPr>
            <w:tcW w:type="dxa" w:w="617"/>
          </w:tcPr>
          <w:p>
            <w:r>
              <w:t>319</w:t>
            </w:r>
          </w:p>
        </w:tc>
        <w:tc>
          <w:tcPr>
            <w:tcW w:type="dxa" w:w="617"/>
          </w:tcPr>
          <w:p>
            <w:r>
              <w:t>82</w:t>
            </w:r>
          </w:p>
        </w:tc>
        <w:tc>
          <w:tcPr>
            <w:tcW w:type="dxa" w:w="617"/>
          </w:tcPr>
          <w:p>
            <w:r>
              <w:t>-237</w:t>
            </w:r>
          </w:p>
        </w:tc>
        <w:tc>
          <w:tcPr>
            <w:tcW w:type="dxa" w:w="617"/>
          </w:tcPr>
          <w:p>
            <w:r>
              <w:t>-74.2%</w:t>
            </w:r>
          </w:p>
        </w:tc>
      </w:tr>
      <w:tr>
        <w:tc>
          <w:tcPr>
            <w:tcW w:type="dxa" w:w="617"/>
          </w:tcPr>
          <w:p>
            <w:r>
              <w:t>70</w:t>
            </w:r>
          </w:p>
        </w:tc>
        <w:tc>
          <w:tcPr>
            <w:tcW w:type="dxa" w:w="617"/>
          </w:tcPr>
          <w:p>
            <w:r>
              <w:t>KH1242</w:t>
            </w:r>
          </w:p>
        </w:tc>
        <w:tc>
          <w:tcPr>
            <w:tcW w:type="dxa" w:w="617"/>
          </w:tcPr>
          <w:p>
            <w:r>
              <w:t>CÔNG TY CỔ PHẦN GỖ AN CƯỜNG</w:t>
            </w:r>
          </w:p>
        </w:tc>
        <w:tc>
          <w:tcPr>
            <w:tcW w:type="dxa" w:w="617"/>
          </w:tcPr>
          <w:p>
            <w:r>
              <w:t>97</w:t>
            </w:r>
          </w:p>
        </w:tc>
        <w:tc>
          <w:tcPr>
            <w:tcW w:type="dxa" w:w="617"/>
          </w:tcPr>
          <w:p>
            <w:r>
              <w:t>61</w:t>
            </w:r>
          </w:p>
        </w:tc>
        <w:tc>
          <w:tcPr>
            <w:tcW w:type="dxa" w:w="617"/>
          </w:tcPr>
          <w:p>
            <w:r>
              <w:t>175</w:t>
            </w:r>
          </w:p>
        </w:tc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174</w:t>
            </w:r>
          </w:p>
        </w:tc>
        <w:tc>
          <w:tcPr>
            <w:tcW w:type="dxa" w:w="617"/>
          </w:tcPr>
          <w:p>
            <w:r>
              <w:t>167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81</w:t>
            </w:r>
          </w:p>
        </w:tc>
        <w:tc>
          <w:tcPr>
            <w:tcW w:type="dxa" w:w="617"/>
          </w:tcPr>
          <w:p>
            <w:r>
              <w:t>+28</w:t>
            </w:r>
          </w:p>
        </w:tc>
        <w:tc>
          <w:tcPr>
            <w:tcW w:type="dxa" w:w="617"/>
          </w:tcPr>
          <w:p>
            <w:r>
              <w:t>+54.0%</w:t>
            </w:r>
          </w:p>
        </w:tc>
      </w:tr>
      <w:tr>
        <w:tc>
          <w:tcPr>
            <w:tcW w:type="dxa" w:w="617"/>
          </w:tcPr>
          <w:p>
            <w:r>
              <w:t>71</w:t>
            </w:r>
          </w:p>
        </w:tc>
        <w:tc>
          <w:tcPr>
            <w:tcW w:type="dxa" w:w="617"/>
          </w:tcPr>
          <w:p>
            <w:r>
              <w:t>KH0789</w:t>
            </w:r>
          </w:p>
        </w:tc>
        <w:tc>
          <w:tcPr>
            <w:tcW w:type="dxa" w:w="617"/>
          </w:tcPr>
          <w:p>
            <w:r>
              <w:t>CÔNG TY TRÁCH NHIỆM HỮU HẠN LIÊN THANH</w:t>
            </w:r>
          </w:p>
        </w:tc>
        <w:tc>
          <w:tcPr>
            <w:tcW w:type="dxa" w:w="617"/>
          </w:tcPr>
          <w:p>
            <w:r>
              <w:t>108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78</w:t>
            </w:r>
          </w:p>
        </w:tc>
        <w:tc>
          <w:tcPr>
            <w:tcW w:type="dxa" w:w="617"/>
          </w:tcPr>
          <w:p>
            <w:r>
              <w:t>31</w:t>
            </w:r>
          </w:p>
        </w:tc>
        <w:tc>
          <w:tcPr>
            <w:tcW w:type="dxa" w:w="617"/>
          </w:tcPr>
          <w:p>
            <w:r>
              <w:t>46</w:t>
            </w:r>
          </w:p>
        </w:tc>
        <w:tc>
          <w:tcPr>
            <w:tcW w:type="dxa" w:w="617"/>
          </w:tcPr>
          <w:p>
            <w:r>
              <w:t>44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78</w:t>
            </w:r>
          </w:p>
        </w:tc>
        <w:tc>
          <w:tcPr>
            <w:tcW w:type="dxa" w:w="617"/>
          </w:tcPr>
          <w:p>
            <w:r>
              <w:t>+38</w:t>
            </w:r>
          </w:p>
        </w:tc>
        <w:tc>
          <w:tcPr>
            <w:tcW w:type="dxa" w:w="617"/>
          </w:tcPr>
          <w:p>
            <w:r>
              <w:t>+94.1%</w:t>
            </w:r>
          </w:p>
        </w:tc>
      </w:tr>
      <w:tr>
        <w:tc>
          <w:tcPr>
            <w:tcW w:type="dxa" w:w="617"/>
          </w:tcPr>
          <w:p>
            <w:r>
              <w:t>72</w:t>
            </w:r>
          </w:p>
        </w:tc>
        <w:tc>
          <w:tcPr>
            <w:tcW w:type="dxa" w:w="617"/>
          </w:tcPr>
          <w:p>
            <w:r>
              <w:t>KH2145</w:t>
            </w:r>
          </w:p>
        </w:tc>
        <w:tc>
          <w:tcPr>
            <w:tcW w:type="dxa" w:w="617"/>
          </w:tcPr>
          <w:p>
            <w:r>
              <w:t>CÔNG TY TNHH GỖ HỐ NAI D&amp;D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29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108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73</w:t>
            </w:r>
          </w:p>
        </w:tc>
        <w:tc>
          <w:tcPr>
            <w:tcW w:type="dxa" w:w="617"/>
          </w:tcPr>
          <w:p>
            <w:r>
              <w:t>+73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73</w:t>
            </w:r>
          </w:p>
        </w:tc>
        <w:tc>
          <w:tcPr>
            <w:tcW w:type="dxa" w:w="617"/>
          </w:tcPr>
          <w:p>
            <w:r>
              <w:t>KH0589</w:t>
            </w:r>
          </w:p>
        </w:tc>
        <w:tc>
          <w:tcPr>
            <w:tcW w:type="dxa" w:w="617"/>
          </w:tcPr>
          <w:p>
            <w:r>
              <w:t>CÔNG TY TNHH SƠN MÀI THUẬN THIÊN</w:t>
            </w:r>
          </w:p>
        </w:tc>
        <w:tc>
          <w:tcPr>
            <w:tcW w:type="dxa" w:w="617"/>
          </w:tcPr>
          <w:p>
            <w:r>
              <w:t>65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69</w:t>
            </w:r>
          </w:p>
        </w:tc>
        <w:tc>
          <w:tcPr>
            <w:tcW w:type="dxa" w:w="617"/>
          </w:tcPr>
          <w:p>
            <w:r>
              <w:t>+69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74</w:t>
            </w:r>
          </w:p>
        </w:tc>
        <w:tc>
          <w:tcPr>
            <w:tcW w:type="dxa" w:w="617"/>
          </w:tcPr>
          <w:p>
            <w:r>
              <w:t>KH2080</w:t>
            </w:r>
          </w:p>
        </w:tc>
        <w:tc>
          <w:tcPr>
            <w:tcW w:type="dxa" w:w="617"/>
          </w:tcPr>
          <w:p>
            <w:r>
              <w:t>CÔNG TY TNHH SẢN XUẤT THƯƠNG MẠI XUẤT NHẬP KHẨU ÂU VIỆT FURNITURE</w:t>
            </w:r>
          </w:p>
        </w:tc>
        <w:tc>
          <w:tcPr>
            <w:tcW w:type="dxa" w:w="617"/>
          </w:tcPr>
          <w:p>
            <w:r>
              <w:t>72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63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113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48</w:t>
            </w:r>
          </w:p>
        </w:tc>
        <w:tc>
          <w:tcPr>
            <w:tcW w:type="dxa" w:w="617"/>
          </w:tcPr>
          <w:p>
            <w:r>
              <w:t>63</w:t>
            </w:r>
          </w:p>
        </w:tc>
        <w:tc>
          <w:tcPr>
            <w:tcW w:type="dxa" w:w="617"/>
          </w:tcPr>
          <w:p>
            <w:r>
              <w:t>+15</w:t>
            </w:r>
          </w:p>
        </w:tc>
        <w:tc>
          <w:tcPr>
            <w:tcW w:type="dxa" w:w="617"/>
          </w:tcPr>
          <w:p>
            <w:r>
              <w:t>+31.0%</w:t>
            </w:r>
          </w:p>
        </w:tc>
      </w:tr>
      <w:tr>
        <w:tc>
          <w:tcPr>
            <w:tcW w:type="dxa" w:w="617"/>
          </w:tcPr>
          <w:p>
            <w:r>
              <w:t>75</w:t>
            </w:r>
          </w:p>
        </w:tc>
        <w:tc>
          <w:tcPr>
            <w:tcW w:type="dxa" w:w="617"/>
          </w:tcPr>
          <w:p>
            <w:r>
              <w:t>KH1761</w:t>
            </w:r>
          </w:p>
        </w:tc>
        <w:tc>
          <w:tcPr>
            <w:tcW w:type="dxa" w:w="617"/>
          </w:tcPr>
          <w:p>
            <w:r>
              <w:t>CÔNG TY TNHH TIẾN PHONG CAM LỘ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74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62</w:t>
            </w:r>
          </w:p>
        </w:tc>
        <w:tc>
          <w:tcPr>
            <w:tcW w:type="dxa" w:w="617"/>
          </w:tcPr>
          <w:p>
            <w:r>
              <w:t>+21</w:t>
            </w:r>
          </w:p>
        </w:tc>
        <w:tc>
          <w:tcPr>
            <w:tcW w:type="dxa" w:w="617"/>
          </w:tcPr>
          <w:p>
            <w:r>
              <w:t>+52.1%</w:t>
            </w:r>
          </w:p>
        </w:tc>
      </w:tr>
      <w:tr>
        <w:tc>
          <w:tcPr>
            <w:tcW w:type="dxa" w:w="617"/>
          </w:tcPr>
          <w:p>
            <w:r>
              <w:t>76</w:t>
            </w:r>
          </w:p>
        </w:tc>
        <w:tc>
          <w:tcPr>
            <w:tcW w:type="dxa" w:w="617"/>
          </w:tcPr>
          <w:p>
            <w:r>
              <w:t>KH0561</w:t>
            </w:r>
          </w:p>
        </w:tc>
        <w:tc>
          <w:tcPr>
            <w:tcW w:type="dxa" w:w="617"/>
          </w:tcPr>
          <w:p>
            <w:r>
              <w:t>CÔNG TY TNHH SẢN XUẤT-THƯƠNG MẠI MÔ TÔ KIỀU HOÀNG SƠN</w:t>
            </w:r>
          </w:p>
        </w:tc>
        <w:tc>
          <w:tcPr>
            <w:tcW w:type="dxa" w:w="617"/>
          </w:tcPr>
          <w:p>
            <w:r>
              <w:t>210</w:t>
            </w:r>
          </w:p>
        </w:tc>
        <w:tc>
          <w:tcPr>
            <w:tcW w:type="dxa" w:w="617"/>
          </w:tcPr>
          <w:p>
            <w:r>
              <w:t>174</w:t>
            </w:r>
          </w:p>
        </w:tc>
        <w:tc>
          <w:tcPr>
            <w:tcW w:type="dxa" w:w="617"/>
          </w:tcPr>
          <w:p>
            <w:r>
              <w:t>105</w:t>
            </w:r>
          </w:p>
        </w:tc>
        <w:tc>
          <w:tcPr>
            <w:tcW w:type="dxa" w:w="617"/>
          </w:tcPr>
          <w:p>
            <w:r>
              <w:t>163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62</w:t>
            </w:r>
          </w:p>
        </w:tc>
        <w:tc>
          <w:tcPr>
            <w:tcW w:type="dxa" w:w="617"/>
          </w:tcPr>
          <w:p>
            <w:r>
              <w:t>+9</w:t>
            </w:r>
          </w:p>
        </w:tc>
        <w:tc>
          <w:tcPr>
            <w:tcW w:type="dxa" w:w="617"/>
          </w:tcPr>
          <w:p>
            <w:r>
              <w:t>+17.3%</w:t>
            </w:r>
          </w:p>
        </w:tc>
      </w:tr>
      <w:tr>
        <w:tc>
          <w:tcPr>
            <w:tcW w:type="dxa" w:w="617"/>
          </w:tcPr>
          <w:p>
            <w:r>
              <w:t>77</w:t>
            </w:r>
          </w:p>
        </w:tc>
        <w:tc>
          <w:tcPr>
            <w:tcW w:type="dxa" w:w="617"/>
          </w:tcPr>
          <w:p>
            <w:r>
              <w:t>KH2146</w:t>
            </w:r>
          </w:p>
        </w:tc>
        <w:tc>
          <w:tcPr>
            <w:tcW w:type="dxa" w:w="617"/>
          </w:tcPr>
          <w:p>
            <w:r>
              <w:t>CÔNG TY TNHH SẢN XUẤT THANH PHONG FURNITURE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127</w:t>
            </w:r>
          </w:p>
        </w:tc>
        <w:tc>
          <w:tcPr>
            <w:tcW w:type="dxa" w:w="617"/>
          </w:tcPr>
          <w:p>
            <w:r>
              <w:t>37</w:t>
            </w:r>
          </w:p>
        </w:tc>
        <w:tc>
          <w:tcPr>
            <w:tcW w:type="dxa" w:w="617"/>
          </w:tcPr>
          <w:p>
            <w:r>
              <w:t>61</w:t>
            </w:r>
          </w:p>
        </w:tc>
        <w:tc>
          <w:tcPr>
            <w:tcW w:type="dxa" w:w="617"/>
          </w:tcPr>
          <w:p>
            <w:r>
              <w:t>+23</w:t>
            </w:r>
          </w:p>
        </w:tc>
        <w:tc>
          <w:tcPr>
            <w:tcW w:type="dxa" w:w="617"/>
          </w:tcPr>
          <w:p>
            <w:r>
              <w:t>+63.3%</w:t>
            </w:r>
          </w:p>
        </w:tc>
      </w:tr>
      <w:tr>
        <w:tc>
          <w:tcPr>
            <w:tcW w:type="dxa" w:w="617"/>
          </w:tcPr>
          <w:p>
            <w:r>
              <w:t>78</w:t>
            </w:r>
          </w:p>
        </w:tc>
        <w:tc>
          <w:tcPr>
            <w:tcW w:type="dxa" w:w="617"/>
          </w:tcPr>
          <w:p>
            <w:r>
              <w:t>KH2139</w:t>
            </w:r>
          </w:p>
        </w:tc>
        <w:tc>
          <w:tcPr>
            <w:tcW w:type="dxa" w:w="617"/>
          </w:tcPr>
          <w:p>
            <w:r>
              <w:t>CÔNG TY TNHH MỘT THÀNH VIÊN HƯNG DIỆU</w:t>
            </w:r>
          </w:p>
        </w:tc>
        <w:tc>
          <w:tcPr>
            <w:tcW w:type="dxa" w:w="617"/>
          </w:tcPr>
          <w:p>
            <w:r>
              <w:t>38</w:t>
            </w:r>
          </w:p>
        </w:tc>
        <w:tc>
          <w:tcPr>
            <w:tcW w:type="dxa" w:w="617"/>
          </w:tcPr>
          <w:p>
            <w:r>
              <w:t>28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87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82</w:t>
            </w:r>
          </w:p>
        </w:tc>
        <w:tc>
          <w:tcPr>
            <w:tcW w:type="dxa" w:w="617"/>
          </w:tcPr>
          <w:p>
            <w:r>
              <w:t>59</w:t>
            </w:r>
          </w:p>
        </w:tc>
        <w:tc>
          <w:tcPr>
            <w:tcW w:type="dxa" w:w="617"/>
          </w:tcPr>
          <w:p>
            <w:r>
              <w:t>-23</w:t>
            </w:r>
          </w:p>
        </w:tc>
        <w:tc>
          <w:tcPr>
            <w:tcW w:type="dxa" w:w="617"/>
          </w:tcPr>
          <w:p>
            <w:r>
              <w:t>-28.1%</w:t>
            </w:r>
          </w:p>
        </w:tc>
      </w:tr>
      <w:tr>
        <w:tc>
          <w:tcPr>
            <w:tcW w:type="dxa" w:w="617"/>
          </w:tcPr>
          <w:p>
            <w:r>
              <w:t>79</w:t>
            </w:r>
          </w:p>
        </w:tc>
        <w:tc>
          <w:tcPr>
            <w:tcW w:type="dxa" w:w="617"/>
          </w:tcPr>
          <w:p>
            <w:r>
              <w:t>KH2172</w:t>
            </w:r>
          </w:p>
        </w:tc>
        <w:tc>
          <w:tcPr>
            <w:tcW w:type="dxa" w:w="617"/>
          </w:tcPr>
          <w:p>
            <w:r>
              <w:t>CÔNG TY TNHH THƯƠNG MẠI CHẾ BIẾN GỖ XUẤT KHẨU THANH HÙNG</w:t>
            </w:r>
          </w:p>
        </w:tc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193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133</w:t>
            </w:r>
          </w:p>
        </w:tc>
        <w:tc>
          <w:tcPr>
            <w:tcW w:type="dxa" w:w="617"/>
          </w:tcPr>
          <w:p>
            <w:r>
              <w:t>142</w:t>
            </w:r>
          </w:p>
        </w:tc>
        <w:tc>
          <w:tcPr>
            <w:tcW w:type="dxa" w:w="617"/>
          </w:tcPr>
          <w:p>
            <w:r>
              <w:t>122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+50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80</w:t>
            </w:r>
          </w:p>
        </w:tc>
        <w:tc>
          <w:tcPr>
            <w:tcW w:type="dxa" w:w="617"/>
          </w:tcPr>
          <w:p>
            <w:r>
              <w:t>KH0475</w:t>
            </w:r>
          </w:p>
        </w:tc>
        <w:tc>
          <w:tcPr>
            <w:tcW w:type="dxa" w:w="617"/>
          </w:tcPr>
          <w:p>
            <w:r>
              <w:t>CÔNG TY TNHH PMA INDUSTRIER VIỆT NAM</w:t>
            </w:r>
          </w:p>
        </w:tc>
        <w:tc>
          <w:tcPr>
            <w:tcW w:type="dxa" w:w="617"/>
          </w:tcPr>
          <w:p>
            <w:r>
              <w:t>101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238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70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47</w:t>
            </w:r>
          </w:p>
        </w:tc>
        <w:tc>
          <w:tcPr>
            <w:tcW w:type="dxa" w:w="617"/>
          </w:tcPr>
          <w:p>
            <w:r>
              <w:t>+34</w:t>
            </w:r>
          </w:p>
        </w:tc>
        <w:tc>
          <w:tcPr>
            <w:tcW w:type="dxa" w:w="617"/>
          </w:tcPr>
          <w:p>
            <w:r>
              <w:t>+259.5%</w:t>
            </w:r>
          </w:p>
        </w:tc>
      </w:tr>
      <w:tr>
        <w:tc>
          <w:tcPr>
            <w:tcW w:type="dxa" w:w="617"/>
          </w:tcPr>
          <w:p>
            <w:r>
              <w:t>81</w:t>
            </w:r>
          </w:p>
        </w:tc>
        <w:tc>
          <w:tcPr>
            <w:tcW w:type="dxa" w:w="617"/>
          </w:tcPr>
          <w:p>
            <w:r>
              <w:t>KH0129</w:t>
            </w:r>
          </w:p>
        </w:tc>
        <w:tc>
          <w:tcPr>
            <w:tcW w:type="dxa" w:w="617"/>
          </w:tcPr>
          <w:p>
            <w:r>
              <w:t>CÔNG TY CỔ PHẦN CHẾ BIẾN GỖ ĐỨC THÀNH</w:t>
            </w:r>
          </w:p>
        </w:tc>
        <w:tc>
          <w:tcPr>
            <w:tcW w:type="dxa" w:w="617"/>
          </w:tcPr>
          <w:p>
            <w:r>
              <w:t>397</w:t>
            </w:r>
          </w:p>
        </w:tc>
        <w:tc>
          <w:tcPr>
            <w:tcW w:type="dxa" w:w="617"/>
          </w:tcPr>
          <w:p>
            <w:r>
              <w:t>59</w:t>
            </w:r>
          </w:p>
        </w:tc>
        <w:tc>
          <w:tcPr>
            <w:tcW w:type="dxa" w:w="617"/>
          </w:tcPr>
          <w:p>
            <w:r>
              <w:t>524</w:t>
            </w:r>
          </w:p>
        </w:tc>
        <w:tc>
          <w:tcPr>
            <w:tcW w:type="dxa" w:w="617"/>
          </w:tcPr>
          <w:p>
            <w:r>
              <w:t>318</w:t>
            </w:r>
          </w:p>
        </w:tc>
        <w:tc>
          <w:tcPr>
            <w:tcW w:type="dxa" w:w="617"/>
          </w:tcPr>
          <w:p>
            <w:r>
              <w:t>36</w:t>
            </w:r>
          </w:p>
        </w:tc>
        <w:tc>
          <w:tcPr>
            <w:tcW w:type="dxa" w:w="617"/>
          </w:tcPr>
          <w:p>
            <w:r>
              <w:t>223</w:t>
            </w:r>
          </w:p>
        </w:tc>
        <w:tc>
          <w:tcPr>
            <w:tcW w:type="dxa" w:w="617"/>
          </w:tcPr>
          <w:p>
            <w:r>
              <w:t>338</w:t>
            </w:r>
          </w:p>
        </w:tc>
        <w:tc>
          <w:tcPr>
            <w:tcW w:type="dxa" w:w="617"/>
          </w:tcPr>
          <w:p>
            <w:r>
              <w:t>122</w:t>
            </w:r>
          </w:p>
        </w:tc>
        <w:tc>
          <w:tcPr>
            <w:tcW w:type="dxa" w:w="617"/>
          </w:tcPr>
          <w:p>
            <w:r>
              <w:t>46</w:t>
            </w:r>
          </w:p>
        </w:tc>
        <w:tc>
          <w:tcPr>
            <w:tcW w:type="dxa" w:w="617"/>
          </w:tcPr>
          <w:p>
            <w:r>
              <w:t>-75</w:t>
            </w:r>
          </w:p>
        </w:tc>
        <w:tc>
          <w:tcPr>
            <w:tcW w:type="dxa" w:w="617"/>
          </w:tcPr>
          <w:p>
            <w:r>
              <w:t>-61.7%</w:t>
            </w:r>
          </w:p>
        </w:tc>
      </w:tr>
      <w:tr>
        <w:tc>
          <w:tcPr>
            <w:tcW w:type="dxa" w:w="617"/>
          </w:tcPr>
          <w:p>
            <w:r>
              <w:t>82</w:t>
            </w:r>
          </w:p>
        </w:tc>
        <w:tc>
          <w:tcPr>
            <w:tcW w:type="dxa" w:w="617"/>
          </w:tcPr>
          <w:p>
            <w:r>
              <w:t>KH0516</w:t>
            </w:r>
          </w:p>
        </w:tc>
        <w:tc>
          <w:tcPr>
            <w:tcW w:type="dxa" w:w="617"/>
          </w:tcPr>
          <w:p>
            <w:r>
              <w:t>CÔNG TY TNHH SX - TM &amp; XNK THIÊN MINH</w:t>
            </w:r>
          </w:p>
        </w:tc>
        <w:tc>
          <w:tcPr>
            <w:tcW w:type="dxa" w:w="617"/>
          </w:tcPr>
          <w:p>
            <w:r>
              <w:t>132</w:t>
            </w:r>
          </w:p>
        </w:tc>
        <w:tc>
          <w:tcPr>
            <w:tcW w:type="dxa" w:w="617"/>
          </w:tcPr>
          <w:p>
            <w:r>
              <w:t>60</w:t>
            </w:r>
          </w:p>
        </w:tc>
        <w:tc>
          <w:tcPr>
            <w:tcW w:type="dxa" w:w="617"/>
          </w:tcPr>
          <w:p>
            <w:r>
              <w:t>118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46</w:t>
            </w:r>
          </w:p>
        </w:tc>
        <w:tc>
          <w:tcPr>
            <w:tcW w:type="dxa" w:w="617"/>
          </w:tcPr>
          <w:p>
            <w:r>
              <w:t>+46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83</w:t>
            </w:r>
          </w:p>
        </w:tc>
        <w:tc>
          <w:tcPr>
            <w:tcW w:type="dxa" w:w="617"/>
          </w:tcPr>
          <w:p>
            <w:r>
              <w:t>KH0596</w:t>
            </w:r>
          </w:p>
        </w:tc>
        <w:tc>
          <w:tcPr>
            <w:tcW w:type="dxa" w:w="617"/>
          </w:tcPr>
          <w:p>
            <w:r>
              <w:t>CÔNG TY TNHH TÂN PHƯỚC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106</w:t>
            </w:r>
          </w:p>
        </w:tc>
        <w:tc>
          <w:tcPr>
            <w:tcW w:type="dxa" w:w="617"/>
          </w:tcPr>
          <w:p>
            <w:r>
              <w:t>60</w:t>
            </w:r>
          </w:p>
        </w:tc>
        <w:tc>
          <w:tcPr>
            <w:tcW w:type="dxa" w:w="617"/>
          </w:tcPr>
          <w:p>
            <w:r>
              <w:t>45</w:t>
            </w:r>
          </w:p>
        </w:tc>
        <w:tc>
          <w:tcPr>
            <w:tcW w:type="dxa" w:w="617"/>
          </w:tcPr>
          <w:p>
            <w:r>
              <w:t>-14</w:t>
            </w:r>
          </w:p>
        </w:tc>
        <w:tc>
          <w:tcPr>
            <w:tcW w:type="dxa" w:w="617"/>
          </w:tcPr>
          <w:p>
            <w:r>
              <w:t>-24.1%</w:t>
            </w:r>
          </w:p>
        </w:tc>
      </w:tr>
      <w:tr>
        <w:tc>
          <w:tcPr>
            <w:tcW w:type="dxa" w:w="617"/>
          </w:tcPr>
          <w:p>
            <w:r>
              <w:t>84</w:t>
            </w:r>
          </w:p>
        </w:tc>
        <w:tc>
          <w:tcPr>
            <w:tcW w:type="dxa" w:w="617"/>
          </w:tcPr>
          <w:p>
            <w:r>
              <w:t>KH2079</w:t>
            </w:r>
          </w:p>
        </w:tc>
        <w:tc>
          <w:tcPr>
            <w:tcW w:type="dxa" w:w="617"/>
          </w:tcPr>
          <w:p>
            <w:r>
              <w:t>CÔNG TY TNHH THIÊN HÀO PHÚ</w:t>
            </w:r>
          </w:p>
        </w:tc>
        <w:tc>
          <w:tcPr>
            <w:tcW w:type="dxa" w:w="617"/>
          </w:tcPr>
          <w:p>
            <w:r>
              <w:t>58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44</w:t>
            </w:r>
          </w:p>
        </w:tc>
        <w:tc>
          <w:tcPr>
            <w:tcW w:type="dxa" w:w="617"/>
          </w:tcPr>
          <w:p>
            <w:r>
              <w:t>+26</w:t>
            </w:r>
          </w:p>
        </w:tc>
        <w:tc>
          <w:tcPr>
            <w:tcW w:type="dxa" w:w="617"/>
          </w:tcPr>
          <w:p>
            <w:r>
              <w:t>+154.7%</w:t>
            </w:r>
          </w:p>
        </w:tc>
      </w:tr>
      <w:tr>
        <w:tc>
          <w:tcPr>
            <w:tcW w:type="dxa" w:w="617"/>
          </w:tcPr>
          <w:p>
            <w:r>
              <w:t>85</w:t>
            </w:r>
          </w:p>
        </w:tc>
        <w:tc>
          <w:tcPr>
            <w:tcW w:type="dxa" w:w="617"/>
          </w:tcPr>
          <w:p>
            <w:r>
              <w:t>KH2091</w:t>
            </w:r>
          </w:p>
        </w:tc>
        <w:tc>
          <w:tcPr>
            <w:tcW w:type="dxa" w:w="617"/>
          </w:tcPr>
          <w:p>
            <w:r>
              <w:t>CÔNG TY CỔ PHẦN MID FURNITURE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42</w:t>
            </w:r>
          </w:p>
        </w:tc>
        <w:tc>
          <w:tcPr>
            <w:tcW w:type="dxa" w:w="617"/>
          </w:tcPr>
          <w:p>
            <w:r>
              <w:t>+31</w:t>
            </w:r>
          </w:p>
        </w:tc>
        <w:tc>
          <w:tcPr>
            <w:tcW w:type="dxa" w:w="617"/>
          </w:tcPr>
          <w:p>
            <w:r>
              <w:t>+299.2%</w:t>
            </w:r>
          </w:p>
        </w:tc>
      </w:tr>
      <w:tr>
        <w:tc>
          <w:tcPr>
            <w:tcW w:type="dxa" w:w="617"/>
          </w:tcPr>
          <w:p>
            <w:r>
              <w:t>86</w:t>
            </w:r>
          </w:p>
        </w:tc>
        <w:tc>
          <w:tcPr>
            <w:tcW w:type="dxa" w:w="617"/>
          </w:tcPr>
          <w:p>
            <w:r>
              <w:t>KH0240</w:t>
            </w:r>
          </w:p>
        </w:tc>
        <w:tc>
          <w:tcPr>
            <w:tcW w:type="dxa" w:w="617"/>
          </w:tcPr>
          <w:p>
            <w:r>
              <w:t>CÔNG TY TNHH DV TM THIÊN HỒNG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47</w:t>
            </w:r>
          </w:p>
        </w:tc>
        <w:tc>
          <w:tcPr>
            <w:tcW w:type="dxa" w:w="617"/>
          </w:tcPr>
          <w:p>
            <w:r>
              <w:t>32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+39</w:t>
            </w:r>
          </w:p>
        </w:tc>
        <w:tc>
          <w:tcPr>
            <w:tcW w:type="dxa" w:w="617"/>
          </w:tcPr>
          <w:p>
            <w:r>
              <w:t>+1732.7%</w:t>
            </w:r>
          </w:p>
        </w:tc>
      </w:tr>
      <w:tr>
        <w:tc>
          <w:tcPr>
            <w:tcW w:type="dxa" w:w="617"/>
          </w:tcPr>
          <w:p>
            <w:r>
              <w:t>87</w:t>
            </w:r>
          </w:p>
        </w:tc>
        <w:tc>
          <w:tcPr>
            <w:tcW w:type="dxa" w:w="617"/>
          </w:tcPr>
          <w:p>
            <w:r>
              <w:t>KH0300</w:t>
            </w:r>
          </w:p>
        </w:tc>
        <w:tc>
          <w:tcPr>
            <w:tcW w:type="dxa" w:w="617"/>
          </w:tcPr>
          <w:p>
            <w:r>
              <w:t>CÔNG TY TNHH HƯNG NGUYÊN PHÁT</w:t>
            </w:r>
          </w:p>
        </w:tc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60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37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-3</w:t>
            </w:r>
          </w:p>
        </w:tc>
        <w:tc>
          <w:tcPr>
            <w:tcW w:type="dxa" w:w="617"/>
          </w:tcPr>
          <w:p>
            <w:r>
              <w:t>-10.2%</w:t>
            </w:r>
          </w:p>
        </w:tc>
      </w:tr>
      <w:tr>
        <w:tc>
          <w:tcPr>
            <w:tcW w:type="dxa" w:w="617"/>
          </w:tcPr>
          <w:p>
            <w:r>
              <w:t>88</w:t>
            </w:r>
          </w:p>
        </w:tc>
        <w:tc>
          <w:tcPr>
            <w:tcW w:type="dxa" w:w="617"/>
          </w:tcPr>
          <w:p>
            <w:r>
              <w:t>KH0392</w:t>
            </w:r>
          </w:p>
        </w:tc>
        <w:tc>
          <w:tcPr>
            <w:tcW w:type="dxa" w:w="617"/>
          </w:tcPr>
          <w:p>
            <w:r>
              <w:t>CÔNG TY TNHH MTV MỸ NGHỆ ĐÔNG PHƯƠNG MỘC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+19</w:t>
            </w:r>
          </w:p>
        </w:tc>
        <w:tc>
          <w:tcPr>
            <w:tcW w:type="dxa" w:w="617"/>
          </w:tcPr>
          <w:p>
            <w:r>
              <w:t>+403.0%</w:t>
            </w:r>
          </w:p>
        </w:tc>
      </w:tr>
      <w:tr>
        <w:tc>
          <w:tcPr>
            <w:tcW w:type="dxa" w:w="617"/>
          </w:tcPr>
          <w:p>
            <w:r>
              <w:t>89</w:t>
            </w:r>
          </w:p>
        </w:tc>
        <w:tc>
          <w:tcPr>
            <w:tcW w:type="dxa" w:w="617"/>
          </w:tcPr>
          <w:p>
            <w:r>
              <w:t>KH2211</w:t>
            </w:r>
          </w:p>
        </w:tc>
        <w:tc>
          <w:tcPr>
            <w:tcW w:type="dxa" w:w="617"/>
          </w:tcPr>
          <w:p>
            <w:r>
              <w:t>CÔNG TY TNHH TH HOÀNG KIM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+5</w:t>
            </w:r>
          </w:p>
        </w:tc>
        <w:tc>
          <w:tcPr>
            <w:tcW w:type="dxa" w:w="617"/>
          </w:tcPr>
          <w:p>
            <w:r>
              <w:t>+29.5%</w:t>
            </w:r>
          </w:p>
        </w:tc>
      </w:tr>
      <w:tr>
        <w:tc>
          <w:tcPr>
            <w:tcW w:type="dxa" w:w="617"/>
          </w:tcPr>
          <w:p>
            <w:r>
              <w:t>90</w:t>
            </w:r>
          </w:p>
        </w:tc>
        <w:tc>
          <w:tcPr>
            <w:tcW w:type="dxa" w:w="617"/>
          </w:tcPr>
          <w:p>
            <w:r>
              <w:t>KH0792</w:t>
            </w:r>
          </w:p>
        </w:tc>
        <w:tc>
          <w:tcPr>
            <w:tcW w:type="dxa" w:w="617"/>
          </w:tcPr>
          <w:p>
            <w:r>
              <w:t>CÔNG TY CỔ PHẨN CHẾ BIẾN GỖ NỘI THẤT THÀNH TÂM</w:t>
            </w:r>
          </w:p>
        </w:tc>
        <w:tc>
          <w:tcPr>
            <w:tcW w:type="dxa" w:w="617"/>
          </w:tcPr>
          <w:p>
            <w:r>
              <w:t>63</w:t>
            </w:r>
          </w:p>
        </w:tc>
        <w:tc>
          <w:tcPr>
            <w:tcW w:type="dxa" w:w="617"/>
          </w:tcPr>
          <w:p>
            <w:r>
              <w:t>59</w:t>
            </w:r>
          </w:p>
        </w:tc>
        <w:tc>
          <w:tcPr>
            <w:tcW w:type="dxa" w:w="617"/>
          </w:tcPr>
          <w:p>
            <w:r>
              <w:t>36</w:t>
            </w:r>
          </w:p>
        </w:tc>
        <w:tc>
          <w:tcPr>
            <w:tcW w:type="dxa" w:w="617"/>
          </w:tcPr>
          <w:p>
            <w:r>
              <w:t>132</w:t>
            </w:r>
          </w:p>
        </w:tc>
        <w:tc>
          <w:tcPr>
            <w:tcW w:type="dxa" w:w="617"/>
          </w:tcPr>
          <w:p>
            <w:r>
              <w:t>96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-2</w:t>
            </w:r>
          </w:p>
        </w:tc>
        <w:tc>
          <w:tcPr>
            <w:tcW w:type="dxa" w:w="617"/>
          </w:tcPr>
          <w:p>
            <w:r>
              <w:t>-10.1%</w:t>
            </w:r>
          </w:p>
        </w:tc>
      </w:tr>
      <w:tr>
        <w:tc>
          <w:tcPr>
            <w:tcW w:type="dxa" w:w="617"/>
          </w:tcPr>
          <w:p>
            <w:r>
              <w:t>91</w:t>
            </w:r>
          </w:p>
        </w:tc>
        <w:tc>
          <w:tcPr>
            <w:tcW w:type="dxa" w:w="617"/>
          </w:tcPr>
          <w:p>
            <w:r>
              <w:t>KH0360</w:t>
            </w:r>
          </w:p>
        </w:tc>
        <w:tc>
          <w:tcPr>
            <w:tcW w:type="dxa" w:w="617"/>
          </w:tcPr>
          <w:p>
            <w:r>
              <w:t>CÔNG TY TNHH MỘT THÀNH VIÊN GỖ HOÀNG HÙNG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+2</w:t>
            </w:r>
          </w:p>
        </w:tc>
        <w:tc>
          <w:tcPr>
            <w:tcW w:type="dxa" w:w="617"/>
          </w:tcPr>
          <w:p>
            <w:r>
              <w:t>+14.4%</w:t>
            </w:r>
          </w:p>
        </w:tc>
      </w:tr>
      <w:tr>
        <w:tc>
          <w:tcPr>
            <w:tcW w:type="dxa" w:w="617"/>
          </w:tcPr>
          <w:p>
            <w:r>
              <w:t>92</w:t>
            </w:r>
          </w:p>
        </w:tc>
        <w:tc>
          <w:tcPr>
            <w:tcW w:type="dxa" w:w="617"/>
          </w:tcPr>
          <w:p>
            <w:r>
              <w:t>KH1877</w:t>
            </w:r>
          </w:p>
        </w:tc>
        <w:tc>
          <w:tcPr>
            <w:tcW w:type="dxa" w:w="617"/>
          </w:tcPr>
          <w:p>
            <w:r>
              <w:t>CÔNG TY TNHH SẢN XUẤT THƯƠNG MẠI THIẾT KẾ XÂY DỰNG VĨNH TIẾN.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29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+7</w:t>
            </w:r>
          </w:p>
        </w:tc>
        <w:tc>
          <w:tcPr>
            <w:tcW w:type="dxa" w:w="617"/>
          </w:tcPr>
          <w:p>
            <w:r>
              <w:t>+69.6%</w:t>
            </w:r>
          </w:p>
        </w:tc>
      </w:tr>
      <w:tr>
        <w:tc>
          <w:tcPr>
            <w:tcW w:type="dxa" w:w="617"/>
          </w:tcPr>
          <w:p>
            <w:r>
              <w:t>93</w:t>
            </w:r>
          </w:p>
        </w:tc>
        <w:tc>
          <w:tcPr>
            <w:tcW w:type="dxa" w:w="617"/>
          </w:tcPr>
          <w:p>
            <w:r>
              <w:t>KH1782</w:t>
            </w:r>
          </w:p>
        </w:tc>
        <w:tc>
          <w:tcPr>
            <w:tcW w:type="dxa" w:w="617"/>
          </w:tcPr>
          <w:p>
            <w:r>
              <w:t>CÔNG TY TNHH DUY CƯỜNG ĐÀ LẠT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+19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94</w:t>
            </w:r>
          </w:p>
        </w:tc>
        <w:tc>
          <w:tcPr>
            <w:tcW w:type="dxa" w:w="617"/>
          </w:tcPr>
          <w:p>
            <w:r>
              <w:t>KH0073</w:t>
            </w:r>
          </w:p>
        </w:tc>
        <w:tc>
          <w:tcPr>
            <w:tcW w:type="dxa" w:w="617"/>
          </w:tcPr>
          <w:p>
            <w:r>
              <w:t>CÔNG TY CỔ PHẦN LÂM VIỆT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102</w:t>
            </w:r>
          </w:p>
        </w:tc>
        <w:tc>
          <w:tcPr>
            <w:tcW w:type="dxa" w:w="617"/>
          </w:tcPr>
          <w:p>
            <w:r>
              <w:t>44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76</w:t>
            </w:r>
          </w:p>
        </w:tc>
        <w:tc>
          <w:tcPr>
            <w:tcW w:type="dxa" w:w="617"/>
          </w:tcPr>
          <w:p>
            <w:r>
              <w:t>68</w:t>
            </w:r>
          </w:p>
        </w:tc>
        <w:tc>
          <w:tcPr>
            <w:tcW w:type="dxa" w:w="617"/>
          </w:tcPr>
          <w:p>
            <w:r>
              <w:t>90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-70</w:t>
            </w:r>
          </w:p>
        </w:tc>
        <w:tc>
          <w:tcPr>
            <w:tcW w:type="dxa" w:w="617"/>
          </w:tcPr>
          <w:p>
            <w:r>
              <w:t>-78.8%</w:t>
            </w:r>
          </w:p>
        </w:tc>
      </w:tr>
      <w:tr>
        <w:tc>
          <w:tcPr>
            <w:tcW w:type="dxa" w:w="617"/>
          </w:tcPr>
          <w:p>
            <w:r>
              <w:t>95</w:t>
            </w:r>
          </w:p>
        </w:tc>
        <w:tc>
          <w:tcPr>
            <w:tcW w:type="dxa" w:w="617"/>
          </w:tcPr>
          <w:p>
            <w:r>
              <w:t>KH1120</w:t>
            </w:r>
          </w:p>
        </w:tc>
        <w:tc>
          <w:tcPr>
            <w:tcW w:type="dxa" w:w="617"/>
          </w:tcPr>
          <w:p>
            <w:r>
              <w:t>CÔNG TY CỔ PHẦN KIM TÍN GỖ XANH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45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+15</w:t>
            </w:r>
          </w:p>
        </w:tc>
        <w:tc>
          <w:tcPr>
            <w:tcW w:type="dxa" w:w="617"/>
          </w:tcPr>
          <w:p>
            <w:r>
              <w:t>+647.2%</w:t>
            </w:r>
          </w:p>
        </w:tc>
      </w:tr>
      <w:tr>
        <w:tc>
          <w:tcPr>
            <w:tcW w:type="dxa" w:w="617"/>
          </w:tcPr>
          <w:p>
            <w:r>
              <w:t>96</w:t>
            </w:r>
          </w:p>
        </w:tc>
        <w:tc>
          <w:tcPr>
            <w:tcW w:type="dxa" w:w="617"/>
          </w:tcPr>
          <w:p>
            <w:r>
              <w:t>KH0512</w:t>
            </w:r>
          </w:p>
        </w:tc>
        <w:tc>
          <w:tcPr>
            <w:tcW w:type="dxa" w:w="617"/>
          </w:tcPr>
          <w:p>
            <w:r>
              <w:t>CÔNG TY TNHH SX &amp; TM SAO VÀNG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-1</w:t>
            </w:r>
          </w:p>
        </w:tc>
        <w:tc>
          <w:tcPr>
            <w:tcW w:type="dxa" w:w="617"/>
          </w:tcPr>
          <w:p>
            <w:r>
              <w:t>-7.3%</w:t>
            </w:r>
          </w:p>
        </w:tc>
      </w:tr>
      <w:tr>
        <w:tc>
          <w:tcPr>
            <w:tcW w:type="dxa" w:w="617"/>
          </w:tcPr>
          <w:p>
            <w:r>
              <w:t>97</w:t>
            </w:r>
          </w:p>
        </w:tc>
        <w:tc>
          <w:tcPr>
            <w:tcW w:type="dxa" w:w="617"/>
          </w:tcPr>
          <w:p>
            <w:r>
              <w:t>KH1995</w:t>
            </w:r>
          </w:p>
        </w:tc>
        <w:tc>
          <w:tcPr>
            <w:tcW w:type="dxa" w:w="617"/>
          </w:tcPr>
          <w:p>
            <w:r>
              <w:t>CÔNG TY TNHH THƯƠNG MẠI GIA LƯU</w:t>
            </w:r>
          </w:p>
        </w:tc>
        <w:tc>
          <w:tcPr>
            <w:tcW w:type="dxa" w:w="617"/>
          </w:tcPr>
          <w:p>
            <w:r>
              <w:t>43</w:t>
            </w:r>
          </w:p>
        </w:tc>
        <w:tc>
          <w:tcPr>
            <w:tcW w:type="dxa" w:w="617"/>
          </w:tcPr>
          <w:p>
            <w:r>
              <w:t>28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-1</w:t>
            </w:r>
          </w:p>
        </w:tc>
        <w:tc>
          <w:tcPr>
            <w:tcW w:type="dxa" w:w="617"/>
          </w:tcPr>
          <w:p>
            <w:r>
              <w:t>-10.6%</w:t>
            </w:r>
          </w:p>
        </w:tc>
      </w:tr>
      <w:tr>
        <w:tc>
          <w:tcPr>
            <w:tcW w:type="dxa" w:w="617"/>
          </w:tcPr>
          <w:p>
            <w:r>
              <w:t>98</w:t>
            </w:r>
          </w:p>
        </w:tc>
        <w:tc>
          <w:tcPr>
            <w:tcW w:type="dxa" w:w="617"/>
          </w:tcPr>
          <w:p>
            <w:r>
              <w:t>KH0761</w:t>
            </w:r>
          </w:p>
        </w:tc>
        <w:tc>
          <w:tcPr>
            <w:tcW w:type="dxa" w:w="617"/>
          </w:tcPr>
          <w:p>
            <w:r>
              <w:t>CÔNG TY TNHH ĐINH HOÀNG GIA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21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-3</w:t>
            </w:r>
          </w:p>
        </w:tc>
        <w:tc>
          <w:tcPr>
            <w:tcW w:type="dxa" w:w="617"/>
          </w:tcPr>
          <w:p>
            <w:r>
              <w:t>-31.6%</w:t>
            </w:r>
          </w:p>
        </w:tc>
      </w:tr>
      <w:tr>
        <w:tc>
          <w:tcPr>
            <w:tcW w:type="dxa" w:w="617"/>
          </w:tcPr>
          <w:p>
            <w:r>
              <w:t>99</w:t>
            </w:r>
          </w:p>
        </w:tc>
        <w:tc>
          <w:tcPr>
            <w:tcW w:type="dxa" w:w="617"/>
          </w:tcPr>
          <w:p>
            <w:r>
              <w:t>KH2186</w:t>
            </w:r>
          </w:p>
        </w:tc>
        <w:tc>
          <w:tcPr>
            <w:tcW w:type="dxa" w:w="617"/>
          </w:tcPr>
          <w:p>
            <w:r>
              <w:t>CÔNG TY TNHH SX &amp; TM KD ÁNH DƯƠNG XANH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+6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100</w:t>
            </w:r>
          </w:p>
        </w:tc>
        <w:tc>
          <w:tcPr>
            <w:tcW w:type="dxa" w:w="617"/>
          </w:tcPr>
          <w:p>
            <w:r>
              <w:t>KH2093</w:t>
            </w:r>
          </w:p>
        </w:tc>
        <w:tc>
          <w:tcPr>
            <w:tcW w:type="dxa" w:w="617"/>
          </w:tcPr>
          <w:p>
            <w:r>
              <w:t>CÔNG TY TNHH SẢN XUẤT - THƯƠNG MẠI VÀ DỊCH VỤ TRẦN QUANG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+5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101</w:t>
            </w:r>
          </w:p>
        </w:tc>
        <w:tc>
          <w:tcPr>
            <w:tcW w:type="dxa" w:w="617"/>
          </w:tcPr>
          <w:p>
            <w:r>
              <w:t>KH2155</w:t>
            </w:r>
          </w:p>
        </w:tc>
        <w:tc>
          <w:tcPr>
            <w:tcW w:type="dxa" w:w="617"/>
          </w:tcPr>
          <w:p>
            <w:r>
              <w:t>CÔNG TY TNHH NỘI THẤT ELITE STAR VIỆT NAM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-11</w:t>
            </w:r>
          </w:p>
        </w:tc>
        <w:tc>
          <w:tcPr>
            <w:tcW w:type="dxa" w:w="617"/>
          </w:tcPr>
          <w:p>
            <w:r>
              <w:t>-71.2%</w:t>
            </w:r>
          </w:p>
        </w:tc>
      </w:tr>
      <w:tr>
        <w:tc>
          <w:tcPr>
            <w:tcW w:type="dxa" w:w="617"/>
          </w:tcPr>
          <w:p>
            <w:r>
              <w:t>102</w:t>
            </w:r>
          </w:p>
        </w:tc>
        <w:tc>
          <w:tcPr>
            <w:tcW w:type="dxa" w:w="617"/>
          </w:tcPr>
          <w:p>
            <w:r>
              <w:t>KH0152</w:t>
            </w:r>
          </w:p>
        </w:tc>
        <w:tc>
          <w:tcPr>
            <w:tcW w:type="dxa" w:w="617"/>
          </w:tcPr>
          <w:p>
            <w:r>
              <w:t>CÔNG TY CỔ PHẦN SẢN XUẤT KINH DOANH XUẤT NHẬP KHẨU MINH TIẾN.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+2</w:t>
            </w:r>
          </w:p>
        </w:tc>
        <w:tc>
          <w:tcPr>
            <w:tcW w:type="dxa" w:w="617"/>
          </w:tcPr>
          <w:p>
            <w:r>
              <w:t>+166.6%</w:t>
            </w:r>
          </w:p>
        </w:tc>
      </w:tr>
      <w:tr>
        <w:tc>
          <w:tcPr>
            <w:tcW w:type="dxa" w:w="617"/>
          </w:tcPr>
          <w:p>
            <w:r>
              <w:t>103</w:t>
            </w:r>
          </w:p>
        </w:tc>
        <w:tc>
          <w:tcPr>
            <w:tcW w:type="dxa" w:w="617"/>
          </w:tcPr>
          <w:p>
            <w:r>
              <w:t>KH2168</w:t>
            </w:r>
          </w:p>
        </w:tc>
        <w:tc>
          <w:tcPr>
            <w:tcW w:type="dxa" w:w="617"/>
          </w:tcPr>
          <w:p>
            <w:r>
              <w:t>CÔNG TY TNHH RAYTEN VIỆT NAM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-6</w:t>
            </w:r>
          </w:p>
        </w:tc>
        <w:tc>
          <w:tcPr>
            <w:tcW w:type="dxa" w:w="617"/>
          </w:tcPr>
          <w:p>
            <w:r>
              <w:t>-60.0%</w:t>
            </w:r>
          </w:p>
        </w:tc>
      </w:tr>
      <w:tr>
        <w:tc>
          <w:tcPr>
            <w:tcW w:type="dxa" w:w="617"/>
          </w:tcPr>
          <w:p>
            <w:r>
              <w:t>104</w:t>
            </w:r>
          </w:p>
        </w:tc>
        <w:tc>
          <w:tcPr>
            <w:tcW w:type="dxa" w:w="617"/>
          </w:tcPr>
          <w:p>
            <w:r>
              <w:t>KH0796</w:t>
            </w:r>
          </w:p>
        </w:tc>
        <w:tc>
          <w:tcPr>
            <w:tcW w:type="dxa" w:w="617"/>
          </w:tcPr>
          <w:p>
            <w:r>
              <w:t>CÔNG TY CỔ PHẦN CHẾ BIẾN HÀNG XUẤT KHẨU ĐỒNG NAI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+4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105</w:t>
            </w:r>
          </w:p>
        </w:tc>
        <w:tc>
          <w:tcPr>
            <w:tcW w:type="dxa" w:w="617"/>
          </w:tcPr>
          <w:p>
            <w:r>
              <w:t>KH0270</w:t>
            </w:r>
          </w:p>
        </w:tc>
        <w:tc>
          <w:tcPr>
            <w:tcW w:type="dxa" w:w="617"/>
          </w:tcPr>
          <w:p>
            <w:r>
              <w:t>CÔNG TY TNHH GỖ XUẤT KHẨU THÁI BÌNH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+3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106</w:t>
            </w:r>
          </w:p>
        </w:tc>
        <w:tc>
          <w:tcPr>
            <w:tcW w:type="dxa" w:w="617"/>
          </w:tcPr>
          <w:p>
            <w:r>
              <w:t>KH0468</w:t>
            </w:r>
          </w:p>
        </w:tc>
        <w:tc>
          <w:tcPr>
            <w:tcW w:type="dxa" w:w="617"/>
          </w:tcPr>
          <w:p>
            <w:r>
              <w:t>CÔNG TY TNHH PHƯƠNG TÙNG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-2</w:t>
            </w:r>
          </w:p>
        </w:tc>
        <w:tc>
          <w:tcPr>
            <w:tcW w:type="dxa" w:w="617"/>
          </w:tcPr>
          <w:p>
            <w:r>
              <w:t>-40.4%</w:t>
            </w:r>
          </w:p>
        </w:tc>
      </w:tr>
      <w:tr>
        <w:tc>
          <w:tcPr>
            <w:tcW w:type="dxa" w:w="617"/>
          </w:tcPr>
          <w:p>
            <w:r>
              <w:t>107</w:t>
            </w:r>
          </w:p>
        </w:tc>
        <w:tc>
          <w:tcPr>
            <w:tcW w:type="dxa" w:w="617"/>
          </w:tcPr>
          <w:p>
            <w:r>
              <w:t>KH2167</w:t>
            </w:r>
          </w:p>
        </w:tc>
        <w:tc>
          <w:tcPr>
            <w:tcW w:type="dxa" w:w="617"/>
          </w:tcPr>
          <w:p>
            <w:r>
              <w:t>CÔNG TY TNHH LQ INTERNATIONAL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-1</w:t>
            </w:r>
          </w:p>
        </w:tc>
        <w:tc>
          <w:tcPr>
            <w:tcW w:type="dxa" w:w="617"/>
          </w:tcPr>
          <w:p>
            <w:r>
              <w:t>-23.4%</w:t>
            </w:r>
          </w:p>
        </w:tc>
      </w:tr>
      <w:tr>
        <w:tc>
          <w:tcPr>
            <w:tcW w:type="dxa" w:w="617"/>
          </w:tcPr>
          <w:p>
            <w:r>
              <w:t>108</w:t>
            </w:r>
          </w:p>
        </w:tc>
        <w:tc>
          <w:tcPr>
            <w:tcW w:type="dxa" w:w="617"/>
          </w:tcPr>
          <w:p>
            <w:r>
              <w:t>KH1711</w:t>
            </w:r>
          </w:p>
        </w:tc>
        <w:tc>
          <w:tcPr>
            <w:tcW w:type="dxa" w:w="617"/>
          </w:tcPr>
          <w:p>
            <w:r>
              <w:t>CÔNG TY CỔ PHẦN KIM TÍN MARBLE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+3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109</w:t>
            </w:r>
          </w:p>
        </w:tc>
        <w:tc>
          <w:tcPr>
            <w:tcW w:type="dxa" w:w="617"/>
          </w:tcPr>
          <w:p>
            <w:r>
              <w:t>KH2175</w:t>
            </w:r>
          </w:p>
        </w:tc>
        <w:tc>
          <w:tcPr>
            <w:tcW w:type="dxa" w:w="617"/>
          </w:tcPr>
          <w:p>
            <w:r>
              <w:t>CÔNG TY TNHH CHẾ BIẾN GỖ MỘC VƯỢNG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+3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110</w:t>
            </w:r>
          </w:p>
        </w:tc>
        <w:tc>
          <w:tcPr>
            <w:tcW w:type="dxa" w:w="617"/>
          </w:tcPr>
          <w:p>
            <w:r>
              <w:t>KH1713</w:t>
            </w:r>
          </w:p>
        </w:tc>
        <w:tc>
          <w:tcPr>
            <w:tcW w:type="dxa" w:w="617"/>
          </w:tcPr>
          <w:p>
            <w:r>
              <w:t>CÔNG TY CỔ PHẦN SẢN XUẤT THƯƠNG MẠI NỘI THẤT VĂN PHÒNG TAV</w:t>
            </w:r>
          </w:p>
        </w:tc>
        <w:tc>
          <w:tcPr>
            <w:tcW w:type="dxa" w:w="617"/>
          </w:tcPr>
          <w:p>
            <w:r>
              <w:t>81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111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38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-8</w:t>
            </w:r>
          </w:p>
        </w:tc>
        <w:tc>
          <w:tcPr>
            <w:tcW w:type="dxa" w:w="617"/>
          </w:tcPr>
          <w:p>
            <w:r>
              <w:t>-76.1%</w:t>
            </w:r>
          </w:p>
        </w:tc>
      </w:tr>
      <w:tr>
        <w:tc>
          <w:tcPr>
            <w:tcW w:type="dxa" w:w="617"/>
          </w:tcPr>
          <w:p>
            <w:r>
              <w:t>111</w:t>
            </w:r>
          </w:p>
        </w:tc>
        <w:tc>
          <w:tcPr>
            <w:tcW w:type="dxa" w:w="617"/>
          </w:tcPr>
          <w:p>
            <w:r>
              <w:t>KH0505</w:t>
            </w:r>
          </w:p>
        </w:tc>
        <w:tc>
          <w:tcPr>
            <w:tcW w:type="dxa" w:w="617"/>
          </w:tcPr>
          <w:p>
            <w:r>
              <w:t>CÔNG TY TNHH SHIRAI VIỆT NAM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-10.6%</w:t>
            </w:r>
          </w:p>
        </w:tc>
      </w:tr>
      <w:tr>
        <w:tc>
          <w:tcPr>
            <w:tcW w:type="dxa" w:w="617"/>
          </w:tcPr>
          <w:p>
            <w:r>
              <w:t>112</w:t>
            </w:r>
          </w:p>
        </w:tc>
        <w:tc>
          <w:tcPr>
            <w:tcW w:type="dxa" w:w="617"/>
          </w:tcPr>
          <w:p>
            <w:r>
              <w:t>KH2178</w:t>
            </w:r>
          </w:p>
        </w:tc>
        <w:tc>
          <w:tcPr>
            <w:tcW w:type="dxa" w:w="617"/>
          </w:tcPr>
          <w:p>
            <w:r>
              <w:t>CÔNG TY CỔ PHẦN MỘC 68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-2</w:t>
            </w:r>
          </w:p>
        </w:tc>
        <w:tc>
          <w:tcPr>
            <w:tcW w:type="dxa" w:w="617"/>
          </w:tcPr>
          <w:p>
            <w:r>
              <w:t>-48.2%</w:t>
            </w:r>
          </w:p>
        </w:tc>
      </w:tr>
      <w:tr>
        <w:tc>
          <w:tcPr>
            <w:tcW w:type="dxa" w:w="617"/>
          </w:tcPr>
          <w:p>
            <w:r>
              <w:t>113</w:t>
            </w:r>
          </w:p>
        </w:tc>
        <w:tc>
          <w:tcPr>
            <w:tcW w:type="dxa" w:w="617"/>
          </w:tcPr>
          <w:p>
            <w:r>
              <w:t>KH2013</w:t>
            </w:r>
          </w:p>
        </w:tc>
        <w:tc>
          <w:tcPr>
            <w:tcW w:type="dxa" w:w="617"/>
          </w:tcPr>
          <w:p>
            <w:r>
              <w:t>CÔNG TY TRÁCH NHIỆM HỮU HẠN HỒNG NGỌC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+2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114</w:t>
            </w:r>
          </w:p>
        </w:tc>
        <w:tc>
          <w:tcPr>
            <w:tcW w:type="dxa" w:w="617"/>
          </w:tcPr>
          <w:p>
            <w:r>
              <w:t>KH1903</w:t>
            </w:r>
          </w:p>
        </w:tc>
        <w:tc>
          <w:tcPr>
            <w:tcW w:type="dxa" w:w="617"/>
          </w:tcPr>
          <w:p>
            <w:r>
              <w:t>CÔNG TY TNHH SẢN XUẤT - THƯƠNG MẠI - TỔNG HỢP THÀNH ĐẠT</w:t>
            </w:r>
          </w:p>
        </w:tc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21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-18</w:t>
            </w:r>
          </w:p>
        </w:tc>
        <w:tc>
          <w:tcPr>
            <w:tcW w:type="dxa" w:w="617"/>
          </w:tcPr>
          <w:p>
            <w:r>
              <w:t>-90.5%</w:t>
            </w:r>
          </w:p>
        </w:tc>
      </w:tr>
      <w:tr>
        <w:tc>
          <w:tcPr>
            <w:tcW w:type="dxa" w:w="617"/>
          </w:tcPr>
          <w:p>
            <w:r>
              <w:t>115</w:t>
            </w:r>
          </w:p>
        </w:tc>
        <w:tc>
          <w:tcPr>
            <w:tcW w:type="dxa" w:w="617"/>
          </w:tcPr>
          <w:p>
            <w:r>
              <w:t>KH2198</w:t>
            </w:r>
          </w:p>
        </w:tc>
        <w:tc>
          <w:tcPr>
            <w:tcW w:type="dxa" w:w="617"/>
          </w:tcPr>
          <w:p>
            <w:r>
              <w:t>CÔNG TY TNHH SẢN XUẤT VÀ THƯƠNG MẠI DỊCH VỤ THÁI BÌNH DƯƠNG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+1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116</w:t>
            </w:r>
          </w:p>
        </w:tc>
        <w:tc>
          <w:tcPr>
            <w:tcW w:type="dxa" w:w="617"/>
          </w:tcPr>
          <w:p>
            <w:r>
              <w:t>KH0008</w:t>
            </w:r>
          </w:p>
        </w:tc>
        <w:tc>
          <w:tcPr>
            <w:tcW w:type="dxa" w:w="617"/>
          </w:tcPr>
          <w:p>
            <w:r>
              <w:t>ANH CÔNG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117</w:t>
            </w:r>
          </w:p>
        </w:tc>
        <w:tc>
          <w:tcPr>
            <w:tcW w:type="dxa" w:w="617"/>
          </w:tcPr>
          <w:p>
            <w:r>
              <w:t>KH1024</w:t>
            </w:r>
          </w:p>
        </w:tc>
        <w:tc>
          <w:tcPr>
            <w:tcW w:type="dxa" w:w="617"/>
          </w:tcPr>
          <w:p>
            <w:r>
              <w:t>LÊ NGỌC LINH .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118</w:t>
            </w:r>
          </w:p>
        </w:tc>
        <w:tc>
          <w:tcPr>
            <w:tcW w:type="dxa" w:w="617"/>
          </w:tcPr>
          <w:p>
            <w:r>
              <w:t>KH1352</w:t>
            </w:r>
          </w:p>
        </w:tc>
        <w:tc>
          <w:tcPr>
            <w:tcW w:type="dxa" w:w="617"/>
          </w:tcPr>
          <w:p>
            <w:r>
              <w:t>CÔNG TY TNHH SX TM SÀI GÒN RIVER VIỆT NAM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119</w:t>
            </w:r>
          </w:p>
        </w:tc>
        <w:tc>
          <w:tcPr>
            <w:tcW w:type="dxa" w:w="617"/>
          </w:tcPr>
          <w:p>
            <w:r>
              <w:t>KH1269</w:t>
            </w:r>
          </w:p>
        </w:tc>
        <w:tc>
          <w:tcPr>
            <w:tcW w:type="dxa" w:w="617"/>
          </w:tcPr>
          <w:p>
            <w:r>
              <w:t>CÔNG TY TNHH KHƯƠNG ĐÀI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120</w:t>
            </w:r>
          </w:p>
        </w:tc>
        <w:tc>
          <w:tcPr>
            <w:tcW w:type="dxa" w:w="617"/>
          </w:tcPr>
          <w:p>
            <w:r>
              <w:t>KH1195</w:t>
            </w:r>
          </w:p>
        </w:tc>
        <w:tc>
          <w:tcPr>
            <w:tcW w:type="dxa" w:w="617"/>
          </w:tcPr>
          <w:p>
            <w:r>
              <w:t>CÔNG TY TNHH HƯƠNG MỘC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121</w:t>
            </w:r>
          </w:p>
        </w:tc>
        <w:tc>
          <w:tcPr>
            <w:tcW w:type="dxa" w:w="617"/>
          </w:tcPr>
          <w:p>
            <w:r>
              <w:t>KH1164</w:t>
            </w:r>
          </w:p>
        </w:tc>
        <w:tc>
          <w:tcPr>
            <w:tcW w:type="dxa" w:w="617"/>
          </w:tcPr>
          <w:p>
            <w:r>
              <w:t>CÔNG TY TNHH ĐỒNG SƠN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122</w:t>
            </w:r>
          </w:p>
        </w:tc>
        <w:tc>
          <w:tcPr>
            <w:tcW w:type="dxa" w:w="617"/>
          </w:tcPr>
          <w:p>
            <w:r>
              <w:t>KH1146</w:t>
            </w:r>
          </w:p>
        </w:tc>
        <w:tc>
          <w:tcPr>
            <w:tcW w:type="dxa" w:w="617"/>
          </w:tcPr>
          <w:p>
            <w:r>
              <w:t>CÔNG TY TNHH SX-TM-DV MINH KHANH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123</w:t>
            </w:r>
          </w:p>
        </w:tc>
        <w:tc>
          <w:tcPr>
            <w:tcW w:type="dxa" w:w="617"/>
          </w:tcPr>
          <w:p>
            <w:r>
              <w:t>KH1074</w:t>
            </w:r>
          </w:p>
        </w:tc>
        <w:tc>
          <w:tcPr>
            <w:tcW w:type="dxa" w:w="617"/>
          </w:tcPr>
          <w:p>
            <w:r>
              <w:t>CÔNG TY CỔ PHẦN LÂM NGHIỆP 19.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15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124</w:t>
            </w:r>
          </w:p>
        </w:tc>
        <w:tc>
          <w:tcPr>
            <w:tcW w:type="dxa" w:w="617"/>
          </w:tcPr>
          <w:p>
            <w:r>
              <w:t>KH0997</w:t>
            </w:r>
          </w:p>
        </w:tc>
        <w:tc>
          <w:tcPr>
            <w:tcW w:type="dxa" w:w="617"/>
          </w:tcPr>
          <w:p>
            <w:r>
              <w:t>CÔNG TY TNHH SD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28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125</w:t>
            </w:r>
          </w:p>
        </w:tc>
        <w:tc>
          <w:tcPr>
            <w:tcW w:type="dxa" w:w="617"/>
          </w:tcPr>
          <w:p>
            <w:r>
              <w:t>KH0890</w:t>
            </w:r>
          </w:p>
        </w:tc>
        <w:tc>
          <w:tcPr>
            <w:tcW w:type="dxa" w:w="617"/>
          </w:tcPr>
          <w:p>
            <w:r>
              <w:t>CÔNG TY TNHH THƯƠNG MẠI TRANG TRÍ NỘI THẤT THÀNH VINH.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56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126</w:t>
            </w:r>
          </w:p>
        </w:tc>
        <w:tc>
          <w:tcPr>
            <w:tcW w:type="dxa" w:w="617"/>
          </w:tcPr>
          <w:p>
            <w:r>
              <w:t>KH0766</w:t>
            </w:r>
          </w:p>
        </w:tc>
        <w:tc>
          <w:tcPr>
            <w:tcW w:type="dxa" w:w="617"/>
          </w:tcPr>
          <w:p>
            <w:r>
              <w:t>CÔNG TY TNHH ĐỒ GỖ NGHĨA TÍN</w:t>
            </w:r>
          </w:p>
        </w:tc>
        <w:tc>
          <w:tcPr>
            <w:tcW w:type="dxa" w:w="617"/>
          </w:tcPr>
          <w:p>
            <w:r>
              <w:t>42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31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-23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127</w:t>
            </w:r>
          </w:p>
        </w:tc>
        <w:tc>
          <w:tcPr>
            <w:tcW w:type="dxa" w:w="617"/>
          </w:tcPr>
          <w:p>
            <w:r>
              <w:t>KH0765</w:t>
            </w:r>
          </w:p>
        </w:tc>
        <w:tc>
          <w:tcPr>
            <w:tcW w:type="dxa" w:w="617"/>
          </w:tcPr>
          <w:p>
            <w:r>
              <w:t>CÔNG TY TNHH ĐỒ GỖ NGHĨA PHÁT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50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-16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128</w:t>
            </w:r>
          </w:p>
        </w:tc>
        <w:tc>
          <w:tcPr>
            <w:tcW w:type="dxa" w:w="617"/>
          </w:tcPr>
          <w:p>
            <w:r>
              <w:t>KH0668</w:t>
            </w:r>
          </w:p>
        </w:tc>
        <w:tc>
          <w:tcPr>
            <w:tcW w:type="dxa" w:w="617"/>
          </w:tcPr>
          <w:p>
            <w:r>
              <w:t>CÔNG TY TRÁCH NHIỆM HỮU HẠN THƯƠNG MẠI QUỐC TẾ GIA MỸ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129</w:t>
            </w:r>
          </w:p>
        </w:tc>
        <w:tc>
          <w:tcPr>
            <w:tcW w:type="dxa" w:w="617"/>
          </w:tcPr>
          <w:p>
            <w:r>
              <w:t>KH0639</w:t>
            </w:r>
          </w:p>
        </w:tc>
        <w:tc>
          <w:tcPr>
            <w:tcW w:type="dxa" w:w="617"/>
          </w:tcPr>
          <w:p>
            <w:r>
              <w:t>CÔNG TY TNHH THƯƠNG MẠI VÀ SẢN XUẤT GỖ THIÊN ĐỊNH</w:t>
            </w:r>
          </w:p>
        </w:tc>
        <w:tc>
          <w:tcPr>
            <w:tcW w:type="dxa" w:w="617"/>
          </w:tcPr>
          <w:p>
            <w:r>
              <w:t>87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64</w:t>
            </w:r>
          </w:p>
        </w:tc>
        <w:tc>
          <w:tcPr>
            <w:tcW w:type="dxa" w:w="617"/>
          </w:tcPr>
          <w:p>
            <w:r>
              <w:t>78</w:t>
            </w:r>
          </w:p>
        </w:tc>
        <w:tc>
          <w:tcPr>
            <w:tcW w:type="dxa" w:w="617"/>
          </w:tcPr>
          <w:p>
            <w:r>
              <w:t>37</w:t>
            </w:r>
          </w:p>
        </w:tc>
        <w:tc>
          <w:tcPr>
            <w:tcW w:type="dxa" w:w="617"/>
          </w:tcPr>
          <w:p>
            <w:r>
              <w:t>48</w:t>
            </w:r>
          </w:p>
        </w:tc>
        <w:tc>
          <w:tcPr>
            <w:tcW w:type="dxa" w:w="617"/>
          </w:tcPr>
          <w:p>
            <w:r>
              <w:t>51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130</w:t>
            </w:r>
          </w:p>
        </w:tc>
        <w:tc>
          <w:tcPr>
            <w:tcW w:type="dxa" w:w="617"/>
          </w:tcPr>
          <w:p>
            <w:r>
              <w:t>KH0637</w:t>
            </w:r>
          </w:p>
        </w:tc>
        <w:tc>
          <w:tcPr>
            <w:tcW w:type="dxa" w:w="617"/>
          </w:tcPr>
          <w:p>
            <w:r>
              <w:t>CÔNG TY TNHH THƯƠNG MẠI PHÚC THÀNH</w:t>
            </w:r>
          </w:p>
        </w:tc>
        <w:tc>
          <w:tcPr>
            <w:tcW w:type="dxa" w:w="617"/>
          </w:tcPr>
          <w:p>
            <w:r>
              <w:t>52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-38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131</w:t>
            </w:r>
          </w:p>
        </w:tc>
        <w:tc>
          <w:tcPr>
            <w:tcW w:type="dxa" w:w="617"/>
          </w:tcPr>
          <w:p>
            <w:r>
              <w:t>KH0617</w:t>
            </w:r>
          </w:p>
        </w:tc>
        <w:tc>
          <w:tcPr>
            <w:tcW w:type="dxa" w:w="617"/>
          </w:tcPr>
          <w:p>
            <w:r>
              <w:t>CÔNG TY TNHH THẾ GIỚI TRẺ EM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132</w:t>
            </w:r>
          </w:p>
        </w:tc>
        <w:tc>
          <w:tcPr>
            <w:tcW w:type="dxa" w:w="617"/>
          </w:tcPr>
          <w:p>
            <w:r>
              <w:t>KH0595</w:t>
            </w:r>
          </w:p>
        </w:tc>
        <w:tc>
          <w:tcPr>
            <w:tcW w:type="dxa" w:w="617"/>
          </w:tcPr>
          <w:p>
            <w:r>
              <w:t>CÔNG TY TNHH TÂN LIÊN THÀNH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133</w:t>
            </w:r>
          </w:p>
        </w:tc>
        <w:tc>
          <w:tcPr>
            <w:tcW w:type="dxa" w:w="617"/>
          </w:tcPr>
          <w:p>
            <w:r>
              <w:t>KH0524</w:t>
            </w:r>
          </w:p>
        </w:tc>
        <w:tc>
          <w:tcPr>
            <w:tcW w:type="dxa" w:w="617"/>
          </w:tcPr>
          <w:p>
            <w:r>
              <w:t>CÔNG TY TNHH SX - TM HACA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134</w:t>
            </w:r>
          </w:p>
        </w:tc>
        <w:tc>
          <w:tcPr>
            <w:tcW w:type="dxa" w:w="617"/>
          </w:tcPr>
          <w:p>
            <w:r>
              <w:t>KH0502</w:t>
            </w:r>
          </w:p>
        </w:tc>
        <w:tc>
          <w:tcPr>
            <w:tcW w:type="dxa" w:w="617"/>
          </w:tcPr>
          <w:p>
            <w:r>
              <w:t>CÔNG TY TNHH SCANCOM VIỆT NAM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135</w:t>
            </w:r>
          </w:p>
        </w:tc>
        <w:tc>
          <w:tcPr>
            <w:tcW w:type="dxa" w:w="617"/>
          </w:tcPr>
          <w:p>
            <w:r>
              <w:t>KH0418</w:t>
            </w:r>
          </w:p>
        </w:tc>
        <w:tc>
          <w:tcPr>
            <w:tcW w:type="dxa" w:w="617"/>
          </w:tcPr>
          <w:p>
            <w:r>
              <w:t>CÔNG TY TNHH NGÔ HƯNG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136</w:t>
            </w:r>
          </w:p>
        </w:tc>
        <w:tc>
          <w:tcPr>
            <w:tcW w:type="dxa" w:w="617"/>
          </w:tcPr>
          <w:p>
            <w:r>
              <w:t>KH0381</w:t>
            </w:r>
          </w:p>
        </w:tc>
        <w:tc>
          <w:tcPr>
            <w:tcW w:type="dxa" w:w="617"/>
          </w:tcPr>
          <w:p>
            <w:r>
              <w:t>CÔNG TY TNHH MỘT THÀNH VIÊN ANH KHÔI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137</w:t>
            </w:r>
          </w:p>
        </w:tc>
        <w:tc>
          <w:tcPr>
            <w:tcW w:type="dxa" w:w="617"/>
          </w:tcPr>
          <w:p>
            <w:r>
              <w:t>KH0362</w:t>
            </w:r>
          </w:p>
        </w:tc>
        <w:tc>
          <w:tcPr>
            <w:tcW w:type="dxa" w:w="617"/>
          </w:tcPr>
          <w:p>
            <w:r>
              <w:t>CÔNG TY TNHH GỖ VIỆT HOÀNG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138</w:t>
            </w:r>
          </w:p>
        </w:tc>
        <w:tc>
          <w:tcPr>
            <w:tcW w:type="dxa" w:w="617"/>
          </w:tcPr>
          <w:p>
            <w:r>
              <w:t>KH0050</w:t>
            </w:r>
          </w:p>
        </w:tc>
        <w:tc>
          <w:tcPr>
            <w:tcW w:type="dxa" w:w="617"/>
          </w:tcPr>
          <w:p>
            <w:r>
              <w:t>CÔNG TY CỔ PHẦN DU LỊCH HỒNG HẢI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139</w:t>
            </w:r>
          </w:p>
        </w:tc>
        <w:tc>
          <w:tcPr>
            <w:tcW w:type="dxa" w:w="617"/>
          </w:tcPr>
          <w:p>
            <w:r>
              <w:t>KH0357</w:t>
            </w:r>
          </w:p>
        </w:tc>
        <w:tc>
          <w:tcPr>
            <w:tcW w:type="dxa" w:w="617"/>
          </w:tcPr>
          <w:p>
            <w:r>
              <w:t>CÔNG TY TNHH MINH TOÀN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-7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140</w:t>
            </w:r>
          </w:p>
        </w:tc>
        <w:tc>
          <w:tcPr>
            <w:tcW w:type="dxa" w:w="617"/>
          </w:tcPr>
          <w:p>
            <w:r>
              <w:t>KH0046</w:t>
            </w:r>
          </w:p>
        </w:tc>
        <w:tc>
          <w:tcPr>
            <w:tcW w:type="dxa" w:w="617"/>
          </w:tcPr>
          <w:p>
            <w:r>
              <w:t>CÔNG TY CỔ PHẦN CÔNG NGHIỆP GỖ TRƯỜNG THÀNH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-11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141</w:t>
            </w:r>
          </w:p>
        </w:tc>
        <w:tc>
          <w:tcPr>
            <w:tcW w:type="dxa" w:w="617"/>
          </w:tcPr>
          <w:p>
            <w:r>
              <w:t>KH0289</w:t>
            </w:r>
          </w:p>
        </w:tc>
        <w:tc>
          <w:tcPr>
            <w:tcW w:type="dxa" w:w="617"/>
          </w:tcPr>
          <w:p>
            <w:r>
              <w:t>CÔNG TY TNHH HOÀNG TRANG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142</w:t>
            </w:r>
          </w:p>
        </w:tc>
        <w:tc>
          <w:tcPr>
            <w:tcW w:type="dxa" w:w="617"/>
          </w:tcPr>
          <w:p>
            <w:r>
              <w:t>KH0201</w:t>
            </w:r>
          </w:p>
        </w:tc>
        <w:tc>
          <w:tcPr>
            <w:tcW w:type="dxa" w:w="617"/>
          </w:tcPr>
          <w:p>
            <w:r>
              <w:t>CÔNG TY TNHH BÌNH PHÚ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59</w:t>
            </w:r>
          </w:p>
        </w:tc>
        <w:tc>
          <w:tcPr>
            <w:tcW w:type="dxa" w:w="617"/>
          </w:tcPr>
          <w:p>
            <w:r>
              <w:t>26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143</w:t>
            </w:r>
          </w:p>
        </w:tc>
        <w:tc>
          <w:tcPr>
            <w:tcW w:type="dxa" w:w="617"/>
          </w:tcPr>
          <w:p>
            <w:r>
              <w:t>KH2213</w:t>
            </w:r>
          </w:p>
        </w:tc>
        <w:tc>
          <w:tcPr>
            <w:tcW w:type="dxa" w:w="617"/>
          </w:tcPr>
          <w:p>
            <w:r>
              <w:t>HỘ KINH DOANH PHẠM THỊ HỒNG ĐIỆP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144</w:t>
            </w:r>
          </w:p>
        </w:tc>
        <w:tc>
          <w:tcPr>
            <w:tcW w:type="dxa" w:w="617"/>
          </w:tcPr>
          <w:p>
            <w:r>
              <w:t>KH2207</w:t>
            </w:r>
          </w:p>
        </w:tc>
        <w:tc>
          <w:tcPr>
            <w:tcW w:type="dxa" w:w="617"/>
          </w:tcPr>
          <w:p>
            <w:r>
              <w:t>CÔNG TY TNHH GREENOVATION PACKAGING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145</w:t>
            </w:r>
          </w:p>
        </w:tc>
        <w:tc>
          <w:tcPr>
            <w:tcW w:type="dxa" w:w="617"/>
          </w:tcPr>
          <w:p>
            <w:r>
              <w:t>KH2205</w:t>
            </w:r>
          </w:p>
        </w:tc>
        <w:tc>
          <w:tcPr>
            <w:tcW w:type="dxa" w:w="617"/>
          </w:tcPr>
          <w:p>
            <w:r>
              <w:t>CÔNG TY TNHH ANH HUY FUNITURE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146</w:t>
            </w:r>
          </w:p>
        </w:tc>
        <w:tc>
          <w:tcPr>
            <w:tcW w:type="dxa" w:w="617"/>
          </w:tcPr>
          <w:p>
            <w:r>
              <w:t>KH2204</w:t>
            </w:r>
          </w:p>
        </w:tc>
        <w:tc>
          <w:tcPr>
            <w:tcW w:type="dxa" w:w="617"/>
          </w:tcPr>
          <w:p>
            <w:r>
              <w:t>CÔNG TY CỔ PHẦN VẬT LIỆU CÔNG NGHỆ SÁNG TẠO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147</w:t>
            </w:r>
          </w:p>
        </w:tc>
        <w:tc>
          <w:tcPr>
            <w:tcW w:type="dxa" w:w="617"/>
          </w:tcPr>
          <w:p>
            <w:r>
              <w:t>KH2191</w:t>
            </w:r>
          </w:p>
        </w:tc>
        <w:tc>
          <w:tcPr>
            <w:tcW w:type="dxa" w:w="617"/>
          </w:tcPr>
          <w:p>
            <w:r>
              <w:t>CÔNG TY TNHH GARDENLINE INTERNATIONAL (VN)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148</w:t>
            </w:r>
          </w:p>
        </w:tc>
        <w:tc>
          <w:tcPr>
            <w:tcW w:type="dxa" w:w="617"/>
          </w:tcPr>
          <w:p>
            <w:r>
              <w:t>KH0182</w:t>
            </w:r>
          </w:p>
        </w:tc>
        <w:tc>
          <w:tcPr>
            <w:tcW w:type="dxa" w:w="617"/>
          </w:tcPr>
          <w:p>
            <w:r>
              <w:t>CÔNG TY TNHH ALDILA COMPOSITE PRODUCTS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149</w:t>
            </w:r>
          </w:p>
        </w:tc>
        <w:tc>
          <w:tcPr>
            <w:tcW w:type="dxa" w:w="617"/>
          </w:tcPr>
          <w:p>
            <w:r>
              <w:t>KH2190</w:t>
            </w:r>
          </w:p>
        </w:tc>
        <w:tc>
          <w:tcPr>
            <w:tcW w:type="dxa" w:w="617"/>
          </w:tcPr>
          <w:p>
            <w:r>
              <w:t>HỘ KINH DOANH NỘI THẤT SG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150</w:t>
            </w:r>
          </w:p>
        </w:tc>
        <w:tc>
          <w:tcPr>
            <w:tcW w:type="dxa" w:w="617"/>
          </w:tcPr>
          <w:p>
            <w:r>
              <w:t>KH2188</w:t>
            </w:r>
          </w:p>
        </w:tc>
        <w:tc>
          <w:tcPr>
            <w:tcW w:type="dxa" w:w="617"/>
          </w:tcPr>
          <w:p>
            <w:r>
              <w:t>CÔNG TY TNHH THƯƠNG MẠI DỊCH VỤ MINH PHƯỚC</w:t>
            </w:r>
          </w:p>
        </w:tc>
        <w:tc>
          <w:tcPr>
            <w:tcW w:type="dxa" w:w="617"/>
          </w:tcPr>
          <w:p>
            <w:r>
              <w:t>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151</w:t>
            </w:r>
          </w:p>
        </w:tc>
        <w:tc>
          <w:tcPr>
            <w:tcW w:type="dxa" w:w="617"/>
          </w:tcPr>
          <w:p>
            <w:r>
              <w:t>KH2185</w:t>
            </w:r>
          </w:p>
        </w:tc>
        <w:tc>
          <w:tcPr>
            <w:tcW w:type="dxa" w:w="617"/>
          </w:tcPr>
          <w:p>
            <w:r>
              <w:t>CÔNG TY TNHH MTV THƯƠNG MẠI SẢN XUẤT MINH THẮNG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152</w:t>
            </w:r>
          </w:p>
        </w:tc>
        <w:tc>
          <w:tcPr>
            <w:tcW w:type="dxa" w:w="617"/>
          </w:tcPr>
          <w:p>
            <w:r>
              <w:t>KH2181</w:t>
            </w:r>
          </w:p>
        </w:tc>
        <w:tc>
          <w:tcPr>
            <w:tcW w:type="dxa" w:w="617"/>
          </w:tcPr>
          <w:p>
            <w:r>
              <w:t>CÔNG TY TNHH SẢN XUẤT THƯƠNG MẠI DỊCH VỤ KHƯƠNG HÀO PHÁT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153</w:t>
            </w:r>
          </w:p>
        </w:tc>
        <w:tc>
          <w:tcPr>
            <w:tcW w:type="dxa" w:w="617"/>
          </w:tcPr>
          <w:p>
            <w:r>
              <w:t>KH2177</w:t>
            </w:r>
          </w:p>
        </w:tc>
        <w:tc>
          <w:tcPr>
            <w:tcW w:type="dxa" w:w="617"/>
          </w:tcPr>
          <w:p>
            <w:r>
              <w:t>CÔNG TY TNHH SẢN XUẤT THƯƠNG MẠI VÀ XUẤT NHẬP KHẨU PHÚC GIA HƯNG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-5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154</w:t>
            </w:r>
          </w:p>
        </w:tc>
        <w:tc>
          <w:tcPr>
            <w:tcW w:type="dxa" w:w="617"/>
          </w:tcPr>
          <w:p>
            <w:r>
              <w:t>KH2160</w:t>
            </w:r>
          </w:p>
        </w:tc>
        <w:tc>
          <w:tcPr>
            <w:tcW w:type="dxa" w:w="617"/>
          </w:tcPr>
          <w:p>
            <w:r>
              <w:t>CÔNG TY TNHH SẢN XUẤT TỔNG HỢP HOÀNG LONG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155</w:t>
            </w:r>
          </w:p>
        </w:tc>
        <w:tc>
          <w:tcPr>
            <w:tcW w:type="dxa" w:w="617"/>
          </w:tcPr>
          <w:p>
            <w:r>
              <w:t>KH2159</w:t>
            </w:r>
          </w:p>
        </w:tc>
        <w:tc>
          <w:tcPr>
            <w:tcW w:type="dxa" w:w="617"/>
          </w:tcPr>
          <w:p>
            <w:r>
              <w:t>CÔNG TY TNHH GOOD OLD BOYS WOOD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156</w:t>
            </w:r>
          </w:p>
        </w:tc>
        <w:tc>
          <w:tcPr>
            <w:tcW w:type="dxa" w:w="617"/>
          </w:tcPr>
          <w:p>
            <w:r>
              <w:t>KH2147</w:t>
            </w:r>
          </w:p>
        </w:tc>
        <w:tc>
          <w:tcPr>
            <w:tcW w:type="dxa" w:w="617"/>
          </w:tcPr>
          <w:p>
            <w:r>
              <w:t>CÔNG TY TNHH SẢN XUẤT DỊCH VỤ THƯƠNG MẠI GỖ NHẬT ÁNH</w:t>
            </w:r>
          </w:p>
        </w:tc>
        <w:tc>
          <w:tcPr>
            <w:tcW w:type="dxa" w:w="617"/>
          </w:tcPr>
          <w:p>
            <w:r>
              <w:t>55</w:t>
            </w:r>
          </w:p>
        </w:tc>
        <w:tc>
          <w:tcPr>
            <w:tcW w:type="dxa" w:w="617"/>
          </w:tcPr>
          <w:p>
            <w:r>
              <w:t>96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157</w:t>
            </w:r>
          </w:p>
        </w:tc>
        <w:tc>
          <w:tcPr>
            <w:tcW w:type="dxa" w:w="617"/>
          </w:tcPr>
          <w:p>
            <w:r>
              <w:t>KH2130</w:t>
            </w:r>
          </w:p>
        </w:tc>
        <w:tc>
          <w:tcPr>
            <w:tcW w:type="dxa" w:w="617"/>
          </w:tcPr>
          <w:p>
            <w:r>
              <w:t>CÔNG TY TNHH MỘT THÀNH VIÊN GỐM TRƯỜNG THẠNH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158</w:t>
            </w:r>
          </w:p>
        </w:tc>
        <w:tc>
          <w:tcPr>
            <w:tcW w:type="dxa" w:w="617"/>
          </w:tcPr>
          <w:p>
            <w:r>
              <w:t>KH2111</w:t>
            </w:r>
          </w:p>
        </w:tc>
        <w:tc>
          <w:tcPr>
            <w:tcW w:type="dxa" w:w="617"/>
          </w:tcPr>
          <w:p>
            <w:r>
              <w:t>CÔNG TY TNHH DV &amp; ĐT TM NEWWAY TEAKWOOD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159</w:t>
            </w:r>
          </w:p>
        </w:tc>
        <w:tc>
          <w:tcPr>
            <w:tcW w:type="dxa" w:w="617"/>
          </w:tcPr>
          <w:p>
            <w:r>
              <w:t>KH2101</w:t>
            </w:r>
          </w:p>
        </w:tc>
        <w:tc>
          <w:tcPr>
            <w:tcW w:type="dxa" w:w="617"/>
          </w:tcPr>
          <w:p>
            <w:r>
              <w:t>CÔNG TY TNHH DU LỊCH TRUNG HỘI * * * *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160</w:t>
            </w:r>
          </w:p>
        </w:tc>
        <w:tc>
          <w:tcPr>
            <w:tcW w:type="dxa" w:w="617"/>
          </w:tcPr>
          <w:p>
            <w:r>
              <w:t>KH2098</w:t>
            </w:r>
          </w:p>
        </w:tc>
        <w:tc>
          <w:tcPr>
            <w:tcW w:type="dxa" w:w="617"/>
          </w:tcPr>
          <w:p>
            <w:r>
              <w:t>CÔNG TY TNHH SẢN XUẤT VÀ THƯƠNG MẠI NAM GIANG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34</w:t>
            </w:r>
          </w:p>
        </w:tc>
        <w:tc>
          <w:tcPr>
            <w:tcW w:type="dxa" w:w="617"/>
          </w:tcPr>
          <w:p>
            <w:r>
              <w:t>54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161</w:t>
            </w:r>
          </w:p>
        </w:tc>
        <w:tc>
          <w:tcPr>
            <w:tcW w:type="dxa" w:w="617"/>
          </w:tcPr>
          <w:p>
            <w:r>
              <w:t>KH2097</w:t>
            </w:r>
          </w:p>
        </w:tc>
        <w:tc>
          <w:tcPr>
            <w:tcW w:type="dxa" w:w="617"/>
          </w:tcPr>
          <w:p>
            <w:r>
              <w:t>CÔNG TY CỔ PHẦN KIẾN TRÚC VÀ NỘI THẤT PAD VIỆT NAM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162</w:t>
            </w:r>
          </w:p>
        </w:tc>
        <w:tc>
          <w:tcPr>
            <w:tcW w:type="dxa" w:w="617"/>
          </w:tcPr>
          <w:p>
            <w:r>
              <w:t>KH2088</w:t>
            </w:r>
          </w:p>
        </w:tc>
        <w:tc>
          <w:tcPr>
            <w:tcW w:type="dxa" w:w="617"/>
          </w:tcPr>
          <w:p>
            <w:r>
              <w:t>CÔNG TY TNHH MECHANICAL TC GROUP</w:t>
            </w:r>
          </w:p>
        </w:tc>
        <w:tc>
          <w:tcPr>
            <w:tcW w:type="dxa" w:w="617"/>
          </w:tcPr>
          <w:p>
            <w:r>
              <w:t>51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163</w:t>
            </w:r>
          </w:p>
        </w:tc>
        <w:tc>
          <w:tcPr>
            <w:tcW w:type="dxa" w:w="617"/>
          </w:tcPr>
          <w:p>
            <w:r>
              <w:t>KH2071</w:t>
            </w:r>
          </w:p>
        </w:tc>
        <w:tc>
          <w:tcPr>
            <w:tcW w:type="dxa" w:w="617"/>
          </w:tcPr>
          <w:p>
            <w:r>
              <w:t>CÔNG TY TNHH SẢN XUẤT VÀ THƯƠNG MẠI NGUYỄN ĐỨC</w:t>
            </w:r>
          </w:p>
        </w:tc>
        <w:tc>
          <w:tcPr>
            <w:tcW w:type="dxa" w:w="617"/>
          </w:tcPr>
          <w:p>
            <w:r>
              <w:t>33</w:t>
            </w:r>
          </w:p>
        </w:tc>
        <w:tc>
          <w:tcPr>
            <w:tcW w:type="dxa" w:w="617"/>
          </w:tcPr>
          <w:p>
            <w:r>
              <w:t>20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46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17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-17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164</w:t>
            </w:r>
          </w:p>
        </w:tc>
        <w:tc>
          <w:tcPr>
            <w:tcW w:type="dxa" w:w="617"/>
          </w:tcPr>
          <w:p>
            <w:r>
              <w:t>KH2066</w:t>
            </w:r>
          </w:p>
        </w:tc>
        <w:tc>
          <w:tcPr>
            <w:tcW w:type="dxa" w:w="617"/>
          </w:tcPr>
          <w:p>
            <w:r>
              <w:t>CÔNG TY TNHH LEGNOLUCE VIỆT NAM</w:t>
            </w:r>
          </w:p>
        </w:tc>
        <w:tc>
          <w:tcPr>
            <w:tcW w:type="dxa" w:w="617"/>
          </w:tcPr>
          <w:p>
            <w:r>
              <w:t>22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165</w:t>
            </w:r>
          </w:p>
        </w:tc>
        <w:tc>
          <w:tcPr>
            <w:tcW w:type="dxa" w:w="617"/>
          </w:tcPr>
          <w:p>
            <w:r>
              <w:t>KH2056</w:t>
            </w:r>
          </w:p>
        </w:tc>
        <w:tc>
          <w:tcPr>
            <w:tcW w:type="dxa" w:w="617"/>
          </w:tcPr>
          <w:p>
            <w:r>
              <w:t>CÔNG TY TNHH FANNWOOD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166</w:t>
            </w:r>
          </w:p>
        </w:tc>
        <w:tc>
          <w:tcPr>
            <w:tcW w:type="dxa" w:w="617"/>
          </w:tcPr>
          <w:p>
            <w:r>
              <w:t>KH2053</w:t>
            </w:r>
          </w:p>
        </w:tc>
        <w:tc>
          <w:tcPr>
            <w:tcW w:type="dxa" w:w="617"/>
          </w:tcPr>
          <w:p>
            <w:r>
              <w:t>CÔNG TY TNHH EVER YOUNG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167</w:t>
            </w:r>
          </w:p>
        </w:tc>
        <w:tc>
          <w:tcPr>
            <w:tcW w:type="dxa" w:w="617"/>
          </w:tcPr>
          <w:p>
            <w:r>
              <w:t>KH1981</w:t>
            </w:r>
          </w:p>
        </w:tc>
        <w:tc>
          <w:tcPr>
            <w:tcW w:type="dxa" w:w="617"/>
          </w:tcPr>
          <w:p>
            <w:r>
              <w:t>CÔNG TY TNHH CƠ KHÍ CÔNG NÔNG NGHIỆP THỰC PHẨM BÙI VĂN NGỌ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168</w:t>
            </w:r>
          </w:p>
        </w:tc>
        <w:tc>
          <w:tcPr>
            <w:tcW w:type="dxa" w:w="617"/>
          </w:tcPr>
          <w:p>
            <w:r>
              <w:t>KH1935</w:t>
            </w:r>
          </w:p>
        </w:tc>
        <w:tc>
          <w:tcPr>
            <w:tcW w:type="dxa" w:w="617"/>
          </w:tcPr>
          <w:p>
            <w:r>
              <w:t>CÔNG TY TNHH SẢN XUẤT - THƯƠNG MẠI - TỔNG HỢP MINH ANH</w:t>
            </w:r>
          </w:p>
        </w:tc>
        <w:tc>
          <w:tcPr>
            <w:tcW w:type="dxa" w:w="617"/>
          </w:tcPr>
          <w:p>
            <w:r>
              <w:t>64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67</w:t>
            </w:r>
          </w:p>
        </w:tc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39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169</w:t>
            </w:r>
          </w:p>
        </w:tc>
        <w:tc>
          <w:tcPr>
            <w:tcW w:type="dxa" w:w="617"/>
          </w:tcPr>
          <w:p>
            <w:r>
              <w:t>KH1918</w:t>
            </w:r>
          </w:p>
        </w:tc>
        <w:tc>
          <w:tcPr>
            <w:tcW w:type="dxa" w:w="617"/>
          </w:tcPr>
          <w:p>
            <w:r>
              <w:t>CÔNG TY TNHH TRANG TRÍ NỘI THẤT HTC</w:t>
            </w:r>
          </w:p>
        </w:tc>
        <w:tc>
          <w:tcPr>
            <w:tcW w:type="dxa" w:w="617"/>
          </w:tcPr>
          <w:p>
            <w:r>
              <w:t>73</w:t>
            </w:r>
          </w:p>
        </w:tc>
        <w:tc>
          <w:tcPr>
            <w:tcW w:type="dxa" w:w="617"/>
          </w:tcPr>
          <w:p>
            <w:r>
              <w:t>27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53</w:t>
            </w:r>
          </w:p>
        </w:tc>
        <w:tc>
          <w:tcPr>
            <w:tcW w:type="dxa" w:w="617"/>
          </w:tcPr>
          <w:p>
            <w:r>
              <w:t>31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170</w:t>
            </w:r>
          </w:p>
        </w:tc>
        <w:tc>
          <w:tcPr>
            <w:tcW w:type="dxa" w:w="617"/>
          </w:tcPr>
          <w:p>
            <w:r>
              <w:t>KH1898</w:t>
            </w:r>
          </w:p>
        </w:tc>
        <w:tc>
          <w:tcPr>
            <w:tcW w:type="dxa" w:w="617"/>
          </w:tcPr>
          <w:p>
            <w:r>
              <w:t>CÔNG TY TRÁCH NHIỆM HỮU HẠN XÂY DỰNG DẤU ẤN VIỆT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23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171</w:t>
            </w:r>
          </w:p>
        </w:tc>
        <w:tc>
          <w:tcPr>
            <w:tcW w:type="dxa" w:w="617"/>
          </w:tcPr>
          <w:p>
            <w:r>
              <w:t>KH1892</w:t>
            </w:r>
          </w:p>
        </w:tc>
        <w:tc>
          <w:tcPr>
            <w:tcW w:type="dxa" w:w="617"/>
          </w:tcPr>
          <w:p>
            <w:r>
              <w:t>CÔNG TY TNHH XÂY DỰNG - TỔNG HỢP THƯƠNG MẠI NGUYÊN NAM</w:t>
            </w:r>
          </w:p>
        </w:tc>
        <w:tc>
          <w:tcPr>
            <w:tcW w:type="dxa" w:w="617"/>
          </w:tcPr>
          <w:p>
            <w:r>
              <w:t>40</w:t>
            </w:r>
          </w:p>
        </w:tc>
        <w:tc>
          <w:tcPr>
            <w:tcW w:type="dxa" w:w="617"/>
          </w:tcPr>
          <w:p>
            <w:r>
              <w:t>28</w:t>
            </w:r>
          </w:p>
        </w:tc>
        <w:tc>
          <w:tcPr>
            <w:tcW w:type="dxa" w:w="617"/>
          </w:tcPr>
          <w:p>
            <w:r>
              <w:t>62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35</w:t>
            </w:r>
          </w:p>
        </w:tc>
        <w:tc>
          <w:tcPr>
            <w:tcW w:type="dxa" w:w="617"/>
          </w:tcPr>
          <w:p>
            <w:r>
              <w:t>44</w:t>
            </w:r>
          </w:p>
        </w:tc>
        <w:tc>
          <w:tcPr>
            <w:tcW w:type="dxa" w:w="617"/>
          </w:tcPr>
          <w:p>
            <w:r>
              <w:t>49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172</w:t>
            </w:r>
          </w:p>
        </w:tc>
        <w:tc>
          <w:tcPr>
            <w:tcW w:type="dxa" w:w="617"/>
          </w:tcPr>
          <w:p>
            <w:r>
              <w:t>KH1875</w:t>
            </w:r>
          </w:p>
        </w:tc>
        <w:tc>
          <w:tcPr>
            <w:tcW w:type="dxa" w:w="617"/>
          </w:tcPr>
          <w:p>
            <w:r>
              <w:t>CÔNG TY CP SÀN GỖ VIỆT ÚC</w:t>
            </w:r>
          </w:p>
        </w:tc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-11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173</w:t>
            </w:r>
          </w:p>
        </w:tc>
        <w:tc>
          <w:tcPr>
            <w:tcW w:type="dxa" w:w="617"/>
          </w:tcPr>
          <w:p>
            <w:r>
              <w:t>KH1866</w:t>
            </w:r>
          </w:p>
        </w:tc>
        <w:tc>
          <w:tcPr>
            <w:tcW w:type="dxa" w:w="617"/>
          </w:tcPr>
          <w:p>
            <w:r>
              <w:t>CÔNG TY TNHH SẢN XUẤT THƯƠNG MẠI TỔNG HỢP TÂN ĐẠI VIỆT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-3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174</w:t>
            </w:r>
          </w:p>
        </w:tc>
        <w:tc>
          <w:tcPr>
            <w:tcW w:type="dxa" w:w="617"/>
          </w:tcPr>
          <w:p>
            <w:r>
              <w:t>KH1815</w:t>
            </w:r>
          </w:p>
        </w:tc>
        <w:tc>
          <w:tcPr>
            <w:tcW w:type="dxa" w:w="617"/>
          </w:tcPr>
          <w:p>
            <w:r>
              <w:t>CÔNG TY TRÁCH NHIỆM HỮU HẠN MỘC PHÚC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175</w:t>
            </w:r>
          </w:p>
        </w:tc>
        <w:tc>
          <w:tcPr>
            <w:tcW w:type="dxa" w:w="617"/>
          </w:tcPr>
          <w:p>
            <w:r>
              <w:t>KH1791</w:t>
            </w:r>
          </w:p>
        </w:tc>
        <w:tc>
          <w:tcPr>
            <w:tcW w:type="dxa" w:w="617"/>
          </w:tcPr>
          <w:p>
            <w:r>
              <w:t>CÔNG TY TNHH SEA LINKS CITY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176</w:t>
            </w:r>
          </w:p>
        </w:tc>
        <w:tc>
          <w:tcPr>
            <w:tcW w:type="dxa" w:w="617"/>
          </w:tcPr>
          <w:p>
            <w:r>
              <w:t>KH0128</w:t>
            </w:r>
          </w:p>
        </w:tc>
        <w:tc>
          <w:tcPr>
            <w:tcW w:type="dxa" w:w="617"/>
          </w:tcPr>
          <w:p>
            <w:r>
              <w:t>CÔNG TY CỔ PHẦN CHẾ BIẾN GỖ TRƯỜNG THÀNH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177</w:t>
            </w:r>
          </w:p>
        </w:tc>
        <w:tc>
          <w:tcPr>
            <w:tcW w:type="dxa" w:w="617"/>
          </w:tcPr>
          <w:p>
            <w:r>
              <w:t>KH1753</w:t>
            </w:r>
          </w:p>
        </w:tc>
        <w:tc>
          <w:tcPr>
            <w:tcW w:type="dxa" w:w="617"/>
          </w:tcPr>
          <w:p>
            <w:r>
              <w:t>CÔNG TY TNHH XUẤT NHẬP KHẨU SẢN XUẤT VÀ THƯƠNG MẠI ANH VIỆT FURNITURE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-3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178</w:t>
            </w:r>
          </w:p>
        </w:tc>
        <w:tc>
          <w:tcPr>
            <w:tcW w:type="dxa" w:w="617"/>
          </w:tcPr>
          <w:p>
            <w:r>
              <w:t>KH1696</w:t>
            </w:r>
          </w:p>
        </w:tc>
        <w:tc>
          <w:tcPr>
            <w:tcW w:type="dxa" w:w="617"/>
          </w:tcPr>
          <w:p>
            <w:r>
              <w:t>CÔNG TY TNHH MALLOCA VIỆT NAM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179</w:t>
            </w:r>
          </w:p>
        </w:tc>
        <w:tc>
          <w:tcPr>
            <w:tcW w:type="dxa" w:w="617"/>
          </w:tcPr>
          <w:p>
            <w:r>
              <w:t>KH1631</w:t>
            </w:r>
          </w:p>
        </w:tc>
        <w:tc>
          <w:tcPr>
            <w:tcW w:type="dxa" w:w="617"/>
          </w:tcPr>
          <w:p>
            <w:r>
              <w:t>CÔNG TY TNHH THƯƠNG MẠI DỊCH VỤ VÀ SẢN XUẤT HOÀN QUÂN PHÁT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180</w:t>
            </w:r>
          </w:p>
        </w:tc>
        <w:tc>
          <w:tcPr>
            <w:tcW w:type="dxa" w:w="617"/>
          </w:tcPr>
          <w:p>
            <w:r>
              <w:t>KH1607</w:t>
            </w:r>
          </w:p>
        </w:tc>
        <w:tc>
          <w:tcPr>
            <w:tcW w:type="dxa" w:w="617"/>
          </w:tcPr>
          <w:p>
            <w:r>
              <w:t>CÔNG TY TNHH MARUBENI LUMBER VIỆT NAM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18</w:t>
            </w:r>
          </w:p>
        </w:tc>
        <w:tc>
          <w:tcPr>
            <w:tcW w:type="dxa" w:w="617"/>
          </w:tcPr>
          <w:p>
            <w:r>
              <w:t>13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14</w:t>
            </w:r>
          </w:p>
        </w:tc>
        <w:tc>
          <w:tcPr>
            <w:tcW w:type="dxa" w:w="617"/>
          </w:tcPr>
          <w:p>
            <w:r>
              <w:t>10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-10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181</w:t>
            </w:r>
          </w:p>
        </w:tc>
        <w:tc>
          <w:tcPr>
            <w:tcW w:type="dxa" w:w="617"/>
          </w:tcPr>
          <w:p>
            <w:r>
              <w:t>KH0096</w:t>
            </w:r>
          </w:p>
        </w:tc>
        <w:tc>
          <w:tcPr>
            <w:tcW w:type="dxa" w:w="617"/>
          </w:tcPr>
          <w:p>
            <w:r>
              <w:t>CÔNG TY CỔ PHẦN SẢN XUẤT VÀ DỊCH VỤ THƯƠNG MẠI AN HUY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58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-58</w:t>
            </w:r>
          </w:p>
        </w:tc>
        <w:tc>
          <w:tcPr>
            <w:tcW w:type="dxa" w:w="617"/>
          </w:tcPr>
          <w:p>
            <w:r>
              <w:t>-100.0%</w:t>
            </w:r>
          </w:p>
        </w:tc>
      </w:tr>
      <w:tr>
        <w:tc>
          <w:tcPr>
            <w:tcW w:type="dxa" w:w="617"/>
          </w:tcPr>
          <w:p>
            <w:r>
              <w:t>182</w:t>
            </w:r>
          </w:p>
        </w:tc>
        <w:tc>
          <w:tcPr>
            <w:tcW w:type="dxa" w:w="617"/>
          </w:tcPr>
          <w:p>
            <w:r>
              <w:t>KH1585</w:t>
            </w:r>
          </w:p>
        </w:tc>
        <w:tc>
          <w:tcPr>
            <w:tcW w:type="dxa" w:w="617"/>
          </w:tcPr>
          <w:p>
            <w:r>
              <w:t>CÔNG TY CỔ PHẦN INTERHOUSE LA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183</w:t>
            </w:r>
          </w:p>
        </w:tc>
        <w:tc>
          <w:tcPr>
            <w:tcW w:type="dxa" w:w="617"/>
          </w:tcPr>
          <w:p>
            <w:r>
              <w:t>KH1545</w:t>
            </w:r>
          </w:p>
        </w:tc>
        <w:tc>
          <w:tcPr>
            <w:tcW w:type="dxa" w:w="617"/>
          </w:tcPr>
          <w:p>
            <w:r>
              <w:t>* * * CƠ SỞ MỘC ĐÀM THÁI * * *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184</w:t>
            </w:r>
          </w:p>
        </w:tc>
        <w:tc>
          <w:tcPr>
            <w:tcW w:type="dxa" w:w="617"/>
          </w:tcPr>
          <w:p>
            <w:r>
              <w:t>KH1512</w:t>
            </w:r>
          </w:p>
        </w:tc>
        <w:tc>
          <w:tcPr>
            <w:tcW w:type="dxa" w:w="617"/>
          </w:tcPr>
          <w:p>
            <w:r>
              <w:t>CÔNG TY TNHH XÂY DỰNG  PHÁT TRIỂN TÍN PHÁT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185</w:t>
            </w:r>
          </w:p>
        </w:tc>
        <w:tc>
          <w:tcPr>
            <w:tcW w:type="dxa" w:w="617"/>
          </w:tcPr>
          <w:p>
            <w:r>
              <w:t>KH1442</w:t>
            </w:r>
          </w:p>
        </w:tc>
        <w:tc>
          <w:tcPr>
            <w:tcW w:type="dxa" w:w="617"/>
          </w:tcPr>
          <w:p>
            <w:r>
              <w:t>CÔNG TY TNHH THÂN CHÍNH</w:t>
            </w:r>
          </w:p>
        </w:tc>
        <w:tc>
          <w:tcPr>
            <w:tcW w:type="dxa" w:w="617"/>
          </w:tcPr>
          <w:p>
            <w:r>
              <w:t>4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186</w:t>
            </w:r>
          </w:p>
        </w:tc>
        <w:tc>
          <w:tcPr>
            <w:tcW w:type="dxa" w:w="617"/>
          </w:tcPr>
          <w:p>
            <w:r>
              <w:t>KH1415</w:t>
            </w:r>
          </w:p>
        </w:tc>
        <w:tc>
          <w:tcPr>
            <w:tcW w:type="dxa" w:w="617"/>
          </w:tcPr>
          <w:p>
            <w:r>
              <w:t>CÔNG TY TNHH KIẾN TRÚC VÀ TRANG TRÍ NỘI THẤT LÊ GIA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3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187</w:t>
            </w:r>
          </w:p>
        </w:tc>
        <w:tc>
          <w:tcPr>
            <w:tcW w:type="dxa" w:w="617"/>
          </w:tcPr>
          <w:p>
            <w:r>
              <w:t>KH1387</w:t>
            </w:r>
          </w:p>
        </w:tc>
        <w:tc>
          <w:tcPr>
            <w:tcW w:type="dxa" w:w="617"/>
          </w:tcPr>
          <w:p>
            <w:r>
              <w:t>CÔNG TY TNHH GỖ KIM HẢI PHÁT</w:t>
            </w:r>
          </w:p>
        </w:tc>
        <w:tc>
          <w:tcPr>
            <w:tcW w:type="dxa" w:w="617"/>
          </w:tcPr>
          <w:p>
            <w:r>
              <w:t>30</w:t>
            </w:r>
          </w:p>
        </w:tc>
        <w:tc>
          <w:tcPr>
            <w:tcW w:type="dxa" w:w="617"/>
          </w:tcPr>
          <w:p>
            <w:r>
              <w:t>7</w:t>
            </w:r>
          </w:p>
        </w:tc>
        <w:tc>
          <w:tcPr>
            <w:tcW w:type="dxa" w:w="617"/>
          </w:tcPr>
          <w:p>
            <w:r>
              <w:t>9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  <w:tr>
        <w:tc>
          <w:tcPr>
            <w:tcW w:type="dxa" w:w="617"/>
          </w:tcPr>
          <w:p>
            <w:r>
              <w:t>188</w:t>
            </w:r>
          </w:p>
        </w:tc>
        <w:tc>
          <w:tcPr>
            <w:tcW w:type="dxa" w:w="617"/>
          </w:tcPr>
          <w:p>
            <w:r>
              <w:t>KH0093</w:t>
            </w:r>
          </w:p>
        </w:tc>
        <w:tc>
          <w:tcPr>
            <w:tcW w:type="dxa" w:w="617"/>
          </w:tcPr>
          <w:p>
            <w:r>
              <w:t>CÔNG TY CỔ PHẦN RẠNG ĐÔNG</w:t>
            </w:r>
          </w:p>
        </w:tc>
        <w:tc>
          <w:tcPr>
            <w:tcW w:type="dxa" w:w="617"/>
          </w:tcPr>
          <w:p>
            <w:r>
              <w:t>1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2</w:t>
            </w:r>
          </w:p>
        </w:tc>
        <w:tc>
          <w:tcPr>
            <w:tcW w:type="dxa" w:w="617"/>
          </w:tcPr>
          <w:p>
            <w:r>
              <w:t>37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0</w:t>
            </w:r>
          </w:p>
        </w:tc>
        <w:tc>
          <w:tcPr>
            <w:tcW w:type="dxa" w:w="617"/>
          </w:tcPr>
          <w:p>
            <w:r>
              <w:t>+0</w:t>
            </w:r>
          </w:p>
        </w:tc>
        <w:tc>
          <w:tcPr>
            <w:tcW w:type="dxa" w:w="617"/>
          </w:tcPr>
          <w:p>
            <w:r>
              <w:t>+0.0%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