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b/>
          <w:color w:val="1A5276"/>
          <w:sz w:val="30"/>
        </w:rPr>
        <w:t>BÁO CÁO PHÂN TÍCH &amp; SO SÁNH LƯỢNG BÁN TRUNG BÌNH NGÀY HÀNG THÁNG</w:t>
      </w:r>
    </w:p>
    <w:p>
      <w:pPr>
        <w:spacing w:after="240"/>
        <w:jc w:val="center"/>
      </w:pPr>
      <w:r>
        <w:rPr>
          <w:i/>
          <w:color w:val="566573"/>
          <w:sz w:val="22"/>
        </w:rPr>
        <w:t>Kỳ Báo Cáo: Trọn Vẹn Tháng 08 Năm 2026 (Từ 01/08/2026 đến 31/08/2026 - 31 Ngày)</w:t>
      </w:r>
    </w:p>
    <w:p>
      <w:pPr>
        <w:spacing w:before="160" w:after="80"/>
      </w:pPr>
      <w:r>
        <w:rPr>
          <w:b/>
          <w:color w:val="1A5276"/>
          <w:sz w:val="24"/>
        </w:rPr>
        <w:t>I. Thông tin chung &amp; Phương pháp luận</w:t>
      </w:r>
    </w:p>
    <w:p>
      <w:pPr>
        <w:spacing w:after="120"/>
      </w:pPr>
      <w:r>
        <w:t>Báo cáo được trích xuất và phân tích tự động từ hệ thống dữ liệu mua hàng cập nhật mới nhất ngày 04/09/2026. Để phản ánh chính xác tốc độ tiêu thụ và loại bỏ sự chênh lệch do số ngày làm việc giữa các tháng trong năm (tháng 28 ngày, 30 ngày và 31 ngày), toàn bộ số liệu sản lượng đã được quy đổi chuẩn hóa về chỉ số Sản Lượng Tiêu Thụ Trung Bình Ngày (Kg/ngày).</w:t>
      </w:r>
    </w:p>
    <w:p>
      <w:pPr>
        <w:spacing w:before="160" w:after="80"/>
      </w:pPr>
      <w:r>
        <w:rPr>
          <w:b/>
          <w:color w:val="1A5276"/>
          <w:sz w:val="24"/>
        </w:rPr>
        <w:t>II. Kết quả tổng quan toàn công ty qua các kỳ</w:t>
      </w:r>
    </w:p>
    <w:tbl>
      <w:tblPr>
        <w:tblW w:type="auto" w:w="0"/>
        <w:jc w:val="center"/>
        <w:tblLayout w:type="fixed"/>
        <w:tblLook w:firstColumn="1" w:firstRow="1" w:lastColumn="0" w:lastRow="0" w:noHBand="0" w:noVBand="1" w:val="04A0"/>
      </w:tblPr>
      <w:tblGrid>
        <w:gridCol w:w="2518"/>
        <w:gridCol w:w="2518"/>
        <w:gridCol w:w="2518"/>
        <w:gridCol w:w="2518"/>
        <w:gridCol w:w="2518"/>
        <w:gridCol w:w="2518"/>
      </w:tblGrid>
      <w:tr>
        <w:tc>
          <w:tcPr>
            <w:tcW w:type="dxa" w:w="3168"/>
            <w:shd w:fill="1A5276"/>
            <w:tcMar>
              <w:top w:w="100" w:type="dxa"/>
              <w:bottom w:w="100" w:type="dxa"/>
              <w:left w:w="80" w:type="dxa"/>
              <w:right w:w="80" w:type="dxa"/>
            </w:tcMar>
          </w:tcPr>
          <w:p>
            <w:pPr>
              <w:jc w:val="center"/>
            </w:pPr>
            <w:r>
              <w:rPr>
                <w:b/>
                <w:color w:val="FFFFFF"/>
                <w:sz w:val="19"/>
              </w:rPr>
              <w:t>Kỳ Báo Cáo</w:t>
            </w:r>
          </w:p>
        </w:tc>
        <w:tc>
          <w:tcPr>
            <w:tcW w:type="dxa" w:w="2448"/>
            <w:shd w:fill="1A5276"/>
            <w:tcMar>
              <w:top w:w="100" w:type="dxa"/>
              <w:bottom w:w="100" w:type="dxa"/>
              <w:left w:w="80" w:type="dxa"/>
              <w:right w:w="80" w:type="dxa"/>
            </w:tcMar>
          </w:tcPr>
          <w:p>
            <w:pPr>
              <w:jc w:val="center"/>
            </w:pPr>
            <w:r>
              <w:rPr>
                <w:b/>
                <w:color w:val="FFFFFF"/>
                <w:sz w:val="19"/>
              </w:rPr>
              <w:t>Tổng Sản Lượng (Kg)</w:t>
            </w:r>
          </w:p>
        </w:tc>
        <w:tc>
          <w:tcPr>
            <w:tcW w:type="dxa" w:w="1584"/>
            <w:shd w:fill="1A5276"/>
            <w:tcMar>
              <w:top w:w="100" w:type="dxa"/>
              <w:bottom w:w="100" w:type="dxa"/>
              <w:left w:w="80" w:type="dxa"/>
              <w:right w:w="80" w:type="dxa"/>
            </w:tcMar>
          </w:tcPr>
          <w:p>
            <w:pPr>
              <w:jc w:val="center"/>
            </w:pPr>
            <w:r>
              <w:rPr>
                <w:b/>
                <w:color w:val="FFFFFF"/>
                <w:sz w:val="19"/>
              </w:rPr>
              <w:t>Số Ngày Trong Kỳ</w:t>
            </w:r>
          </w:p>
        </w:tc>
        <w:tc>
          <w:tcPr>
            <w:tcW w:type="dxa" w:w="2592"/>
            <w:shd w:fill="1A5276"/>
            <w:tcMar>
              <w:top w:w="100" w:type="dxa"/>
              <w:bottom w:w="100" w:type="dxa"/>
              <w:left w:w="80" w:type="dxa"/>
              <w:right w:w="80" w:type="dxa"/>
            </w:tcMar>
          </w:tcPr>
          <w:p>
            <w:pPr>
              <w:jc w:val="center"/>
            </w:pPr>
            <w:r>
              <w:rPr>
                <w:b/>
                <w:color w:val="FFFFFF"/>
                <w:sz w:val="19"/>
              </w:rPr>
              <w:t>TB / Ngày (Kg/ngày)</w:t>
            </w:r>
          </w:p>
        </w:tc>
        <w:tc>
          <w:tcPr>
            <w:tcW w:type="dxa" w:w="2592"/>
            <w:shd w:fill="1A5276"/>
            <w:tcMar>
              <w:top w:w="100" w:type="dxa"/>
              <w:bottom w:w="100" w:type="dxa"/>
              <w:left w:w="80" w:type="dxa"/>
              <w:right w:w="80" w:type="dxa"/>
            </w:tcMar>
          </w:tcPr>
          <w:p>
            <w:pPr>
              <w:jc w:val="center"/>
            </w:pPr>
            <w:r>
              <w:rPr>
                <w:b/>
                <w:color w:val="FFFFFF"/>
                <w:sz w:val="19"/>
              </w:rPr>
              <w:t>So Với Tháng Trước (Kg/ngày)</w:t>
            </w:r>
          </w:p>
        </w:tc>
        <w:tc>
          <w:tcPr>
            <w:tcW w:type="dxa" w:w="2592"/>
            <w:shd w:fill="1A5276"/>
            <w:tcMar>
              <w:top w:w="100" w:type="dxa"/>
              <w:bottom w:w="100" w:type="dxa"/>
              <w:left w:w="80" w:type="dxa"/>
              <w:right w:w="80" w:type="dxa"/>
            </w:tcMar>
          </w:tcPr>
          <w:p>
            <w:pPr>
              <w:jc w:val="center"/>
            </w:pPr>
            <w:r>
              <w:rPr>
                <w:b/>
                <w:color w:val="FFFFFF"/>
                <w:sz w:val="19"/>
              </w:rPr>
              <w:t>Tăng/Giảm So Với Tháng Trước (%)</w:t>
            </w:r>
          </w:p>
        </w:tc>
      </w:tr>
      <w:tr>
        <w:tc>
          <w:tcPr>
            <w:tcW w:type="dxa" w:w="3168"/>
            <w:shd w:fill="FFFFFF"/>
            <w:tcMar>
              <w:top w:w="80" w:type="dxa"/>
              <w:bottom w:w="80" w:type="dxa"/>
              <w:left w:w="80" w:type="dxa"/>
              <w:right w:w="80" w:type="dxa"/>
            </w:tcMar>
          </w:tcPr>
          <w:p>
            <w:pPr>
              <w:jc w:val="left"/>
            </w:pPr>
            <w:r>
              <w:rPr>
                <w:b/>
                <w:sz w:val="19"/>
              </w:rPr>
              <w:t>Tháng 01/2026</w:t>
            </w:r>
          </w:p>
        </w:tc>
        <w:tc>
          <w:tcPr>
            <w:tcW w:type="dxa" w:w="2448"/>
            <w:shd w:fill="FFFFFF"/>
            <w:tcMar>
              <w:top w:w="80" w:type="dxa"/>
              <w:bottom w:w="80" w:type="dxa"/>
              <w:left w:w="80" w:type="dxa"/>
              <w:right w:w="80" w:type="dxa"/>
            </w:tcMar>
          </w:tcPr>
          <w:p>
            <w:pPr>
              <w:jc w:val="right"/>
            </w:pPr>
            <w:r>
              <w:rPr>
                <w:sz w:val="19"/>
              </w:rPr>
              <w:t>987,102</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31,842</w:t>
            </w:r>
          </w:p>
        </w:tc>
        <w:tc>
          <w:tcPr>
            <w:tcW w:type="dxa" w:w="2592"/>
            <w:shd w:fill="FFFFFF"/>
            <w:tcMar>
              <w:top w:w="80" w:type="dxa"/>
              <w:bottom w:w="80" w:type="dxa"/>
              <w:left w:w="80" w:type="dxa"/>
              <w:right w:w="80" w:type="dxa"/>
            </w:tcMar>
          </w:tcPr>
          <w:p>
            <w:pPr>
              <w:jc w:val="right"/>
            </w:pPr>
            <w:r>
              <w:rPr>
                <w:sz w:val="19"/>
              </w:rPr>
              <w:t>-</w:t>
            </w:r>
          </w:p>
        </w:tc>
        <w:tc>
          <w:tcPr>
            <w:tcW w:type="dxa" w:w="2592"/>
            <w:shd w:fill="FFFFFF"/>
            <w:tcMar>
              <w:top w:w="80" w:type="dxa"/>
              <w:bottom w:w="80" w:type="dxa"/>
              <w:left w:w="80" w:type="dxa"/>
              <w:right w:w="80" w:type="dxa"/>
            </w:tcMar>
          </w:tcPr>
          <w:p>
            <w:pPr>
              <w:jc w:val="center"/>
            </w:pPr>
            <w:r>
              <w:rPr>
                <w:b/>
                <w:sz w:val="19"/>
              </w:rPr>
              <w:t>-</w:t>
            </w:r>
          </w:p>
        </w:tc>
      </w:tr>
      <w:tr>
        <w:tc>
          <w:tcPr>
            <w:tcW w:type="dxa" w:w="3168"/>
            <w:shd w:fill="F4F6F7"/>
            <w:tcMar>
              <w:top w:w="80" w:type="dxa"/>
              <w:bottom w:w="80" w:type="dxa"/>
              <w:left w:w="80" w:type="dxa"/>
              <w:right w:w="80" w:type="dxa"/>
            </w:tcMar>
          </w:tcPr>
          <w:p>
            <w:pPr>
              <w:jc w:val="left"/>
            </w:pPr>
            <w:r>
              <w:rPr>
                <w:b/>
                <w:sz w:val="19"/>
              </w:rPr>
              <w:t>Tháng 02/2026</w:t>
            </w:r>
          </w:p>
        </w:tc>
        <w:tc>
          <w:tcPr>
            <w:tcW w:type="dxa" w:w="2448"/>
            <w:shd w:fill="F4F6F7"/>
            <w:tcMar>
              <w:top w:w="80" w:type="dxa"/>
              <w:bottom w:w="80" w:type="dxa"/>
              <w:left w:w="80" w:type="dxa"/>
              <w:right w:w="80" w:type="dxa"/>
            </w:tcMar>
          </w:tcPr>
          <w:p>
            <w:pPr>
              <w:jc w:val="right"/>
            </w:pPr>
            <w:r>
              <w:rPr>
                <w:sz w:val="19"/>
              </w:rPr>
              <w:t>410,918</w:t>
            </w:r>
          </w:p>
        </w:tc>
        <w:tc>
          <w:tcPr>
            <w:tcW w:type="dxa" w:w="1584"/>
            <w:shd w:fill="F4F6F7"/>
            <w:tcMar>
              <w:top w:w="80" w:type="dxa"/>
              <w:bottom w:w="80" w:type="dxa"/>
              <w:left w:w="80" w:type="dxa"/>
              <w:right w:w="80" w:type="dxa"/>
            </w:tcMar>
          </w:tcPr>
          <w:p>
            <w:pPr>
              <w:jc w:val="center"/>
            </w:pPr>
            <w:r>
              <w:rPr>
                <w:sz w:val="19"/>
              </w:rPr>
              <w:t>28</w:t>
            </w:r>
          </w:p>
        </w:tc>
        <w:tc>
          <w:tcPr>
            <w:tcW w:type="dxa" w:w="2592"/>
            <w:shd w:fill="F4F6F7"/>
            <w:tcMar>
              <w:top w:w="80" w:type="dxa"/>
              <w:bottom w:w="80" w:type="dxa"/>
              <w:left w:w="80" w:type="dxa"/>
              <w:right w:w="80" w:type="dxa"/>
            </w:tcMar>
          </w:tcPr>
          <w:p>
            <w:pPr>
              <w:jc w:val="right"/>
            </w:pPr>
            <w:r>
              <w:rPr>
                <w:b/>
                <w:sz w:val="19"/>
              </w:rPr>
              <w:t>14,676</w:t>
            </w:r>
          </w:p>
        </w:tc>
        <w:tc>
          <w:tcPr>
            <w:tcW w:type="dxa" w:w="2592"/>
            <w:shd w:fill="F4F6F7"/>
            <w:tcMar>
              <w:top w:w="80" w:type="dxa"/>
              <w:bottom w:w="80" w:type="dxa"/>
              <w:left w:w="80" w:type="dxa"/>
              <w:right w:w="80" w:type="dxa"/>
            </w:tcMar>
          </w:tcPr>
          <w:p>
            <w:pPr>
              <w:jc w:val="right"/>
            </w:pPr>
            <w:r>
              <w:rPr>
                <w:color w:val="C0392B"/>
                <w:sz w:val="19"/>
              </w:rPr>
              <w:t>-17,166</w:t>
            </w:r>
          </w:p>
        </w:tc>
        <w:tc>
          <w:tcPr>
            <w:tcW w:type="dxa" w:w="2592"/>
            <w:shd w:fill="F4F6F7"/>
            <w:tcMar>
              <w:top w:w="80" w:type="dxa"/>
              <w:bottom w:w="80" w:type="dxa"/>
              <w:left w:w="80" w:type="dxa"/>
              <w:right w:w="80" w:type="dxa"/>
            </w:tcMar>
          </w:tcPr>
          <w:p>
            <w:pPr>
              <w:jc w:val="center"/>
            </w:pPr>
            <w:r>
              <w:rPr>
                <w:b/>
                <w:color w:val="C0392B"/>
                <w:sz w:val="19"/>
              </w:rPr>
              <w:t>-53.9%</w:t>
            </w:r>
          </w:p>
        </w:tc>
      </w:tr>
      <w:tr>
        <w:tc>
          <w:tcPr>
            <w:tcW w:type="dxa" w:w="3168"/>
            <w:shd w:fill="FFFFFF"/>
            <w:tcMar>
              <w:top w:w="80" w:type="dxa"/>
              <w:bottom w:w="80" w:type="dxa"/>
              <w:left w:w="80" w:type="dxa"/>
              <w:right w:w="80" w:type="dxa"/>
            </w:tcMar>
          </w:tcPr>
          <w:p>
            <w:pPr>
              <w:jc w:val="left"/>
            </w:pPr>
            <w:r>
              <w:rPr>
                <w:b/>
                <w:sz w:val="19"/>
              </w:rPr>
              <w:t>Tháng 03/2026</w:t>
            </w:r>
          </w:p>
        </w:tc>
        <w:tc>
          <w:tcPr>
            <w:tcW w:type="dxa" w:w="2448"/>
            <w:shd w:fill="FFFFFF"/>
            <w:tcMar>
              <w:top w:w="80" w:type="dxa"/>
              <w:bottom w:w="80" w:type="dxa"/>
              <w:left w:w="80" w:type="dxa"/>
              <w:right w:w="80" w:type="dxa"/>
            </w:tcMar>
          </w:tcPr>
          <w:p>
            <w:pPr>
              <w:jc w:val="right"/>
            </w:pPr>
            <w:r>
              <w:rPr>
                <w:sz w:val="19"/>
              </w:rPr>
              <w:t>937,765</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30,250</w:t>
            </w:r>
          </w:p>
        </w:tc>
        <w:tc>
          <w:tcPr>
            <w:tcW w:type="dxa" w:w="2592"/>
            <w:shd w:fill="FFFFFF"/>
            <w:tcMar>
              <w:top w:w="80" w:type="dxa"/>
              <w:bottom w:w="80" w:type="dxa"/>
              <w:left w:w="80" w:type="dxa"/>
              <w:right w:w="80" w:type="dxa"/>
            </w:tcMar>
          </w:tcPr>
          <w:p>
            <w:pPr>
              <w:jc w:val="right"/>
            </w:pPr>
            <w:r>
              <w:rPr>
                <w:color w:val="27AE60"/>
                <w:sz w:val="19"/>
              </w:rPr>
              <w:t>+15,574</w:t>
            </w:r>
          </w:p>
        </w:tc>
        <w:tc>
          <w:tcPr>
            <w:tcW w:type="dxa" w:w="2592"/>
            <w:shd w:fill="FFFFFF"/>
            <w:tcMar>
              <w:top w:w="80" w:type="dxa"/>
              <w:bottom w:w="80" w:type="dxa"/>
              <w:left w:w="80" w:type="dxa"/>
              <w:right w:w="80" w:type="dxa"/>
            </w:tcMar>
          </w:tcPr>
          <w:p>
            <w:pPr>
              <w:jc w:val="center"/>
            </w:pPr>
            <w:r>
              <w:rPr>
                <w:b/>
                <w:color w:val="27AE60"/>
                <w:sz w:val="19"/>
              </w:rPr>
              <w:t>+106.1%</w:t>
            </w:r>
          </w:p>
        </w:tc>
      </w:tr>
      <w:tr>
        <w:tc>
          <w:tcPr>
            <w:tcW w:type="dxa" w:w="3168"/>
            <w:shd w:fill="F4F6F7"/>
            <w:tcMar>
              <w:top w:w="80" w:type="dxa"/>
              <w:bottom w:w="80" w:type="dxa"/>
              <w:left w:w="80" w:type="dxa"/>
              <w:right w:w="80" w:type="dxa"/>
            </w:tcMar>
          </w:tcPr>
          <w:p>
            <w:pPr>
              <w:jc w:val="left"/>
            </w:pPr>
            <w:r>
              <w:rPr>
                <w:b/>
                <w:sz w:val="19"/>
              </w:rPr>
              <w:t>Tháng 04/2026</w:t>
            </w:r>
          </w:p>
        </w:tc>
        <w:tc>
          <w:tcPr>
            <w:tcW w:type="dxa" w:w="2448"/>
            <w:shd w:fill="F4F6F7"/>
            <w:tcMar>
              <w:top w:w="80" w:type="dxa"/>
              <w:bottom w:w="80" w:type="dxa"/>
              <w:left w:w="80" w:type="dxa"/>
              <w:right w:w="80" w:type="dxa"/>
            </w:tcMar>
          </w:tcPr>
          <w:p>
            <w:pPr>
              <w:jc w:val="right"/>
            </w:pPr>
            <w:r>
              <w:rPr>
                <w:sz w:val="19"/>
              </w:rPr>
              <w:t>880,061</w:t>
            </w:r>
          </w:p>
        </w:tc>
        <w:tc>
          <w:tcPr>
            <w:tcW w:type="dxa" w:w="1584"/>
            <w:shd w:fill="F4F6F7"/>
            <w:tcMar>
              <w:top w:w="80" w:type="dxa"/>
              <w:bottom w:w="80" w:type="dxa"/>
              <w:left w:w="80" w:type="dxa"/>
              <w:right w:w="80" w:type="dxa"/>
            </w:tcMar>
          </w:tcPr>
          <w:p>
            <w:pPr>
              <w:jc w:val="center"/>
            </w:pPr>
            <w:r>
              <w:rPr>
                <w:sz w:val="19"/>
              </w:rPr>
              <w:t>30</w:t>
            </w:r>
          </w:p>
        </w:tc>
        <w:tc>
          <w:tcPr>
            <w:tcW w:type="dxa" w:w="2592"/>
            <w:shd w:fill="F4F6F7"/>
            <w:tcMar>
              <w:top w:w="80" w:type="dxa"/>
              <w:bottom w:w="80" w:type="dxa"/>
              <w:left w:w="80" w:type="dxa"/>
              <w:right w:w="80" w:type="dxa"/>
            </w:tcMar>
          </w:tcPr>
          <w:p>
            <w:pPr>
              <w:jc w:val="right"/>
            </w:pPr>
            <w:r>
              <w:rPr>
                <w:b/>
                <w:sz w:val="19"/>
              </w:rPr>
              <w:t>29,335</w:t>
            </w:r>
          </w:p>
        </w:tc>
        <w:tc>
          <w:tcPr>
            <w:tcW w:type="dxa" w:w="2592"/>
            <w:shd w:fill="F4F6F7"/>
            <w:tcMar>
              <w:top w:w="80" w:type="dxa"/>
              <w:bottom w:w="80" w:type="dxa"/>
              <w:left w:w="80" w:type="dxa"/>
              <w:right w:w="80" w:type="dxa"/>
            </w:tcMar>
          </w:tcPr>
          <w:p>
            <w:pPr>
              <w:jc w:val="right"/>
            </w:pPr>
            <w:r>
              <w:rPr>
                <w:color w:val="C0392B"/>
                <w:sz w:val="19"/>
              </w:rPr>
              <w:t>-915</w:t>
            </w:r>
          </w:p>
        </w:tc>
        <w:tc>
          <w:tcPr>
            <w:tcW w:type="dxa" w:w="2592"/>
            <w:shd w:fill="F4F6F7"/>
            <w:tcMar>
              <w:top w:w="80" w:type="dxa"/>
              <w:bottom w:w="80" w:type="dxa"/>
              <w:left w:w="80" w:type="dxa"/>
              <w:right w:w="80" w:type="dxa"/>
            </w:tcMar>
          </w:tcPr>
          <w:p>
            <w:pPr>
              <w:jc w:val="center"/>
            </w:pPr>
            <w:r>
              <w:rPr>
                <w:b/>
                <w:color w:val="C0392B"/>
                <w:sz w:val="19"/>
              </w:rPr>
              <w:t>-3.0%</w:t>
            </w:r>
          </w:p>
        </w:tc>
      </w:tr>
      <w:tr>
        <w:tc>
          <w:tcPr>
            <w:tcW w:type="dxa" w:w="3168"/>
            <w:shd w:fill="FFFFFF"/>
            <w:tcMar>
              <w:top w:w="80" w:type="dxa"/>
              <w:bottom w:w="80" w:type="dxa"/>
              <w:left w:w="80" w:type="dxa"/>
              <w:right w:w="80" w:type="dxa"/>
            </w:tcMar>
          </w:tcPr>
          <w:p>
            <w:pPr>
              <w:jc w:val="left"/>
            </w:pPr>
            <w:r>
              <w:rPr>
                <w:b/>
                <w:sz w:val="19"/>
              </w:rPr>
              <w:t>Tháng 05/2026</w:t>
            </w:r>
          </w:p>
        </w:tc>
        <w:tc>
          <w:tcPr>
            <w:tcW w:type="dxa" w:w="2448"/>
            <w:shd w:fill="FFFFFF"/>
            <w:tcMar>
              <w:top w:w="80" w:type="dxa"/>
              <w:bottom w:w="80" w:type="dxa"/>
              <w:left w:w="80" w:type="dxa"/>
              <w:right w:w="80" w:type="dxa"/>
            </w:tcMar>
          </w:tcPr>
          <w:p>
            <w:pPr>
              <w:jc w:val="right"/>
            </w:pPr>
            <w:r>
              <w:rPr>
                <w:sz w:val="19"/>
              </w:rPr>
              <w:t>820,648</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26,473</w:t>
            </w:r>
          </w:p>
        </w:tc>
        <w:tc>
          <w:tcPr>
            <w:tcW w:type="dxa" w:w="2592"/>
            <w:shd w:fill="FFFFFF"/>
            <w:tcMar>
              <w:top w:w="80" w:type="dxa"/>
              <w:bottom w:w="80" w:type="dxa"/>
              <w:left w:w="80" w:type="dxa"/>
              <w:right w:w="80" w:type="dxa"/>
            </w:tcMar>
          </w:tcPr>
          <w:p>
            <w:pPr>
              <w:jc w:val="right"/>
            </w:pPr>
            <w:r>
              <w:rPr>
                <w:color w:val="C0392B"/>
                <w:sz w:val="19"/>
              </w:rPr>
              <w:t>-2,862</w:t>
            </w:r>
          </w:p>
        </w:tc>
        <w:tc>
          <w:tcPr>
            <w:tcW w:type="dxa" w:w="2592"/>
            <w:shd w:fill="FFFFFF"/>
            <w:tcMar>
              <w:top w:w="80" w:type="dxa"/>
              <w:bottom w:w="80" w:type="dxa"/>
              <w:left w:w="80" w:type="dxa"/>
              <w:right w:w="80" w:type="dxa"/>
            </w:tcMar>
          </w:tcPr>
          <w:p>
            <w:pPr>
              <w:jc w:val="center"/>
            </w:pPr>
            <w:r>
              <w:rPr>
                <w:b/>
                <w:color w:val="C0392B"/>
                <w:sz w:val="19"/>
              </w:rPr>
              <w:t>-9.8%</w:t>
            </w:r>
          </w:p>
        </w:tc>
      </w:tr>
      <w:tr>
        <w:tc>
          <w:tcPr>
            <w:tcW w:type="dxa" w:w="3168"/>
            <w:shd w:fill="F4F6F7"/>
            <w:tcMar>
              <w:top w:w="80" w:type="dxa"/>
              <w:bottom w:w="80" w:type="dxa"/>
              <w:left w:w="80" w:type="dxa"/>
              <w:right w:w="80" w:type="dxa"/>
            </w:tcMar>
          </w:tcPr>
          <w:p>
            <w:pPr>
              <w:jc w:val="left"/>
            </w:pPr>
            <w:r>
              <w:rPr>
                <w:b/>
                <w:sz w:val="19"/>
              </w:rPr>
              <w:t>Tháng 06/2026</w:t>
            </w:r>
          </w:p>
        </w:tc>
        <w:tc>
          <w:tcPr>
            <w:tcW w:type="dxa" w:w="2448"/>
            <w:shd w:fill="F4F6F7"/>
            <w:tcMar>
              <w:top w:w="80" w:type="dxa"/>
              <w:bottom w:w="80" w:type="dxa"/>
              <w:left w:w="80" w:type="dxa"/>
              <w:right w:w="80" w:type="dxa"/>
            </w:tcMar>
          </w:tcPr>
          <w:p>
            <w:pPr>
              <w:jc w:val="right"/>
            </w:pPr>
            <w:r>
              <w:rPr>
                <w:sz w:val="19"/>
              </w:rPr>
              <w:t>973,895</w:t>
            </w:r>
          </w:p>
        </w:tc>
        <w:tc>
          <w:tcPr>
            <w:tcW w:type="dxa" w:w="1584"/>
            <w:shd w:fill="F4F6F7"/>
            <w:tcMar>
              <w:top w:w="80" w:type="dxa"/>
              <w:bottom w:w="80" w:type="dxa"/>
              <w:left w:w="80" w:type="dxa"/>
              <w:right w:w="80" w:type="dxa"/>
            </w:tcMar>
          </w:tcPr>
          <w:p>
            <w:pPr>
              <w:jc w:val="center"/>
            </w:pPr>
            <w:r>
              <w:rPr>
                <w:sz w:val="19"/>
              </w:rPr>
              <w:t>30</w:t>
            </w:r>
          </w:p>
        </w:tc>
        <w:tc>
          <w:tcPr>
            <w:tcW w:type="dxa" w:w="2592"/>
            <w:shd w:fill="F4F6F7"/>
            <w:tcMar>
              <w:top w:w="80" w:type="dxa"/>
              <w:bottom w:w="80" w:type="dxa"/>
              <w:left w:w="80" w:type="dxa"/>
              <w:right w:w="80" w:type="dxa"/>
            </w:tcMar>
          </w:tcPr>
          <w:p>
            <w:pPr>
              <w:jc w:val="right"/>
            </w:pPr>
            <w:r>
              <w:rPr>
                <w:b/>
                <w:sz w:val="19"/>
              </w:rPr>
              <w:t>32,463</w:t>
            </w:r>
          </w:p>
        </w:tc>
        <w:tc>
          <w:tcPr>
            <w:tcW w:type="dxa" w:w="2592"/>
            <w:shd w:fill="F4F6F7"/>
            <w:tcMar>
              <w:top w:w="80" w:type="dxa"/>
              <w:bottom w:w="80" w:type="dxa"/>
              <w:left w:w="80" w:type="dxa"/>
              <w:right w:w="80" w:type="dxa"/>
            </w:tcMar>
          </w:tcPr>
          <w:p>
            <w:pPr>
              <w:jc w:val="right"/>
            </w:pPr>
            <w:r>
              <w:rPr>
                <w:color w:val="27AE60"/>
                <w:sz w:val="19"/>
              </w:rPr>
              <w:t>+5,990</w:t>
            </w:r>
          </w:p>
        </w:tc>
        <w:tc>
          <w:tcPr>
            <w:tcW w:type="dxa" w:w="2592"/>
            <w:shd w:fill="F4F6F7"/>
            <w:tcMar>
              <w:top w:w="80" w:type="dxa"/>
              <w:bottom w:w="80" w:type="dxa"/>
              <w:left w:w="80" w:type="dxa"/>
              <w:right w:w="80" w:type="dxa"/>
            </w:tcMar>
          </w:tcPr>
          <w:p>
            <w:pPr>
              <w:jc w:val="center"/>
            </w:pPr>
            <w:r>
              <w:rPr>
                <w:b/>
                <w:color w:val="27AE60"/>
                <w:sz w:val="19"/>
              </w:rPr>
              <w:t>+22.6%</w:t>
            </w:r>
          </w:p>
        </w:tc>
      </w:tr>
      <w:tr>
        <w:tc>
          <w:tcPr>
            <w:tcW w:type="dxa" w:w="3168"/>
            <w:shd w:fill="FFFFFF"/>
            <w:tcMar>
              <w:top w:w="80" w:type="dxa"/>
              <w:bottom w:w="80" w:type="dxa"/>
              <w:left w:w="80" w:type="dxa"/>
              <w:right w:w="80" w:type="dxa"/>
            </w:tcMar>
          </w:tcPr>
          <w:p>
            <w:pPr>
              <w:jc w:val="left"/>
            </w:pPr>
            <w:r>
              <w:rPr>
                <w:b/>
                <w:sz w:val="19"/>
              </w:rPr>
              <w:t>Tháng 07/2026</w:t>
            </w:r>
          </w:p>
        </w:tc>
        <w:tc>
          <w:tcPr>
            <w:tcW w:type="dxa" w:w="2448"/>
            <w:shd w:fill="FFFFFF"/>
            <w:tcMar>
              <w:top w:w="80" w:type="dxa"/>
              <w:bottom w:w="80" w:type="dxa"/>
              <w:left w:w="80" w:type="dxa"/>
              <w:right w:w="80" w:type="dxa"/>
            </w:tcMar>
          </w:tcPr>
          <w:p>
            <w:pPr>
              <w:jc w:val="right"/>
            </w:pPr>
            <w:r>
              <w:rPr>
                <w:sz w:val="19"/>
              </w:rPr>
              <w:t>952,039</w:t>
            </w:r>
          </w:p>
        </w:tc>
        <w:tc>
          <w:tcPr>
            <w:tcW w:type="dxa" w:w="1584"/>
            <w:shd w:fill="FFFFFF"/>
            <w:tcMar>
              <w:top w:w="80" w:type="dxa"/>
              <w:bottom w:w="80" w:type="dxa"/>
              <w:left w:w="80" w:type="dxa"/>
              <w:right w:w="80" w:type="dxa"/>
            </w:tcMar>
          </w:tcPr>
          <w:p>
            <w:pPr>
              <w:jc w:val="center"/>
            </w:pPr>
            <w:r>
              <w:rPr>
                <w:sz w:val="19"/>
              </w:rPr>
              <w:t>31</w:t>
            </w:r>
          </w:p>
        </w:tc>
        <w:tc>
          <w:tcPr>
            <w:tcW w:type="dxa" w:w="2592"/>
            <w:shd w:fill="FFFFFF"/>
            <w:tcMar>
              <w:top w:w="80" w:type="dxa"/>
              <w:bottom w:w="80" w:type="dxa"/>
              <w:left w:w="80" w:type="dxa"/>
              <w:right w:w="80" w:type="dxa"/>
            </w:tcMar>
          </w:tcPr>
          <w:p>
            <w:pPr>
              <w:jc w:val="right"/>
            </w:pPr>
            <w:r>
              <w:rPr>
                <w:b/>
                <w:sz w:val="19"/>
              </w:rPr>
              <w:t>30,711</w:t>
            </w:r>
          </w:p>
        </w:tc>
        <w:tc>
          <w:tcPr>
            <w:tcW w:type="dxa" w:w="2592"/>
            <w:shd w:fill="FFFFFF"/>
            <w:tcMar>
              <w:top w:w="80" w:type="dxa"/>
              <w:bottom w:w="80" w:type="dxa"/>
              <w:left w:w="80" w:type="dxa"/>
              <w:right w:w="80" w:type="dxa"/>
            </w:tcMar>
          </w:tcPr>
          <w:p>
            <w:pPr>
              <w:jc w:val="right"/>
            </w:pPr>
            <w:r>
              <w:rPr>
                <w:color w:val="C0392B"/>
                <w:sz w:val="19"/>
              </w:rPr>
              <w:t>-1,752</w:t>
            </w:r>
          </w:p>
        </w:tc>
        <w:tc>
          <w:tcPr>
            <w:tcW w:type="dxa" w:w="2592"/>
            <w:shd w:fill="FFFFFF"/>
            <w:tcMar>
              <w:top w:w="80" w:type="dxa"/>
              <w:bottom w:w="80" w:type="dxa"/>
              <w:left w:w="80" w:type="dxa"/>
              <w:right w:w="80" w:type="dxa"/>
            </w:tcMar>
          </w:tcPr>
          <w:p>
            <w:pPr>
              <w:jc w:val="center"/>
            </w:pPr>
            <w:r>
              <w:rPr>
                <w:b/>
                <w:color w:val="C0392B"/>
                <w:sz w:val="19"/>
              </w:rPr>
              <w:t>-5.4%</w:t>
            </w:r>
          </w:p>
        </w:tc>
      </w:tr>
      <w:tr>
        <w:tc>
          <w:tcPr>
            <w:tcW w:type="dxa" w:w="3168"/>
            <w:shd w:fill="EAF2F8"/>
            <w:tcMar>
              <w:top w:w="80" w:type="dxa"/>
              <w:bottom w:w="80" w:type="dxa"/>
              <w:left w:w="80" w:type="dxa"/>
              <w:right w:w="80" w:type="dxa"/>
            </w:tcMar>
          </w:tcPr>
          <w:p>
            <w:pPr>
              <w:jc w:val="left"/>
            </w:pPr>
            <w:r>
              <w:rPr>
                <w:b/>
                <w:sz w:val="19"/>
              </w:rPr>
              <w:t>Tháng 08/2026</w:t>
            </w:r>
          </w:p>
        </w:tc>
        <w:tc>
          <w:tcPr>
            <w:tcW w:type="dxa" w:w="2448"/>
            <w:shd w:fill="EAF2F8"/>
            <w:tcMar>
              <w:top w:w="80" w:type="dxa"/>
              <w:bottom w:w="80" w:type="dxa"/>
              <w:left w:w="80" w:type="dxa"/>
              <w:right w:w="80" w:type="dxa"/>
            </w:tcMar>
          </w:tcPr>
          <w:p>
            <w:pPr>
              <w:jc w:val="right"/>
            </w:pPr>
            <w:r>
              <w:rPr>
                <w:sz w:val="19"/>
              </w:rPr>
              <w:t>933,110</w:t>
            </w:r>
          </w:p>
        </w:tc>
        <w:tc>
          <w:tcPr>
            <w:tcW w:type="dxa" w:w="1584"/>
            <w:shd w:fill="EAF2F8"/>
            <w:tcMar>
              <w:top w:w="80" w:type="dxa"/>
              <w:bottom w:w="80" w:type="dxa"/>
              <w:left w:w="80" w:type="dxa"/>
              <w:right w:w="80" w:type="dxa"/>
            </w:tcMar>
          </w:tcPr>
          <w:p>
            <w:pPr>
              <w:jc w:val="center"/>
            </w:pPr>
            <w:r>
              <w:rPr>
                <w:sz w:val="19"/>
              </w:rPr>
              <w:t>31</w:t>
            </w:r>
          </w:p>
        </w:tc>
        <w:tc>
          <w:tcPr>
            <w:tcW w:type="dxa" w:w="2592"/>
            <w:shd w:fill="EAF2F8"/>
            <w:tcMar>
              <w:top w:w="80" w:type="dxa"/>
              <w:bottom w:w="80" w:type="dxa"/>
              <w:left w:w="80" w:type="dxa"/>
              <w:right w:w="80" w:type="dxa"/>
            </w:tcMar>
          </w:tcPr>
          <w:p>
            <w:pPr>
              <w:jc w:val="right"/>
            </w:pPr>
            <w:r>
              <w:rPr>
                <w:b/>
                <w:sz w:val="19"/>
              </w:rPr>
              <w:t>30,100</w:t>
            </w:r>
          </w:p>
        </w:tc>
        <w:tc>
          <w:tcPr>
            <w:tcW w:type="dxa" w:w="2592"/>
            <w:shd w:fill="EAF2F8"/>
            <w:tcMar>
              <w:top w:w="80" w:type="dxa"/>
              <w:bottom w:w="80" w:type="dxa"/>
              <w:left w:w="80" w:type="dxa"/>
              <w:right w:w="80" w:type="dxa"/>
            </w:tcMar>
          </w:tcPr>
          <w:p>
            <w:pPr>
              <w:jc w:val="right"/>
            </w:pPr>
            <w:r>
              <w:rPr>
                <w:color w:val="C0392B"/>
                <w:sz w:val="19"/>
              </w:rPr>
              <w:t>-611</w:t>
            </w:r>
          </w:p>
        </w:tc>
        <w:tc>
          <w:tcPr>
            <w:tcW w:type="dxa" w:w="2592"/>
            <w:shd w:fill="EAF2F8"/>
            <w:tcMar>
              <w:top w:w="80" w:type="dxa"/>
              <w:bottom w:w="80" w:type="dxa"/>
              <w:left w:w="80" w:type="dxa"/>
              <w:right w:w="80" w:type="dxa"/>
            </w:tcMar>
          </w:tcPr>
          <w:p>
            <w:pPr>
              <w:jc w:val="center"/>
            </w:pPr>
            <w:r>
              <w:rPr>
                <w:b/>
                <w:color w:val="C0392B"/>
                <w:sz w:val="19"/>
              </w:rPr>
              <w:t>-2.0%</w:t>
            </w:r>
          </w:p>
        </w:tc>
      </w:tr>
    </w:tbl>
    <w:p/>
    <w:p>
      <w:pPr>
        <w:spacing w:before="80" w:after="160"/>
      </w:pPr>
      <w:r>
        <w:rPr>
          <w:b/>
          <w:color w:val="1A5276"/>
        </w:rPr>
        <w:t xml:space="preserve">Đánh giá tổng quát: </w:t>
      </w:r>
      <w:r>
        <w:t>Trọn vẹn Tháng 08/2026, toàn công ty đạt tổng sản lượng 933,110 Kg, tương đương mức tiêu thụ bình quân đạt 30,100 Kg/ngày. So với Tháng 07/2026 (30,711 Kg/ngày), lượng tiêu thụ trung bình ngày ghi nhận mức BIẾN ĐỘNG GIẢM NHẸ -611 Kg/ngày (-2.0%). Nhìn chung sản lượng Tháng 8 vẫn duy trì ổn định ở quy mô trên 930 tấn/tháng, đảm bảo tiến độ kế hoạch năm.</w:t>
      </w:r>
    </w:p>
    <w:p>
      <w:pPr>
        <w:spacing w:before="200" w:after="80"/>
      </w:pPr>
      <w:r>
        <w:rPr>
          <w:b/>
          <w:color w:val="1A5276"/>
          <w:sz w:val="24"/>
        </w:rPr>
        <w:t>III. Bảng so sánh chi tiết theo từng khách hàng</w:t>
      </w:r>
    </w:p>
    <w:p>
      <w:r>
        <w:t>Bảng tổng hợp chi tiết lượng bán trung bình ngày của toàn bộ 161 khách hàng qua 8 tháng và mức chênh lệch giữa Tháng 8 so với Tháng 7:</w:t>
      </w:r>
    </w:p>
    <w:tbl>
      <w:tblPr>
        <w:tblW w:type="auto" w:w="0"/>
        <w:jc w:val="center"/>
        <w:tblLayout w:type="fixed"/>
        <w:tblLook w:firstColumn="1" w:firstRow="1" w:lastColumn="0" w:lastRow="0" w:noHBand="0" w:noVBand="1" w:val="04A0"/>
      </w:tblPr>
      <w:tblGrid>
        <w:gridCol w:w="1162"/>
        <w:gridCol w:w="1162"/>
        <w:gridCol w:w="1162"/>
        <w:gridCol w:w="1162"/>
        <w:gridCol w:w="1162"/>
        <w:gridCol w:w="1162"/>
        <w:gridCol w:w="1162"/>
        <w:gridCol w:w="1162"/>
        <w:gridCol w:w="1162"/>
        <w:gridCol w:w="1162"/>
        <w:gridCol w:w="1162"/>
        <w:gridCol w:w="1162"/>
        <w:gridCol w:w="1162"/>
      </w:tblGrid>
      <w:tr>
        <w:tc>
          <w:tcPr>
            <w:tcW w:type="dxa" w:w="504"/>
            <w:shd w:fill="1A5276"/>
            <w:tcMar>
              <w:top w:w="80" w:type="dxa"/>
              <w:bottom w:w="80" w:type="dxa"/>
              <w:left w:w="30" w:type="dxa"/>
              <w:right w:w="30" w:type="dxa"/>
            </w:tcMar>
          </w:tcPr>
          <w:p>
            <w:pPr>
              <w:jc w:val="center"/>
            </w:pPr>
            <w:r>
              <w:rPr>
                <w:b/>
                <w:color w:val="FFFFFF"/>
                <w:sz w:val="17"/>
              </w:rPr>
              <w:t>STT</w:t>
            </w:r>
          </w:p>
        </w:tc>
        <w:tc>
          <w:tcPr>
            <w:tcW w:type="dxa" w:w="936"/>
            <w:shd w:fill="1A5276"/>
            <w:tcMar>
              <w:top w:w="80" w:type="dxa"/>
              <w:bottom w:w="80" w:type="dxa"/>
              <w:left w:w="30" w:type="dxa"/>
              <w:right w:w="30" w:type="dxa"/>
            </w:tcMar>
          </w:tcPr>
          <w:p>
            <w:pPr>
              <w:jc w:val="center"/>
            </w:pPr>
            <w:r>
              <w:rPr>
                <w:b/>
                <w:color w:val="FFFFFF"/>
                <w:sz w:val="17"/>
              </w:rPr>
              <w:t>Mã KH</w:t>
            </w:r>
          </w:p>
        </w:tc>
        <w:tc>
          <w:tcPr>
            <w:tcW w:type="dxa" w:w="2880"/>
            <w:shd w:fill="1A5276"/>
            <w:tcMar>
              <w:top w:w="80" w:type="dxa"/>
              <w:bottom w:w="80" w:type="dxa"/>
              <w:left w:w="30" w:type="dxa"/>
              <w:right w:w="30" w:type="dxa"/>
            </w:tcMar>
          </w:tcPr>
          <w:p>
            <w:pPr>
              <w:jc w:val="center"/>
            </w:pPr>
            <w:r>
              <w:rPr>
                <w:b/>
                <w:color w:val="FFFFFF"/>
                <w:sz w:val="17"/>
              </w:rPr>
              <w:t>Tên Khách Hàng</w:t>
            </w:r>
          </w:p>
        </w:tc>
        <w:tc>
          <w:tcPr>
            <w:tcW w:type="dxa" w:w="1060"/>
            <w:shd w:fill="1A5276"/>
            <w:tcMar>
              <w:top w:w="80" w:type="dxa"/>
              <w:bottom w:w="80" w:type="dxa"/>
              <w:left w:w="30" w:type="dxa"/>
              <w:right w:w="30" w:type="dxa"/>
            </w:tcMar>
          </w:tcPr>
          <w:p>
            <w:pPr>
              <w:jc w:val="center"/>
            </w:pPr>
            <w:r>
              <w:rPr>
                <w:b/>
                <w:color w:val="FFFFFF"/>
                <w:sz w:val="17"/>
              </w:rPr>
              <w:t>T1</w:t>
            </w:r>
          </w:p>
        </w:tc>
        <w:tc>
          <w:tcPr>
            <w:tcW w:type="dxa" w:w="1060"/>
            <w:shd w:fill="1A5276"/>
            <w:tcMar>
              <w:top w:w="80" w:type="dxa"/>
              <w:bottom w:w="80" w:type="dxa"/>
              <w:left w:w="30" w:type="dxa"/>
              <w:right w:w="30" w:type="dxa"/>
            </w:tcMar>
          </w:tcPr>
          <w:p>
            <w:pPr>
              <w:jc w:val="center"/>
            </w:pPr>
            <w:r>
              <w:rPr>
                <w:b/>
                <w:color w:val="FFFFFF"/>
                <w:sz w:val="17"/>
              </w:rPr>
              <w:t>T2</w:t>
            </w:r>
          </w:p>
        </w:tc>
        <w:tc>
          <w:tcPr>
            <w:tcW w:type="dxa" w:w="1060"/>
            <w:shd w:fill="1A5276"/>
            <w:tcMar>
              <w:top w:w="80" w:type="dxa"/>
              <w:bottom w:w="80" w:type="dxa"/>
              <w:left w:w="30" w:type="dxa"/>
              <w:right w:w="30" w:type="dxa"/>
            </w:tcMar>
          </w:tcPr>
          <w:p>
            <w:pPr>
              <w:jc w:val="center"/>
            </w:pPr>
            <w:r>
              <w:rPr>
                <w:b/>
                <w:color w:val="FFFFFF"/>
                <w:sz w:val="17"/>
              </w:rPr>
              <w:t>T3</w:t>
            </w:r>
          </w:p>
        </w:tc>
        <w:tc>
          <w:tcPr>
            <w:tcW w:type="dxa" w:w="1060"/>
            <w:shd w:fill="1A5276"/>
            <w:tcMar>
              <w:top w:w="80" w:type="dxa"/>
              <w:bottom w:w="80" w:type="dxa"/>
              <w:left w:w="30" w:type="dxa"/>
              <w:right w:w="30" w:type="dxa"/>
            </w:tcMar>
          </w:tcPr>
          <w:p>
            <w:pPr>
              <w:jc w:val="center"/>
            </w:pPr>
            <w:r>
              <w:rPr>
                <w:b/>
                <w:color w:val="FFFFFF"/>
                <w:sz w:val="17"/>
              </w:rPr>
              <w:t>T4</w:t>
            </w:r>
          </w:p>
        </w:tc>
        <w:tc>
          <w:tcPr>
            <w:tcW w:type="dxa" w:w="1060"/>
            <w:shd w:fill="1A5276"/>
            <w:tcMar>
              <w:top w:w="80" w:type="dxa"/>
              <w:bottom w:w="80" w:type="dxa"/>
              <w:left w:w="30" w:type="dxa"/>
              <w:right w:w="30" w:type="dxa"/>
            </w:tcMar>
          </w:tcPr>
          <w:p>
            <w:pPr>
              <w:jc w:val="center"/>
            </w:pPr>
            <w:r>
              <w:rPr>
                <w:b/>
                <w:color w:val="FFFFFF"/>
                <w:sz w:val="17"/>
              </w:rPr>
              <w:t>T5</w:t>
            </w:r>
          </w:p>
        </w:tc>
        <w:tc>
          <w:tcPr>
            <w:tcW w:type="dxa" w:w="1060"/>
            <w:shd w:fill="1A5276"/>
            <w:tcMar>
              <w:top w:w="80" w:type="dxa"/>
              <w:bottom w:w="80" w:type="dxa"/>
              <w:left w:w="30" w:type="dxa"/>
              <w:right w:w="30" w:type="dxa"/>
            </w:tcMar>
          </w:tcPr>
          <w:p>
            <w:pPr>
              <w:jc w:val="center"/>
            </w:pPr>
            <w:r>
              <w:rPr>
                <w:b/>
                <w:color w:val="FFFFFF"/>
                <w:sz w:val="17"/>
              </w:rPr>
              <w:t>T6</w:t>
            </w:r>
          </w:p>
        </w:tc>
        <w:tc>
          <w:tcPr>
            <w:tcW w:type="dxa" w:w="1060"/>
            <w:shd w:fill="1A5276"/>
            <w:tcMar>
              <w:top w:w="80" w:type="dxa"/>
              <w:bottom w:w="80" w:type="dxa"/>
              <w:left w:w="30" w:type="dxa"/>
              <w:right w:w="30" w:type="dxa"/>
            </w:tcMar>
          </w:tcPr>
          <w:p>
            <w:pPr>
              <w:jc w:val="center"/>
            </w:pPr>
            <w:r>
              <w:rPr>
                <w:b/>
                <w:color w:val="FFFFFF"/>
                <w:sz w:val="17"/>
              </w:rPr>
              <w:t>T7</w:t>
            </w:r>
          </w:p>
        </w:tc>
        <w:tc>
          <w:tcPr>
            <w:tcW w:type="dxa" w:w="1060"/>
            <w:shd w:fill="1A5276"/>
            <w:tcMar>
              <w:top w:w="80" w:type="dxa"/>
              <w:bottom w:w="80" w:type="dxa"/>
              <w:left w:w="30" w:type="dxa"/>
              <w:right w:w="30" w:type="dxa"/>
            </w:tcMar>
          </w:tcPr>
          <w:p>
            <w:pPr>
              <w:jc w:val="center"/>
            </w:pPr>
            <w:r>
              <w:rPr>
                <w:b/>
                <w:color w:val="FFFFFF"/>
                <w:sz w:val="17"/>
              </w:rPr>
              <w:t>T8</w:t>
            </w:r>
          </w:p>
        </w:tc>
        <w:tc>
          <w:tcPr>
            <w:tcW w:type="dxa" w:w="1224"/>
            <w:shd w:fill="1A5276"/>
            <w:tcMar>
              <w:top w:w="80" w:type="dxa"/>
              <w:bottom w:w="80" w:type="dxa"/>
              <w:left w:w="30" w:type="dxa"/>
              <w:right w:w="30" w:type="dxa"/>
            </w:tcMar>
          </w:tcPr>
          <w:p>
            <w:pPr>
              <w:jc w:val="center"/>
            </w:pPr>
            <w:r>
              <w:rPr>
                <w:b/>
                <w:color w:val="FFFFFF"/>
                <w:sz w:val="17"/>
              </w:rPr>
              <w:t>Chênh Lệch (Kg/ngày)</w:t>
            </w:r>
          </w:p>
        </w:tc>
        <w:tc>
          <w:tcPr>
            <w:tcW w:type="dxa" w:w="1080"/>
            <w:shd w:fill="1A5276"/>
            <w:tcMar>
              <w:top w:w="80" w:type="dxa"/>
              <w:bottom w:w="80" w:type="dxa"/>
              <w:left w:w="30" w:type="dxa"/>
              <w:right w:w="30" w:type="dxa"/>
            </w:tcMar>
          </w:tcPr>
          <w:p>
            <w:pPr>
              <w:jc w:val="center"/>
            </w:pPr>
            <w:r>
              <w:rPr>
                <w:b/>
                <w:color w:val="FFFFFF"/>
                <w:sz w:val="17"/>
              </w:rPr>
              <w:t>Tăng/Giảm (%)</w:t>
            </w:r>
          </w:p>
        </w:tc>
      </w:tr>
      <w:tr>
        <w:tc>
          <w:tcPr>
            <w:tcW w:type="dxa" w:w="504"/>
            <w:shd w:fill="FFFFFF"/>
            <w:tcMar>
              <w:top w:w="45" w:type="dxa"/>
              <w:bottom w:w="45" w:type="dxa"/>
              <w:left w:w="30" w:type="dxa"/>
              <w:right w:w="30" w:type="dxa"/>
            </w:tcMar>
          </w:tcPr>
          <w:p>
            <w:pPr>
              <w:jc w:val="center"/>
            </w:pPr>
            <w:r>
              <w:rPr>
                <w:sz w:val="16"/>
              </w:rPr>
              <w:t>1</w:t>
            </w:r>
          </w:p>
        </w:tc>
        <w:tc>
          <w:tcPr>
            <w:tcW w:type="dxa" w:w="936"/>
            <w:shd w:fill="FFFFFF"/>
            <w:tcMar>
              <w:top w:w="45" w:type="dxa"/>
              <w:bottom w:w="45" w:type="dxa"/>
              <w:left w:w="30" w:type="dxa"/>
              <w:right w:w="30" w:type="dxa"/>
            </w:tcMar>
          </w:tcPr>
          <w:p>
            <w:pPr>
              <w:jc w:val="left"/>
            </w:pPr>
            <w:r>
              <w:rPr>
                <w:sz w:val="16"/>
              </w:rPr>
              <w:t>KH0351</w:t>
            </w:r>
          </w:p>
        </w:tc>
        <w:tc>
          <w:tcPr>
            <w:tcW w:type="dxa" w:w="2880"/>
            <w:shd w:fill="FFFFFF"/>
            <w:tcMar>
              <w:top w:w="45" w:type="dxa"/>
              <w:bottom w:w="45" w:type="dxa"/>
              <w:left w:w="30" w:type="dxa"/>
              <w:right w:w="30" w:type="dxa"/>
            </w:tcMar>
          </w:tcPr>
          <w:p>
            <w:pPr>
              <w:jc w:val="left"/>
            </w:pPr>
            <w:r>
              <w:rPr>
                <w:sz w:val="16"/>
              </w:rPr>
              <w:t>CÔNG TY TNHH MINH HẠNH</w:t>
            </w:r>
          </w:p>
        </w:tc>
        <w:tc>
          <w:tcPr>
            <w:tcW w:type="dxa" w:w="1060"/>
            <w:shd w:fill="FFFFFF"/>
            <w:tcMar>
              <w:top w:w="45" w:type="dxa"/>
              <w:bottom w:w="45" w:type="dxa"/>
              <w:left w:w="30" w:type="dxa"/>
              <w:right w:w="30" w:type="dxa"/>
            </w:tcMar>
          </w:tcPr>
          <w:p>
            <w:pPr>
              <w:jc w:val="right"/>
            </w:pPr>
            <w:r>
              <w:rPr>
                <w:sz w:val="16"/>
              </w:rPr>
              <w:t>1,460</w:t>
            </w:r>
          </w:p>
        </w:tc>
        <w:tc>
          <w:tcPr>
            <w:tcW w:type="dxa" w:w="1060"/>
            <w:shd w:fill="FFFFFF"/>
            <w:tcMar>
              <w:top w:w="45" w:type="dxa"/>
              <w:bottom w:w="45" w:type="dxa"/>
              <w:left w:w="30" w:type="dxa"/>
              <w:right w:w="30" w:type="dxa"/>
            </w:tcMar>
          </w:tcPr>
          <w:p>
            <w:pPr>
              <w:jc w:val="right"/>
            </w:pPr>
            <w:r>
              <w:rPr>
                <w:sz w:val="16"/>
              </w:rPr>
              <w:t>712</w:t>
            </w:r>
          </w:p>
        </w:tc>
        <w:tc>
          <w:tcPr>
            <w:tcW w:type="dxa" w:w="1060"/>
            <w:shd w:fill="FFFFFF"/>
            <w:tcMar>
              <w:top w:w="45" w:type="dxa"/>
              <w:bottom w:w="45" w:type="dxa"/>
              <w:left w:w="30" w:type="dxa"/>
              <w:right w:w="30" w:type="dxa"/>
            </w:tcMar>
          </w:tcPr>
          <w:p>
            <w:pPr>
              <w:jc w:val="right"/>
            </w:pPr>
            <w:r>
              <w:rPr>
                <w:sz w:val="16"/>
              </w:rPr>
              <w:t>1,792</w:t>
            </w:r>
          </w:p>
        </w:tc>
        <w:tc>
          <w:tcPr>
            <w:tcW w:type="dxa" w:w="1060"/>
            <w:shd w:fill="FFFFFF"/>
            <w:tcMar>
              <w:top w:w="45" w:type="dxa"/>
              <w:bottom w:w="45" w:type="dxa"/>
              <w:left w:w="30" w:type="dxa"/>
              <w:right w:w="30" w:type="dxa"/>
            </w:tcMar>
          </w:tcPr>
          <w:p>
            <w:pPr>
              <w:jc w:val="right"/>
            </w:pPr>
            <w:r>
              <w:rPr>
                <w:sz w:val="16"/>
              </w:rPr>
              <w:t>1,557</w:t>
            </w:r>
          </w:p>
        </w:tc>
        <w:tc>
          <w:tcPr>
            <w:tcW w:type="dxa" w:w="1060"/>
            <w:shd w:fill="FFFFFF"/>
            <w:tcMar>
              <w:top w:w="45" w:type="dxa"/>
              <w:bottom w:w="45" w:type="dxa"/>
              <w:left w:w="30" w:type="dxa"/>
              <w:right w:w="30" w:type="dxa"/>
            </w:tcMar>
          </w:tcPr>
          <w:p>
            <w:pPr>
              <w:jc w:val="right"/>
            </w:pPr>
            <w:r>
              <w:rPr>
                <w:sz w:val="16"/>
              </w:rPr>
              <w:t>1,497</w:t>
            </w:r>
          </w:p>
        </w:tc>
        <w:tc>
          <w:tcPr>
            <w:tcW w:type="dxa" w:w="1060"/>
            <w:shd w:fill="FFFFFF"/>
            <w:tcMar>
              <w:top w:w="45" w:type="dxa"/>
              <w:bottom w:w="45" w:type="dxa"/>
              <w:left w:w="30" w:type="dxa"/>
              <w:right w:w="30" w:type="dxa"/>
            </w:tcMar>
          </w:tcPr>
          <w:p>
            <w:pPr>
              <w:jc w:val="right"/>
            </w:pPr>
            <w:r>
              <w:rPr>
                <w:sz w:val="16"/>
              </w:rPr>
              <w:t>2,007</w:t>
            </w:r>
          </w:p>
        </w:tc>
        <w:tc>
          <w:tcPr>
            <w:tcW w:type="dxa" w:w="1060"/>
            <w:shd w:fill="FFFFFF"/>
            <w:tcMar>
              <w:top w:w="45" w:type="dxa"/>
              <w:bottom w:w="45" w:type="dxa"/>
              <w:left w:w="30" w:type="dxa"/>
              <w:right w:w="30" w:type="dxa"/>
            </w:tcMar>
          </w:tcPr>
          <w:p>
            <w:pPr>
              <w:jc w:val="right"/>
            </w:pPr>
            <w:r>
              <w:rPr>
                <w:sz w:val="16"/>
              </w:rPr>
              <w:t>1,548</w:t>
            </w:r>
          </w:p>
        </w:tc>
        <w:tc>
          <w:tcPr>
            <w:tcW w:type="dxa" w:w="1060"/>
            <w:shd w:fill="FFFFFF"/>
            <w:tcMar>
              <w:top w:w="45" w:type="dxa"/>
              <w:bottom w:w="45" w:type="dxa"/>
              <w:left w:w="30" w:type="dxa"/>
              <w:right w:w="30" w:type="dxa"/>
            </w:tcMar>
          </w:tcPr>
          <w:p>
            <w:pPr>
              <w:jc w:val="right"/>
            </w:pPr>
            <w:r>
              <w:rPr>
                <w:b/>
                <w:sz w:val="16"/>
              </w:rPr>
              <w:t>1,398</w:t>
            </w:r>
          </w:p>
        </w:tc>
        <w:tc>
          <w:tcPr>
            <w:tcW w:type="dxa" w:w="1224"/>
            <w:shd w:fill="FFFFFF"/>
            <w:tcMar>
              <w:top w:w="45" w:type="dxa"/>
              <w:bottom w:w="45" w:type="dxa"/>
              <w:left w:w="30" w:type="dxa"/>
              <w:right w:w="30" w:type="dxa"/>
            </w:tcMar>
          </w:tcPr>
          <w:p>
            <w:pPr>
              <w:jc w:val="right"/>
            </w:pPr>
            <w:r>
              <w:rPr>
                <w:color w:val="C0392B"/>
                <w:sz w:val="16"/>
              </w:rPr>
              <w:t>-150</w:t>
            </w:r>
          </w:p>
        </w:tc>
        <w:tc>
          <w:tcPr>
            <w:tcW w:type="dxa" w:w="1080"/>
            <w:shd w:fill="FFFFFF"/>
            <w:tcMar>
              <w:top w:w="45" w:type="dxa"/>
              <w:bottom w:w="45" w:type="dxa"/>
              <w:left w:w="30" w:type="dxa"/>
              <w:right w:w="30" w:type="dxa"/>
            </w:tcMar>
          </w:tcPr>
          <w:p>
            <w:pPr>
              <w:jc w:val="center"/>
            </w:pPr>
            <w:r>
              <w:rPr>
                <w:b/>
                <w:color w:val="C0392B"/>
                <w:sz w:val="16"/>
              </w:rPr>
              <w:t>-9.7%</w:t>
            </w:r>
          </w:p>
        </w:tc>
      </w:tr>
      <w:tr>
        <w:tc>
          <w:tcPr>
            <w:tcW w:type="dxa" w:w="504"/>
            <w:shd w:fill="F9FBFB"/>
            <w:tcMar>
              <w:top w:w="45" w:type="dxa"/>
              <w:bottom w:w="45" w:type="dxa"/>
              <w:left w:w="30" w:type="dxa"/>
              <w:right w:w="30" w:type="dxa"/>
            </w:tcMar>
          </w:tcPr>
          <w:p>
            <w:pPr>
              <w:jc w:val="center"/>
            </w:pPr>
            <w:r>
              <w:rPr>
                <w:sz w:val="16"/>
              </w:rPr>
              <w:t>2</w:t>
            </w:r>
          </w:p>
        </w:tc>
        <w:tc>
          <w:tcPr>
            <w:tcW w:type="dxa" w:w="936"/>
            <w:shd w:fill="F9FBFB"/>
            <w:tcMar>
              <w:top w:w="45" w:type="dxa"/>
              <w:bottom w:w="45" w:type="dxa"/>
              <w:left w:w="30" w:type="dxa"/>
              <w:right w:w="30" w:type="dxa"/>
            </w:tcMar>
          </w:tcPr>
          <w:p>
            <w:pPr>
              <w:jc w:val="left"/>
            </w:pPr>
            <w:r>
              <w:rPr>
                <w:sz w:val="16"/>
              </w:rPr>
              <w:t>KH1090</w:t>
            </w:r>
          </w:p>
        </w:tc>
        <w:tc>
          <w:tcPr>
            <w:tcW w:type="dxa" w:w="2880"/>
            <w:shd w:fill="F9FBFB"/>
            <w:tcMar>
              <w:top w:w="45" w:type="dxa"/>
              <w:bottom w:w="45" w:type="dxa"/>
              <w:left w:w="30" w:type="dxa"/>
              <w:right w:w="30" w:type="dxa"/>
            </w:tcMar>
          </w:tcPr>
          <w:p>
            <w:pPr>
              <w:jc w:val="left"/>
            </w:pPr>
            <w:r>
              <w:rPr>
                <w:sz w:val="16"/>
              </w:rPr>
              <w:t>XÍ NGHIỆP THẮNG LỢI - CHI NHÁNH CÔNG TY CỔ PHẦN PHÚ TÀI</w:t>
            </w:r>
          </w:p>
        </w:tc>
        <w:tc>
          <w:tcPr>
            <w:tcW w:type="dxa" w:w="1060"/>
            <w:shd w:fill="F9FBFB"/>
            <w:tcMar>
              <w:top w:w="45" w:type="dxa"/>
              <w:bottom w:w="45" w:type="dxa"/>
              <w:left w:w="30" w:type="dxa"/>
              <w:right w:w="30" w:type="dxa"/>
            </w:tcMar>
          </w:tcPr>
          <w:p>
            <w:pPr>
              <w:jc w:val="right"/>
            </w:pPr>
            <w:r>
              <w:rPr>
                <w:sz w:val="16"/>
              </w:rPr>
              <w:t>1,808</w:t>
            </w:r>
          </w:p>
        </w:tc>
        <w:tc>
          <w:tcPr>
            <w:tcW w:type="dxa" w:w="1060"/>
            <w:shd w:fill="F9FBFB"/>
            <w:tcMar>
              <w:top w:w="45" w:type="dxa"/>
              <w:bottom w:w="45" w:type="dxa"/>
              <w:left w:w="30" w:type="dxa"/>
              <w:right w:w="30" w:type="dxa"/>
            </w:tcMar>
          </w:tcPr>
          <w:p>
            <w:pPr>
              <w:jc w:val="right"/>
            </w:pPr>
            <w:r>
              <w:rPr>
                <w:sz w:val="16"/>
              </w:rPr>
              <w:t>838</w:t>
            </w:r>
          </w:p>
        </w:tc>
        <w:tc>
          <w:tcPr>
            <w:tcW w:type="dxa" w:w="1060"/>
            <w:shd w:fill="F9FBFB"/>
            <w:tcMar>
              <w:top w:w="45" w:type="dxa"/>
              <w:bottom w:w="45" w:type="dxa"/>
              <w:left w:w="30" w:type="dxa"/>
              <w:right w:w="30" w:type="dxa"/>
            </w:tcMar>
          </w:tcPr>
          <w:p>
            <w:pPr>
              <w:jc w:val="right"/>
            </w:pPr>
            <w:r>
              <w:rPr>
                <w:sz w:val="16"/>
              </w:rPr>
              <w:t>1,839</w:t>
            </w:r>
          </w:p>
        </w:tc>
        <w:tc>
          <w:tcPr>
            <w:tcW w:type="dxa" w:w="1060"/>
            <w:shd w:fill="F9FBFB"/>
            <w:tcMar>
              <w:top w:w="45" w:type="dxa"/>
              <w:bottom w:w="45" w:type="dxa"/>
              <w:left w:w="30" w:type="dxa"/>
              <w:right w:w="30" w:type="dxa"/>
            </w:tcMar>
          </w:tcPr>
          <w:p>
            <w:pPr>
              <w:jc w:val="right"/>
            </w:pPr>
            <w:r>
              <w:rPr>
                <w:sz w:val="16"/>
              </w:rPr>
              <w:t>1,503</w:t>
            </w:r>
          </w:p>
        </w:tc>
        <w:tc>
          <w:tcPr>
            <w:tcW w:type="dxa" w:w="1060"/>
            <w:shd w:fill="F9FBFB"/>
            <w:tcMar>
              <w:top w:w="45" w:type="dxa"/>
              <w:bottom w:w="45" w:type="dxa"/>
              <w:left w:w="30" w:type="dxa"/>
              <w:right w:w="30" w:type="dxa"/>
            </w:tcMar>
          </w:tcPr>
          <w:p>
            <w:pPr>
              <w:jc w:val="right"/>
            </w:pPr>
            <w:r>
              <w:rPr>
                <w:sz w:val="16"/>
              </w:rPr>
              <w:t>1,634</w:t>
            </w:r>
          </w:p>
        </w:tc>
        <w:tc>
          <w:tcPr>
            <w:tcW w:type="dxa" w:w="1060"/>
            <w:shd w:fill="F9FBFB"/>
            <w:tcMar>
              <w:top w:w="45" w:type="dxa"/>
              <w:bottom w:w="45" w:type="dxa"/>
              <w:left w:w="30" w:type="dxa"/>
              <w:right w:w="30" w:type="dxa"/>
            </w:tcMar>
          </w:tcPr>
          <w:p>
            <w:pPr>
              <w:jc w:val="right"/>
            </w:pPr>
            <w:r>
              <w:rPr>
                <w:sz w:val="16"/>
              </w:rPr>
              <w:t>1,282</w:t>
            </w:r>
          </w:p>
        </w:tc>
        <w:tc>
          <w:tcPr>
            <w:tcW w:type="dxa" w:w="1060"/>
            <w:shd w:fill="F9FBFB"/>
            <w:tcMar>
              <w:top w:w="45" w:type="dxa"/>
              <w:bottom w:w="45" w:type="dxa"/>
              <w:left w:w="30" w:type="dxa"/>
              <w:right w:w="30" w:type="dxa"/>
            </w:tcMar>
          </w:tcPr>
          <w:p>
            <w:pPr>
              <w:jc w:val="right"/>
            </w:pPr>
            <w:r>
              <w:rPr>
                <w:sz w:val="16"/>
              </w:rPr>
              <w:t>1,059</w:t>
            </w:r>
          </w:p>
        </w:tc>
        <w:tc>
          <w:tcPr>
            <w:tcW w:type="dxa" w:w="1060"/>
            <w:shd w:fill="F9FBFB"/>
            <w:tcMar>
              <w:top w:w="45" w:type="dxa"/>
              <w:bottom w:w="45" w:type="dxa"/>
              <w:left w:w="30" w:type="dxa"/>
              <w:right w:w="30" w:type="dxa"/>
            </w:tcMar>
          </w:tcPr>
          <w:p>
            <w:pPr>
              <w:jc w:val="right"/>
            </w:pPr>
            <w:r>
              <w:rPr>
                <w:b/>
                <w:sz w:val="16"/>
              </w:rPr>
              <w:t>1,519</w:t>
            </w:r>
          </w:p>
        </w:tc>
        <w:tc>
          <w:tcPr>
            <w:tcW w:type="dxa" w:w="1224"/>
            <w:shd w:fill="F9FBFB"/>
            <w:tcMar>
              <w:top w:w="45" w:type="dxa"/>
              <w:bottom w:w="45" w:type="dxa"/>
              <w:left w:w="30" w:type="dxa"/>
              <w:right w:w="30" w:type="dxa"/>
            </w:tcMar>
          </w:tcPr>
          <w:p>
            <w:pPr>
              <w:jc w:val="right"/>
            </w:pPr>
            <w:r>
              <w:rPr>
                <w:color w:val="27AE60"/>
                <w:sz w:val="16"/>
              </w:rPr>
              <w:t>+460</w:t>
            </w:r>
          </w:p>
        </w:tc>
        <w:tc>
          <w:tcPr>
            <w:tcW w:type="dxa" w:w="1080"/>
            <w:shd w:fill="F9FBFB"/>
            <w:tcMar>
              <w:top w:w="45" w:type="dxa"/>
              <w:bottom w:w="45" w:type="dxa"/>
              <w:left w:w="30" w:type="dxa"/>
              <w:right w:w="30" w:type="dxa"/>
            </w:tcMar>
          </w:tcPr>
          <w:p>
            <w:pPr>
              <w:jc w:val="center"/>
            </w:pPr>
            <w:r>
              <w:rPr>
                <w:b/>
                <w:color w:val="27AE60"/>
                <w:sz w:val="16"/>
              </w:rPr>
              <w:t>+43.4%</w:t>
            </w:r>
          </w:p>
        </w:tc>
      </w:tr>
      <w:tr>
        <w:tc>
          <w:tcPr>
            <w:tcW w:type="dxa" w:w="504"/>
            <w:shd w:fill="FFFFFF"/>
            <w:tcMar>
              <w:top w:w="45" w:type="dxa"/>
              <w:bottom w:w="45" w:type="dxa"/>
              <w:left w:w="30" w:type="dxa"/>
              <w:right w:w="30" w:type="dxa"/>
            </w:tcMar>
          </w:tcPr>
          <w:p>
            <w:pPr>
              <w:jc w:val="center"/>
            </w:pPr>
            <w:r>
              <w:rPr>
                <w:sz w:val="16"/>
              </w:rPr>
              <w:t>3</w:t>
            </w:r>
          </w:p>
        </w:tc>
        <w:tc>
          <w:tcPr>
            <w:tcW w:type="dxa" w:w="936"/>
            <w:shd w:fill="FFFFFF"/>
            <w:tcMar>
              <w:top w:w="45" w:type="dxa"/>
              <w:bottom w:w="45" w:type="dxa"/>
              <w:left w:w="30" w:type="dxa"/>
              <w:right w:w="30" w:type="dxa"/>
            </w:tcMar>
          </w:tcPr>
          <w:p>
            <w:pPr>
              <w:jc w:val="left"/>
            </w:pPr>
            <w:r>
              <w:rPr>
                <w:sz w:val="16"/>
              </w:rPr>
              <w:t>KH1006</w:t>
            </w:r>
          </w:p>
        </w:tc>
        <w:tc>
          <w:tcPr>
            <w:tcW w:type="dxa" w:w="2880"/>
            <w:shd w:fill="FFFFFF"/>
            <w:tcMar>
              <w:top w:w="45" w:type="dxa"/>
              <w:bottom w:w="45" w:type="dxa"/>
              <w:left w:w="30" w:type="dxa"/>
              <w:right w:w="30" w:type="dxa"/>
            </w:tcMar>
          </w:tcPr>
          <w:p>
            <w:pPr>
              <w:jc w:val="left"/>
            </w:pPr>
            <w:r>
              <w:rPr>
                <w:sz w:val="16"/>
              </w:rPr>
              <w:t>CTY TNHH THIẾT ĐAN</w:t>
            </w:r>
          </w:p>
        </w:tc>
        <w:tc>
          <w:tcPr>
            <w:tcW w:type="dxa" w:w="1060"/>
            <w:shd w:fill="FFFFFF"/>
            <w:tcMar>
              <w:top w:w="45" w:type="dxa"/>
              <w:bottom w:w="45" w:type="dxa"/>
              <w:left w:w="30" w:type="dxa"/>
              <w:right w:w="30" w:type="dxa"/>
            </w:tcMar>
          </w:tcPr>
          <w:p>
            <w:pPr>
              <w:jc w:val="right"/>
            </w:pPr>
            <w:r>
              <w:rPr>
                <w:sz w:val="16"/>
              </w:rPr>
              <w:t>1,410</w:t>
            </w:r>
          </w:p>
        </w:tc>
        <w:tc>
          <w:tcPr>
            <w:tcW w:type="dxa" w:w="1060"/>
            <w:shd w:fill="FFFFFF"/>
            <w:tcMar>
              <w:top w:w="45" w:type="dxa"/>
              <w:bottom w:w="45" w:type="dxa"/>
              <w:left w:w="30" w:type="dxa"/>
              <w:right w:w="30" w:type="dxa"/>
            </w:tcMar>
          </w:tcPr>
          <w:p>
            <w:pPr>
              <w:jc w:val="right"/>
            </w:pPr>
            <w:r>
              <w:rPr>
                <w:sz w:val="16"/>
              </w:rPr>
              <w:t>606</w:t>
            </w:r>
          </w:p>
        </w:tc>
        <w:tc>
          <w:tcPr>
            <w:tcW w:type="dxa" w:w="1060"/>
            <w:shd w:fill="FFFFFF"/>
            <w:tcMar>
              <w:top w:w="45" w:type="dxa"/>
              <w:bottom w:w="45" w:type="dxa"/>
              <w:left w:w="30" w:type="dxa"/>
              <w:right w:w="30" w:type="dxa"/>
            </w:tcMar>
          </w:tcPr>
          <w:p>
            <w:pPr>
              <w:jc w:val="right"/>
            </w:pPr>
            <w:r>
              <w:rPr>
                <w:sz w:val="16"/>
              </w:rPr>
              <w:t>934</w:t>
            </w:r>
          </w:p>
        </w:tc>
        <w:tc>
          <w:tcPr>
            <w:tcW w:type="dxa" w:w="1060"/>
            <w:shd w:fill="FFFFFF"/>
            <w:tcMar>
              <w:top w:w="45" w:type="dxa"/>
              <w:bottom w:w="45" w:type="dxa"/>
              <w:left w:w="30" w:type="dxa"/>
              <w:right w:w="30" w:type="dxa"/>
            </w:tcMar>
          </w:tcPr>
          <w:p>
            <w:pPr>
              <w:jc w:val="right"/>
            </w:pPr>
            <w:r>
              <w:rPr>
                <w:sz w:val="16"/>
              </w:rPr>
              <w:t>1,175</w:t>
            </w:r>
          </w:p>
        </w:tc>
        <w:tc>
          <w:tcPr>
            <w:tcW w:type="dxa" w:w="1060"/>
            <w:shd w:fill="FFFFFF"/>
            <w:tcMar>
              <w:top w:w="45" w:type="dxa"/>
              <w:bottom w:w="45" w:type="dxa"/>
              <w:left w:w="30" w:type="dxa"/>
              <w:right w:w="30" w:type="dxa"/>
            </w:tcMar>
          </w:tcPr>
          <w:p>
            <w:pPr>
              <w:jc w:val="right"/>
            </w:pPr>
            <w:r>
              <w:rPr>
                <w:sz w:val="16"/>
              </w:rPr>
              <w:t>1,132</w:t>
            </w:r>
          </w:p>
        </w:tc>
        <w:tc>
          <w:tcPr>
            <w:tcW w:type="dxa" w:w="1060"/>
            <w:shd w:fill="FFFFFF"/>
            <w:tcMar>
              <w:top w:w="45" w:type="dxa"/>
              <w:bottom w:w="45" w:type="dxa"/>
              <w:left w:w="30" w:type="dxa"/>
              <w:right w:w="30" w:type="dxa"/>
            </w:tcMar>
          </w:tcPr>
          <w:p>
            <w:pPr>
              <w:jc w:val="right"/>
            </w:pPr>
            <w:r>
              <w:rPr>
                <w:sz w:val="16"/>
              </w:rPr>
              <w:t>1,309</w:t>
            </w:r>
          </w:p>
        </w:tc>
        <w:tc>
          <w:tcPr>
            <w:tcW w:type="dxa" w:w="1060"/>
            <w:shd w:fill="FFFFFF"/>
            <w:tcMar>
              <w:top w:w="45" w:type="dxa"/>
              <w:bottom w:w="45" w:type="dxa"/>
              <w:left w:w="30" w:type="dxa"/>
              <w:right w:w="30" w:type="dxa"/>
            </w:tcMar>
          </w:tcPr>
          <w:p>
            <w:pPr>
              <w:jc w:val="right"/>
            </w:pPr>
            <w:r>
              <w:rPr>
                <w:sz w:val="16"/>
              </w:rPr>
              <w:t>1,072</w:t>
            </w:r>
          </w:p>
        </w:tc>
        <w:tc>
          <w:tcPr>
            <w:tcW w:type="dxa" w:w="1060"/>
            <w:shd w:fill="FFFFFF"/>
            <w:tcMar>
              <w:top w:w="45" w:type="dxa"/>
              <w:bottom w:w="45" w:type="dxa"/>
              <w:left w:w="30" w:type="dxa"/>
              <w:right w:w="30" w:type="dxa"/>
            </w:tcMar>
          </w:tcPr>
          <w:p>
            <w:pPr>
              <w:jc w:val="right"/>
            </w:pPr>
            <w:r>
              <w:rPr>
                <w:b/>
                <w:sz w:val="16"/>
              </w:rPr>
              <w:t>1,153</w:t>
            </w:r>
          </w:p>
        </w:tc>
        <w:tc>
          <w:tcPr>
            <w:tcW w:type="dxa" w:w="1224"/>
            <w:shd w:fill="FFFFFF"/>
            <w:tcMar>
              <w:top w:w="45" w:type="dxa"/>
              <w:bottom w:w="45" w:type="dxa"/>
              <w:left w:w="30" w:type="dxa"/>
              <w:right w:w="30" w:type="dxa"/>
            </w:tcMar>
          </w:tcPr>
          <w:p>
            <w:pPr>
              <w:jc w:val="right"/>
            </w:pPr>
            <w:r>
              <w:rPr>
                <w:color w:val="27AE60"/>
                <w:sz w:val="16"/>
              </w:rPr>
              <w:t>+81</w:t>
            </w:r>
          </w:p>
        </w:tc>
        <w:tc>
          <w:tcPr>
            <w:tcW w:type="dxa" w:w="1080"/>
            <w:shd w:fill="FFFFFF"/>
            <w:tcMar>
              <w:top w:w="45" w:type="dxa"/>
              <w:bottom w:w="45" w:type="dxa"/>
              <w:left w:w="30" w:type="dxa"/>
              <w:right w:w="30" w:type="dxa"/>
            </w:tcMar>
          </w:tcPr>
          <w:p>
            <w:pPr>
              <w:jc w:val="center"/>
            </w:pPr>
            <w:r>
              <w:rPr>
                <w:b/>
                <w:color w:val="27AE60"/>
                <w:sz w:val="16"/>
              </w:rPr>
              <w:t>+7.6%</w:t>
            </w:r>
          </w:p>
        </w:tc>
      </w:tr>
      <w:tr>
        <w:tc>
          <w:tcPr>
            <w:tcW w:type="dxa" w:w="504"/>
            <w:shd w:fill="F9FBFB"/>
            <w:tcMar>
              <w:top w:w="45" w:type="dxa"/>
              <w:bottom w:w="45" w:type="dxa"/>
              <w:left w:w="30" w:type="dxa"/>
              <w:right w:w="30" w:type="dxa"/>
            </w:tcMar>
          </w:tcPr>
          <w:p>
            <w:pPr>
              <w:jc w:val="center"/>
            </w:pPr>
            <w:r>
              <w:rPr>
                <w:sz w:val="16"/>
              </w:rPr>
              <w:t>4</w:t>
            </w:r>
          </w:p>
        </w:tc>
        <w:tc>
          <w:tcPr>
            <w:tcW w:type="dxa" w:w="936"/>
            <w:shd w:fill="F9FBFB"/>
            <w:tcMar>
              <w:top w:w="45" w:type="dxa"/>
              <w:bottom w:w="45" w:type="dxa"/>
              <w:left w:w="30" w:type="dxa"/>
              <w:right w:w="30" w:type="dxa"/>
            </w:tcMar>
          </w:tcPr>
          <w:p>
            <w:pPr>
              <w:jc w:val="left"/>
            </w:pPr>
            <w:r>
              <w:rPr>
                <w:sz w:val="16"/>
              </w:rPr>
              <w:t>KH0130</w:t>
            </w:r>
          </w:p>
        </w:tc>
        <w:tc>
          <w:tcPr>
            <w:tcW w:type="dxa" w:w="2880"/>
            <w:shd w:fill="F9FBFB"/>
            <w:tcMar>
              <w:top w:w="45" w:type="dxa"/>
              <w:bottom w:w="45" w:type="dxa"/>
              <w:left w:w="30" w:type="dxa"/>
              <w:right w:w="30" w:type="dxa"/>
            </w:tcMar>
          </w:tcPr>
          <w:p>
            <w:pPr>
              <w:jc w:val="left"/>
            </w:pPr>
            <w:r>
              <w:rPr>
                <w:sz w:val="16"/>
              </w:rPr>
              <w:t>CÔNG TY CP CÔNG NGHỆ GỖ ĐẠI THÀNH</w:t>
            </w:r>
          </w:p>
        </w:tc>
        <w:tc>
          <w:tcPr>
            <w:tcW w:type="dxa" w:w="1060"/>
            <w:shd w:fill="F9FBFB"/>
            <w:tcMar>
              <w:top w:w="45" w:type="dxa"/>
              <w:bottom w:w="45" w:type="dxa"/>
              <w:left w:w="30" w:type="dxa"/>
              <w:right w:w="30" w:type="dxa"/>
            </w:tcMar>
          </w:tcPr>
          <w:p>
            <w:pPr>
              <w:jc w:val="right"/>
            </w:pPr>
            <w:r>
              <w:rPr>
                <w:sz w:val="16"/>
              </w:rPr>
              <w:t>1,115</w:t>
            </w:r>
          </w:p>
        </w:tc>
        <w:tc>
          <w:tcPr>
            <w:tcW w:type="dxa" w:w="1060"/>
            <w:shd w:fill="F9FBFB"/>
            <w:tcMar>
              <w:top w:w="45" w:type="dxa"/>
              <w:bottom w:w="45" w:type="dxa"/>
              <w:left w:w="30" w:type="dxa"/>
              <w:right w:w="30" w:type="dxa"/>
            </w:tcMar>
          </w:tcPr>
          <w:p>
            <w:pPr>
              <w:jc w:val="right"/>
            </w:pPr>
            <w:r>
              <w:rPr>
                <w:sz w:val="16"/>
              </w:rPr>
              <w:t>706</w:t>
            </w:r>
          </w:p>
        </w:tc>
        <w:tc>
          <w:tcPr>
            <w:tcW w:type="dxa" w:w="1060"/>
            <w:shd w:fill="F9FBFB"/>
            <w:tcMar>
              <w:top w:w="45" w:type="dxa"/>
              <w:bottom w:w="45" w:type="dxa"/>
              <w:left w:w="30" w:type="dxa"/>
              <w:right w:w="30" w:type="dxa"/>
            </w:tcMar>
          </w:tcPr>
          <w:p>
            <w:pPr>
              <w:jc w:val="right"/>
            </w:pPr>
            <w:r>
              <w:rPr>
                <w:sz w:val="16"/>
              </w:rPr>
              <w:t>989</w:t>
            </w:r>
          </w:p>
        </w:tc>
        <w:tc>
          <w:tcPr>
            <w:tcW w:type="dxa" w:w="1060"/>
            <w:shd w:fill="F9FBFB"/>
            <w:tcMar>
              <w:top w:w="45" w:type="dxa"/>
              <w:bottom w:w="45" w:type="dxa"/>
              <w:left w:w="30" w:type="dxa"/>
              <w:right w:w="30" w:type="dxa"/>
            </w:tcMar>
          </w:tcPr>
          <w:p>
            <w:pPr>
              <w:jc w:val="right"/>
            </w:pPr>
            <w:r>
              <w:rPr>
                <w:sz w:val="16"/>
              </w:rPr>
              <w:t>1,166</w:t>
            </w:r>
          </w:p>
        </w:tc>
        <w:tc>
          <w:tcPr>
            <w:tcW w:type="dxa" w:w="1060"/>
            <w:shd w:fill="F9FBFB"/>
            <w:tcMar>
              <w:top w:w="45" w:type="dxa"/>
              <w:bottom w:w="45" w:type="dxa"/>
              <w:left w:w="30" w:type="dxa"/>
              <w:right w:w="30" w:type="dxa"/>
            </w:tcMar>
          </w:tcPr>
          <w:p>
            <w:pPr>
              <w:jc w:val="right"/>
            </w:pPr>
            <w:r>
              <w:rPr>
                <w:sz w:val="16"/>
              </w:rPr>
              <w:t>792</w:t>
            </w:r>
          </w:p>
        </w:tc>
        <w:tc>
          <w:tcPr>
            <w:tcW w:type="dxa" w:w="1060"/>
            <w:shd w:fill="F9FBFB"/>
            <w:tcMar>
              <w:top w:w="45" w:type="dxa"/>
              <w:bottom w:w="45" w:type="dxa"/>
              <w:left w:w="30" w:type="dxa"/>
              <w:right w:w="30" w:type="dxa"/>
            </w:tcMar>
          </w:tcPr>
          <w:p>
            <w:pPr>
              <w:jc w:val="right"/>
            </w:pPr>
            <w:r>
              <w:rPr>
                <w:sz w:val="16"/>
              </w:rPr>
              <w:t>1,005</w:t>
            </w:r>
          </w:p>
        </w:tc>
        <w:tc>
          <w:tcPr>
            <w:tcW w:type="dxa" w:w="1060"/>
            <w:shd w:fill="F9FBFB"/>
            <w:tcMar>
              <w:top w:w="45" w:type="dxa"/>
              <w:bottom w:w="45" w:type="dxa"/>
              <w:left w:w="30" w:type="dxa"/>
              <w:right w:w="30" w:type="dxa"/>
            </w:tcMar>
          </w:tcPr>
          <w:p>
            <w:pPr>
              <w:jc w:val="right"/>
            </w:pPr>
            <w:r>
              <w:rPr>
                <w:sz w:val="16"/>
              </w:rPr>
              <w:t>1,444</w:t>
            </w:r>
          </w:p>
        </w:tc>
        <w:tc>
          <w:tcPr>
            <w:tcW w:type="dxa" w:w="1060"/>
            <w:shd w:fill="F9FBFB"/>
            <w:tcMar>
              <w:top w:w="45" w:type="dxa"/>
              <w:bottom w:w="45" w:type="dxa"/>
              <w:left w:w="30" w:type="dxa"/>
              <w:right w:w="30" w:type="dxa"/>
            </w:tcMar>
          </w:tcPr>
          <w:p>
            <w:pPr>
              <w:jc w:val="right"/>
            </w:pPr>
            <w:r>
              <w:rPr>
                <w:b/>
                <w:sz w:val="16"/>
              </w:rPr>
              <w:t>1,273</w:t>
            </w:r>
          </w:p>
        </w:tc>
        <w:tc>
          <w:tcPr>
            <w:tcW w:type="dxa" w:w="1224"/>
            <w:shd w:fill="F9FBFB"/>
            <w:tcMar>
              <w:top w:w="45" w:type="dxa"/>
              <w:bottom w:w="45" w:type="dxa"/>
              <w:left w:w="30" w:type="dxa"/>
              <w:right w:w="30" w:type="dxa"/>
            </w:tcMar>
          </w:tcPr>
          <w:p>
            <w:pPr>
              <w:jc w:val="right"/>
            </w:pPr>
            <w:r>
              <w:rPr>
                <w:color w:val="C0392B"/>
                <w:sz w:val="16"/>
              </w:rPr>
              <w:t>-171</w:t>
            </w:r>
          </w:p>
        </w:tc>
        <w:tc>
          <w:tcPr>
            <w:tcW w:type="dxa" w:w="1080"/>
            <w:shd w:fill="F9FBFB"/>
            <w:tcMar>
              <w:top w:w="45" w:type="dxa"/>
              <w:bottom w:w="45" w:type="dxa"/>
              <w:left w:w="30" w:type="dxa"/>
              <w:right w:w="30" w:type="dxa"/>
            </w:tcMar>
          </w:tcPr>
          <w:p>
            <w:pPr>
              <w:jc w:val="center"/>
            </w:pPr>
            <w:r>
              <w:rPr>
                <w:b/>
                <w:color w:val="C0392B"/>
                <w:sz w:val="16"/>
              </w:rPr>
              <w:t>-11.8%</w:t>
            </w:r>
          </w:p>
        </w:tc>
      </w:tr>
      <w:tr>
        <w:tc>
          <w:tcPr>
            <w:tcW w:type="dxa" w:w="504"/>
            <w:shd w:fill="FFFFFF"/>
            <w:tcMar>
              <w:top w:w="45" w:type="dxa"/>
              <w:bottom w:w="45" w:type="dxa"/>
              <w:left w:w="30" w:type="dxa"/>
              <w:right w:w="30" w:type="dxa"/>
            </w:tcMar>
          </w:tcPr>
          <w:p>
            <w:pPr>
              <w:jc w:val="center"/>
            </w:pPr>
            <w:r>
              <w:rPr>
                <w:sz w:val="16"/>
              </w:rPr>
              <w:t>5</w:t>
            </w:r>
          </w:p>
        </w:tc>
        <w:tc>
          <w:tcPr>
            <w:tcW w:type="dxa" w:w="936"/>
            <w:shd w:fill="FFFFFF"/>
            <w:tcMar>
              <w:top w:w="45" w:type="dxa"/>
              <w:bottom w:w="45" w:type="dxa"/>
              <w:left w:w="30" w:type="dxa"/>
              <w:right w:w="30" w:type="dxa"/>
            </w:tcMar>
          </w:tcPr>
          <w:p>
            <w:pPr>
              <w:jc w:val="left"/>
            </w:pPr>
            <w:r>
              <w:rPr>
                <w:sz w:val="16"/>
              </w:rPr>
              <w:t>KH1438</w:t>
            </w:r>
          </w:p>
        </w:tc>
        <w:tc>
          <w:tcPr>
            <w:tcW w:type="dxa" w:w="2880"/>
            <w:shd w:fill="FFFFFF"/>
            <w:tcMar>
              <w:top w:w="45" w:type="dxa"/>
              <w:bottom w:w="45" w:type="dxa"/>
              <w:left w:w="30" w:type="dxa"/>
              <w:right w:w="30" w:type="dxa"/>
            </w:tcMar>
          </w:tcPr>
          <w:p>
            <w:pPr>
              <w:jc w:val="left"/>
            </w:pPr>
            <w:r>
              <w:rPr>
                <w:sz w:val="16"/>
              </w:rPr>
              <w:t>CÔNG TY TNHH KỸ NGHỆ ECO TECH</w:t>
            </w:r>
          </w:p>
        </w:tc>
        <w:tc>
          <w:tcPr>
            <w:tcW w:type="dxa" w:w="1060"/>
            <w:shd w:fill="FFFFFF"/>
            <w:tcMar>
              <w:top w:w="45" w:type="dxa"/>
              <w:bottom w:w="45" w:type="dxa"/>
              <w:left w:w="30" w:type="dxa"/>
              <w:right w:w="30" w:type="dxa"/>
            </w:tcMar>
          </w:tcPr>
          <w:p>
            <w:pPr>
              <w:jc w:val="right"/>
            </w:pPr>
            <w:r>
              <w:rPr>
                <w:sz w:val="16"/>
              </w:rPr>
              <w:t>707</w:t>
            </w:r>
          </w:p>
        </w:tc>
        <w:tc>
          <w:tcPr>
            <w:tcW w:type="dxa" w:w="1060"/>
            <w:shd w:fill="FFFFFF"/>
            <w:tcMar>
              <w:top w:w="45" w:type="dxa"/>
              <w:bottom w:w="45" w:type="dxa"/>
              <w:left w:w="30" w:type="dxa"/>
              <w:right w:w="30" w:type="dxa"/>
            </w:tcMar>
          </w:tcPr>
          <w:p>
            <w:pPr>
              <w:jc w:val="right"/>
            </w:pPr>
            <w:r>
              <w:rPr>
                <w:sz w:val="16"/>
              </w:rPr>
              <w:t>683</w:t>
            </w:r>
          </w:p>
        </w:tc>
        <w:tc>
          <w:tcPr>
            <w:tcW w:type="dxa" w:w="1060"/>
            <w:shd w:fill="FFFFFF"/>
            <w:tcMar>
              <w:top w:w="45" w:type="dxa"/>
              <w:bottom w:w="45" w:type="dxa"/>
              <w:left w:w="30" w:type="dxa"/>
              <w:right w:w="30" w:type="dxa"/>
            </w:tcMar>
          </w:tcPr>
          <w:p>
            <w:pPr>
              <w:jc w:val="right"/>
            </w:pPr>
            <w:r>
              <w:rPr>
                <w:sz w:val="16"/>
              </w:rPr>
              <w:t>1,054</w:t>
            </w:r>
          </w:p>
        </w:tc>
        <w:tc>
          <w:tcPr>
            <w:tcW w:type="dxa" w:w="1060"/>
            <w:shd w:fill="FFFFFF"/>
            <w:tcMar>
              <w:top w:w="45" w:type="dxa"/>
              <w:bottom w:w="45" w:type="dxa"/>
              <w:left w:w="30" w:type="dxa"/>
              <w:right w:w="30" w:type="dxa"/>
            </w:tcMar>
          </w:tcPr>
          <w:p>
            <w:pPr>
              <w:jc w:val="right"/>
            </w:pPr>
            <w:r>
              <w:rPr>
                <w:sz w:val="16"/>
              </w:rPr>
              <w:t>1,706</w:t>
            </w:r>
          </w:p>
        </w:tc>
        <w:tc>
          <w:tcPr>
            <w:tcW w:type="dxa" w:w="1060"/>
            <w:shd w:fill="FFFFFF"/>
            <w:tcMar>
              <w:top w:w="45" w:type="dxa"/>
              <w:bottom w:w="45" w:type="dxa"/>
              <w:left w:w="30" w:type="dxa"/>
              <w:right w:w="30" w:type="dxa"/>
            </w:tcMar>
          </w:tcPr>
          <w:p>
            <w:pPr>
              <w:jc w:val="right"/>
            </w:pPr>
            <w:r>
              <w:rPr>
                <w:sz w:val="16"/>
              </w:rPr>
              <w:t>826</w:t>
            </w:r>
          </w:p>
        </w:tc>
        <w:tc>
          <w:tcPr>
            <w:tcW w:type="dxa" w:w="1060"/>
            <w:shd w:fill="FFFFFF"/>
            <w:tcMar>
              <w:top w:w="45" w:type="dxa"/>
              <w:bottom w:w="45" w:type="dxa"/>
              <w:left w:w="30" w:type="dxa"/>
              <w:right w:w="30" w:type="dxa"/>
            </w:tcMar>
          </w:tcPr>
          <w:p>
            <w:pPr>
              <w:jc w:val="right"/>
            </w:pPr>
            <w:r>
              <w:rPr>
                <w:sz w:val="16"/>
              </w:rPr>
              <w:t>1,051</w:t>
            </w:r>
          </w:p>
        </w:tc>
        <w:tc>
          <w:tcPr>
            <w:tcW w:type="dxa" w:w="1060"/>
            <w:shd w:fill="FFFFFF"/>
            <w:tcMar>
              <w:top w:w="45" w:type="dxa"/>
              <w:bottom w:w="45" w:type="dxa"/>
              <w:left w:w="30" w:type="dxa"/>
              <w:right w:w="30" w:type="dxa"/>
            </w:tcMar>
          </w:tcPr>
          <w:p>
            <w:pPr>
              <w:jc w:val="right"/>
            </w:pPr>
            <w:r>
              <w:rPr>
                <w:sz w:val="16"/>
              </w:rPr>
              <w:t>723</w:t>
            </w:r>
          </w:p>
        </w:tc>
        <w:tc>
          <w:tcPr>
            <w:tcW w:type="dxa" w:w="1060"/>
            <w:shd w:fill="FFFFFF"/>
            <w:tcMar>
              <w:top w:w="45" w:type="dxa"/>
              <w:bottom w:w="45" w:type="dxa"/>
              <w:left w:w="30" w:type="dxa"/>
              <w:right w:w="30" w:type="dxa"/>
            </w:tcMar>
          </w:tcPr>
          <w:p>
            <w:pPr>
              <w:jc w:val="right"/>
            </w:pPr>
            <w:r>
              <w:rPr>
                <w:b/>
                <w:sz w:val="16"/>
              </w:rPr>
              <w:t>1,380</w:t>
            </w:r>
          </w:p>
        </w:tc>
        <w:tc>
          <w:tcPr>
            <w:tcW w:type="dxa" w:w="1224"/>
            <w:shd w:fill="FFFFFF"/>
            <w:tcMar>
              <w:top w:w="45" w:type="dxa"/>
              <w:bottom w:w="45" w:type="dxa"/>
              <w:left w:w="30" w:type="dxa"/>
              <w:right w:w="30" w:type="dxa"/>
            </w:tcMar>
          </w:tcPr>
          <w:p>
            <w:pPr>
              <w:jc w:val="right"/>
            </w:pPr>
            <w:r>
              <w:rPr>
                <w:color w:val="27AE60"/>
                <w:sz w:val="16"/>
              </w:rPr>
              <w:t>+657</w:t>
            </w:r>
          </w:p>
        </w:tc>
        <w:tc>
          <w:tcPr>
            <w:tcW w:type="dxa" w:w="1080"/>
            <w:shd w:fill="FFFFFF"/>
            <w:tcMar>
              <w:top w:w="45" w:type="dxa"/>
              <w:bottom w:w="45" w:type="dxa"/>
              <w:left w:w="30" w:type="dxa"/>
              <w:right w:w="30" w:type="dxa"/>
            </w:tcMar>
          </w:tcPr>
          <w:p>
            <w:pPr>
              <w:jc w:val="center"/>
            </w:pPr>
            <w:r>
              <w:rPr>
                <w:b/>
                <w:color w:val="27AE60"/>
                <w:sz w:val="16"/>
              </w:rPr>
              <w:t>+90.9%</w:t>
            </w:r>
          </w:p>
        </w:tc>
      </w:tr>
      <w:tr>
        <w:tc>
          <w:tcPr>
            <w:tcW w:type="dxa" w:w="504"/>
            <w:shd w:fill="F9FBFB"/>
            <w:tcMar>
              <w:top w:w="45" w:type="dxa"/>
              <w:bottom w:w="45" w:type="dxa"/>
              <w:left w:w="30" w:type="dxa"/>
              <w:right w:w="30" w:type="dxa"/>
            </w:tcMar>
          </w:tcPr>
          <w:p>
            <w:pPr>
              <w:jc w:val="center"/>
            </w:pPr>
            <w:r>
              <w:rPr>
                <w:sz w:val="16"/>
              </w:rPr>
              <w:t>6</w:t>
            </w:r>
          </w:p>
        </w:tc>
        <w:tc>
          <w:tcPr>
            <w:tcW w:type="dxa" w:w="936"/>
            <w:shd w:fill="F9FBFB"/>
            <w:tcMar>
              <w:top w:w="45" w:type="dxa"/>
              <w:bottom w:w="45" w:type="dxa"/>
              <w:left w:w="30" w:type="dxa"/>
              <w:right w:w="30" w:type="dxa"/>
            </w:tcMar>
          </w:tcPr>
          <w:p>
            <w:pPr>
              <w:jc w:val="left"/>
            </w:pPr>
            <w:r>
              <w:rPr>
                <w:sz w:val="16"/>
              </w:rPr>
              <w:t>KH0258</w:t>
            </w:r>
          </w:p>
        </w:tc>
        <w:tc>
          <w:tcPr>
            <w:tcW w:type="dxa" w:w="2880"/>
            <w:shd w:fill="F9FBFB"/>
            <w:tcMar>
              <w:top w:w="45" w:type="dxa"/>
              <w:bottom w:w="45" w:type="dxa"/>
              <w:left w:w="30" w:type="dxa"/>
              <w:right w:w="30" w:type="dxa"/>
            </w:tcMar>
          </w:tcPr>
          <w:p>
            <w:pPr>
              <w:jc w:val="left"/>
            </w:pPr>
            <w:r>
              <w:rPr>
                <w:sz w:val="16"/>
              </w:rPr>
              <w:t>CÔNG TY TNHH GỖ HẠNH PHÚC</w:t>
            </w:r>
          </w:p>
        </w:tc>
        <w:tc>
          <w:tcPr>
            <w:tcW w:type="dxa" w:w="1060"/>
            <w:shd w:fill="F9FBFB"/>
            <w:tcMar>
              <w:top w:w="45" w:type="dxa"/>
              <w:bottom w:w="45" w:type="dxa"/>
              <w:left w:w="30" w:type="dxa"/>
              <w:right w:w="30" w:type="dxa"/>
            </w:tcMar>
          </w:tcPr>
          <w:p>
            <w:pPr>
              <w:jc w:val="right"/>
            </w:pPr>
            <w:r>
              <w:rPr>
                <w:sz w:val="16"/>
              </w:rPr>
              <w:t>830</w:t>
            </w:r>
          </w:p>
        </w:tc>
        <w:tc>
          <w:tcPr>
            <w:tcW w:type="dxa" w:w="1060"/>
            <w:shd w:fill="F9FBFB"/>
            <w:tcMar>
              <w:top w:w="45" w:type="dxa"/>
              <w:bottom w:w="45" w:type="dxa"/>
              <w:left w:w="30" w:type="dxa"/>
              <w:right w:w="30" w:type="dxa"/>
            </w:tcMar>
          </w:tcPr>
          <w:p>
            <w:pPr>
              <w:jc w:val="right"/>
            </w:pPr>
            <w:r>
              <w:rPr>
                <w:sz w:val="16"/>
              </w:rPr>
              <w:t>348</w:t>
            </w:r>
          </w:p>
        </w:tc>
        <w:tc>
          <w:tcPr>
            <w:tcW w:type="dxa" w:w="1060"/>
            <w:shd w:fill="F9FBFB"/>
            <w:tcMar>
              <w:top w:w="45" w:type="dxa"/>
              <w:bottom w:w="45" w:type="dxa"/>
              <w:left w:w="30" w:type="dxa"/>
              <w:right w:w="30" w:type="dxa"/>
            </w:tcMar>
          </w:tcPr>
          <w:p>
            <w:pPr>
              <w:jc w:val="right"/>
            </w:pPr>
            <w:r>
              <w:rPr>
                <w:sz w:val="16"/>
              </w:rPr>
              <w:t>1,225</w:t>
            </w:r>
          </w:p>
        </w:tc>
        <w:tc>
          <w:tcPr>
            <w:tcW w:type="dxa" w:w="1060"/>
            <w:shd w:fill="F9FBFB"/>
            <w:tcMar>
              <w:top w:w="45" w:type="dxa"/>
              <w:bottom w:w="45" w:type="dxa"/>
              <w:left w:w="30" w:type="dxa"/>
              <w:right w:w="30" w:type="dxa"/>
            </w:tcMar>
          </w:tcPr>
          <w:p>
            <w:pPr>
              <w:jc w:val="right"/>
            </w:pPr>
            <w:r>
              <w:rPr>
                <w:sz w:val="16"/>
              </w:rPr>
              <w:t>1,118</w:t>
            </w:r>
          </w:p>
        </w:tc>
        <w:tc>
          <w:tcPr>
            <w:tcW w:type="dxa" w:w="1060"/>
            <w:shd w:fill="F9FBFB"/>
            <w:tcMar>
              <w:top w:w="45" w:type="dxa"/>
              <w:bottom w:w="45" w:type="dxa"/>
              <w:left w:w="30" w:type="dxa"/>
              <w:right w:w="30" w:type="dxa"/>
            </w:tcMar>
          </w:tcPr>
          <w:p>
            <w:pPr>
              <w:jc w:val="right"/>
            </w:pPr>
            <w:r>
              <w:rPr>
                <w:sz w:val="16"/>
              </w:rPr>
              <w:t>1,021</w:t>
            </w:r>
          </w:p>
        </w:tc>
        <w:tc>
          <w:tcPr>
            <w:tcW w:type="dxa" w:w="1060"/>
            <w:shd w:fill="F9FBFB"/>
            <w:tcMar>
              <w:top w:w="45" w:type="dxa"/>
              <w:bottom w:w="45" w:type="dxa"/>
              <w:left w:w="30" w:type="dxa"/>
              <w:right w:w="30" w:type="dxa"/>
            </w:tcMar>
          </w:tcPr>
          <w:p>
            <w:pPr>
              <w:jc w:val="right"/>
            </w:pPr>
            <w:r>
              <w:rPr>
                <w:sz w:val="16"/>
              </w:rPr>
              <w:t>1,353</w:t>
            </w:r>
          </w:p>
        </w:tc>
        <w:tc>
          <w:tcPr>
            <w:tcW w:type="dxa" w:w="1060"/>
            <w:shd w:fill="F9FBFB"/>
            <w:tcMar>
              <w:top w:w="45" w:type="dxa"/>
              <w:bottom w:w="45" w:type="dxa"/>
              <w:left w:w="30" w:type="dxa"/>
              <w:right w:w="30" w:type="dxa"/>
            </w:tcMar>
          </w:tcPr>
          <w:p>
            <w:pPr>
              <w:jc w:val="right"/>
            </w:pPr>
            <w:r>
              <w:rPr>
                <w:sz w:val="16"/>
              </w:rPr>
              <w:t>967</w:t>
            </w:r>
          </w:p>
        </w:tc>
        <w:tc>
          <w:tcPr>
            <w:tcW w:type="dxa" w:w="1060"/>
            <w:shd w:fill="F9FBFB"/>
            <w:tcMar>
              <w:top w:w="45" w:type="dxa"/>
              <w:bottom w:w="45" w:type="dxa"/>
              <w:left w:w="30" w:type="dxa"/>
              <w:right w:w="30" w:type="dxa"/>
            </w:tcMar>
          </w:tcPr>
          <w:p>
            <w:pPr>
              <w:jc w:val="right"/>
            </w:pPr>
            <w:r>
              <w:rPr>
                <w:b/>
                <w:sz w:val="16"/>
              </w:rPr>
              <w:t>920</w:t>
            </w:r>
          </w:p>
        </w:tc>
        <w:tc>
          <w:tcPr>
            <w:tcW w:type="dxa" w:w="1224"/>
            <w:shd w:fill="F9FBFB"/>
            <w:tcMar>
              <w:top w:w="45" w:type="dxa"/>
              <w:bottom w:w="45" w:type="dxa"/>
              <w:left w:w="30" w:type="dxa"/>
              <w:right w:w="30" w:type="dxa"/>
            </w:tcMar>
          </w:tcPr>
          <w:p>
            <w:pPr>
              <w:jc w:val="right"/>
            </w:pPr>
            <w:r>
              <w:rPr>
                <w:color w:val="C0392B"/>
                <w:sz w:val="16"/>
              </w:rPr>
              <w:t>-47</w:t>
            </w:r>
          </w:p>
        </w:tc>
        <w:tc>
          <w:tcPr>
            <w:tcW w:type="dxa" w:w="1080"/>
            <w:shd w:fill="F9FBFB"/>
            <w:tcMar>
              <w:top w:w="45" w:type="dxa"/>
              <w:bottom w:w="45" w:type="dxa"/>
              <w:left w:w="30" w:type="dxa"/>
              <w:right w:w="30" w:type="dxa"/>
            </w:tcMar>
          </w:tcPr>
          <w:p>
            <w:pPr>
              <w:jc w:val="center"/>
            </w:pPr>
            <w:r>
              <w:rPr>
                <w:b/>
                <w:color w:val="C0392B"/>
                <w:sz w:val="16"/>
              </w:rPr>
              <w:t>-4.9%</w:t>
            </w:r>
          </w:p>
        </w:tc>
      </w:tr>
      <w:tr>
        <w:tc>
          <w:tcPr>
            <w:tcW w:type="dxa" w:w="504"/>
            <w:shd w:fill="FFFFFF"/>
            <w:tcMar>
              <w:top w:w="45" w:type="dxa"/>
              <w:bottom w:w="45" w:type="dxa"/>
              <w:left w:w="30" w:type="dxa"/>
              <w:right w:w="30" w:type="dxa"/>
            </w:tcMar>
          </w:tcPr>
          <w:p>
            <w:pPr>
              <w:jc w:val="center"/>
            </w:pPr>
            <w:r>
              <w:rPr>
                <w:sz w:val="16"/>
              </w:rPr>
              <w:t>7</w:t>
            </w:r>
          </w:p>
        </w:tc>
        <w:tc>
          <w:tcPr>
            <w:tcW w:type="dxa" w:w="936"/>
            <w:shd w:fill="FFFFFF"/>
            <w:tcMar>
              <w:top w:w="45" w:type="dxa"/>
              <w:bottom w:w="45" w:type="dxa"/>
              <w:left w:w="30" w:type="dxa"/>
              <w:right w:w="30" w:type="dxa"/>
            </w:tcMar>
          </w:tcPr>
          <w:p>
            <w:pPr>
              <w:jc w:val="left"/>
            </w:pPr>
            <w:r>
              <w:rPr>
                <w:sz w:val="16"/>
              </w:rPr>
              <w:t>KH0610</w:t>
            </w:r>
          </w:p>
        </w:tc>
        <w:tc>
          <w:tcPr>
            <w:tcW w:type="dxa" w:w="2880"/>
            <w:shd w:fill="FFFFFF"/>
            <w:tcMar>
              <w:top w:w="45" w:type="dxa"/>
              <w:bottom w:w="45" w:type="dxa"/>
              <w:left w:w="30" w:type="dxa"/>
              <w:right w:w="30" w:type="dxa"/>
            </w:tcMar>
          </w:tcPr>
          <w:p>
            <w:pPr>
              <w:jc w:val="left"/>
            </w:pPr>
            <w:r>
              <w:rPr>
                <w:sz w:val="16"/>
              </w:rPr>
              <w:t>CÔNG TY TNHH THÀNH THẮNG</w:t>
            </w:r>
          </w:p>
        </w:tc>
        <w:tc>
          <w:tcPr>
            <w:tcW w:type="dxa" w:w="1060"/>
            <w:shd w:fill="FFFFFF"/>
            <w:tcMar>
              <w:top w:w="45" w:type="dxa"/>
              <w:bottom w:w="45" w:type="dxa"/>
              <w:left w:w="30" w:type="dxa"/>
              <w:right w:w="30" w:type="dxa"/>
            </w:tcMar>
          </w:tcPr>
          <w:p>
            <w:pPr>
              <w:jc w:val="right"/>
            </w:pPr>
            <w:r>
              <w:rPr>
                <w:sz w:val="16"/>
              </w:rPr>
              <w:t>1,060</w:t>
            </w:r>
          </w:p>
        </w:tc>
        <w:tc>
          <w:tcPr>
            <w:tcW w:type="dxa" w:w="1060"/>
            <w:shd w:fill="FFFFFF"/>
            <w:tcMar>
              <w:top w:w="45" w:type="dxa"/>
              <w:bottom w:w="45" w:type="dxa"/>
              <w:left w:w="30" w:type="dxa"/>
              <w:right w:w="30" w:type="dxa"/>
            </w:tcMar>
          </w:tcPr>
          <w:p>
            <w:pPr>
              <w:jc w:val="right"/>
            </w:pPr>
            <w:r>
              <w:rPr>
                <w:sz w:val="16"/>
              </w:rPr>
              <w:t>301</w:t>
            </w:r>
          </w:p>
        </w:tc>
        <w:tc>
          <w:tcPr>
            <w:tcW w:type="dxa" w:w="1060"/>
            <w:shd w:fill="FFFFFF"/>
            <w:tcMar>
              <w:top w:w="45" w:type="dxa"/>
              <w:bottom w:w="45" w:type="dxa"/>
              <w:left w:w="30" w:type="dxa"/>
              <w:right w:w="30" w:type="dxa"/>
            </w:tcMar>
          </w:tcPr>
          <w:p>
            <w:pPr>
              <w:jc w:val="right"/>
            </w:pPr>
            <w:r>
              <w:rPr>
                <w:sz w:val="16"/>
              </w:rPr>
              <w:t>1,215</w:t>
            </w:r>
          </w:p>
        </w:tc>
        <w:tc>
          <w:tcPr>
            <w:tcW w:type="dxa" w:w="1060"/>
            <w:shd w:fill="FFFFFF"/>
            <w:tcMar>
              <w:top w:w="45" w:type="dxa"/>
              <w:bottom w:w="45" w:type="dxa"/>
              <w:left w:w="30" w:type="dxa"/>
              <w:right w:w="30" w:type="dxa"/>
            </w:tcMar>
          </w:tcPr>
          <w:p>
            <w:pPr>
              <w:jc w:val="right"/>
            </w:pPr>
            <w:r>
              <w:rPr>
                <w:sz w:val="16"/>
              </w:rPr>
              <w:t>966</w:t>
            </w:r>
          </w:p>
        </w:tc>
        <w:tc>
          <w:tcPr>
            <w:tcW w:type="dxa" w:w="1060"/>
            <w:shd w:fill="FFFFFF"/>
            <w:tcMar>
              <w:top w:w="45" w:type="dxa"/>
              <w:bottom w:w="45" w:type="dxa"/>
              <w:left w:w="30" w:type="dxa"/>
              <w:right w:w="30" w:type="dxa"/>
            </w:tcMar>
          </w:tcPr>
          <w:p>
            <w:pPr>
              <w:jc w:val="right"/>
            </w:pPr>
            <w:r>
              <w:rPr>
                <w:sz w:val="16"/>
              </w:rPr>
              <w:t>833</w:t>
            </w:r>
          </w:p>
        </w:tc>
        <w:tc>
          <w:tcPr>
            <w:tcW w:type="dxa" w:w="1060"/>
            <w:shd w:fill="FFFFFF"/>
            <w:tcMar>
              <w:top w:w="45" w:type="dxa"/>
              <w:bottom w:w="45" w:type="dxa"/>
              <w:left w:w="30" w:type="dxa"/>
              <w:right w:w="30" w:type="dxa"/>
            </w:tcMar>
          </w:tcPr>
          <w:p>
            <w:pPr>
              <w:jc w:val="right"/>
            </w:pPr>
            <w:r>
              <w:rPr>
                <w:sz w:val="16"/>
              </w:rPr>
              <w:t>1,015</w:t>
            </w:r>
          </w:p>
        </w:tc>
        <w:tc>
          <w:tcPr>
            <w:tcW w:type="dxa" w:w="1060"/>
            <w:shd w:fill="FFFFFF"/>
            <w:tcMar>
              <w:top w:w="45" w:type="dxa"/>
              <w:bottom w:w="45" w:type="dxa"/>
              <w:left w:w="30" w:type="dxa"/>
              <w:right w:w="30" w:type="dxa"/>
            </w:tcMar>
          </w:tcPr>
          <w:p>
            <w:pPr>
              <w:jc w:val="right"/>
            </w:pPr>
            <w:r>
              <w:rPr>
                <w:sz w:val="16"/>
              </w:rPr>
              <w:t>1,119</w:t>
            </w:r>
          </w:p>
        </w:tc>
        <w:tc>
          <w:tcPr>
            <w:tcW w:type="dxa" w:w="1060"/>
            <w:shd w:fill="FFFFFF"/>
            <w:tcMar>
              <w:top w:w="45" w:type="dxa"/>
              <w:bottom w:w="45" w:type="dxa"/>
              <w:left w:w="30" w:type="dxa"/>
              <w:right w:w="30" w:type="dxa"/>
            </w:tcMar>
          </w:tcPr>
          <w:p>
            <w:pPr>
              <w:jc w:val="right"/>
            </w:pPr>
            <w:r>
              <w:rPr>
                <w:b/>
                <w:sz w:val="16"/>
              </w:rPr>
              <w:t>1,146</w:t>
            </w:r>
          </w:p>
        </w:tc>
        <w:tc>
          <w:tcPr>
            <w:tcW w:type="dxa" w:w="1224"/>
            <w:shd w:fill="FFFFFF"/>
            <w:tcMar>
              <w:top w:w="45" w:type="dxa"/>
              <w:bottom w:w="45" w:type="dxa"/>
              <w:left w:w="30" w:type="dxa"/>
              <w:right w:w="30" w:type="dxa"/>
            </w:tcMar>
          </w:tcPr>
          <w:p>
            <w:pPr>
              <w:jc w:val="right"/>
            </w:pPr>
            <w:r>
              <w:rPr>
                <w:color w:val="27AE60"/>
                <w:sz w:val="16"/>
              </w:rPr>
              <w:t>+27</w:t>
            </w:r>
          </w:p>
        </w:tc>
        <w:tc>
          <w:tcPr>
            <w:tcW w:type="dxa" w:w="1080"/>
            <w:shd w:fill="FFFFFF"/>
            <w:tcMar>
              <w:top w:w="45" w:type="dxa"/>
              <w:bottom w:w="45" w:type="dxa"/>
              <w:left w:w="30" w:type="dxa"/>
              <w:right w:w="30" w:type="dxa"/>
            </w:tcMar>
          </w:tcPr>
          <w:p>
            <w:pPr>
              <w:jc w:val="center"/>
            </w:pPr>
            <w:r>
              <w:rPr>
                <w:b/>
                <w:color w:val="27AE60"/>
                <w:sz w:val="16"/>
              </w:rPr>
              <w:t>+2.4%</w:t>
            </w:r>
          </w:p>
        </w:tc>
      </w:tr>
      <w:tr>
        <w:tc>
          <w:tcPr>
            <w:tcW w:type="dxa" w:w="504"/>
            <w:shd w:fill="F9FBFB"/>
            <w:tcMar>
              <w:top w:w="45" w:type="dxa"/>
              <w:bottom w:w="45" w:type="dxa"/>
              <w:left w:w="30" w:type="dxa"/>
              <w:right w:w="30" w:type="dxa"/>
            </w:tcMar>
          </w:tcPr>
          <w:p>
            <w:pPr>
              <w:jc w:val="center"/>
            </w:pPr>
            <w:r>
              <w:rPr>
                <w:sz w:val="16"/>
              </w:rPr>
              <w:t>8</w:t>
            </w:r>
          </w:p>
        </w:tc>
        <w:tc>
          <w:tcPr>
            <w:tcW w:type="dxa" w:w="936"/>
            <w:shd w:fill="F9FBFB"/>
            <w:tcMar>
              <w:top w:w="45" w:type="dxa"/>
              <w:bottom w:w="45" w:type="dxa"/>
              <w:left w:w="30" w:type="dxa"/>
              <w:right w:w="30" w:type="dxa"/>
            </w:tcMar>
          </w:tcPr>
          <w:p>
            <w:pPr>
              <w:jc w:val="left"/>
            </w:pPr>
            <w:r>
              <w:rPr>
                <w:sz w:val="16"/>
              </w:rPr>
              <w:t>KH0643</w:t>
            </w:r>
          </w:p>
        </w:tc>
        <w:tc>
          <w:tcPr>
            <w:tcW w:type="dxa" w:w="2880"/>
            <w:shd w:fill="F9FBFB"/>
            <w:tcMar>
              <w:top w:w="45" w:type="dxa"/>
              <w:bottom w:w="45" w:type="dxa"/>
              <w:left w:w="30" w:type="dxa"/>
              <w:right w:w="30" w:type="dxa"/>
            </w:tcMar>
          </w:tcPr>
          <w:p>
            <w:pPr>
              <w:jc w:val="left"/>
            </w:pPr>
            <w:r>
              <w:rPr>
                <w:sz w:val="16"/>
              </w:rPr>
              <w:t>CÔNG TY TNHH TIẾN HƯNG</w:t>
            </w:r>
          </w:p>
        </w:tc>
        <w:tc>
          <w:tcPr>
            <w:tcW w:type="dxa" w:w="1060"/>
            <w:shd w:fill="F9FBFB"/>
            <w:tcMar>
              <w:top w:w="45" w:type="dxa"/>
              <w:bottom w:w="45" w:type="dxa"/>
              <w:left w:w="30" w:type="dxa"/>
              <w:right w:w="30" w:type="dxa"/>
            </w:tcMar>
          </w:tcPr>
          <w:p>
            <w:pPr>
              <w:jc w:val="right"/>
            </w:pPr>
            <w:r>
              <w:rPr>
                <w:sz w:val="16"/>
              </w:rPr>
              <w:t>1,239</w:t>
            </w:r>
          </w:p>
        </w:tc>
        <w:tc>
          <w:tcPr>
            <w:tcW w:type="dxa" w:w="1060"/>
            <w:shd w:fill="F9FBFB"/>
            <w:tcMar>
              <w:top w:w="45" w:type="dxa"/>
              <w:bottom w:w="45" w:type="dxa"/>
              <w:left w:w="30" w:type="dxa"/>
              <w:right w:w="30" w:type="dxa"/>
            </w:tcMar>
          </w:tcPr>
          <w:p>
            <w:pPr>
              <w:jc w:val="right"/>
            </w:pPr>
            <w:r>
              <w:rPr>
                <w:sz w:val="16"/>
              </w:rPr>
              <w:t>383</w:t>
            </w:r>
          </w:p>
        </w:tc>
        <w:tc>
          <w:tcPr>
            <w:tcW w:type="dxa" w:w="1060"/>
            <w:shd w:fill="F9FBFB"/>
            <w:tcMar>
              <w:top w:w="45" w:type="dxa"/>
              <w:bottom w:w="45" w:type="dxa"/>
              <w:left w:w="30" w:type="dxa"/>
              <w:right w:w="30" w:type="dxa"/>
            </w:tcMar>
          </w:tcPr>
          <w:p>
            <w:pPr>
              <w:jc w:val="right"/>
            </w:pPr>
            <w:r>
              <w:rPr>
                <w:sz w:val="16"/>
              </w:rPr>
              <w:t>1,007</w:t>
            </w:r>
          </w:p>
        </w:tc>
        <w:tc>
          <w:tcPr>
            <w:tcW w:type="dxa" w:w="1060"/>
            <w:shd w:fill="F9FBFB"/>
            <w:tcMar>
              <w:top w:w="45" w:type="dxa"/>
              <w:bottom w:w="45" w:type="dxa"/>
              <w:left w:w="30" w:type="dxa"/>
              <w:right w:w="30" w:type="dxa"/>
            </w:tcMar>
          </w:tcPr>
          <w:p>
            <w:pPr>
              <w:jc w:val="right"/>
            </w:pPr>
            <w:r>
              <w:rPr>
                <w:sz w:val="16"/>
              </w:rPr>
              <w:t>1,064</w:t>
            </w:r>
          </w:p>
        </w:tc>
        <w:tc>
          <w:tcPr>
            <w:tcW w:type="dxa" w:w="1060"/>
            <w:shd w:fill="F9FBFB"/>
            <w:tcMar>
              <w:top w:w="45" w:type="dxa"/>
              <w:bottom w:w="45" w:type="dxa"/>
              <w:left w:w="30" w:type="dxa"/>
              <w:right w:w="30" w:type="dxa"/>
            </w:tcMar>
          </w:tcPr>
          <w:p>
            <w:pPr>
              <w:jc w:val="right"/>
            </w:pPr>
            <w:r>
              <w:rPr>
                <w:sz w:val="16"/>
              </w:rPr>
              <w:t>863</w:t>
            </w:r>
          </w:p>
        </w:tc>
        <w:tc>
          <w:tcPr>
            <w:tcW w:type="dxa" w:w="1060"/>
            <w:shd w:fill="F9FBFB"/>
            <w:tcMar>
              <w:top w:w="45" w:type="dxa"/>
              <w:bottom w:w="45" w:type="dxa"/>
              <w:left w:w="30" w:type="dxa"/>
              <w:right w:w="30" w:type="dxa"/>
            </w:tcMar>
          </w:tcPr>
          <w:p>
            <w:pPr>
              <w:jc w:val="right"/>
            </w:pPr>
            <w:r>
              <w:rPr>
                <w:sz w:val="16"/>
              </w:rPr>
              <w:t>1,074</w:t>
            </w:r>
          </w:p>
        </w:tc>
        <w:tc>
          <w:tcPr>
            <w:tcW w:type="dxa" w:w="1060"/>
            <w:shd w:fill="F9FBFB"/>
            <w:tcMar>
              <w:top w:w="45" w:type="dxa"/>
              <w:bottom w:w="45" w:type="dxa"/>
              <w:left w:w="30" w:type="dxa"/>
              <w:right w:w="30" w:type="dxa"/>
            </w:tcMar>
          </w:tcPr>
          <w:p>
            <w:pPr>
              <w:jc w:val="right"/>
            </w:pPr>
            <w:r>
              <w:rPr>
                <w:sz w:val="16"/>
              </w:rPr>
              <w:t>917</w:t>
            </w:r>
          </w:p>
        </w:tc>
        <w:tc>
          <w:tcPr>
            <w:tcW w:type="dxa" w:w="1060"/>
            <w:shd w:fill="F9FBFB"/>
            <w:tcMar>
              <w:top w:w="45" w:type="dxa"/>
              <w:bottom w:w="45" w:type="dxa"/>
              <w:left w:w="30" w:type="dxa"/>
              <w:right w:w="30" w:type="dxa"/>
            </w:tcMar>
          </w:tcPr>
          <w:p>
            <w:pPr>
              <w:jc w:val="right"/>
            </w:pPr>
            <w:r>
              <w:rPr>
                <w:b/>
                <w:sz w:val="16"/>
              </w:rPr>
              <w:t>861</w:t>
            </w:r>
          </w:p>
        </w:tc>
        <w:tc>
          <w:tcPr>
            <w:tcW w:type="dxa" w:w="1224"/>
            <w:shd w:fill="F9FBFB"/>
            <w:tcMar>
              <w:top w:w="45" w:type="dxa"/>
              <w:bottom w:w="45" w:type="dxa"/>
              <w:left w:w="30" w:type="dxa"/>
              <w:right w:w="30" w:type="dxa"/>
            </w:tcMar>
          </w:tcPr>
          <w:p>
            <w:pPr>
              <w:jc w:val="right"/>
            </w:pPr>
            <w:r>
              <w:rPr>
                <w:color w:val="C0392B"/>
                <w:sz w:val="16"/>
              </w:rPr>
              <w:t>-56</w:t>
            </w:r>
          </w:p>
        </w:tc>
        <w:tc>
          <w:tcPr>
            <w:tcW w:type="dxa" w:w="1080"/>
            <w:shd w:fill="F9FBFB"/>
            <w:tcMar>
              <w:top w:w="45" w:type="dxa"/>
              <w:bottom w:w="45" w:type="dxa"/>
              <w:left w:w="30" w:type="dxa"/>
              <w:right w:w="30" w:type="dxa"/>
            </w:tcMar>
          </w:tcPr>
          <w:p>
            <w:pPr>
              <w:jc w:val="center"/>
            </w:pPr>
            <w:r>
              <w:rPr>
                <w:b/>
                <w:color w:val="C0392B"/>
                <w:sz w:val="16"/>
              </w:rPr>
              <w:t>-6.1%</w:t>
            </w:r>
          </w:p>
        </w:tc>
      </w:tr>
      <w:tr>
        <w:tc>
          <w:tcPr>
            <w:tcW w:type="dxa" w:w="504"/>
            <w:shd w:fill="FFFFFF"/>
            <w:tcMar>
              <w:top w:w="45" w:type="dxa"/>
              <w:bottom w:w="45" w:type="dxa"/>
              <w:left w:w="30" w:type="dxa"/>
              <w:right w:w="30" w:type="dxa"/>
            </w:tcMar>
          </w:tcPr>
          <w:p>
            <w:pPr>
              <w:jc w:val="center"/>
            </w:pPr>
            <w:r>
              <w:rPr>
                <w:sz w:val="16"/>
              </w:rPr>
              <w:t>9</w:t>
            </w:r>
          </w:p>
        </w:tc>
        <w:tc>
          <w:tcPr>
            <w:tcW w:type="dxa" w:w="936"/>
            <w:shd w:fill="FFFFFF"/>
            <w:tcMar>
              <w:top w:w="45" w:type="dxa"/>
              <w:bottom w:w="45" w:type="dxa"/>
              <w:left w:w="30" w:type="dxa"/>
              <w:right w:w="30" w:type="dxa"/>
            </w:tcMar>
          </w:tcPr>
          <w:p>
            <w:pPr>
              <w:jc w:val="left"/>
            </w:pPr>
            <w:r>
              <w:rPr>
                <w:sz w:val="16"/>
              </w:rPr>
              <w:t>KH0644</w:t>
            </w:r>
          </w:p>
        </w:tc>
        <w:tc>
          <w:tcPr>
            <w:tcW w:type="dxa" w:w="2880"/>
            <w:shd w:fill="FFFFFF"/>
            <w:tcMar>
              <w:top w:w="45" w:type="dxa"/>
              <w:bottom w:w="45" w:type="dxa"/>
              <w:left w:w="30" w:type="dxa"/>
              <w:right w:w="30" w:type="dxa"/>
            </w:tcMar>
          </w:tcPr>
          <w:p>
            <w:pPr>
              <w:jc w:val="left"/>
            </w:pPr>
            <w:r>
              <w:rPr>
                <w:sz w:val="16"/>
              </w:rPr>
              <w:t>CÔNG TY TNHH TIẾN TRIỂN VIỆT NAM</w:t>
            </w:r>
          </w:p>
        </w:tc>
        <w:tc>
          <w:tcPr>
            <w:tcW w:type="dxa" w:w="1060"/>
            <w:shd w:fill="FFFFFF"/>
            <w:tcMar>
              <w:top w:w="45" w:type="dxa"/>
              <w:bottom w:w="45" w:type="dxa"/>
              <w:left w:w="30" w:type="dxa"/>
              <w:right w:w="30" w:type="dxa"/>
            </w:tcMar>
          </w:tcPr>
          <w:p>
            <w:pPr>
              <w:jc w:val="right"/>
            </w:pPr>
            <w:r>
              <w:rPr>
                <w:sz w:val="16"/>
              </w:rPr>
              <w:t>1,063</w:t>
            </w:r>
          </w:p>
        </w:tc>
        <w:tc>
          <w:tcPr>
            <w:tcW w:type="dxa" w:w="1060"/>
            <w:shd w:fill="FFFFFF"/>
            <w:tcMar>
              <w:top w:w="45" w:type="dxa"/>
              <w:bottom w:w="45" w:type="dxa"/>
              <w:left w:w="30" w:type="dxa"/>
              <w:right w:w="30" w:type="dxa"/>
            </w:tcMar>
          </w:tcPr>
          <w:p>
            <w:pPr>
              <w:jc w:val="right"/>
            </w:pPr>
            <w:r>
              <w:rPr>
                <w:sz w:val="16"/>
              </w:rPr>
              <w:t>591</w:t>
            </w:r>
          </w:p>
        </w:tc>
        <w:tc>
          <w:tcPr>
            <w:tcW w:type="dxa" w:w="1060"/>
            <w:shd w:fill="FFFFFF"/>
            <w:tcMar>
              <w:top w:w="45" w:type="dxa"/>
              <w:bottom w:w="45" w:type="dxa"/>
              <w:left w:w="30" w:type="dxa"/>
              <w:right w:w="30" w:type="dxa"/>
            </w:tcMar>
          </w:tcPr>
          <w:p>
            <w:pPr>
              <w:jc w:val="right"/>
            </w:pPr>
            <w:r>
              <w:rPr>
                <w:sz w:val="16"/>
              </w:rPr>
              <w:t>723</w:t>
            </w:r>
          </w:p>
        </w:tc>
        <w:tc>
          <w:tcPr>
            <w:tcW w:type="dxa" w:w="1060"/>
            <w:shd w:fill="FFFFFF"/>
            <w:tcMar>
              <w:top w:w="45" w:type="dxa"/>
              <w:bottom w:w="45" w:type="dxa"/>
              <w:left w:w="30" w:type="dxa"/>
              <w:right w:w="30" w:type="dxa"/>
            </w:tcMar>
          </w:tcPr>
          <w:p>
            <w:pPr>
              <w:jc w:val="right"/>
            </w:pPr>
            <w:r>
              <w:rPr>
                <w:sz w:val="16"/>
              </w:rPr>
              <w:t>679</w:t>
            </w:r>
          </w:p>
        </w:tc>
        <w:tc>
          <w:tcPr>
            <w:tcW w:type="dxa" w:w="1060"/>
            <w:shd w:fill="FFFFFF"/>
            <w:tcMar>
              <w:top w:w="45" w:type="dxa"/>
              <w:bottom w:w="45" w:type="dxa"/>
              <w:left w:w="30" w:type="dxa"/>
              <w:right w:w="30" w:type="dxa"/>
            </w:tcMar>
          </w:tcPr>
          <w:p>
            <w:pPr>
              <w:jc w:val="right"/>
            </w:pPr>
            <w:r>
              <w:rPr>
                <w:sz w:val="16"/>
              </w:rPr>
              <w:t>523</w:t>
            </w:r>
          </w:p>
        </w:tc>
        <w:tc>
          <w:tcPr>
            <w:tcW w:type="dxa" w:w="1060"/>
            <w:shd w:fill="FFFFFF"/>
            <w:tcMar>
              <w:top w:w="45" w:type="dxa"/>
              <w:bottom w:w="45" w:type="dxa"/>
              <w:left w:w="30" w:type="dxa"/>
              <w:right w:w="30" w:type="dxa"/>
            </w:tcMar>
          </w:tcPr>
          <w:p>
            <w:pPr>
              <w:jc w:val="right"/>
            </w:pPr>
            <w:r>
              <w:rPr>
                <w:sz w:val="16"/>
              </w:rPr>
              <w:t>898</w:t>
            </w:r>
          </w:p>
        </w:tc>
        <w:tc>
          <w:tcPr>
            <w:tcW w:type="dxa" w:w="1060"/>
            <w:shd w:fill="FFFFFF"/>
            <w:tcMar>
              <w:top w:w="45" w:type="dxa"/>
              <w:bottom w:w="45" w:type="dxa"/>
              <w:left w:w="30" w:type="dxa"/>
              <w:right w:w="30" w:type="dxa"/>
            </w:tcMar>
          </w:tcPr>
          <w:p>
            <w:pPr>
              <w:jc w:val="right"/>
            </w:pPr>
            <w:r>
              <w:rPr>
                <w:sz w:val="16"/>
              </w:rPr>
              <w:t>629</w:t>
            </w:r>
          </w:p>
        </w:tc>
        <w:tc>
          <w:tcPr>
            <w:tcW w:type="dxa" w:w="1060"/>
            <w:shd w:fill="FFFFFF"/>
            <w:tcMar>
              <w:top w:w="45" w:type="dxa"/>
              <w:bottom w:w="45" w:type="dxa"/>
              <w:left w:w="30" w:type="dxa"/>
              <w:right w:w="30" w:type="dxa"/>
            </w:tcMar>
          </w:tcPr>
          <w:p>
            <w:pPr>
              <w:jc w:val="right"/>
            </w:pPr>
            <w:r>
              <w:rPr>
                <w:b/>
                <w:sz w:val="16"/>
              </w:rPr>
              <w:t>786</w:t>
            </w:r>
          </w:p>
        </w:tc>
        <w:tc>
          <w:tcPr>
            <w:tcW w:type="dxa" w:w="1224"/>
            <w:shd w:fill="FFFFFF"/>
            <w:tcMar>
              <w:top w:w="45" w:type="dxa"/>
              <w:bottom w:w="45" w:type="dxa"/>
              <w:left w:w="30" w:type="dxa"/>
              <w:right w:w="30" w:type="dxa"/>
            </w:tcMar>
          </w:tcPr>
          <w:p>
            <w:pPr>
              <w:jc w:val="right"/>
            </w:pPr>
            <w:r>
              <w:rPr>
                <w:color w:val="27AE60"/>
                <w:sz w:val="16"/>
              </w:rPr>
              <w:t>+157</w:t>
            </w:r>
          </w:p>
        </w:tc>
        <w:tc>
          <w:tcPr>
            <w:tcW w:type="dxa" w:w="1080"/>
            <w:shd w:fill="FFFFFF"/>
            <w:tcMar>
              <w:top w:w="45" w:type="dxa"/>
              <w:bottom w:w="45" w:type="dxa"/>
              <w:left w:w="30" w:type="dxa"/>
              <w:right w:w="30" w:type="dxa"/>
            </w:tcMar>
          </w:tcPr>
          <w:p>
            <w:pPr>
              <w:jc w:val="center"/>
            </w:pPr>
            <w:r>
              <w:rPr>
                <w:b/>
                <w:color w:val="27AE60"/>
                <w:sz w:val="16"/>
              </w:rPr>
              <w:t>+25.0%</w:t>
            </w:r>
          </w:p>
        </w:tc>
      </w:tr>
      <w:tr>
        <w:tc>
          <w:tcPr>
            <w:tcW w:type="dxa" w:w="504"/>
            <w:shd w:fill="F9FBFB"/>
            <w:tcMar>
              <w:top w:w="45" w:type="dxa"/>
              <w:bottom w:w="45" w:type="dxa"/>
              <w:left w:w="30" w:type="dxa"/>
              <w:right w:w="30" w:type="dxa"/>
            </w:tcMar>
          </w:tcPr>
          <w:p>
            <w:pPr>
              <w:jc w:val="center"/>
            </w:pPr>
            <w:r>
              <w:rPr>
                <w:sz w:val="16"/>
              </w:rPr>
              <w:t>10</w:t>
            </w:r>
          </w:p>
        </w:tc>
        <w:tc>
          <w:tcPr>
            <w:tcW w:type="dxa" w:w="936"/>
            <w:shd w:fill="F9FBFB"/>
            <w:tcMar>
              <w:top w:w="45" w:type="dxa"/>
              <w:bottom w:w="45" w:type="dxa"/>
              <w:left w:w="30" w:type="dxa"/>
              <w:right w:w="30" w:type="dxa"/>
            </w:tcMar>
          </w:tcPr>
          <w:p>
            <w:pPr>
              <w:jc w:val="left"/>
            </w:pPr>
            <w:r>
              <w:rPr>
                <w:sz w:val="16"/>
              </w:rPr>
              <w:t>KH1526</w:t>
            </w:r>
          </w:p>
        </w:tc>
        <w:tc>
          <w:tcPr>
            <w:tcW w:type="dxa" w:w="2880"/>
            <w:shd w:fill="F9FBFB"/>
            <w:tcMar>
              <w:top w:w="45" w:type="dxa"/>
              <w:bottom w:w="45" w:type="dxa"/>
              <w:left w:w="30" w:type="dxa"/>
              <w:right w:w="30" w:type="dxa"/>
            </w:tcMar>
          </w:tcPr>
          <w:p>
            <w:pPr>
              <w:jc w:val="left"/>
            </w:pPr>
            <w:r>
              <w:rPr>
                <w:sz w:val="16"/>
              </w:rPr>
              <w:t>CÔNG TY TNHH NỘI THẤT MÊ KÔNG</w:t>
            </w:r>
          </w:p>
        </w:tc>
        <w:tc>
          <w:tcPr>
            <w:tcW w:type="dxa" w:w="1060"/>
            <w:shd w:fill="F9FBFB"/>
            <w:tcMar>
              <w:top w:w="45" w:type="dxa"/>
              <w:bottom w:w="45" w:type="dxa"/>
              <w:left w:w="30" w:type="dxa"/>
              <w:right w:w="30" w:type="dxa"/>
            </w:tcMar>
          </w:tcPr>
          <w:p>
            <w:pPr>
              <w:jc w:val="right"/>
            </w:pPr>
            <w:r>
              <w:rPr>
                <w:sz w:val="16"/>
              </w:rPr>
              <w:t>726</w:t>
            </w:r>
          </w:p>
        </w:tc>
        <w:tc>
          <w:tcPr>
            <w:tcW w:type="dxa" w:w="1060"/>
            <w:shd w:fill="F9FBFB"/>
            <w:tcMar>
              <w:top w:w="45" w:type="dxa"/>
              <w:bottom w:w="45" w:type="dxa"/>
              <w:left w:w="30" w:type="dxa"/>
              <w:right w:w="30" w:type="dxa"/>
            </w:tcMar>
          </w:tcPr>
          <w:p>
            <w:pPr>
              <w:jc w:val="right"/>
            </w:pPr>
            <w:r>
              <w:rPr>
                <w:sz w:val="16"/>
              </w:rPr>
              <w:t>232</w:t>
            </w:r>
          </w:p>
        </w:tc>
        <w:tc>
          <w:tcPr>
            <w:tcW w:type="dxa" w:w="1060"/>
            <w:shd w:fill="F9FBFB"/>
            <w:tcMar>
              <w:top w:w="45" w:type="dxa"/>
              <w:bottom w:w="45" w:type="dxa"/>
              <w:left w:w="30" w:type="dxa"/>
              <w:right w:w="30" w:type="dxa"/>
            </w:tcMar>
          </w:tcPr>
          <w:p>
            <w:pPr>
              <w:jc w:val="right"/>
            </w:pPr>
            <w:r>
              <w:rPr>
                <w:sz w:val="16"/>
              </w:rPr>
              <w:t>861</w:t>
            </w:r>
          </w:p>
        </w:tc>
        <w:tc>
          <w:tcPr>
            <w:tcW w:type="dxa" w:w="1060"/>
            <w:shd w:fill="F9FBFB"/>
            <w:tcMar>
              <w:top w:w="45" w:type="dxa"/>
              <w:bottom w:w="45" w:type="dxa"/>
              <w:left w:w="30" w:type="dxa"/>
              <w:right w:w="30" w:type="dxa"/>
            </w:tcMar>
          </w:tcPr>
          <w:p>
            <w:pPr>
              <w:jc w:val="right"/>
            </w:pPr>
            <w:r>
              <w:rPr>
                <w:sz w:val="16"/>
              </w:rPr>
              <w:t>1,470</w:t>
            </w:r>
          </w:p>
        </w:tc>
        <w:tc>
          <w:tcPr>
            <w:tcW w:type="dxa" w:w="1060"/>
            <w:shd w:fill="F9FBFB"/>
            <w:tcMar>
              <w:top w:w="45" w:type="dxa"/>
              <w:bottom w:w="45" w:type="dxa"/>
              <w:left w:w="30" w:type="dxa"/>
              <w:right w:w="30" w:type="dxa"/>
            </w:tcMar>
          </w:tcPr>
          <w:p>
            <w:pPr>
              <w:jc w:val="right"/>
            </w:pPr>
            <w:r>
              <w:rPr>
                <w:sz w:val="16"/>
              </w:rPr>
              <w:t>583</w:t>
            </w:r>
          </w:p>
        </w:tc>
        <w:tc>
          <w:tcPr>
            <w:tcW w:type="dxa" w:w="1060"/>
            <w:shd w:fill="F9FBFB"/>
            <w:tcMar>
              <w:top w:w="45" w:type="dxa"/>
              <w:bottom w:w="45" w:type="dxa"/>
              <w:left w:w="30" w:type="dxa"/>
              <w:right w:w="30" w:type="dxa"/>
            </w:tcMar>
          </w:tcPr>
          <w:p>
            <w:pPr>
              <w:jc w:val="right"/>
            </w:pPr>
            <w:r>
              <w:rPr>
                <w:sz w:val="16"/>
              </w:rPr>
              <w:t>662</w:t>
            </w:r>
          </w:p>
        </w:tc>
        <w:tc>
          <w:tcPr>
            <w:tcW w:type="dxa" w:w="1060"/>
            <w:shd w:fill="F9FBFB"/>
            <w:tcMar>
              <w:top w:w="45" w:type="dxa"/>
              <w:bottom w:w="45" w:type="dxa"/>
              <w:left w:w="30" w:type="dxa"/>
              <w:right w:w="30" w:type="dxa"/>
            </w:tcMar>
          </w:tcPr>
          <w:p>
            <w:pPr>
              <w:jc w:val="right"/>
            </w:pPr>
            <w:r>
              <w:rPr>
                <w:sz w:val="16"/>
              </w:rPr>
              <w:t>732</w:t>
            </w:r>
          </w:p>
        </w:tc>
        <w:tc>
          <w:tcPr>
            <w:tcW w:type="dxa" w:w="1060"/>
            <w:shd w:fill="F9FBFB"/>
            <w:tcMar>
              <w:top w:w="45" w:type="dxa"/>
              <w:bottom w:w="45" w:type="dxa"/>
              <w:left w:w="30" w:type="dxa"/>
              <w:right w:w="30" w:type="dxa"/>
            </w:tcMar>
          </w:tcPr>
          <w:p>
            <w:pPr>
              <w:jc w:val="right"/>
            </w:pPr>
            <w:r>
              <w:rPr>
                <w:b/>
                <w:sz w:val="16"/>
              </w:rPr>
              <w:t>441</w:t>
            </w:r>
          </w:p>
        </w:tc>
        <w:tc>
          <w:tcPr>
            <w:tcW w:type="dxa" w:w="1224"/>
            <w:shd w:fill="F9FBFB"/>
            <w:tcMar>
              <w:top w:w="45" w:type="dxa"/>
              <w:bottom w:w="45" w:type="dxa"/>
              <w:left w:w="30" w:type="dxa"/>
              <w:right w:w="30" w:type="dxa"/>
            </w:tcMar>
          </w:tcPr>
          <w:p>
            <w:pPr>
              <w:jc w:val="right"/>
            </w:pPr>
            <w:r>
              <w:rPr>
                <w:color w:val="C0392B"/>
                <w:sz w:val="16"/>
              </w:rPr>
              <w:t>-291</w:t>
            </w:r>
          </w:p>
        </w:tc>
        <w:tc>
          <w:tcPr>
            <w:tcW w:type="dxa" w:w="1080"/>
            <w:shd w:fill="F9FBFB"/>
            <w:tcMar>
              <w:top w:w="45" w:type="dxa"/>
              <w:bottom w:w="45" w:type="dxa"/>
              <w:left w:w="30" w:type="dxa"/>
              <w:right w:w="30" w:type="dxa"/>
            </w:tcMar>
          </w:tcPr>
          <w:p>
            <w:pPr>
              <w:jc w:val="center"/>
            </w:pPr>
            <w:r>
              <w:rPr>
                <w:b/>
                <w:color w:val="C0392B"/>
                <w:sz w:val="16"/>
              </w:rPr>
              <w:t>-39.8%</w:t>
            </w:r>
          </w:p>
        </w:tc>
      </w:tr>
      <w:tr>
        <w:tc>
          <w:tcPr>
            <w:tcW w:type="dxa" w:w="504"/>
            <w:shd w:fill="FFFFFF"/>
            <w:tcMar>
              <w:top w:w="45" w:type="dxa"/>
              <w:bottom w:w="45" w:type="dxa"/>
              <w:left w:w="30" w:type="dxa"/>
              <w:right w:w="30" w:type="dxa"/>
            </w:tcMar>
          </w:tcPr>
          <w:p>
            <w:pPr>
              <w:jc w:val="center"/>
            </w:pPr>
            <w:r>
              <w:rPr>
                <w:sz w:val="16"/>
              </w:rPr>
              <w:t>11</w:t>
            </w:r>
          </w:p>
        </w:tc>
        <w:tc>
          <w:tcPr>
            <w:tcW w:type="dxa" w:w="936"/>
            <w:shd w:fill="FFFFFF"/>
            <w:tcMar>
              <w:top w:w="45" w:type="dxa"/>
              <w:bottom w:w="45" w:type="dxa"/>
              <w:left w:w="30" w:type="dxa"/>
              <w:right w:w="30" w:type="dxa"/>
            </w:tcMar>
          </w:tcPr>
          <w:p>
            <w:pPr>
              <w:jc w:val="left"/>
            </w:pPr>
            <w:r>
              <w:rPr>
                <w:sz w:val="16"/>
              </w:rPr>
              <w:t>KH0586</w:t>
            </w:r>
          </w:p>
        </w:tc>
        <w:tc>
          <w:tcPr>
            <w:tcW w:type="dxa" w:w="2880"/>
            <w:shd w:fill="FFFFFF"/>
            <w:tcMar>
              <w:top w:w="45" w:type="dxa"/>
              <w:bottom w:w="45" w:type="dxa"/>
              <w:left w:w="30" w:type="dxa"/>
              <w:right w:w="30" w:type="dxa"/>
            </w:tcMar>
          </w:tcPr>
          <w:p>
            <w:pPr>
              <w:jc w:val="left"/>
            </w:pPr>
            <w:r>
              <w:rPr>
                <w:sz w:val="16"/>
              </w:rPr>
              <w:t>CÔNG TY TNHH SƠN CAO</w:t>
            </w:r>
          </w:p>
        </w:tc>
        <w:tc>
          <w:tcPr>
            <w:tcW w:type="dxa" w:w="1060"/>
            <w:shd w:fill="FFFFFF"/>
            <w:tcMar>
              <w:top w:w="45" w:type="dxa"/>
              <w:bottom w:w="45" w:type="dxa"/>
              <w:left w:w="30" w:type="dxa"/>
              <w:right w:w="30" w:type="dxa"/>
            </w:tcMar>
          </w:tcPr>
          <w:p>
            <w:pPr>
              <w:jc w:val="right"/>
            </w:pPr>
            <w:r>
              <w:rPr>
                <w:sz w:val="16"/>
              </w:rPr>
              <w:t>719</w:t>
            </w:r>
          </w:p>
        </w:tc>
        <w:tc>
          <w:tcPr>
            <w:tcW w:type="dxa" w:w="1060"/>
            <w:shd w:fill="FFFFFF"/>
            <w:tcMar>
              <w:top w:w="45" w:type="dxa"/>
              <w:bottom w:w="45" w:type="dxa"/>
              <w:left w:w="30" w:type="dxa"/>
              <w:right w:w="30" w:type="dxa"/>
            </w:tcMar>
          </w:tcPr>
          <w:p>
            <w:pPr>
              <w:jc w:val="right"/>
            </w:pPr>
            <w:r>
              <w:rPr>
                <w:sz w:val="16"/>
              </w:rPr>
              <w:t>289</w:t>
            </w:r>
          </w:p>
        </w:tc>
        <w:tc>
          <w:tcPr>
            <w:tcW w:type="dxa" w:w="1060"/>
            <w:shd w:fill="FFFFFF"/>
            <w:tcMar>
              <w:top w:w="45" w:type="dxa"/>
              <w:bottom w:w="45" w:type="dxa"/>
              <w:left w:w="30" w:type="dxa"/>
              <w:right w:w="30" w:type="dxa"/>
            </w:tcMar>
          </w:tcPr>
          <w:p>
            <w:pPr>
              <w:jc w:val="right"/>
            </w:pPr>
            <w:r>
              <w:rPr>
                <w:sz w:val="16"/>
              </w:rPr>
              <w:t>890</w:t>
            </w:r>
          </w:p>
        </w:tc>
        <w:tc>
          <w:tcPr>
            <w:tcW w:type="dxa" w:w="1060"/>
            <w:shd w:fill="FFFFFF"/>
            <w:tcMar>
              <w:top w:w="45" w:type="dxa"/>
              <w:bottom w:w="45" w:type="dxa"/>
              <w:left w:w="30" w:type="dxa"/>
              <w:right w:w="30" w:type="dxa"/>
            </w:tcMar>
          </w:tcPr>
          <w:p>
            <w:pPr>
              <w:jc w:val="right"/>
            </w:pPr>
            <w:r>
              <w:rPr>
                <w:sz w:val="16"/>
              </w:rPr>
              <w:t>666</w:t>
            </w:r>
          </w:p>
        </w:tc>
        <w:tc>
          <w:tcPr>
            <w:tcW w:type="dxa" w:w="1060"/>
            <w:shd w:fill="FFFFFF"/>
            <w:tcMar>
              <w:top w:w="45" w:type="dxa"/>
              <w:bottom w:w="45" w:type="dxa"/>
              <w:left w:w="30" w:type="dxa"/>
              <w:right w:w="30" w:type="dxa"/>
            </w:tcMar>
          </w:tcPr>
          <w:p>
            <w:pPr>
              <w:jc w:val="right"/>
            </w:pPr>
            <w:r>
              <w:rPr>
                <w:sz w:val="16"/>
              </w:rPr>
              <w:t>678</w:t>
            </w:r>
          </w:p>
        </w:tc>
        <w:tc>
          <w:tcPr>
            <w:tcW w:type="dxa" w:w="1060"/>
            <w:shd w:fill="FFFFFF"/>
            <w:tcMar>
              <w:top w:w="45" w:type="dxa"/>
              <w:bottom w:w="45" w:type="dxa"/>
              <w:left w:w="30" w:type="dxa"/>
              <w:right w:w="30" w:type="dxa"/>
            </w:tcMar>
          </w:tcPr>
          <w:p>
            <w:pPr>
              <w:jc w:val="right"/>
            </w:pPr>
            <w:r>
              <w:rPr>
                <w:sz w:val="16"/>
              </w:rPr>
              <w:t>683</w:t>
            </w:r>
          </w:p>
        </w:tc>
        <w:tc>
          <w:tcPr>
            <w:tcW w:type="dxa" w:w="1060"/>
            <w:shd w:fill="FFFFFF"/>
            <w:tcMar>
              <w:top w:w="45" w:type="dxa"/>
              <w:bottom w:w="45" w:type="dxa"/>
              <w:left w:w="30" w:type="dxa"/>
              <w:right w:w="30" w:type="dxa"/>
            </w:tcMar>
          </w:tcPr>
          <w:p>
            <w:pPr>
              <w:jc w:val="right"/>
            </w:pPr>
            <w:r>
              <w:rPr>
                <w:sz w:val="16"/>
              </w:rPr>
              <w:t>727</w:t>
            </w:r>
          </w:p>
        </w:tc>
        <w:tc>
          <w:tcPr>
            <w:tcW w:type="dxa" w:w="1060"/>
            <w:shd w:fill="FFFFFF"/>
            <w:tcMar>
              <w:top w:w="45" w:type="dxa"/>
              <w:bottom w:w="45" w:type="dxa"/>
              <w:left w:w="30" w:type="dxa"/>
              <w:right w:w="30" w:type="dxa"/>
            </w:tcMar>
          </w:tcPr>
          <w:p>
            <w:pPr>
              <w:jc w:val="right"/>
            </w:pPr>
            <w:r>
              <w:rPr>
                <w:b/>
                <w:sz w:val="16"/>
              </w:rPr>
              <w:t>540</w:t>
            </w:r>
          </w:p>
        </w:tc>
        <w:tc>
          <w:tcPr>
            <w:tcW w:type="dxa" w:w="1224"/>
            <w:shd w:fill="FFFFFF"/>
            <w:tcMar>
              <w:top w:w="45" w:type="dxa"/>
              <w:bottom w:w="45" w:type="dxa"/>
              <w:left w:w="30" w:type="dxa"/>
              <w:right w:w="30" w:type="dxa"/>
            </w:tcMar>
          </w:tcPr>
          <w:p>
            <w:pPr>
              <w:jc w:val="right"/>
            </w:pPr>
            <w:r>
              <w:rPr>
                <w:color w:val="C0392B"/>
                <w:sz w:val="16"/>
              </w:rPr>
              <w:t>-187</w:t>
            </w:r>
          </w:p>
        </w:tc>
        <w:tc>
          <w:tcPr>
            <w:tcW w:type="dxa" w:w="1080"/>
            <w:shd w:fill="FFFFFF"/>
            <w:tcMar>
              <w:top w:w="45" w:type="dxa"/>
              <w:bottom w:w="45" w:type="dxa"/>
              <w:left w:w="30" w:type="dxa"/>
              <w:right w:w="30" w:type="dxa"/>
            </w:tcMar>
          </w:tcPr>
          <w:p>
            <w:pPr>
              <w:jc w:val="center"/>
            </w:pPr>
            <w:r>
              <w:rPr>
                <w:b/>
                <w:color w:val="C0392B"/>
                <w:sz w:val="16"/>
              </w:rPr>
              <w:t>-25.7%</w:t>
            </w:r>
          </w:p>
        </w:tc>
      </w:tr>
      <w:tr>
        <w:tc>
          <w:tcPr>
            <w:tcW w:type="dxa" w:w="504"/>
            <w:shd w:fill="F9FBFB"/>
            <w:tcMar>
              <w:top w:w="45" w:type="dxa"/>
              <w:bottom w:w="45" w:type="dxa"/>
              <w:left w:w="30" w:type="dxa"/>
              <w:right w:w="30" w:type="dxa"/>
            </w:tcMar>
          </w:tcPr>
          <w:p>
            <w:pPr>
              <w:jc w:val="center"/>
            </w:pPr>
            <w:r>
              <w:rPr>
                <w:sz w:val="16"/>
              </w:rPr>
              <w:t>12</w:t>
            </w:r>
          </w:p>
        </w:tc>
        <w:tc>
          <w:tcPr>
            <w:tcW w:type="dxa" w:w="936"/>
            <w:shd w:fill="F9FBFB"/>
            <w:tcMar>
              <w:top w:w="45" w:type="dxa"/>
              <w:bottom w:w="45" w:type="dxa"/>
              <w:left w:w="30" w:type="dxa"/>
              <w:right w:w="30" w:type="dxa"/>
            </w:tcMar>
          </w:tcPr>
          <w:p>
            <w:pPr>
              <w:jc w:val="left"/>
            </w:pPr>
            <w:r>
              <w:rPr>
                <w:sz w:val="16"/>
              </w:rPr>
              <w:t>KH0057</w:t>
            </w:r>
          </w:p>
        </w:tc>
        <w:tc>
          <w:tcPr>
            <w:tcW w:type="dxa" w:w="2880"/>
            <w:shd w:fill="F9FBFB"/>
            <w:tcMar>
              <w:top w:w="45" w:type="dxa"/>
              <w:bottom w:w="45" w:type="dxa"/>
              <w:left w:w="30" w:type="dxa"/>
              <w:right w:w="30" w:type="dxa"/>
            </w:tcMar>
          </w:tcPr>
          <w:p>
            <w:pPr>
              <w:jc w:val="left"/>
            </w:pPr>
            <w:r>
              <w:rPr>
                <w:sz w:val="16"/>
              </w:rPr>
              <w:t>CÔNG TY CỔ PHẦN GỖ TÂN THÀNH</w:t>
            </w:r>
          </w:p>
        </w:tc>
        <w:tc>
          <w:tcPr>
            <w:tcW w:type="dxa" w:w="1060"/>
            <w:shd w:fill="F9FBFB"/>
            <w:tcMar>
              <w:top w:w="45" w:type="dxa"/>
              <w:bottom w:w="45" w:type="dxa"/>
              <w:left w:w="30" w:type="dxa"/>
              <w:right w:w="30" w:type="dxa"/>
            </w:tcMar>
          </w:tcPr>
          <w:p>
            <w:pPr>
              <w:jc w:val="right"/>
            </w:pPr>
            <w:r>
              <w:rPr>
                <w:sz w:val="16"/>
              </w:rPr>
              <w:t>622</w:t>
            </w:r>
          </w:p>
        </w:tc>
        <w:tc>
          <w:tcPr>
            <w:tcW w:type="dxa" w:w="1060"/>
            <w:shd w:fill="F9FBFB"/>
            <w:tcMar>
              <w:top w:w="45" w:type="dxa"/>
              <w:bottom w:w="45" w:type="dxa"/>
              <w:left w:w="30" w:type="dxa"/>
              <w:right w:w="30" w:type="dxa"/>
            </w:tcMar>
          </w:tcPr>
          <w:p>
            <w:pPr>
              <w:jc w:val="right"/>
            </w:pPr>
            <w:r>
              <w:rPr>
                <w:sz w:val="16"/>
              </w:rPr>
              <w:t>575</w:t>
            </w:r>
          </w:p>
        </w:tc>
        <w:tc>
          <w:tcPr>
            <w:tcW w:type="dxa" w:w="1060"/>
            <w:shd w:fill="F9FBFB"/>
            <w:tcMar>
              <w:top w:w="45" w:type="dxa"/>
              <w:bottom w:w="45" w:type="dxa"/>
              <w:left w:w="30" w:type="dxa"/>
              <w:right w:w="30" w:type="dxa"/>
            </w:tcMar>
          </w:tcPr>
          <w:p>
            <w:pPr>
              <w:jc w:val="right"/>
            </w:pPr>
            <w:r>
              <w:rPr>
                <w:sz w:val="16"/>
              </w:rPr>
              <w:t>371</w:t>
            </w:r>
          </w:p>
        </w:tc>
        <w:tc>
          <w:tcPr>
            <w:tcW w:type="dxa" w:w="1060"/>
            <w:shd w:fill="F9FBFB"/>
            <w:tcMar>
              <w:top w:w="45" w:type="dxa"/>
              <w:bottom w:w="45" w:type="dxa"/>
              <w:left w:w="30" w:type="dxa"/>
              <w:right w:w="30" w:type="dxa"/>
            </w:tcMar>
          </w:tcPr>
          <w:p>
            <w:pPr>
              <w:jc w:val="right"/>
            </w:pPr>
            <w:r>
              <w:rPr>
                <w:sz w:val="16"/>
              </w:rPr>
              <w:t>601</w:t>
            </w:r>
          </w:p>
        </w:tc>
        <w:tc>
          <w:tcPr>
            <w:tcW w:type="dxa" w:w="1060"/>
            <w:shd w:fill="F9FBFB"/>
            <w:tcMar>
              <w:top w:w="45" w:type="dxa"/>
              <w:bottom w:w="45" w:type="dxa"/>
              <w:left w:w="30" w:type="dxa"/>
              <w:right w:w="30" w:type="dxa"/>
            </w:tcMar>
          </w:tcPr>
          <w:p>
            <w:pPr>
              <w:jc w:val="right"/>
            </w:pPr>
            <w:r>
              <w:rPr>
                <w:sz w:val="16"/>
              </w:rPr>
              <w:t>612</w:t>
            </w:r>
          </w:p>
        </w:tc>
        <w:tc>
          <w:tcPr>
            <w:tcW w:type="dxa" w:w="1060"/>
            <w:shd w:fill="F9FBFB"/>
            <w:tcMar>
              <w:top w:w="45" w:type="dxa"/>
              <w:bottom w:w="45" w:type="dxa"/>
              <w:left w:w="30" w:type="dxa"/>
              <w:right w:w="30" w:type="dxa"/>
            </w:tcMar>
          </w:tcPr>
          <w:p>
            <w:pPr>
              <w:jc w:val="right"/>
            </w:pPr>
            <w:r>
              <w:rPr>
                <w:sz w:val="16"/>
              </w:rPr>
              <w:t>568</w:t>
            </w:r>
          </w:p>
        </w:tc>
        <w:tc>
          <w:tcPr>
            <w:tcW w:type="dxa" w:w="1060"/>
            <w:shd w:fill="F9FBFB"/>
            <w:tcMar>
              <w:top w:w="45" w:type="dxa"/>
              <w:bottom w:w="45" w:type="dxa"/>
              <w:left w:w="30" w:type="dxa"/>
              <w:right w:w="30" w:type="dxa"/>
            </w:tcMar>
          </w:tcPr>
          <w:p>
            <w:pPr>
              <w:jc w:val="right"/>
            </w:pPr>
            <w:r>
              <w:rPr>
                <w:sz w:val="16"/>
              </w:rPr>
              <w:t>592</w:t>
            </w:r>
          </w:p>
        </w:tc>
        <w:tc>
          <w:tcPr>
            <w:tcW w:type="dxa" w:w="1060"/>
            <w:shd w:fill="F9FBFB"/>
            <w:tcMar>
              <w:top w:w="45" w:type="dxa"/>
              <w:bottom w:w="45" w:type="dxa"/>
              <w:left w:w="30" w:type="dxa"/>
              <w:right w:w="30" w:type="dxa"/>
            </w:tcMar>
          </w:tcPr>
          <w:p>
            <w:pPr>
              <w:jc w:val="right"/>
            </w:pPr>
            <w:r>
              <w:rPr>
                <w:b/>
                <w:sz w:val="16"/>
              </w:rPr>
              <w:t>826</w:t>
            </w:r>
          </w:p>
        </w:tc>
        <w:tc>
          <w:tcPr>
            <w:tcW w:type="dxa" w:w="1224"/>
            <w:shd w:fill="F9FBFB"/>
            <w:tcMar>
              <w:top w:w="45" w:type="dxa"/>
              <w:bottom w:w="45" w:type="dxa"/>
              <w:left w:w="30" w:type="dxa"/>
              <w:right w:w="30" w:type="dxa"/>
            </w:tcMar>
          </w:tcPr>
          <w:p>
            <w:pPr>
              <w:jc w:val="right"/>
            </w:pPr>
            <w:r>
              <w:rPr>
                <w:color w:val="27AE60"/>
                <w:sz w:val="16"/>
              </w:rPr>
              <w:t>+234</w:t>
            </w:r>
          </w:p>
        </w:tc>
        <w:tc>
          <w:tcPr>
            <w:tcW w:type="dxa" w:w="1080"/>
            <w:shd w:fill="F9FBFB"/>
            <w:tcMar>
              <w:top w:w="45" w:type="dxa"/>
              <w:bottom w:w="45" w:type="dxa"/>
              <w:left w:w="30" w:type="dxa"/>
              <w:right w:w="30" w:type="dxa"/>
            </w:tcMar>
          </w:tcPr>
          <w:p>
            <w:pPr>
              <w:jc w:val="center"/>
            </w:pPr>
            <w:r>
              <w:rPr>
                <w:b/>
                <w:color w:val="27AE60"/>
                <w:sz w:val="16"/>
              </w:rPr>
              <w:t>+39.5%</w:t>
            </w:r>
          </w:p>
        </w:tc>
      </w:tr>
      <w:tr>
        <w:tc>
          <w:tcPr>
            <w:tcW w:type="dxa" w:w="504"/>
            <w:shd w:fill="FFFFFF"/>
            <w:tcMar>
              <w:top w:w="45" w:type="dxa"/>
              <w:bottom w:w="45" w:type="dxa"/>
              <w:left w:w="30" w:type="dxa"/>
              <w:right w:w="30" w:type="dxa"/>
            </w:tcMar>
          </w:tcPr>
          <w:p>
            <w:pPr>
              <w:jc w:val="center"/>
            </w:pPr>
            <w:r>
              <w:rPr>
                <w:sz w:val="16"/>
              </w:rPr>
              <w:t>13</w:t>
            </w:r>
          </w:p>
        </w:tc>
        <w:tc>
          <w:tcPr>
            <w:tcW w:type="dxa" w:w="936"/>
            <w:shd w:fill="FFFFFF"/>
            <w:tcMar>
              <w:top w:w="45" w:type="dxa"/>
              <w:bottom w:w="45" w:type="dxa"/>
              <w:left w:w="30" w:type="dxa"/>
              <w:right w:w="30" w:type="dxa"/>
            </w:tcMar>
          </w:tcPr>
          <w:p>
            <w:pPr>
              <w:jc w:val="left"/>
            </w:pPr>
            <w:r>
              <w:rPr>
                <w:sz w:val="16"/>
              </w:rPr>
              <w:t>KH0496</w:t>
            </w:r>
          </w:p>
        </w:tc>
        <w:tc>
          <w:tcPr>
            <w:tcW w:type="dxa" w:w="2880"/>
            <w:shd w:fill="FFFFFF"/>
            <w:tcMar>
              <w:top w:w="45" w:type="dxa"/>
              <w:bottom w:w="45" w:type="dxa"/>
              <w:left w:w="30" w:type="dxa"/>
              <w:right w:w="30" w:type="dxa"/>
            </w:tcMar>
          </w:tcPr>
          <w:p>
            <w:pPr>
              <w:jc w:val="left"/>
            </w:pPr>
            <w:r>
              <w:rPr>
                <w:sz w:val="16"/>
              </w:rPr>
              <w:t>CÔNG TY TNHH SẢN XUẤT THỊNH VIỆT</w:t>
            </w:r>
          </w:p>
        </w:tc>
        <w:tc>
          <w:tcPr>
            <w:tcW w:type="dxa" w:w="1060"/>
            <w:shd w:fill="FFFFFF"/>
            <w:tcMar>
              <w:top w:w="45" w:type="dxa"/>
              <w:bottom w:w="45" w:type="dxa"/>
              <w:left w:w="30" w:type="dxa"/>
              <w:right w:w="30" w:type="dxa"/>
            </w:tcMar>
          </w:tcPr>
          <w:p>
            <w:pPr>
              <w:jc w:val="right"/>
            </w:pPr>
            <w:r>
              <w:rPr>
                <w:sz w:val="16"/>
              </w:rPr>
              <w:t>422</w:t>
            </w:r>
          </w:p>
        </w:tc>
        <w:tc>
          <w:tcPr>
            <w:tcW w:type="dxa" w:w="1060"/>
            <w:shd w:fill="FFFFFF"/>
            <w:tcMar>
              <w:top w:w="45" w:type="dxa"/>
              <w:bottom w:w="45" w:type="dxa"/>
              <w:left w:w="30" w:type="dxa"/>
              <w:right w:w="30" w:type="dxa"/>
            </w:tcMar>
          </w:tcPr>
          <w:p>
            <w:pPr>
              <w:jc w:val="right"/>
            </w:pPr>
            <w:r>
              <w:rPr>
                <w:sz w:val="16"/>
              </w:rPr>
              <w:t>341</w:t>
            </w:r>
          </w:p>
        </w:tc>
        <w:tc>
          <w:tcPr>
            <w:tcW w:type="dxa" w:w="1060"/>
            <w:shd w:fill="FFFFFF"/>
            <w:tcMar>
              <w:top w:w="45" w:type="dxa"/>
              <w:bottom w:w="45" w:type="dxa"/>
              <w:left w:w="30" w:type="dxa"/>
              <w:right w:w="30" w:type="dxa"/>
            </w:tcMar>
          </w:tcPr>
          <w:p>
            <w:pPr>
              <w:jc w:val="right"/>
            </w:pPr>
            <w:r>
              <w:rPr>
                <w:sz w:val="16"/>
              </w:rPr>
              <w:t>707</w:t>
            </w:r>
          </w:p>
        </w:tc>
        <w:tc>
          <w:tcPr>
            <w:tcW w:type="dxa" w:w="1060"/>
            <w:shd w:fill="FFFFFF"/>
            <w:tcMar>
              <w:top w:w="45" w:type="dxa"/>
              <w:bottom w:w="45" w:type="dxa"/>
              <w:left w:w="30" w:type="dxa"/>
              <w:right w:w="30" w:type="dxa"/>
            </w:tcMar>
          </w:tcPr>
          <w:p>
            <w:pPr>
              <w:jc w:val="right"/>
            </w:pPr>
            <w:r>
              <w:rPr>
                <w:sz w:val="16"/>
              </w:rPr>
              <w:t>492</w:t>
            </w:r>
          </w:p>
        </w:tc>
        <w:tc>
          <w:tcPr>
            <w:tcW w:type="dxa" w:w="1060"/>
            <w:shd w:fill="FFFFFF"/>
            <w:tcMar>
              <w:top w:w="45" w:type="dxa"/>
              <w:bottom w:w="45" w:type="dxa"/>
              <w:left w:w="30" w:type="dxa"/>
              <w:right w:w="30" w:type="dxa"/>
            </w:tcMar>
          </w:tcPr>
          <w:p>
            <w:pPr>
              <w:jc w:val="right"/>
            </w:pPr>
            <w:r>
              <w:rPr>
                <w:sz w:val="16"/>
              </w:rPr>
              <w:t>496</w:t>
            </w:r>
          </w:p>
        </w:tc>
        <w:tc>
          <w:tcPr>
            <w:tcW w:type="dxa" w:w="1060"/>
            <w:shd w:fill="FFFFFF"/>
            <w:tcMar>
              <w:top w:w="45" w:type="dxa"/>
              <w:bottom w:w="45" w:type="dxa"/>
              <w:left w:w="30" w:type="dxa"/>
              <w:right w:w="30" w:type="dxa"/>
            </w:tcMar>
          </w:tcPr>
          <w:p>
            <w:pPr>
              <w:jc w:val="right"/>
            </w:pPr>
            <w:r>
              <w:rPr>
                <w:sz w:val="16"/>
              </w:rPr>
              <w:t>861</w:t>
            </w:r>
          </w:p>
        </w:tc>
        <w:tc>
          <w:tcPr>
            <w:tcW w:type="dxa" w:w="1060"/>
            <w:shd w:fill="FFFFFF"/>
            <w:tcMar>
              <w:top w:w="45" w:type="dxa"/>
              <w:bottom w:w="45" w:type="dxa"/>
              <w:left w:w="30" w:type="dxa"/>
              <w:right w:w="30" w:type="dxa"/>
            </w:tcMar>
          </w:tcPr>
          <w:p>
            <w:pPr>
              <w:jc w:val="right"/>
            </w:pPr>
            <w:r>
              <w:rPr>
                <w:sz w:val="16"/>
              </w:rPr>
              <w:t>829</w:t>
            </w:r>
          </w:p>
        </w:tc>
        <w:tc>
          <w:tcPr>
            <w:tcW w:type="dxa" w:w="1060"/>
            <w:shd w:fill="FFFFFF"/>
            <w:tcMar>
              <w:top w:w="45" w:type="dxa"/>
              <w:bottom w:w="45" w:type="dxa"/>
              <w:left w:w="30" w:type="dxa"/>
              <w:right w:w="30" w:type="dxa"/>
            </w:tcMar>
          </w:tcPr>
          <w:p>
            <w:pPr>
              <w:jc w:val="right"/>
            </w:pPr>
            <w:r>
              <w:rPr>
                <w:b/>
                <w:sz w:val="16"/>
              </w:rPr>
              <w:t>387</w:t>
            </w:r>
          </w:p>
        </w:tc>
        <w:tc>
          <w:tcPr>
            <w:tcW w:type="dxa" w:w="1224"/>
            <w:shd w:fill="FFFFFF"/>
            <w:tcMar>
              <w:top w:w="45" w:type="dxa"/>
              <w:bottom w:w="45" w:type="dxa"/>
              <w:left w:w="30" w:type="dxa"/>
              <w:right w:w="30" w:type="dxa"/>
            </w:tcMar>
          </w:tcPr>
          <w:p>
            <w:pPr>
              <w:jc w:val="right"/>
            </w:pPr>
            <w:r>
              <w:rPr>
                <w:color w:val="C0392B"/>
                <w:sz w:val="16"/>
              </w:rPr>
              <w:t>-442</w:t>
            </w:r>
          </w:p>
        </w:tc>
        <w:tc>
          <w:tcPr>
            <w:tcW w:type="dxa" w:w="1080"/>
            <w:shd w:fill="FFFFFF"/>
            <w:tcMar>
              <w:top w:w="45" w:type="dxa"/>
              <w:bottom w:w="45" w:type="dxa"/>
              <w:left w:w="30" w:type="dxa"/>
              <w:right w:w="30" w:type="dxa"/>
            </w:tcMar>
          </w:tcPr>
          <w:p>
            <w:pPr>
              <w:jc w:val="center"/>
            </w:pPr>
            <w:r>
              <w:rPr>
                <w:b/>
                <w:color w:val="C0392B"/>
                <w:sz w:val="16"/>
              </w:rPr>
              <w:t>-53.3%</w:t>
            </w:r>
          </w:p>
        </w:tc>
      </w:tr>
      <w:tr>
        <w:tc>
          <w:tcPr>
            <w:tcW w:type="dxa" w:w="504"/>
            <w:shd w:fill="F9FBFB"/>
            <w:tcMar>
              <w:top w:w="45" w:type="dxa"/>
              <w:bottom w:w="45" w:type="dxa"/>
              <w:left w:w="30" w:type="dxa"/>
              <w:right w:w="30" w:type="dxa"/>
            </w:tcMar>
          </w:tcPr>
          <w:p>
            <w:pPr>
              <w:jc w:val="center"/>
            </w:pPr>
            <w:r>
              <w:rPr>
                <w:sz w:val="16"/>
              </w:rPr>
              <w:t>14</w:t>
            </w:r>
          </w:p>
        </w:tc>
        <w:tc>
          <w:tcPr>
            <w:tcW w:type="dxa" w:w="936"/>
            <w:shd w:fill="F9FBFB"/>
            <w:tcMar>
              <w:top w:w="45" w:type="dxa"/>
              <w:bottom w:w="45" w:type="dxa"/>
              <w:left w:w="30" w:type="dxa"/>
              <w:right w:w="30" w:type="dxa"/>
            </w:tcMar>
          </w:tcPr>
          <w:p>
            <w:pPr>
              <w:jc w:val="left"/>
            </w:pPr>
            <w:r>
              <w:rPr>
                <w:sz w:val="16"/>
              </w:rPr>
              <w:t>KH0797</w:t>
            </w:r>
          </w:p>
        </w:tc>
        <w:tc>
          <w:tcPr>
            <w:tcW w:type="dxa" w:w="2880"/>
            <w:shd w:fill="F9FBFB"/>
            <w:tcMar>
              <w:top w:w="45" w:type="dxa"/>
              <w:bottom w:w="45" w:type="dxa"/>
              <w:left w:w="30" w:type="dxa"/>
              <w:right w:w="30" w:type="dxa"/>
            </w:tcMar>
          </w:tcPr>
          <w:p>
            <w:pPr>
              <w:jc w:val="left"/>
            </w:pPr>
            <w:r>
              <w:rPr>
                <w:sz w:val="16"/>
              </w:rPr>
              <w:t>CÔNG TY CỔ PHẦN TẬP ĐOÀN KỸ NGHỆ GỖ TRƯỜNG THÀNH</w:t>
            </w:r>
          </w:p>
        </w:tc>
        <w:tc>
          <w:tcPr>
            <w:tcW w:type="dxa" w:w="1060"/>
            <w:shd w:fill="F9FBFB"/>
            <w:tcMar>
              <w:top w:w="45" w:type="dxa"/>
              <w:bottom w:w="45" w:type="dxa"/>
              <w:left w:w="30" w:type="dxa"/>
              <w:right w:w="30" w:type="dxa"/>
            </w:tcMar>
          </w:tcPr>
          <w:p>
            <w:pPr>
              <w:jc w:val="right"/>
            </w:pPr>
            <w:r>
              <w:rPr>
                <w:sz w:val="16"/>
              </w:rPr>
              <w:t>654</w:t>
            </w:r>
          </w:p>
        </w:tc>
        <w:tc>
          <w:tcPr>
            <w:tcW w:type="dxa" w:w="1060"/>
            <w:shd w:fill="F9FBFB"/>
            <w:tcMar>
              <w:top w:w="45" w:type="dxa"/>
              <w:bottom w:w="45" w:type="dxa"/>
              <w:left w:w="30" w:type="dxa"/>
              <w:right w:w="30" w:type="dxa"/>
            </w:tcMar>
          </w:tcPr>
          <w:p>
            <w:pPr>
              <w:jc w:val="right"/>
            </w:pPr>
            <w:r>
              <w:rPr>
                <w:sz w:val="16"/>
              </w:rPr>
              <w:t>101</w:t>
            </w:r>
          </w:p>
        </w:tc>
        <w:tc>
          <w:tcPr>
            <w:tcW w:type="dxa" w:w="1060"/>
            <w:shd w:fill="F9FBFB"/>
            <w:tcMar>
              <w:top w:w="45" w:type="dxa"/>
              <w:bottom w:w="45" w:type="dxa"/>
              <w:left w:w="30" w:type="dxa"/>
              <w:right w:w="30" w:type="dxa"/>
            </w:tcMar>
          </w:tcPr>
          <w:p>
            <w:pPr>
              <w:jc w:val="right"/>
            </w:pPr>
            <w:r>
              <w:rPr>
                <w:sz w:val="16"/>
              </w:rPr>
              <w:t>648</w:t>
            </w:r>
          </w:p>
        </w:tc>
        <w:tc>
          <w:tcPr>
            <w:tcW w:type="dxa" w:w="1060"/>
            <w:shd w:fill="F9FBFB"/>
            <w:tcMar>
              <w:top w:w="45" w:type="dxa"/>
              <w:bottom w:w="45" w:type="dxa"/>
              <w:left w:w="30" w:type="dxa"/>
              <w:right w:w="30" w:type="dxa"/>
            </w:tcMar>
          </w:tcPr>
          <w:p>
            <w:pPr>
              <w:jc w:val="right"/>
            </w:pPr>
            <w:r>
              <w:rPr>
                <w:sz w:val="16"/>
              </w:rPr>
              <w:t>634</w:t>
            </w:r>
          </w:p>
        </w:tc>
        <w:tc>
          <w:tcPr>
            <w:tcW w:type="dxa" w:w="1060"/>
            <w:shd w:fill="F9FBFB"/>
            <w:tcMar>
              <w:top w:w="45" w:type="dxa"/>
              <w:bottom w:w="45" w:type="dxa"/>
              <w:left w:w="30" w:type="dxa"/>
              <w:right w:w="30" w:type="dxa"/>
            </w:tcMar>
          </w:tcPr>
          <w:p>
            <w:pPr>
              <w:jc w:val="right"/>
            </w:pPr>
            <w:r>
              <w:rPr>
                <w:sz w:val="16"/>
              </w:rPr>
              <w:t>216</w:t>
            </w:r>
          </w:p>
        </w:tc>
        <w:tc>
          <w:tcPr>
            <w:tcW w:type="dxa" w:w="1060"/>
            <w:shd w:fill="F9FBFB"/>
            <w:tcMar>
              <w:top w:w="45" w:type="dxa"/>
              <w:bottom w:w="45" w:type="dxa"/>
              <w:left w:w="30" w:type="dxa"/>
              <w:right w:w="30" w:type="dxa"/>
            </w:tcMar>
          </w:tcPr>
          <w:p>
            <w:pPr>
              <w:jc w:val="right"/>
            </w:pPr>
            <w:r>
              <w:rPr>
                <w:sz w:val="16"/>
              </w:rPr>
              <w:t>663</w:t>
            </w:r>
          </w:p>
        </w:tc>
        <w:tc>
          <w:tcPr>
            <w:tcW w:type="dxa" w:w="1060"/>
            <w:shd w:fill="F9FBFB"/>
            <w:tcMar>
              <w:top w:w="45" w:type="dxa"/>
              <w:bottom w:w="45" w:type="dxa"/>
              <w:left w:w="30" w:type="dxa"/>
              <w:right w:w="30" w:type="dxa"/>
            </w:tcMar>
          </w:tcPr>
          <w:p>
            <w:pPr>
              <w:jc w:val="right"/>
            </w:pPr>
            <w:r>
              <w:rPr>
                <w:sz w:val="16"/>
              </w:rPr>
              <w:t>928</w:t>
            </w:r>
          </w:p>
        </w:tc>
        <w:tc>
          <w:tcPr>
            <w:tcW w:type="dxa" w:w="1060"/>
            <w:shd w:fill="F9FBFB"/>
            <w:tcMar>
              <w:top w:w="45" w:type="dxa"/>
              <w:bottom w:w="45" w:type="dxa"/>
              <w:left w:w="30" w:type="dxa"/>
              <w:right w:w="30" w:type="dxa"/>
            </w:tcMar>
          </w:tcPr>
          <w:p>
            <w:pPr>
              <w:jc w:val="right"/>
            </w:pPr>
            <w:r>
              <w:rPr>
                <w:b/>
                <w:sz w:val="16"/>
              </w:rPr>
              <w:t>634</w:t>
            </w:r>
          </w:p>
        </w:tc>
        <w:tc>
          <w:tcPr>
            <w:tcW w:type="dxa" w:w="1224"/>
            <w:shd w:fill="F9FBFB"/>
            <w:tcMar>
              <w:top w:w="45" w:type="dxa"/>
              <w:bottom w:w="45" w:type="dxa"/>
              <w:left w:w="30" w:type="dxa"/>
              <w:right w:w="30" w:type="dxa"/>
            </w:tcMar>
          </w:tcPr>
          <w:p>
            <w:pPr>
              <w:jc w:val="right"/>
            </w:pPr>
            <w:r>
              <w:rPr>
                <w:color w:val="C0392B"/>
                <w:sz w:val="16"/>
              </w:rPr>
              <w:t>-294</w:t>
            </w:r>
          </w:p>
        </w:tc>
        <w:tc>
          <w:tcPr>
            <w:tcW w:type="dxa" w:w="1080"/>
            <w:shd w:fill="F9FBFB"/>
            <w:tcMar>
              <w:top w:w="45" w:type="dxa"/>
              <w:bottom w:w="45" w:type="dxa"/>
              <w:left w:w="30" w:type="dxa"/>
              <w:right w:w="30" w:type="dxa"/>
            </w:tcMar>
          </w:tcPr>
          <w:p>
            <w:pPr>
              <w:jc w:val="center"/>
            </w:pPr>
            <w:r>
              <w:rPr>
                <w:b/>
                <w:color w:val="C0392B"/>
                <w:sz w:val="16"/>
              </w:rPr>
              <w:t>-31.7%</w:t>
            </w:r>
          </w:p>
        </w:tc>
      </w:tr>
      <w:tr>
        <w:tc>
          <w:tcPr>
            <w:tcW w:type="dxa" w:w="504"/>
            <w:shd w:fill="FFFFFF"/>
            <w:tcMar>
              <w:top w:w="45" w:type="dxa"/>
              <w:bottom w:w="45" w:type="dxa"/>
              <w:left w:w="30" w:type="dxa"/>
              <w:right w:w="30" w:type="dxa"/>
            </w:tcMar>
          </w:tcPr>
          <w:p>
            <w:pPr>
              <w:jc w:val="center"/>
            </w:pPr>
            <w:r>
              <w:rPr>
                <w:sz w:val="16"/>
              </w:rPr>
              <w:t>15</w:t>
            </w:r>
          </w:p>
        </w:tc>
        <w:tc>
          <w:tcPr>
            <w:tcW w:type="dxa" w:w="936"/>
            <w:shd w:fill="FFFFFF"/>
            <w:tcMar>
              <w:top w:w="45" w:type="dxa"/>
              <w:bottom w:w="45" w:type="dxa"/>
              <w:left w:w="30" w:type="dxa"/>
              <w:right w:w="30" w:type="dxa"/>
            </w:tcMar>
          </w:tcPr>
          <w:p>
            <w:pPr>
              <w:jc w:val="left"/>
            </w:pPr>
            <w:r>
              <w:rPr>
                <w:sz w:val="16"/>
              </w:rPr>
              <w:t>KH0314</w:t>
            </w:r>
          </w:p>
        </w:tc>
        <w:tc>
          <w:tcPr>
            <w:tcW w:type="dxa" w:w="2880"/>
            <w:shd w:fill="FFFFFF"/>
            <w:tcMar>
              <w:top w:w="45" w:type="dxa"/>
              <w:bottom w:w="45" w:type="dxa"/>
              <w:left w:w="30" w:type="dxa"/>
              <w:right w:w="30" w:type="dxa"/>
            </w:tcMar>
          </w:tcPr>
          <w:p>
            <w:pPr>
              <w:jc w:val="left"/>
            </w:pPr>
            <w:r>
              <w:rPr>
                <w:sz w:val="16"/>
              </w:rPr>
              <w:t>CÔNG TY TNHH KIM PHONG</w:t>
            </w:r>
          </w:p>
        </w:tc>
        <w:tc>
          <w:tcPr>
            <w:tcW w:type="dxa" w:w="1060"/>
            <w:shd w:fill="FFFFFF"/>
            <w:tcMar>
              <w:top w:w="45" w:type="dxa"/>
              <w:bottom w:w="45" w:type="dxa"/>
              <w:left w:w="30" w:type="dxa"/>
              <w:right w:w="30" w:type="dxa"/>
            </w:tcMar>
          </w:tcPr>
          <w:p>
            <w:pPr>
              <w:jc w:val="right"/>
            </w:pPr>
            <w:r>
              <w:rPr>
                <w:sz w:val="16"/>
              </w:rPr>
              <w:t>542</w:t>
            </w:r>
          </w:p>
        </w:tc>
        <w:tc>
          <w:tcPr>
            <w:tcW w:type="dxa" w:w="1060"/>
            <w:shd w:fill="FFFFFF"/>
            <w:tcMar>
              <w:top w:w="45" w:type="dxa"/>
              <w:bottom w:w="45" w:type="dxa"/>
              <w:left w:w="30" w:type="dxa"/>
              <w:right w:w="30" w:type="dxa"/>
            </w:tcMar>
          </w:tcPr>
          <w:p>
            <w:pPr>
              <w:jc w:val="right"/>
            </w:pPr>
            <w:r>
              <w:rPr>
                <w:sz w:val="16"/>
              </w:rPr>
              <w:t>239</w:t>
            </w:r>
          </w:p>
        </w:tc>
        <w:tc>
          <w:tcPr>
            <w:tcW w:type="dxa" w:w="1060"/>
            <w:shd w:fill="FFFFFF"/>
            <w:tcMar>
              <w:top w:w="45" w:type="dxa"/>
              <w:bottom w:w="45" w:type="dxa"/>
              <w:left w:w="30" w:type="dxa"/>
              <w:right w:w="30" w:type="dxa"/>
            </w:tcMar>
          </w:tcPr>
          <w:p>
            <w:pPr>
              <w:jc w:val="right"/>
            </w:pPr>
            <w:r>
              <w:rPr>
                <w:sz w:val="16"/>
              </w:rPr>
              <w:t>311</w:t>
            </w:r>
          </w:p>
        </w:tc>
        <w:tc>
          <w:tcPr>
            <w:tcW w:type="dxa" w:w="1060"/>
            <w:shd w:fill="FFFFFF"/>
            <w:tcMar>
              <w:top w:w="45" w:type="dxa"/>
              <w:bottom w:w="45" w:type="dxa"/>
              <w:left w:w="30" w:type="dxa"/>
              <w:right w:w="30" w:type="dxa"/>
            </w:tcMar>
          </w:tcPr>
          <w:p>
            <w:pPr>
              <w:jc w:val="right"/>
            </w:pPr>
            <w:r>
              <w:rPr>
                <w:sz w:val="16"/>
              </w:rPr>
              <w:t>641</w:t>
            </w:r>
          </w:p>
        </w:tc>
        <w:tc>
          <w:tcPr>
            <w:tcW w:type="dxa" w:w="1060"/>
            <w:shd w:fill="FFFFFF"/>
            <w:tcMar>
              <w:top w:w="45" w:type="dxa"/>
              <w:bottom w:w="45" w:type="dxa"/>
              <w:left w:w="30" w:type="dxa"/>
              <w:right w:w="30" w:type="dxa"/>
            </w:tcMar>
          </w:tcPr>
          <w:p>
            <w:pPr>
              <w:jc w:val="right"/>
            </w:pPr>
            <w:r>
              <w:rPr>
                <w:sz w:val="16"/>
              </w:rPr>
              <w:t>911</w:t>
            </w:r>
          </w:p>
        </w:tc>
        <w:tc>
          <w:tcPr>
            <w:tcW w:type="dxa" w:w="1060"/>
            <w:shd w:fill="FFFFFF"/>
            <w:tcMar>
              <w:top w:w="45" w:type="dxa"/>
              <w:bottom w:w="45" w:type="dxa"/>
              <w:left w:w="30" w:type="dxa"/>
              <w:right w:w="30" w:type="dxa"/>
            </w:tcMar>
          </w:tcPr>
          <w:p>
            <w:pPr>
              <w:jc w:val="right"/>
            </w:pPr>
            <w:r>
              <w:rPr>
                <w:sz w:val="16"/>
              </w:rPr>
              <w:t>743</w:t>
            </w:r>
          </w:p>
        </w:tc>
        <w:tc>
          <w:tcPr>
            <w:tcW w:type="dxa" w:w="1060"/>
            <w:shd w:fill="FFFFFF"/>
            <w:tcMar>
              <w:top w:w="45" w:type="dxa"/>
              <w:bottom w:w="45" w:type="dxa"/>
              <w:left w:w="30" w:type="dxa"/>
              <w:right w:w="30" w:type="dxa"/>
            </w:tcMar>
          </w:tcPr>
          <w:p>
            <w:pPr>
              <w:jc w:val="right"/>
            </w:pPr>
            <w:r>
              <w:rPr>
                <w:sz w:val="16"/>
              </w:rPr>
              <w:t>881</w:t>
            </w:r>
          </w:p>
        </w:tc>
        <w:tc>
          <w:tcPr>
            <w:tcW w:type="dxa" w:w="1060"/>
            <w:shd w:fill="FFFFFF"/>
            <w:tcMar>
              <w:top w:w="45" w:type="dxa"/>
              <w:bottom w:w="45" w:type="dxa"/>
              <w:left w:w="30" w:type="dxa"/>
              <w:right w:w="30" w:type="dxa"/>
            </w:tcMar>
          </w:tcPr>
          <w:p>
            <w:pPr>
              <w:jc w:val="right"/>
            </w:pPr>
            <w:r>
              <w:rPr>
                <w:b/>
                <w:sz w:val="16"/>
              </w:rPr>
              <w:t>197</w:t>
            </w:r>
          </w:p>
        </w:tc>
        <w:tc>
          <w:tcPr>
            <w:tcW w:type="dxa" w:w="1224"/>
            <w:shd w:fill="FFFFFF"/>
            <w:tcMar>
              <w:top w:w="45" w:type="dxa"/>
              <w:bottom w:w="45" w:type="dxa"/>
              <w:left w:w="30" w:type="dxa"/>
              <w:right w:w="30" w:type="dxa"/>
            </w:tcMar>
          </w:tcPr>
          <w:p>
            <w:pPr>
              <w:jc w:val="right"/>
            </w:pPr>
            <w:r>
              <w:rPr>
                <w:color w:val="C0392B"/>
                <w:sz w:val="16"/>
              </w:rPr>
              <w:t>-684</w:t>
            </w:r>
          </w:p>
        </w:tc>
        <w:tc>
          <w:tcPr>
            <w:tcW w:type="dxa" w:w="1080"/>
            <w:shd w:fill="FFFFFF"/>
            <w:tcMar>
              <w:top w:w="45" w:type="dxa"/>
              <w:bottom w:w="45" w:type="dxa"/>
              <w:left w:w="30" w:type="dxa"/>
              <w:right w:w="30" w:type="dxa"/>
            </w:tcMar>
          </w:tcPr>
          <w:p>
            <w:pPr>
              <w:jc w:val="center"/>
            </w:pPr>
            <w:r>
              <w:rPr>
                <w:b/>
                <w:color w:val="C0392B"/>
                <w:sz w:val="16"/>
              </w:rPr>
              <w:t>-77.6%</w:t>
            </w:r>
          </w:p>
        </w:tc>
      </w:tr>
      <w:tr>
        <w:tc>
          <w:tcPr>
            <w:tcW w:type="dxa" w:w="504"/>
            <w:shd w:fill="F9FBFB"/>
            <w:tcMar>
              <w:top w:w="45" w:type="dxa"/>
              <w:bottom w:w="45" w:type="dxa"/>
              <w:left w:w="30" w:type="dxa"/>
              <w:right w:w="30" w:type="dxa"/>
            </w:tcMar>
          </w:tcPr>
          <w:p>
            <w:pPr>
              <w:jc w:val="center"/>
            </w:pPr>
            <w:r>
              <w:rPr>
                <w:sz w:val="16"/>
              </w:rPr>
              <w:t>16</w:t>
            </w:r>
          </w:p>
        </w:tc>
        <w:tc>
          <w:tcPr>
            <w:tcW w:type="dxa" w:w="936"/>
            <w:shd w:fill="F9FBFB"/>
            <w:tcMar>
              <w:top w:w="45" w:type="dxa"/>
              <w:bottom w:w="45" w:type="dxa"/>
              <w:left w:w="30" w:type="dxa"/>
              <w:right w:w="30" w:type="dxa"/>
            </w:tcMar>
          </w:tcPr>
          <w:p>
            <w:pPr>
              <w:jc w:val="left"/>
            </w:pPr>
            <w:r>
              <w:rPr>
                <w:sz w:val="16"/>
              </w:rPr>
              <w:t>KH0312</w:t>
            </w:r>
          </w:p>
        </w:tc>
        <w:tc>
          <w:tcPr>
            <w:tcW w:type="dxa" w:w="2880"/>
            <w:shd w:fill="F9FBFB"/>
            <w:tcMar>
              <w:top w:w="45" w:type="dxa"/>
              <w:bottom w:w="45" w:type="dxa"/>
              <w:left w:w="30" w:type="dxa"/>
              <w:right w:w="30" w:type="dxa"/>
            </w:tcMar>
          </w:tcPr>
          <w:p>
            <w:pPr>
              <w:jc w:val="left"/>
            </w:pPr>
            <w:r>
              <w:rPr>
                <w:sz w:val="16"/>
              </w:rPr>
              <w:t>CÔNG TY TNHH KIM HUY</w:t>
            </w:r>
          </w:p>
        </w:tc>
        <w:tc>
          <w:tcPr>
            <w:tcW w:type="dxa" w:w="1060"/>
            <w:shd w:fill="F9FBFB"/>
            <w:tcMar>
              <w:top w:w="45" w:type="dxa"/>
              <w:bottom w:w="45" w:type="dxa"/>
              <w:left w:w="30" w:type="dxa"/>
              <w:right w:w="30" w:type="dxa"/>
            </w:tcMar>
          </w:tcPr>
          <w:p>
            <w:pPr>
              <w:jc w:val="right"/>
            </w:pPr>
            <w:r>
              <w:rPr>
                <w:sz w:val="16"/>
              </w:rPr>
              <w:t>1,202</w:t>
            </w:r>
          </w:p>
        </w:tc>
        <w:tc>
          <w:tcPr>
            <w:tcW w:type="dxa" w:w="1060"/>
            <w:shd w:fill="F9FBFB"/>
            <w:tcMar>
              <w:top w:w="45" w:type="dxa"/>
              <w:bottom w:w="45" w:type="dxa"/>
              <w:left w:w="30" w:type="dxa"/>
              <w:right w:w="30" w:type="dxa"/>
            </w:tcMar>
          </w:tcPr>
          <w:p>
            <w:pPr>
              <w:jc w:val="right"/>
            </w:pPr>
            <w:r>
              <w:rPr>
                <w:sz w:val="16"/>
              </w:rPr>
              <w:t>342</w:t>
            </w:r>
          </w:p>
        </w:tc>
        <w:tc>
          <w:tcPr>
            <w:tcW w:type="dxa" w:w="1060"/>
            <w:shd w:fill="F9FBFB"/>
            <w:tcMar>
              <w:top w:w="45" w:type="dxa"/>
              <w:bottom w:w="45" w:type="dxa"/>
              <w:left w:w="30" w:type="dxa"/>
              <w:right w:w="30" w:type="dxa"/>
            </w:tcMar>
          </w:tcPr>
          <w:p>
            <w:pPr>
              <w:jc w:val="right"/>
            </w:pPr>
            <w:r>
              <w:rPr>
                <w:sz w:val="16"/>
              </w:rPr>
              <w:t>385</w:t>
            </w:r>
          </w:p>
        </w:tc>
        <w:tc>
          <w:tcPr>
            <w:tcW w:type="dxa" w:w="1060"/>
            <w:shd w:fill="F9FBFB"/>
            <w:tcMar>
              <w:top w:w="45" w:type="dxa"/>
              <w:bottom w:w="45" w:type="dxa"/>
              <w:left w:w="30" w:type="dxa"/>
              <w:right w:w="30" w:type="dxa"/>
            </w:tcMar>
          </w:tcPr>
          <w:p>
            <w:pPr>
              <w:jc w:val="right"/>
            </w:pPr>
            <w:r>
              <w:rPr>
                <w:sz w:val="16"/>
              </w:rPr>
              <w:t>182</w:t>
            </w:r>
          </w:p>
        </w:tc>
        <w:tc>
          <w:tcPr>
            <w:tcW w:type="dxa" w:w="1060"/>
            <w:shd w:fill="F9FBFB"/>
            <w:tcMar>
              <w:top w:w="45" w:type="dxa"/>
              <w:bottom w:w="45" w:type="dxa"/>
              <w:left w:w="30" w:type="dxa"/>
              <w:right w:w="30" w:type="dxa"/>
            </w:tcMar>
          </w:tcPr>
          <w:p>
            <w:pPr>
              <w:jc w:val="right"/>
            </w:pPr>
            <w:r>
              <w:rPr>
                <w:sz w:val="16"/>
              </w:rPr>
              <w:t>376</w:t>
            </w:r>
          </w:p>
        </w:tc>
        <w:tc>
          <w:tcPr>
            <w:tcW w:type="dxa" w:w="1060"/>
            <w:shd w:fill="F9FBFB"/>
            <w:tcMar>
              <w:top w:w="45" w:type="dxa"/>
              <w:bottom w:w="45" w:type="dxa"/>
              <w:left w:w="30" w:type="dxa"/>
              <w:right w:w="30" w:type="dxa"/>
            </w:tcMar>
          </w:tcPr>
          <w:p>
            <w:pPr>
              <w:jc w:val="right"/>
            </w:pPr>
            <w:r>
              <w:rPr>
                <w:sz w:val="16"/>
              </w:rPr>
              <w:t>567</w:t>
            </w:r>
          </w:p>
        </w:tc>
        <w:tc>
          <w:tcPr>
            <w:tcW w:type="dxa" w:w="1060"/>
            <w:shd w:fill="F9FBFB"/>
            <w:tcMar>
              <w:top w:w="45" w:type="dxa"/>
              <w:bottom w:w="45" w:type="dxa"/>
              <w:left w:w="30" w:type="dxa"/>
              <w:right w:w="30" w:type="dxa"/>
            </w:tcMar>
          </w:tcPr>
          <w:p>
            <w:pPr>
              <w:jc w:val="right"/>
            </w:pPr>
            <w:r>
              <w:rPr>
                <w:sz w:val="16"/>
              </w:rPr>
              <w:t>666</w:t>
            </w:r>
          </w:p>
        </w:tc>
        <w:tc>
          <w:tcPr>
            <w:tcW w:type="dxa" w:w="1060"/>
            <w:shd w:fill="F9FBFB"/>
            <w:tcMar>
              <w:top w:w="45" w:type="dxa"/>
              <w:bottom w:w="45" w:type="dxa"/>
              <w:left w:w="30" w:type="dxa"/>
              <w:right w:w="30" w:type="dxa"/>
            </w:tcMar>
          </w:tcPr>
          <w:p>
            <w:pPr>
              <w:jc w:val="right"/>
            </w:pPr>
            <w:r>
              <w:rPr>
                <w:b/>
                <w:sz w:val="16"/>
              </w:rPr>
              <w:t>532</w:t>
            </w:r>
          </w:p>
        </w:tc>
        <w:tc>
          <w:tcPr>
            <w:tcW w:type="dxa" w:w="1224"/>
            <w:shd w:fill="F9FBFB"/>
            <w:tcMar>
              <w:top w:w="45" w:type="dxa"/>
              <w:bottom w:w="45" w:type="dxa"/>
              <w:left w:w="30" w:type="dxa"/>
              <w:right w:w="30" w:type="dxa"/>
            </w:tcMar>
          </w:tcPr>
          <w:p>
            <w:pPr>
              <w:jc w:val="right"/>
            </w:pPr>
            <w:r>
              <w:rPr>
                <w:color w:val="C0392B"/>
                <w:sz w:val="16"/>
              </w:rPr>
              <w:t>-134</w:t>
            </w:r>
          </w:p>
        </w:tc>
        <w:tc>
          <w:tcPr>
            <w:tcW w:type="dxa" w:w="1080"/>
            <w:shd w:fill="F9FBFB"/>
            <w:tcMar>
              <w:top w:w="45" w:type="dxa"/>
              <w:bottom w:w="45" w:type="dxa"/>
              <w:left w:w="30" w:type="dxa"/>
              <w:right w:w="30" w:type="dxa"/>
            </w:tcMar>
          </w:tcPr>
          <w:p>
            <w:pPr>
              <w:jc w:val="center"/>
            </w:pPr>
            <w:r>
              <w:rPr>
                <w:b/>
                <w:color w:val="C0392B"/>
                <w:sz w:val="16"/>
              </w:rPr>
              <w:t>-20.1%</w:t>
            </w:r>
          </w:p>
        </w:tc>
      </w:tr>
      <w:tr>
        <w:tc>
          <w:tcPr>
            <w:tcW w:type="dxa" w:w="504"/>
            <w:shd w:fill="FFFFFF"/>
            <w:tcMar>
              <w:top w:w="45" w:type="dxa"/>
              <w:bottom w:w="45" w:type="dxa"/>
              <w:left w:w="30" w:type="dxa"/>
              <w:right w:w="30" w:type="dxa"/>
            </w:tcMar>
          </w:tcPr>
          <w:p>
            <w:pPr>
              <w:jc w:val="center"/>
            </w:pPr>
            <w:r>
              <w:rPr>
                <w:sz w:val="16"/>
              </w:rPr>
              <w:t>17</w:t>
            </w:r>
          </w:p>
        </w:tc>
        <w:tc>
          <w:tcPr>
            <w:tcW w:type="dxa" w:w="936"/>
            <w:shd w:fill="FFFFFF"/>
            <w:tcMar>
              <w:top w:w="45" w:type="dxa"/>
              <w:bottom w:w="45" w:type="dxa"/>
              <w:left w:w="30" w:type="dxa"/>
              <w:right w:w="30" w:type="dxa"/>
            </w:tcMar>
          </w:tcPr>
          <w:p>
            <w:pPr>
              <w:jc w:val="left"/>
            </w:pPr>
            <w:r>
              <w:rPr>
                <w:sz w:val="16"/>
              </w:rPr>
              <w:t>KH0190</w:t>
            </w:r>
          </w:p>
        </w:tc>
        <w:tc>
          <w:tcPr>
            <w:tcW w:type="dxa" w:w="2880"/>
            <w:shd w:fill="FFFFFF"/>
            <w:tcMar>
              <w:top w:w="45" w:type="dxa"/>
              <w:bottom w:w="45" w:type="dxa"/>
              <w:left w:w="30" w:type="dxa"/>
              <w:right w:w="30" w:type="dxa"/>
            </w:tcMar>
          </w:tcPr>
          <w:p>
            <w:pPr>
              <w:jc w:val="left"/>
            </w:pPr>
            <w:r>
              <w:rPr>
                <w:sz w:val="16"/>
              </w:rPr>
              <w:t>CÔNG TY TNHH ANH KHOA</w:t>
            </w:r>
          </w:p>
        </w:tc>
        <w:tc>
          <w:tcPr>
            <w:tcW w:type="dxa" w:w="1060"/>
            <w:shd w:fill="FFFFFF"/>
            <w:tcMar>
              <w:top w:w="45" w:type="dxa"/>
              <w:bottom w:w="45" w:type="dxa"/>
              <w:left w:w="30" w:type="dxa"/>
              <w:right w:w="30" w:type="dxa"/>
            </w:tcMar>
          </w:tcPr>
          <w:p>
            <w:pPr>
              <w:jc w:val="right"/>
            </w:pPr>
            <w:r>
              <w:rPr>
                <w:sz w:val="16"/>
              </w:rPr>
              <w:t>549</w:t>
            </w:r>
          </w:p>
        </w:tc>
        <w:tc>
          <w:tcPr>
            <w:tcW w:type="dxa" w:w="1060"/>
            <w:shd w:fill="FFFFFF"/>
            <w:tcMar>
              <w:top w:w="45" w:type="dxa"/>
              <w:bottom w:w="45" w:type="dxa"/>
              <w:left w:w="30" w:type="dxa"/>
              <w:right w:w="30" w:type="dxa"/>
            </w:tcMar>
          </w:tcPr>
          <w:p>
            <w:pPr>
              <w:jc w:val="right"/>
            </w:pPr>
            <w:r>
              <w:rPr>
                <w:sz w:val="16"/>
              </w:rPr>
              <w:t>160</w:t>
            </w:r>
          </w:p>
        </w:tc>
        <w:tc>
          <w:tcPr>
            <w:tcW w:type="dxa" w:w="1060"/>
            <w:shd w:fill="FFFFFF"/>
            <w:tcMar>
              <w:top w:w="45" w:type="dxa"/>
              <w:bottom w:w="45" w:type="dxa"/>
              <w:left w:w="30" w:type="dxa"/>
              <w:right w:w="30" w:type="dxa"/>
            </w:tcMar>
          </w:tcPr>
          <w:p>
            <w:pPr>
              <w:jc w:val="right"/>
            </w:pPr>
            <w:r>
              <w:rPr>
                <w:sz w:val="16"/>
              </w:rPr>
              <w:t>373</w:t>
            </w:r>
          </w:p>
        </w:tc>
        <w:tc>
          <w:tcPr>
            <w:tcW w:type="dxa" w:w="1060"/>
            <w:shd w:fill="FFFFFF"/>
            <w:tcMar>
              <w:top w:w="45" w:type="dxa"/>
              <w:bottom w:w="45" w:type="dxa"/>
              <w:left w:w="30" w:type="dxa"/>
              <w:right w:w="30" w:type="dxa"/>
            </w:tcMar>
          </w:tcPr>
          <w:p>
            <w:pPr>
              <w:jc w:val="right"/>
            </w:pPr>
            <w:r>
              <w:rPr>
                <w:sz w:val="16"/>
              </w:rPr>
              <w:t>401</w:t>
            </w:r>
          </w:p>
        </w:tc>
        <w:tc>
          <w:tcPr>
            <w:tcW w:type="dxa" w:w="1060"/>
            <w:shd w:fill="FFFFFF"/>
            <w:tcMar>
              <w:top w:w="45" w:type="dxa"/>
              <w:bottom w:w="45" w:type="dxa"/>
              <w:left w:w="30" w:type="dxa"/>
              <w:right w:w="30" w:type="dxa"/>
            </w:tcMar>
          </w:tcPr>
          <w:p>
            <w:pPr>
              <w:jc w:val="right"/>
            </w:pPr>
            <w:r>
              <w:rPr>
                <w:sz w:val="16"/>
              </w:rPr>
              <w:t>640</w:t>
            </w:r>
          </w:p>
        </w:tc>
        <w:tc>
          <w:tcPr>
            <w:tcW w:type="dxa" w:w="1060"/>
            <w:shd w:fill="FFFFFF"/>
            <w:tcMar>
              <w:top w:w="45" w:type="dxa"/>
              <w:bottom w:w="45" w:type="dxa"/>
              <w:left w:w="30" w:type="dxa"/>
              <w:right w:w="30" w:type="dxa"/>
            </w:tcMar>
          </w:tcPr>
          <w:p>
            <w:pPr>
              <w:jc w:val="right"/>
            </w:pPr>
            <w:r>
              <w:rPr>
                <w:sz w:val="16"/>
              </w:rPr>
              <w:t>694</w:t>
            </w:r>
          </w:p>
        </w:tc>
        <w:tc>
          <w:tcPr>
            <w:tcW w:type="dxa" w:w="1060"/>
            <w:shd w:fill="FFFFFF"/>
            <w:tcMar>
              <w:top w:w="45" w:type="dxa"/>
              <w:bottom w:w="45" w:type="dxa"/>
              <w:left w:w="30" w:type="dxa"/>
              <w:right w:w="30" w:type="dxa"/>
            </w:tcMar>
          </w:tcPr>
          <w:p>
            <w:pPr>
              <w:jc w:val="right"/>
            </w:pPr>
            <w:r>
              <w:rPr>
                <w:sz w:val="16"/>
              </w:rPr>
              <w:t>815</w:t>
            </w:r>
          </w:p>
        </w:tc>
        <w:tc>
          <w:tcPr>
            <w:tcW w:type="dxa" w:w="1060"/>
            <w:shd w:fill="FFFFFF"/>
            <w:tcMar>
              <w:top w:w="45" w:type="dxa"/>
              <w:bottom w:w="45" w:type="dxa"/>
              <w:left w:w="30" w:type="dxa"/>
              <w:right w:w="30" w:type="dxa"/>
            </w:tcMar>
          </w:tcPr>
          <w:p>
            <w:pPr>
              <w:jc w:val="right"/>
            </w:pPr>
            <w:r>
              <w:rPr>
                <w:b/>
                <w:sz w:val="16"/>
              </w:rPr>
              <w:t>584</w:t>
            </w:r>
          </w:p>
        </w:tc>
        <w:tc>
          <w:tcPr>
            <w:tcW w:type="dxa" w:w="1224"/>
            <w:shd w:fill="FFFFFF"/>
            <w:tcMar>
              <w:top w:w="45" w:type="dxa"/>
              <w:bottom w:w="45" w:type="dxa"/>
              <w:left w:w="30" w:type="dxa"/>
              <w:right w:w="30" w:type="dxa"/>
            </w:tcMar>
          </w:tcPr>
          <w:p>
            <w:pPr>
              <w:jc w:val="right"/>
            </w:pPr>
            <w:r>
              <w:rPr>
                <w:color w:val="C0392B"/>
                <w:sz w:val="16"/>
              </w:rPr>
              <w:t>-231</w:t>
            </w:r>
          </w:p>
        </w:tc>
        <w:tc>
          <w:tcPr>
            <w:tcW w:type="dxa" w:w="1080"/>
            <w:shd w:fill="FFFFFF"/>
            <w:tcMar>
              <w:top w:w="45" w:type="dxa"/>
              <w:bottom w:w="45" w:type="dxa"/>
              <w:left w:w="30" w:type="dxa"/>
              <w:right w:w="30" w:type="dxa"/>
            </w:tcMar>
          </w:tcPr>
          <w:p>
            <w:pPr>
              <w:jc w:val="center"/>
            </w:pPr>
            <w:r>
              <w:rPr>
                <w:b/>
                <w:color w:val="C0392B"/>
                <w:sz w:val="16"/>
              </w:rPr>
              <w:t>-28.3%</w:t>
            </w:r>
          </w:p>
        </w:tc>
      </w:tr>
      <w:tr>
        <w:tc>
          <w:tcPr>
            <w:tcW w:type="dxa" w:w="504"/>
            <w:shd w:fill="F9FBFB"/>
            <w:tcMar>
              <w:top w:w="45" w:type="dxa"/>
              <w:bottom w:w="45" w:type="dxa"/>
              <w:left w:w="30" w:type="dxa"/>
              <w:right w:w="30" w:type="dxa"/>
            </w:tcMar>
          </w:tcPr>
          <w:p>
            <w:pPr>
              <w:jc w:val="center"/>
            </w:pPr>
            <w:r>
              <w:rPr>
                <w:sz w:val="16"/>
              </w:rPr>
              <w:t>18</w:t>
            </w:r>
          </w:p>
        </w:tc>
        <w:tc>
          <w:tcPr>
            <w:tcW w:type="dxa" w:w="936"/>
            <w:shd w:fill="F9FBFB"/>
            <w:tcMar>
              <w:top w:w="45" w:type="dxa"/>
              <w:bottom w:w="45" w:type="dxa"/>
              <w:left w:w="30" w:type="dxa"/>
              <w:right w:w="30" w:type="dxa"/>
            </w:tcMar>
          </w:tcPr>
          <w:p>
            <w:pPr>
              <w:jc w:val="left"/>
            </w:pPr>
            <w:r>
              <w:rPr>
                <w:sz w:val="16"/>
              </w:rPr>
              <w:t>KH0291</w:t>
            </w:r>
          </w:p>
        </w:tc>
        <w:tc>
          <w:tcPr>
            <w:tcW w:type="dxa" w:w="2880"/>
            <w:shd w:fill="F9FBFB"/>
            <w:tcMar>
              <w:top w:w="45" w:type="dxa"/>
              <w:bottom w:w="45" w:type="dxa"/>
              <w:left w:w="30" w:type="dxa"/>
              <w:right w:w="30" w:type="dxa"/>
            </w:tcMar>
          </w:tcPr>
          <w:p>
            <w:pPr>
              <w:jc w:val="left"/>
            </w:pPr>
            <w:r>
              <w:rPr>
                <w:sz w:val="16"/>
              </w:rPr>
              <w:t>CÔNG TY TNHH HỐ NAI</w:t>
            </w:r>
          </w:p>
        </w:tc>
        <w:tc>
          <w:tcPr>
            <w:tcW w:type="dxa" w:w="1060"/>
            <w:shd w:fill="F9FBFB"/>
            <w:tcMar>
              <w:top w:w="45" w:type="dxa"/>
              <w:bottom w:w="45" w:type="dxa"/>
              <w:left w:w="30" w:type="dxa"/>
              <w:right w:w="30" w:type="dxa"/>
            </w:tcMar>
          </w:tcPr>
          <w:p>
            <w:pPr>
              <w:jc w:val="right"/>
            </w:pPr>
            <w:r>
              <w:rPr>
                <w:sz w:val="16"/>
              </w:rPr>
              <w:t>730</w:t>
            </w:r>
          </w:p>
        </w:tc>
        <w:tc>
          <w:tcPr>
            <w:tcW w:type="dxa" w:w="1060"/>
            <w:shd w:fill="F9FBFB"/>
            <w:tcMar>
              <w:top w:w="45" w:type="dxa"/>
              <w:bottom w:w="45" w:type="dxa"/>
              <w:left w:w="30" w:type="dxa"/>
              <w:right w:w="30" w:type="dxa"/>
            </w:tcMar>
          </w:tcPr>
          <w:p>
            <w:pPr>
              <w:jc w:val="right"/>
            </w:pPr>
            <w:r>
              <w:rPr>
                <w:sz w:val="16"/>
              </w:rPr>
              <w:t>286</w:t>
            </w:r>
          </w:p>
        </w:tc>
        <w:tc>
          <w:tcPr>
            <w:tcW w:type="dxa" w:w="1060"/>
            <w:shd w:fill="F9FBFB"/>
            <w:tcMar>
              <w:top w:w="45" w:type="dxa"/>
              <w:bottom w:w="45" w:type="dxa"/>
              <w:left w:w="30" w:type="dxa"/>
              <w:right w:w="30" w:type="dxa"/>
            </w:tcMar>
          </w:tcPr>
          <w:p>
            <w:pPr>
              <w:jc w:val="right"/>
            </w:pPr>
            <w:r>
              <w:rPr>
                <w:sz w:val="16"/>
              </w:rPr>
              <w:t>472</w:t>
            </w:r>
          </w:p>
        </w:tc>
        <w:tc>
          <w:tcPr>
            <w:tcW w:type="dxa" w:w="1060"/>
            <w:shd w:fill="F9FBFB"/>
            <w:tcMar>
              <w:top w:w="45" w:type="dxa"/>
              <w:bottom w:w="45" w:type="dxa"/>
              <w:left w:w="30" w:type="dxa"/>
              <w:right w:w="30" w:type="dxa"/>
            </w:tcMar>
          </w:tcPr>
          <w:p>
            <w:pPr>
              <w:jc w:val="right"/>
            </w:pPr>
            <w:r>
              <w:rPr>
                <w:sz w:val="16"/>
              </w:rPr>
              <w:t>380</w:t>
            </w:r>
          </w:p>
        </w:tc>
        <w:tc>
          <w:tcPr>
            <w:tcW w:type="dxa" w:w="1060"/>
            <w:shd w:fill="F9FBFB"/>
            <w:tcMar>
              <w:top w:w="45" w:type="dxa"/>
              <w:bottom w:w="45" w:type="dxa"/>
              <w:left w:w="30" w:type="dxa"/>
              <w:right w:w="30" w:type="dxa"/>
            </w:tcMar>
          </w:tcPr>
          <w:p>
            <w:pPr>
              <w:jc w:val="right"/>
            </w:pPr>
            <w:r>
              <w:rPr>
                <w:sz w:val="16"/>
              </w:rPr>
              <w:t>418</w:t>
            </w:r>
          </w:p>
        </w:tc>
        <w:tc>
          <w:tcPr>
            <w:tcW w:type="dxa" w:w="1060"/>
            <w:shd w:fill="F9FBFB"/>
            <w:tcMar>
              <w:top w:w="45" w:type="dxa"/>
              <w:bottom w:w="45" w:type="dxa"/>
              <w:left w:w="30" w:type="dxa"/>
              <w:right w:w="30" w:type="dxa"/>
            </w:tcMar>
          </w:tcPr>
          <w:p>
            <w:pPr>
              <w:jc w:val="right"/>
            </w:pPr>
            <w:r>
              <w:rPr>
                <w:sz w:val="16"/>
              </w:rPr>
              <w:t>538</w:t>
            </w:r>
          </w:p>
        </w:tc>
        <w:tc>
          <w:tcPr>
            <w:tcW w:type="dxa" w:w="1060"/>
            <w:shd w:fill="F9FBFB"/>
            <w:tcMar>
              <w:top w:w="45" w:type="dxa"/>
              <w:bottom w:w="45" w:type="dxa"/>
              <w:left w:w="30" w:type="dxa"/>
              <w:right w:w="30" w:type="dxa"/>
            </w:tcMar>
          </w:tcPr>
          <w:p>
            <w:pPr>
              <w:jc w:val="right"/>
            </w:pPr>
            <w:r>
              <w:rPr>
                <w:sz w:val="16"/>
              </w:rPr>
              <w:t>527</w:t>
            </w:r>
          </w:p>
        </w:tc>
        <w:tc>
          <w:tcPr>
            <w:tcW w:type="dxa" w:w="1060"/>
            <w:shd w:fill="F9FBFB"/>
            <w:tcMar>
              <w:top w:w="45" w:type="dxa"/>
              <w:bottom w:w="45" w:type="dxa"/>
              <w:left w:w="30" w:type="dxa"/>
              <w:right w:w="30" w:type="dxa"/>
            </w:tcMar>
          </w:tcPr>
          <w:p>
            <w:pPr>
              <w:jc w:val="right"/>
            </w:pPr>
            <w:r>
              <w:rPr>
                <w:b/>
                <w:sz w:val="16"/>
              </w:rPr>
              <w:t>696</w:t>
            </w:r>
          </w:p>
        </w:tc>
        <w:tc>
          <w:tcPr>
            <w:tcW w:type="dxa" w:w="1224"/>
            <w:shd w:fill="F9FBFB"/>
            <w:tcMar>
              <w:top w:w="45" w:type="dxa"/>
              <w:bottom w:w="45" w:type="dxa"/>
              <w:left w:w="30" w:type="dxa"/>
              <w:right w:w="30" w:type="dxa"/>
            </w:tcMar>
          </w:tcPr>
          <w:p>
            <w:pPr>
              <w:jc w:val="right"/>
            </w:pPr>
            <w:r>
              <w:rPr>
                <w:color w:val="27AE60"/>
                <w:sz w:val="16"/>
              </w:rPr>
              <w:t>+169</w:t>
            </w:r>
          </w:p>
        </w:tc>
        <w:tc>
          <w:tcPr>
            <w:tcW w:type="dxa" w:w="1080"/>
            <w:shd w:fill="F9FBFB"/>
            <w:tcMar>
              <w:top w:w="45" w:type="dxa"/>
              <w:bottom w:w="45" w:type="dxa"/>
              <w:left w:w="30" w:type="dxa"/>
              <w:right w:w="30" w:type="dxa"/>
            </w:tcMar>
          </w:tcPr>
          <w:p>
            <w:pPr>
              <w:jc w:val="center"/>
            </w:pPr>
            <w:r>
              <w:rPr>
                <w:b/>
                <w:color w:val="27AE60"/>
                <w:sz w:val="16"/>
              </w:rPr>
              <w:t>+32.1%</w:t>
            </w:r>
          </w:p>
        </w:tc>
      </w:tr>
      <w:tr>
        <w:tc>
          <w:tcPr>
            <w:tcW w:type="dxa" w:w="504"/>
            <w:shd w:fill="FFFFFF"/>
            <w:tcMar>
              <w:top w:w="45" w:type="dxa"/>
              <w:bottom w:w="45" w:type="dxa"/>
              <w:left w:w="30" w:type="dxa"/>
              <w:right w:w="30" w:type="dxa"/>
            </w:tcMar>
          </w:tcPr>
          <w:p>
            <w:pPr>
              <w:jc w:val="center"/>
            </w:pPr>
            <w:r>
              <w:rPr>
                <w:sz w:val="16"/>
              </w:rPr>
              <w:t>19</w:t>
            </w:r>
          </w:p>
        </w:tc>
        <w:tc>
          <w:tcPr>
            <w:tcW w:type="dxa" w:w="936"/>
            <w:shd w:fill="FFFFFF"/>
            <w:tcMar>
              <w:top w:w="45" w:type="dxa"/>
              <w:bottom w:w="45" w:type="dxa"/>
              <w:left w:w="30" w:type="dxa"/>
              <w:right w:w="30" w:type="dxa"/>
            </w:tcMar>
          </w:tcPr>
          <w:p>
            <w:pPr>
              <w:jc w:val="left"/>
            </w:pPr>
            <w:r>
              <w:rPr>
                <w:sz w:val="16"/>
              </w:rPr>
              <w:t>KH1640</w:t>
            </w:r>
          </w:p>
        </w:tc>
        <w:tc>
          <w:tcPr>
            <w:tcW w:type="dxa" w:w="2880"/>
            <w:shd w:fill="FFFFFF"/>
            <w:tcMar>
              <w:top w:w="45" w:type="dxa"/>
              <w:bottom w:w="45" w:type="dxa"/>
              <w:left w:w="30" w:type="dxa"/>
              <w:right w:w="30" w:type="dxa"/>
            </w:tcMar>
          </w:tcPr>
          <w:p>
            <w:pPr>
              <w:jc w:val="left"/>
            </w:pPr>
            <w:r>
              <w:rPr>
                <w:sz w:val="16"/>
              </w:rPr>
              <w:t>CÔNG TY TNHH KỸ NGHỆ KINGSTON VIỆT NAM</w:t>
            </w:r>
          </w:p>
        </w:tc>
        <w:tc>
          <w:tcPr>
            <w:tcW w:type="dxa" w:w="1060"/>
            <w:shd w:fill="FFFFFF"/>
            <w:tcMar>
              <w:top w:w="45" w:type="dxa"/>
              <w:bottom w:w="45" w:type="dxa"/>
              <w:left w:w="30" w:type="dxa"/>
              <w:right w:w="30" w:type="dxa"/>
            </w:tcMar>
          </w:tcPr>
          <w:p>
            <w:pPr>
              <w:jc w:val="right"/>
            </w:pPr>
            <w:r>
              <w:rPr>
                <w:sz w:val="16"/>
              </w:rPr>
              <w:t>494</w:t>
            </w:r>
          </w:p>
        </w:tc>
        <w:tc>
          <w:tcPr>
            <w:tcW w:type="dxa" w:w="1060"/>
            <w:shd w:fill="FFFFFF"/>
            <w:tcMar>
              <w:top w:w="45" w:type="dxa"/>
              <w:bottom w:w="45" w:type="dxa"/>
              <w:left w:w="30" w:type="dxa"/>
              <w:right w:w="30" w:type="dxa"/>
            </w:tcMar>
          </w:tcPr>
          <w:p>
            <w:pPr>
              <w:jc w:val="right"/>
            </w:pPr>
            <w:r>
              <w:rPr>
                <w:sz w:val="16"/>
              </w:rPr>
              <w:t>314</w:t>
            </w:r>
          </w:p>
        </w:tc>
        <w:tc>
          <w:tcPr>
            <w:tcW w:type="dxa" w:w="1060"/>
            <w:shd w:fill="FFFFFF"/>
            <w:tcMar>
              <w:top w:w="45" w:type="dxa"/>
              <w:bottom w:w="45" w:type="dxa"/>
              <w:left w:w="30" w:type="dxa"/>
              <w:right w:w="30" w:type="dxa"/>
            </w:tcMar>
          </w:tcPr>
          <w:p>
            <w:pPr>
              <w:jc w:val="right"/>
            </w:pPr>
            <w:r>
              <w:rPr>
                <w:sz w:val="16"/>
              </w:rPr>
              <w:t>381</w:t>
            </w:r>
          </w:p>
        </w:tc>
        <w:tc>
          <w:tcPr>
            <w:tcW w:type="dxa" w:w="1060"/>
            <w:shd w:fill="FFFFFF"/>
            <w:tcMar>
              <w:top w:w="45" w:type="dxa"/>
              <w:bottom w:w="45" w:type="dxa"/>
              <w:left w:w="30" w:type="dxa"/>
              <w:right w:w="30" w:type="dxa"/>
            </w:tcMar>
          </w:tcPr>
          <w:p>
            <w:pPr>
              <w:jc w:val="right"/>
            </w:pPr>
            <w:r>
              <w:rPr>
                <w:sz w:val="16"/>
              </w:rPr>
              <w:t>617</w:t>
            </w:r>
          </w:p>
        </w:tc>
        <w:tc>
          <w:tcPr>
            <w:tcW w:type="dxa" w:w="1060"/>
            <w:shd w:fill="FFFFFF"/>
            <w:tcMar>
              <w:top w:w="45" w:type="dxa"/>
              <w:bottom w:w="45" w:type="dxa"/>
              <w:left w:w="30" w:type="dxa"/>
              <w:right w:w="30" w:type="dxa"/>
            </w:tcMar>
          </w:tcPr>
          <w:p>
            <w:pPr>
              <w:jc w:val="right"/>
            </w:pPr>
            <w:r>
              <w:rPr>
                <w:sz w:val="16"/>
              </w:rPr>
              <w:t>655</w:t>
            </w:r>
          </w:p>
        </w:tc>
        <w:tc>
          <w:tcPr>
            <w:tcW w:type="dxa" w:w="1060"/>
            <w:shd w:fill="FFFFFF"/>
            <w:tcMar>
              <w:top w:w="45" w:type="dxa"/>
              <w:bottom w:w="45" w:type="dxa"/>
              <w:left w:w="30" w:type="dxa"/>
              <w:right w:w="30" w:type="dxa"/>
            </w:tcMar>
          </w:tcPr>
          <w:p>
            <w:pPr>
              <w:jc w:val="right"/>
            </w:pPr>
            <w:r>
              <w:rPr>
                <w:sz w:val="16"/>
              </w:rPr>
              <w:t>434</w:t>
            </w:r>
          </w:p>
        </w:tc>
        <w:tc>
          <w:tcPr>
            <w:tcW w:type="dxa" w:w="1060"/>
            <w:shd w:fill="FFFFFF"/>
            <w:tcMar>
              <w:top w:w="45" w:type="dxa"/>
              <w:bottom w:w="45" w:type="dxa"/>
              <w:left w:w="30" w:type="dxa"/>
              <w:right w:w="30" w:type="dxa"/>
            </w:tcMar>
          </w:tcPr>
          <w:p>
            <w:pPr>
              <w:jc w:val="right"/>
            </w:pPr>
            <w:r>
              <w:rPr>
                <w:sz w:val="16"/>
              </w:rPr>
              <w:t>537</w:t>
            </w:r>
          </w:p>
        </w:tc>
        <w:tc>
          <w:tcPr>
            <w:tcW w:type="dxa" w:w="1060"/>
            <w:shd w:fill="FFFFFF"/>
            <w:tcMar>
              <w:top w:w="45" w:type="dxa"/>
              <w:bottom w:w="45" w:type="dxa"/>
              <w:left w:w="30" w:type="dxa"/>
              <w:right w:w="30" w:type="dxa"/>
            </w:tcMar>
          </w:tcPr>
          <w:p>
            <w:pPr>
              <w:jc w:val="right"/>
            </w:pPr>
            <w:r>
              <w:rPr>
                <w:b/>
                <w:sz w:val="16"/>
              </w:rPr>
              <w:t>572</w:t>
            </w:r>
          </w:p>
        </w:tc>
        <w:tc>
          <w:tcPr>
            <w:tcW w:type="dxa" w:w="1224"/>
            <w:shd w:fill="FFFFFF"/>
            <w:tcMar>
              <w:top w:w="45" w:type="dxa"/>
              <w:bottom w:w="45" w:type="dxa"/>
              <w:left w:w="30" w:type="dxa"/>
              <w:right w:w="30" w:type="dxa"/>
            </w:tcMar>
          </w:tcPr>
          <w:p>
            <w:pPr>
              <w:jc w:val="right"/>
            </w:pPr>
            <w:r>
              <w:rPr>
                <w:color w:val="27AE60"/>
                <w:sz w:val="16"/>
              </w:rPr>
              <w:t>+35</w:t>
            </w:r>
          </w:p>
        </w:tc>
        <w:tc>
          <w:tcPr>
            <w:tcW w:type="dxa" w:w="1080"/>
            <w:shd w:fill="FFFFFF"/>
            <w:tcMar>
              <w:top w:w="45" w:type="dxa"/>
              <w:bottom w:w="45" w:type="dxa"/>
              <w:left w:w="30" w:type="dxa"/>
              <w:right w:w="30" w:type="dxa"/>
            </w:tcMar>
          </w:tcPr>
          <w:p>
            <w:pPr>
              <w:jc w:val="center"/>
            </w:pPr>
            <w:r>
              <w:rPr>
                <w:b/>
                <w:color w:val="27AE60"/>
                <w:sz w:val="16"/>
              </w:rPr>
              <w:t>+6.5%</w:t>
            </w:r>
          </w:p>
        </w:tc>
      </w:tr>
      <w:tr>
        <w:tc>
          <w:tcPr>
            <w:tcW w:type="dxa" w:w="504"/>
            <w:shd w:fill="F9FBFB"/>
            <w:tcMar>
              <w:top w:w="45" w:type="dxa"/>
              <w:bottom w:w="45" w:type="dxa"/>
              <w:left w:w="30" w:type="dxa"/>
              <w:right w:w="30" w:type="dxa"/>
            </w:tcMar>
          </w:tcPr>
          <w:p>
            <w:pPr>
              <w:jc w:val="center"/>
            </w:pPr>
            <w:r>
              <w:rPr>
                <w:sz w:val="16"/>
              </w:rPr>
              <w:t>20</w:t>
            </w:r>
          </w:p>
        </w:tc>
        <w:tc>
          <w:tcPr>
            <w:tcW w:type="dxa" w:w="936"/>
            <w:shd w:fill="F9FBFB"/>
            <w:tcMar>
              <w:top w:w="45" w:type="dxa"/>
              <w:bottom w:w="45" w:type="dxa"/>
              <w:left w:w="30" w:type="dxa"/>
              <w:right w:w="30" w:type="dxa"/>
            </w:tcMar>
          </w:tcPr>
          <w:p>
            <w:pPr>
              <w:jc w:val="left"/>
            </w:pPr>
            <w:r>
              <w:rPr>
                <w:sz w:val="16"/>
              </w:rPr>
              <w:t>KH0808</w:t>
            </w:r>
          </w:p>
        </w:tc>
        <w:tc>
          <w:tcPr>
            <w:tcW w:type="dxa" w:w="2880"/>
            <w:shd w:fill="F9FBFB"/>
            <w:tcMar>
              <w:top w:w="45" w:type="dxa"/>
              <w:bottom w:w="45" w:type="dxa"/>
              <w:left w:w="30" w:type="dxa"/>
              <w:right w:w="30" w:type="dxa"/>
            </w:tcMar>
          </w:tcPr>
          <w:p>
            <w:pPr>
              <w:jc w:val="left"/>
            </w:pPr>
            <w:r>
              <w:rPr>
                <w:sz w:val="16"/>
              </w:rPr>
              <w:t>CÔNG TY CỔ PHẦN ĐỒ DÙNG GIA ĐÌNH VIỆT NAM</w:t>
            </w:r>
          </w:p>
        </w:tc>
        <w:tc>
          <w:tcPr>
            <w:tcW w:type="dxa" w:w="1060"/>
            <w:shd w:fill="F9FBFB"/>
            <w:tcMar>
              <w:top w:w="45" w:type="dxa"/>
              <w:bottom w:w="45" w:type="dxa"/>
              <w:left w:w="30" w:type="dxa"/>
              <w:right w:w="30" w:type="dxa"/>
            </w:tcMar>
          </w:tcPr>
          <w:p>
            <w:pPr>
              <w:jc w:val="right"/>
            </w:pPr>
            <w:r>
              <w:rPr>
                <w:sz w:val="16"/>
              </w:rPr>
              <w:t>374</w:t>
            </w:r>
          </w:p>
        </w:tc>
        <w:tc>
          <w:tcPr>
            <w:tcW w:type="dxa" w:w="1060"/>
            <w:shd w:fill="F9FBFB"/>
            <w:tcMar>
              <w:top w:w="45" w:type="dxa"/>
              <w:bottom w:w="45" w:type="dxa"/>
              <w:left w:w="30" w:type="dxa"/>
              <w:right w:w="30" w:type="dxa"/>
            </w:tcMar>
          </w:tcPr>
          <w:p>
            <w:pPr>
              <w:jc w:val="right"/>
            </w:pPr>
            <w:r>
              <w:rPr>
                <w:sz w:val="16"/>
              </w:rPr>
              <w:t>220</w:t>
            </w:r>
          </w:p>
        </w:tc>
        <w:tc>
          <w:tcPr>
            <w:tcW w:type="dxa" w:w="1060"/>
            <w:shd w:fill="F9FBFB"/>
            <w:tcMar>
              <w:top w:w="45" w:type="dxa"/>
              <w:bottom w:w="45" w:type="dxa"/>
              <w:left w:w="30" w:type="dxa"/>
              <w:right w:w="30" w:type="dxa"/>
            </w:tcMar>
          </w:tcPr>
          <w:p>
            <w:pPr>
              <w:jc w:val="right"/>
            </w:pPr>
            <w:r>
              <w:rPr>
                <w:sz w:val="16"/>
              </w:rPr>
              <w:t>557</w:t>
            </w:r>
          </w:p>
        </w:tc>
        <w:tc>
          <w:tcPr>
            <w:tcW w:type="dxa" w:w="1060"/>
            <w:shd w:fill="F9FBFB"/>
            <w:tcMar>
              <w:top w:w="45" w:type="dxa"/>
              <w:bottom w:w="45" w:type="dxa"/>
              <w:left w:w="30" w:type="dxa"/>
              <w:right w:w="30" w:type="dxa"/>
            </w:tcMar>
          </w:tcPr>
          <w:p>
            <w:pPr>
              <w:jc w:val="right"/>
            </w:pPr>
            <w:r>
              <w:rPr>
                <w:sz w:val="16"/>
              </w:rPr>
              <w:t>588</w:t>
            </w:r>
          </w:p>
        </w:tc>
        <w:tc>
          <w:tcPr>
            <w:tcW w:type="dxa" w:w="1060"/>
            <w:shd w:fill="F9FBFB"/>
            <w:tcMar>
              <w:top w:w="45" w:type="dxa"/>
              <w:bottom w:w="45" w:type="dxa"/>
              <w:left w:w="30" w:type="dxa"/>
              <w:right w:w="30" w:type="dxa"/>
            </w:tcMar>
          </w:tcPr>
          <w:p>
            <w:pPr>
              <w:jc w:val="right"/>
            </w:pPr>
            <w:r>
              <w:rPr>
                <w:sz w:val="16"/>
              </w:rPr>
              <w:t>452</w:t>
            </w:r>
          </w:p>
        </w:tc>
        <w:tc>
          <w:tcPr>
            <w:tcW w:type="dxa" w:w="1060"/>
            <w:shd w:fill="F9FBFB"/>
            <w:tcMar>
              <w:top w:w="45" w:type="dxa"/>
              <w:bottom w:w="45" w:type="dxa"/>
              <w:left w:w="30" w:type="dxa"/>
              <w:right w:w="30" w:type="dxa"/>
            </w:tcMar>
          </w:tcPr>
          <w:p>
            <w:pPr>
              <w:jc w:val="right"/>
            </w:pPr>
            <w:r>
              <w:rPr>
                <w:sz w:val="16"/>
              </w:rPr>
              <w:t>528</w:t>
            </w:r>
          </w:p>
        </w:tc>
        <w:tc>
          <w:tcPr>
            <w:tcW w:type="dxa" w:w="1060"/>
            <w:shd w:fill="F9FBFB"/>
            <w:tcMar>
              <w:top w:w="45" w:type="dxa"/>
              <w:bottom w:w="45" w:type="dxa"/>
              <w:left w:w="30" w:type="dxa"/>
              <w:right w:w="30" w:type="dxa"/>
            </w:tcMar>
          </w:tcPr>
          <w:p>
            <w:pPr>
              <w:jc w:val="right"/>
            </w:pPr>
            <w:r>
              <w:rPr>
                <w:sz w:val="16"/>
              </w:rPr>
              <w:t>455</w:t>
            </w:r>
          </w:p>
        </w:tc>
        <w:tc>
          <w:tcPr>
            <w:tcW w:type="dxa" w:w="1060"/>
            <w:shd w:fill="F9FBFB"/>
            <w:tcMar>
              <w:top w:w="45" w:type="dxa"/>
              <w:bottom w:w="45" w:type="dxa"/>
              <w:left w:w="30" w:type="dxa"/>
              <w:right w:w="30" w:type="dxa"/>
            </w:tcMar>
          </w:tcPr>
          <w:p>
            <w:pPr>
              <w:jc w:val="right"/>
            </w:pPr>
            <w:r>
              <w:rPr>
                <w:b/>
                <w:sz w:val="16"/>
              </w:rPr>
              <w:t>680</w:t>
            </w:r>
          </w:p>
        </w:tc>
        <w:tc>
          <w:tcPr>
            <w:tcW w:type="dxa" w:w="1224"/>
            <w:shd w:fill="F9FBFB"/>
            <w:tcMar>
              <w:top w:w="45" w:type="dxa"/>
              <w:bottom w:w="45" w:type="dxa"/>
              <w:left w:w="30" w:type="dxa"/>
              <w:right w:w="30" w:type="dxa"/>
            </w:tcMar>
          </w:tcPr>
          <w:p>
            <w:pPr>
              <w:jc w:val="right"/>
            </w:pPr>
            <w:r>
              <w:rPr>
                <w:color w:val="27AE60"/>
                <w:sz w:val="16"/>
              </w:rPr>
              <w:t>+225</w:t>
            </w:r>
          </w:p>
        </w:tc>
        <w:tc>
          <w:tcPr>
            <w:tcW w:type="dxa" w:w="1080"/>
            <w:shd w:fill="F9FBFB"/>
            <w:tcMar>
              <w:top w:w="45" w:type="dxa"/>
              <w:bottom w:w="45" w:type="dxa"/>
              <w:left w:w="30" w:type="dxa"/>
              <w:right w:w="30" w:type="dxa"/>
            </w:tcMar>
          </w:tcPr>
          <w:p>
            <w:pPr>
              <w:jc w:val="center"/>
            </w:pPr>
            <w:r>
              <w:rPr>
                <w:b/>
                <w:color w:val="27AE60"/>
                <w:sz w:val="16"/>
              </w:rPr>
              <w:t>+49.5%</w:t>
            </w:r>
          </w:p>
        </w:tc>
      </w:tr>
      <w:tr>
        <w:tc>
          <w:tcPr>
            <w:tcW w:type="dxa" w:w="504"/>
            <w:shd w:fill="FFFFFF"/>
            <w:tcMar>
              <w:top w:w="45" w:type="dxa"/>
              <w:bottom w:w="45" w:type="dxa"/>
              <w:left w:w="30" w:type="dxa"/>
              <w:right w:w="30" w:type="dxa"/>
            </w:tcMar>
          </w:tcPr>
          <w:p>
            <w:pPr>
              <w:jc w:val="center"/>
            </w:pPr>
            <w:r>
              <w:rPr>
                <w:sz w:val="16"/>
              </w:rPr>
              <w:t>21</w:t>
            </w:r>
          </w:p>
        </w:tc>
        <w:tc>
          <w:tcPr>
            <w:tcW w:type="dxa" w:w="936"/>
            <w:shd w:fill="FFFFFF"/>
            <w:tcMar>
              <w:top w:w="45" w:type="dxa"/>
              <w:bottom w:w="45" w:type="dxa"/>
              <w:left w:w="30" w:type="dxa"/>
              <w:right w:w="30" w:type="dxa"/>
            </w:tcMar>
          </w:tcPr>
          <w:p>
            <w:pPr>
              <w:jc w:val="left"/>
            </w:pPr>
            <w:r>
              <w:rPr>
                <w:sz w:val="16"/>
              </w:rPr>
              <w:t>KH1550</w:t>
            </w:r>
          </w:p>
        </w:tc>
        <w:tc>
          <w:tcPr>
            <w:tcW w:type="dxa" w:w="2880"/>
            <w:shd w:fill="FFFFFF"/>
            <w:tcMar>
              <w:top w:w="45" w:type="dxa"/>
              <w:bottom w:w="45" w:type="dxa"/>
              <w:left w:w="30" w:type="dxa"/>
              <w:right w:w="30" w:type="dxa"/>
            </w:tcMar>
          </w:tcPr>
          <w:p>
            <w:pPr>
              <w:jc w:val="left"/>
            </w:pPr>
            <w:r>
              <w:rPr>
                <w:sz w:val="16"/>
              </w:rPr>
              <w:t>CÔNG TY TNHH MINH HƯNG TIẾN</w:t>
            </w:r>
          </w:p>
        </w:tc>
        <w:tc>
          <w:tcPr>
            <w:tcW w:type="dxa" w:w="1060"/>
            <w:shd w:fill="FFFFFF"/>
            <w:tcMar>
              <w:top w:w="45" w:type="dxa"/>
              <w:bottom w:w="45" w:type="dxa"/>
              <w:left w:w="30" w:type="dxa"/>
              <w:right w:w="30" w:type="dxa"/>
            </w:tcMar>
          </w:tcPr>
          <w:p>
            <w:pPr>
              <w:jc w:val="right"/>
            </w:pPr>
            <w:r>
              <w:rPr>
                <w:sz w:val="16"/>
              </w:rPr>
              <w:t>201</w:t>
            </w:r>
          </w:p>
        </w:tc>
        <w:tc>
          <w:tcPr>
            <w:tcW w:type="dxa" w:w="1060"/>
            <w:shd w:fill="FFFFFF"/>
            <w:tcMar>
              <w:top w:w="45" w:type="dxa"/>
              <w:bottom w:w="45" w:type="dxa"/>
              <w:left w:w="30" w:type="dxa"/>
              <w:right w:w="30" w:type="dxa"/>
            </w:tcMar>
          </w:tcPr>
          <w:p>
            <w:pPr>
              <w:jc w:val="right"/>
            </w:pPr>
            <w:r>
              <w:rPr>
                <w:sz w:val="16"/>
              </w:rPr>
              <w:t>105</w:t>
            </w:r>
          </w:p>
        </w:tc>
        <w:tc>
          <w:tcPr>
            <w:tcW w:type="dxa" w:w="1060"/>
            <w:shd w:fill="FFFFFF"/>
            <w:tcMar>
              <w:top w:w="45" w:type="dxa"/>
              <w:bottom w:w="45" w:type="dxa"/>
              <w:left w:w="30" w:type="dxa"/>
              <w:right w:w="30" w:type="dxa"/>
            </w:tcMar>
          </w:tcPr>
          <w:p>
            <w:pPr>
              <w:jc w:val="right"/>
            </w:pPr>
            <w:r>
              <w:rPr>
                <w:sz w:val="16"/>
              </w:rPr>
              <w:t>421</w:t>
            </w:r>
          </w:p>
        </w:tc>
        <w:tc>
          <w:tcPr>
            <w:tcW w:type="dxa" w:w="1060"/>
            <w:shd w:fill="FFFFFF"/>
            <w:tcMar>
              <w:top w:w="45" w:type="dxa"/>
              <w:bottom w:w="45" w:type="dxa"/>
              <w:left w:w="30" w:type="dxa"/>
              <w:right w:w="30" w:type="dxa"/>
            </w:tcMar>
          </w:tcPr>
          <w:p>
            <w:pPr>
              <w:jc w:val="right"/>
            </w:pPr>
            <w:r>
              <w:rPr>
                <w:sz w:val="16"/>
              </w:rPr>
              <w:t>504</w:t>
            </w:r>
          </w:p>
        </w:tc>
        <w:tc>
          <w:tcPr>
            <w:tcW w:type="dxa" w:w="1060"/>
            <w:shd w:fill="FFFFFF"/>
            <w:tcMar>
              <w:top w:w="45" w:type="dxa"/>
              <w:bottom w:w="45" w:type="dxa"/>
              <w:left w:w="30" w:type="dxa"/>
              <w:right w:w="30" w:type="dxa"/>
            </w:tcMar>
          </w:tcPr>
          <w:p>
            <w:pPr>
              <w:jc w:val="right"/>
            </w:pPr>
            <w:r>
              <w:rPr>
                <w:sz w:val="16"/>
              </w:rPr>
              <w:t>436</w:t>
            </w:r>
          </w:p>
        </w:tc>
        <w:tc>
          <w:tcPr>
            <w:tcW w:type="dxa" w:w="1060"/>
            <w:shd w:fill="FFFFFF"/>
            <w:tcMar>
              <w:top w:w="45" w:type="dxa"/>
              <w:bottom w:w="45" w:type="dxa"/>
              <w:left w:w="30" w:type="dxa"/>
              <w:right w:w="30" w:type="dxa"/>
            </w:tcMar>
          </w:tcPr>
          <w:p>
            <w:pPr>
              <w:jc w:val="right"/>
            </w:pPr>
            <w:r>
              <w:rPr>
                <w:sz w:val="16"/>
              </w:rPr>
              <w:t>561</w:t>
            </w:r>
          </w:p>
        </w:tc>
        <w:tc>
          <w:tcPr>
            <w:tcW w:type="dxa" w:w="1060"/>
            <w:shd w:fill="FFFFFF"/>
            <w:tcMar>
              <w:top w:w="45" w:type="dxa"/>
              <w:bottom w:w="45" w:type="dxa"/>
              <w:left w:w="30" w:type="dxa"/>
              <w:right w:w="30" w:type="dxa"/>
            </w:tcMar>
          </w:tcPr>
          <w:p>
            <w:pPr>
              <w:jc w:val="right"/>
            </w:pPr>
            <w:r>
              <w:rPr>
                <w:sz w:val="16"/>
              </w:rPr>
              <w:t>617</w:t>
            </w:r>
          </w:p>
        </w:tc>
        <w:tc>
          <w:tcPr>
            <w:tcW w:type="dxa" w:w="1060"/>
            <w:shd w:fill="FFFFFF"/>
            <w:tcMar>
              <w:top w:w="45" w:type="dxa"/>
              <w:bottom w:w="45" w:type="dxa"/>
              <w:left w:w="30" w:type="dxa"/>
              <w:right w:w="30" w:type="dxa"/>
            </w:tcMar>
          </w:tcPr>
          <w:p>
            <w:pPr>
              <w:jc w:val="right"/>
            </w:pPr>
            <w:r>
              <w:rPr>
                <w:b/>
                <w:sz w:val="16"/>
              </w:rPr>
              <w:t>822</w:t>
            </w:r>
          </w:p>
        </w:tc>
        <w:tc>
          <w:tcPr>
            <w:tcW w:type="dxa" w:w="1224"/>
            <w:shd w:fill="FFFFFF"/>
            <w:tcMar>
              <w:top w:w="45" w:type="dxa"/>
              <w:bottom w:w="45" w:type="dxa"/>
              <w:left w:w="30" w:type="dxa"/>
              <w:right w:w="30" w:type="dxa"/>
            </w:tcMar>
          </w:tcPr>
          <w:p>
            <w:pPr>
              <w:jc w:val="right"/>
            </w:pPr>
            <w:r>
              <w:rPr>
                <w:color w:val="27AE60"/>
                <w:sz w:val="16"/>
              </w:rPr>
              <w:t>+205</w:t>
            </w:r>
          </w:p>
        </w:tc>
        <w:tc>
          <w:tcPr>
            <w:tcW w:type="dxa" w:w="1080"/>
            <w:shd w:fill="FFFFFF"/>
            <w:tcMar>
              <w:top w:w="45" w:type="dxa"/>
              <w:bottom w:w="45" w:type="dxa"/>
              <w:left w:w="30" w:type="dxa"/>
              <w:right w:w="30" w:type="dxa"/>
            </w:tcMar>
          </w:tcPr>
          <w:p>
            <w:pPr>
              <w:jc w:val="center"/>
            </w:pPr>
            <w:r>
              <w:rPr>
                <w:b/>
                <w:color w:val="27AE60"/>
                <w:sz w:val="16"/>
              </w:rPr>
              <w:t>+33.2%</w:t>
            </w:r>
          </w:p>
        </w:tc>
      </w:tr>
      <w:tr>
        <w:tc>
          <w:tcPr>
            <w:tcW w:type="dxa" w:w="504"/>
            <w:shd w:fill="F9FBFB"/>
            <w:tcMar>
              <w:top w:w="45" w:type="dxa"/>
              <w:bottom w:w="45" w:type="dxa"/>
              <w:left w:w="30" w:type="dxa"/>
              <w:right w:w="30" w:type="dxa"/>
            </w:tcMar>
          </w:tcPr>
          <w:p>
            <w:pPr>
              <w:jc w:val="center"/>
            </w:pPr>
            <w:r>
              <w:rPr>
                <w:sz w:val="16"/>
              </w:rPr>
              <w:t>22</w:t>
            </w:r>
          </w:p>
        </w:tc>
        <w:tc>
          <w:tcPr>
            <w:tcW w:type="dxa" w:w="936"/>
            <w:shd w:fill="F9FBFB"/>
            <w:tcMar>
              <w:top w:w="45" w:type="dxa"/>
              <w:bottom w:w="45" w:type="dxa"/>
              <w:left w:w="30" w:type="dxa"/>
              <w:right w:w="30" w:type="dxa"/>
            </w:tcMar>
          </w:tcPr>
          <w:p>
            <w:pPr>
              <w:jc w:val="left"/>
            </w:pPr>
            <w:r>
              <w:rPr>
                <w:sz w:val="16"/>
              </w:rPr>
              <w:t>KH1882</w:t>
            </w:r>
          </w:p>
        </w:tc>
        <w:tc>
          <w:tcPr>
            <w:tcW w:type="dxa" w:w="2880"/>
            <w:shd w:fill="F9FBFB"/>
            <w:tcMar>
              <w:top w:w="45" w:type="dxa"/>
              <w:bottom w:w="45" w:type="dxa"/>
              <w:left w:w="30" w:type="dxa"/>
              <w:right w:w="30" w:type="dxa"/>
            </w:tcMar>
          </w:tcPr>
          <w:p>
            <w:pPr>
              <w:jc w:val="left"/>
            </w:pPr>
            <w:r>
              <w:rPr>
                <w:sz w:val="16"/>
              </w:rPr>
              <w:t>CÔNG TY TNHH XÂY DỰNG VÀ NỘI THẤT CAO CẤP ALLIANCE</w:t>
            </w:r>
          </w:p>
        </w:tc>
        <w:tc>
          <w:tcPr>
            <w:tcW w:type="dxa" w:w="1060"/>
            <w:shd w:fill="F9FBFB"/>
            <w:tcMar>
              <w:top w:w="45" w:type="dxa"/>
              <w:bottom w:w="45" w:type="dxa"/>
              <w:left w:w="30" w:type="dxa"/>
              <w:right w:w="30" w:type="dxa"/>
            </w:tcMar>
          </w:tcPr>
          <w:p>
            <w:pPr>
              <w:jc w:val="right"/>
            </w:pPr>
            <w:r>
              <w:rPr>
                <w:sz w:val="16"/>
              </w:rPr>
              <w:t>535</w:t>
            </w:r>
          </w:p>
        </w:tc>
        <w:tc>
          <w:tcPr>
            <w:tcW w:type="dxa" w:w="1060"/>
            <w:shd w:fill="F9FBFB"/>
            <w:tcMar>
              <w:top w:w="45" w:type="dxa"/>
              <w:bottom w:w="45" w:type="dxa"/>
              <w:left w:w="30" w:type="dxa"/>
              <w:right w:w="30" w:type="dxa"/>
            </w:tcMar>
          </w:tcPr>
          <w:p>
            <w:pPr>
              <w:jc w:val="right"/>
            </w:pPr>
            <w:r>
              <w:rPr>
                <w:sz w:val="16"/>
              </w:rPr>
              <w:t>166</w:t>
            </w:r>
          </w:p>
        </w:tc>
        <w:tc>
          <w:tcPr>
            <w:tcW w:type="dxa" w:w="1060"/>
            <w:shd w:fill="F9FBFB"/>
            <w:tcMar>
              <w:top w:w="45" w:type="dxa"/>
              <w:bottom w:w="45" w:type="dxa"/>
              <w:left w:w="30" w:type="dxa"/>
              <w:right w:w="30" w:type="dxa"/>
            </w:tcMar>
          </w:tcPr>
          <w:p>
            <w:pPr>
              <w:jc w:val="right"/>
            </w:pPr>
            <w:r>
              <w:rPr>
                <w:sz w:val="16"/>
              </w:rPr>
              <w:t>506</w:t>
            </w:r>
          </w:p>
        </w:tc>
        <w:tc>
          <w:tcPr>
            <w:tcW w:type="dxa" w:w="1060"/>
            <w:shd w:fill="F9FBFB"/>
            <w:tcMar>
              <w:top w:w="45" w:type="dxa"/>
              <w:bottom w:w="45" w:type="dxa"/>
              <w:left w:w="30" w:type="dxa"/>
              <w:right w:w="30" w:type="dxa"/>
            </w:tcMar>
          </w:tcPr>
          <w:p>
            <w:pPr>
              <w:jc w:val="right"/>
            </w:pPr>
            <w:r>
              <w:rPr>
                <w:sz w:val="16"/>
              </w:rPr>
              <w:t>445</w:t>
            </w:r>
          </w:p>
        </w:tc>
        <w:tc>
          <w:tcPr>
            <w:tcW w:type="dxa" w:w="1060"/>
            <w:shd w:fill="F9FBFB"/>
            <w:tcMar>
              <w:top w:w="45" w:type="dxa"/>
              <w:bottom w:w="45" w:type="dxa"/>
              <w:left w:w="30" w:type="dxa"/>
              <w:right w:w="30" w:type="dxa"/>
            </w:tcMar>
          </w:tcPr>
          <w:p>
            <w:pPr>
              <w:jc w:val="right"/>
            </w:pPr>
            <w:r>
              <w:rPr>
                <w:sz w:val="16"/>
              </w:rPr>
              <w:t>378</w:t>
            </w:r>
          </w:p>
        </w:tc>
        <w:tc>
          <w:tcPr>
            <w:tcW w:type="dxa" w:w="1060"/>
            <w:shd w:fill="F9FBFB"/>
            <w:tcMar>
              <w:top w:w="45" w:type="dxa"/>
              <w:bottom w:w="45" w:type="dxa"/>
              <w:left w:w="30" w:type="dxa"/>
              <w:right w:w="30" w:type="dxa"/>
            </w:tcMar>
          </w:tcPr>
          <w:p>
            <w:pPr>
              <w:jc w:val="right"/>
            </w:pPr>
            <w:r>
              <w:rPr>
                <w:sz w:val="16"/>
              </w:rPr>
              <w:t>398</w:t>
            </w:r>
          </w:p>
        </w:tc>
        <w:tc>
          <w:tcPr>
            <w:tcW w:type="dxa" w:w="1060"/>
            <w:shd w:fill="F9FBFB"/>
            <w:tcMar>
              <w:top w:w="45" w:type="dxa"/>
              <w:bottom w:w="45" w:type="dxa"/>
              <w:left w:w="30" w:type="dxa"/>
              <w:right w:w="30" w:type="dxa"/>
            </w:tcMar>
          </w:tcPr>
          <w:p>
            <w:pPr>
              <w:jc w:val="right"/>
            </w:pPr>
            <w:r>
              <w:rPr>
                <w:sz w:val="16"/>
              </w:rPr>
              <w:t>528</w:t>
            </w:r>
          </w:p>
        </w:tc>
        <w:tc>
          <w:tcPr>
            <w:tcW w:type="dxa" w:w="1060"/>
            <w:shd w:fill="F9FBFB"/>
            <w:tcMar>
              <w:top w:w="45" w:type="dxa"/>
              <w:bottom w:w="45" w:type="dxa"/>
              <w:left w:w="30" w:type="dxa"/>
              <w:right w:w="30" w:type="dxa"/>
            </w:tcMar>
          </w:tcPr>
          <w:p>
            <w:pPr>
              <w:jc w:val="right"/>
            </w:pPr>
            <w:r>
              <w:rPr>
                <w:b/>
                <w:sz w:val="16"/>
              </w:rPr>
              <w:t>335</w:t>
            </w:r>
          </w:p>
        </w:tc>
        <w:tc>
          <w:tcPr>
            <w:tcW w:type="dxa" w:w="1224"/>
            <w:shd w:fill="F9FBFB"/>
            <w:tcMar>
              <w:top w:w="45" w:type="dxa"/>
              <w:bottom w:w="45" w:type="dxa"/>
              <w:left w:w="30" w:type="dxa"/>
              <w:right w:w="30" w:type="dxa"/>
            </w:tcMar>
          </w:tcPr>
          <w:p>
            <w:pPr>
              <w:jc w:val="right"/>
            </w:pPr>
            <w:r>
              <w:rPr>
                <w:color w:val="C0392B"/>
                <w:sz w:val="16"/>
              </w:rPr>
              <w:t>-193</w:t>
            </w:r>
          </w:p>
        </w:tc>
        <w:tc>
          <w:tcPr>
            <w:tcW w:type="dxa" w:w="1080"/>
            <w:shd w:fill="F9FBFB"/>
            <w:tcMar>
              <w:top w:w="45" w:type="dxa"/>
              <w:bottom w:w="45" w:type="dxa"/>
              <w:left w:w="30" w:type="dxa"/>
              <w:right w:w="30" w:type="dxa"/>
            </w:tcMar>
          </w:tcPr>
          <w:p>
            <w:pPr>
              <w:jc w:val="center"/>
            </w:pPr>
            <w:r>
              <w:rPr>
                <w:b/>
                <w:color w:val="C0392B"/>
                <w:sz w:val="16"/>
              </w:rPr>
              <w:t>-36.6%</w:t>
            </w:r>
          </w:p>
        </w:tc>
      </w:tr>
      <w:tr>
        <w:tc>
          <w:tcPr>
            <w:tcW w:type="dxa" w:w="504"/>
            <w:shd w:fill="FFFFFF"/>
            <w:tcMar>
              <w:top w:w="45" w:type="dxa"/>
              <w:bottom w:w="45" w:type="dxa"/>
              <w:left w:w="30" w:type="dxa"/>
              <w:right w:w="30" w:type="dxa"/>
            </w:tcMar>
          </w:tcPr>
          <w:p>
            <w:pPr>
              <w:jc w:val="center"/>
            </w:pPr>
            <w:r>
              <w:rPr>
                <w:sz w:val="16"/>
              </w:rPr>
              <w:t>23</w:t>
            </w:r>
          </w:p>
        </w:tc>
        <w:tc>
          <w:tcPr>
            <w:tcW w:type="dxa" w:w="936"/>
            <w:shd w:fill="FFFFFF"/>
            <w:tcMar>
              <w:top w:w="45" w:type="dxa"/>
              <w:bottom w:w="45" w:type="dxa"/>
              <w:left w:w="30" w:type="dxa"/>
              <w:right w:w="30" w:type="dxa"/>
            </w:tcMar>
          </w:tcPr>
          <w:p>
            <w:pPr>
              <w:jc w:val="left"/>
            </w:pPr>
            <w:r>
              <w:rPr>
                <w:sz w:val="16"/>
              </w:rPr>
              <w:t>KH0071</w:t>
            </w:r>
          </w:p>
        </w:tc>
        <w:tc>
          <w:tcPr>
            <w:tcW w:type="dxa" w:w="2880"/>
            <w:shd w:fill="FFFFFF"/>
            <w:tcMar>
              <w:top w:w="45" w:type="dxa"/>
              <w:bottom w:w="45" w:type="dxa"/>
              <w:left w:w="30" w:type="dxa"/>
              <w:right w:w="30" w:type="dxa"/>
            </w:tcMar>
          </w:tcPr>
          <w:p>
            <w:pPr>
              <w:jc w:val="left"/>
            </w:pPr>
            <w:r>
              <w:rPr>
                <w:sz w:val="16"/>
              </w:rPr>
              <w:t>CÔNG TY CỔ PHẦN KỸ NGHỆ GỖ TIẾN ĐẠT</w:t>
            </w:r>
          </w:p>
        </w:tc>
        <w:tc>
          <w:tcPr>
            <w:tcW w:type="dxa" w:w="1060"/>
            <w:shd w:fill="FFFFFF"/>
            <w:tcMar>
              <w:top w:w="45" w:type="dxa"/>
              <w:bottom w:w="45" w:type="dxa"/>
              <w:left w:w="30" w:type="dxa"/>
              <w:right w:w="30" w:type="dxa"/>
            </w:tcMar>
          </w:tcPr>
          <w:p>
            <w:pPr>
              <w:jc w:val="right"/>
            </w:pPr>
            <w:r>
              <w:rPr>
                <w:sz w:val="16"/>
              </w:rPr>
              <w:t>621</w:t>
            </w:r>
          </w:p>
        </w:tc>
        <w:tc>
          <w:tcPr>
            <w:tcW w:type="dxa" w:w="1060"/>
            <w:shd w:fill="FFFFFF"/>
            <w:tcMar>
              <w:top w:w="45" w:type="dxa"/>
              <w:bottom w:w="45" w:type="dxa"/>
              <w:left w:w="30" w:type="dxa"/>
              <w:right w:w="30" w:type="dxa"/>
            </w:tcMar>
          </w:tcPr>
          <w:p>
            <w:pPr>
              <w:jc w:val="right"/>
            </w:pPr>
            <w:r>
              <w:rPr>
                <w:sz w:val="16"/>
              </w:rPr>
              <w:t>227</w:t>
            </w:r>
          </w:p>
        </w:tc>
        <w:tc>
          <w:tcPr>
            <w:tcW w:type="dxa" w:w="1060"/>
            <w:shd w:fill="FFFFFF"/>
            <w:tcMar>
              <w:top w:w="45" w:type="dxa"/>
              <w:bottom w:w="45" w:type="dxa"/>
              <w:left w:w="30" w:type="dxa"/>
              <w:right w:w="30" w:type="dxa"/>
            </w:tcMar>
          </w:tcPr>
          <w:p>
            <w:pPr>
              <w:jc w:val="right"/>
            </w:pPr>
            <w:r>
              <w:rPr>
                <w:sz w:val="16"/>
              </w:rPr>
              <w:t>430</w:t>
            </w:r>
          </w:p>
        </w:tc>
        <w:tc>
          <w:tcPr>
            <w:tcW w:type="dxa" w:w="1060"/>
            <w:shd w:fill="FFFFFF"/>
            <w:tcMar>
              <w:top w:w="45" w:type="dxa"/>
              <w:bottom w:w="45" w:type="dxa"/>
              <w:left w:w="30" w:type="dxa"/>
              <w:right w:w="30" w:type="dxa"/>
            </w:tcMar>
          </w:tcPr>
          <w:p>
            <w:pPr>
              <w:jc w:val="right"/>
            </w:pPr>
            <w:r>
              <w:rPr>
                <w:sz w:val="16"/>
              </w:rPr>
              <w:t>265</w:t>
            </w:r>
          </w:p>
        </w:tc>
        <w:tc>
          <w:tcPr>
            <w:tcW w:type="dxa" w:w="1060"/>
            <w:shd w:fill="FFFFFF"/>
            <w:tcMar>
              <w:top w:w="45" w:type="dxa"/>
              <w:bottom w:w="45" w:type="dxa"/>
              <w:left w:w="30" w:type="dxa"/>
              <w:right w:w="30" w:type="dxa"/>
            </w:tcMar>
          </w:tcPr>
          <w:p>
            <w:pPr>
              <w:jc w:val="right"/>
            </w:pPr>
            <w:r>
              <w:rPr>
                <w:sz w:val="16"/>
              </w:rPr>
              <w:t>362</w:t>
            </w:r>
          </w:p>
        </w:tc>
        <w:tc>
          <w:tcPr>
            <w:tcW w:type="dxa" w:w="1060"/>
            <w:shd w:fill="FFFFFF"/>
            <w:tcMar>
              <w:top w:w="45" w:type="dxa"/>
              <w:bottom w:w="45" w:type="dxa"/>
              <w:left w:w="30" w:type="dxa"/>
              <w:right w:w="30" w:type="dxa"/>
            </w:tcMar>
          </w:tcPr>
          <w:p>
            <w:pPr>
              <w:jc w:val="right"/>
            </w:pPr>
            <w:r>
              <w:rPr>
                <w:sz w:val="16"/>
              </w:rPr>
              <w:t>666</w:t>
            </w:r>
          </w:p>
        </w:tc>
        <w:tc>
          <w:tcPr>
            <w:tcW w:type="dxa" w:w="1060"/>
            <w:shd w:fill="FFFFFF"/>
            <w:tcMar>
              <w:top w:w="45" w:type="dxa"/>
              <w:bottom w:w="45" w:type="dxa"/>
              <w:left w:w="30" w:type="dxa"/>
              <w:right w:w="30" w:type="dxa"/>
            </w:tcMar>
          </w:tcPr>
          <w:p>
            <w:pPr>
              <w:jc w:val="right"/>
            </w:pPr>
            <w:r>
              <w:rPr>
                <w:sz w:val="16"/>
              </w:rPr>
              <w:t>242</w:t>
            </w:r>
          </w:p>
        </w:tc>
        <w:tc>
          <w:tcPr>
            <w:tcW w:type="dxa" w:w="1060"/>
            <w:shd w:fill="FFFFFF"/>
            <w:tcMar>
              <w:top w:w="45" w:type="dxa"/>
              <w:bottom w:w="45" w:type="dxa"/>
              <w:left w:w="30" w:type="dxa"/>
              <w:right w:w="30" w:type="dxa"/>
            </w:tcMar>
          </w:tcPr>
          <w:p>
            <w:pPr>
              <w:jc w:val="right"/>
            </w:pPr>
            <w:r>
              <w:rPr>
                <w:b/>
                <w:sz w:val="16"/>
              </w:rPr>
              <w:t>378</w:t>
            </w:r>
          </w:p>
        </w:tc>
        <w:tc>
          <w:tcPr>
            <w:tcW w:type="dxa" w:w="1224"/>
            <w:shd w:fill="FFFFFF"/>
            <w:tcMar>
              <w:top w:w="45" w:type="dxa"/>
              <w:bottom w:w="45" w:type="dxa"/>
              <w:left w:w="30" w:type="dxa"/>
              <w:right w:w="30" w:type="dxa"/>
            </w:tcMar>
          </w:tcPr>
          <w:p>
            <w:pPr>
              <w:jc w:val="right"/>
            </w:pPr>
            <w:r>
              <w:rPr>
                <w:color w:val="27AE60"/>
                <w:sz w:val="16"/>
              </w:rPr>
              <w:t>+136</w:t>
            </w:r>
          </w:p>
        </w:tc>
        <w:tc>
          <w:tcPr>
            <w:tcW w:type="dxa" w:w="1080"/>
            <w:shd w:fill="FFFFFF"/>
            <w:tcMar>
              <w:top w:w="45" w:type="dxa"/>
              <w:bottom w:w="45" w:type="dxa"/>
              <w:left w:w="30" w:type="dxa"/>
              <w:right w:w="30" w:type="dxa"/>
            </w:tcMar>
          </w:tcPr>
          <w:p>
            <w:pPr>
              <w:jc w:val="center"/>
            </w:pPr>
            <w:r>
              <w:rPr>
                <w:b/>
                <w:color w:val="27AE60"/>
                <w:sz w:val="16"/>
              </w:rPr>
              <w:t>+56.2%</w:t>
            </w:r>
          </w:p>
        </w:tc>
      </w:tr>
      <w:tr>
        <w:tc>
          <w:tcPr>
            <w:tcW w:type="dxa" w:w="504"/>
            <w:shd w:fill="F9FBFB"/>
            <w:tcMar>
              <w:top w:w="45" w:type="dxa"/>
              <w:bottom w:w="45" w:type="dxa"/>
              <w:left w:w="30" w:type="dxa"/>
              <w:right w:w="30" w:type="dxa"/>
            </w:tcMar>
          </w:tcPr>
          <w:p>
            <w:pPr>
              <w:jc w:val="center"/>
            </w:pPr>
            <w:r>
              <w:rPr>
                <w:sz w:val="16"/>
              </w:rPr>
              <w:t>24</w:t>
            </w:r>
          </w:p>
        </w:tc>
        <w:tc>
          <w:tcPr>
            <w:tcW w:type="dxa" w:w="936"/>
            <w:shd w:fill="F9FBFB"/>
            <w:tcMar>
              <w:top w:w="45" w:type="dxa"/>
              <w:bottom w:w="45" w:type="dxa"/>
              <w:left w:w="30" w:type="dxa"/>
              <w:right w:w="30" w:type="dxa"/>
            </w:tcMar>
          </w:tcPr>
          <w:p>
            <w:pPr>
              <w:jc w:val="left"/>
            </w:pPr>
            <w:r>
              <w:rPr>
                <w:sz w:val="16"/>
              </w:rPr>
              <w:t>KH0292</w:t>
            </w:r>
          </w:p>
        </w:tc>
        <w:tc>
          <w:tcPr>
            <w:tcW w:type="dxa" w:w="2880"/>
            <w:shd w:fill="F9FBFB"/>
            <w:tcMar>
              <w:top w:w="45" w:type="dxa"/>
              <w:bottom w:w="45" w:type="dxa"/>
              <w:left w:w="30" w:type="dxa"/>
              <w:right w:w="30" w:type="dxa"/>
            </w:tcMar>
          </w:tcPr>
          <w:p>
            <w:pPr>
              <w:jc w:val="left"/>
            </w:pPr>
            <w:r>
              <w:rPr>
                <w:sz w:val="16"/>
              </w:rPr>
              <w:t>CÔNG TY TNHH HỐ NAI II</w:t>
            </w:r>
          </w:p>
        </w:tc>
        <w:tc>
          <w:tcPr>
            <w:tcW w:type="dxa" w:w="1060"/>
            <w:shd w:fill="F9FBFB"/>
            <w:tcMar>
              <w:top w:w="45" w:type="dxa"/>
              <w:bottom w:w="45" w:type="dxa"/>
              <w:left w:w="30" w:type="dxa"/>
              <w:right w:w="30" w:type="dxa"/>
            </w:tcMar>
          </w:tcPr>
          <w:p>
            <w:pPr>
              <w:jc w:val="right"/>
            </w:pPr>
            <w:r>
              <w:rPr>
                <w:sz w:val="16"/>
              </w:rPr>
              <w:t>435</w:t>
            </w:r>
          </w:p>
        </w:tc>
        <w:tc>
          <w:tcPr>
            <w:tcW w:type="dxa" w:w="1060"/>
            <w:shd w:fill="F9FBFB"/>
            <w:tcMar>
              <w:top w:w="45" w:type="dxa"/>
              <w:bottom w:w="45" w:type="dxa"/>
              <w:left w:w="30" w:type="dxa"/>
              <w:right w:w="30" w:type="dxa"/>
            </w:tcMar>
          </w:tcPr>
          <w:p>
            <w:pPr>
              <w:jc w:val="right"/>
            </w:pPr>
            <w:r>
              <w:rPr>
                <w:sz w:val="16"/>
              </w:rPr>
              <w:t>149</w:t>
            </w:r>
          </w:p>
        </w:tc>
        <w:tc>
          <w:tcPr>
            <w:tcW w:type="dxa" w:w="1060"/>
            <w:shd w:fill="F9FBFB"/>
            <w:tcMar>
              <w:top w:w="45" w:type="dxa"/>
              <w:bottom w:w="45" w:type="dxa"/>
              <w:left w:w="30" w:type="dxa"/>
              <w:right w:w="30" w:type="dxa"/>
            </w:tcMar>
          </w:tcPr>
          <w:p>
            <w:pPr>
              <w:jc w:val="right"/>
            </w:pPr>
            <w:r>
              <w:rPr>
                <w:sz w:val="16"/>
              </w:rPr>
              <w:t>647</w:t>
            </w:r>
          </w:p>
        </w:tc>
        <w:tc>
          <w:tcPr>
            <w:tcW w:type="dxa" w:w="1060"/>
            <w:shd w:fill="F9FBFB"/>
            <w:tcMar>
              <w:top w:w="45" w:type="dxa"/>
              <w:bottom w:w="45" w:type="dxa"/>
              <w:left w:w="30" w:type="dxa"/>
              <w:right w:w="30" w:type="dxa"/>
            </w:tcMar>
          </w:tcPr>
          <w:p>
            <w:pPr>
              <w:jc w:val="right"/>
            </w:pPr>
            <w:r>
              <w:rPr>
                <w:sz w:val="16"/>
              </w:rPr>
              <w:t>273</w:t>
            </w:r>
          </w:p>
        </w:tc>
        <w:tc>
          <w:tcPr>
            <w:tcW w:type="dxa" w:w="1060"/>
            <w:shd w:fill="F9FBFB"/>
            <w:tcMar>
              <w:top w:w="45" w:type="dxa"/>
              <w:bottom w:w="45" w:type="dxa"/>
              <w:left w:w="30" w:type="dxa"/>
              <w:right w:w="30" w:type="dxa"/>
            </w:tcMar>
          </w:tcPr>
          <w:p>
            <w:pPr>
              <w:jc w:val="right"/>
            </w:pPr>
            <w:r>
              <w:rPr>
                <w:sz w:val="16"/>
              </w:rPr>
              <w:t>313</w:t>
            </w:r>
          </w:p>
        </w:tc>
        <w:tc>
          <w:tcPr>
            <w:tcW w:type="dxa" w:w="1060"/>
            <w:shd w:fill="F9FBFB"/>
            <w:tcMar>
              <w:top w:w="45" w:type="dxa"/>
              <w:bottom w:w="45" w:type="dxa"/>
              <w:left w:w="30" w:type="dxa"/>
              <w:right w:w="30" w:type="dxa"/>
            </w:tcMar>
          </w:tcPr>
          <w:p>
            <w:pPr>
              <w:jc w:val="right"/>
            </w:pPr>
            <w:r>
              <w:rPr>
                <w:sz w:val="16"/>
              </w:rPr>
              <w:t>399</w:t>
            </w:r>
          </w:p>
        </w:tc>
        <w:tc>
          <w:tcPr>
            <w:tcW w:type="dxa" w:w="1060"/>
            <w:shd w:fill="F9FBFB"/>
            <w:tcMar>
              <w:top w:w="45" w:type="dxa"/>
              <w:bottom w:w="45" w:type="dxa"/>
              <w:left w:w="30" w:type="dxa"/>
              <w:right w:w="30" w:type="dxa"/>
            </w:tcMar>
          </w:tcPr>
          <w:p>
            <w:pPr>
              <w:jc w:val="right"/>
            </w:pPr>
            <w:r>
              <w:rPr>
                <w:sz w:val="16"/>
              </w:rPr>
              <w:t>360</w:t>
            </w:r>
          </w:p>
        </w:tc>
        <w:tc>
          <w:tcPr>
            <w:tcW w:type="dxa" w:w="1060"/>
            <w:shd w:fill="F9FBFB"/>
            <w:tcMar>
              <w:top w:w="45" w:type="dxa"/>
              <w:bottom w:w="45" w:type="dxa"/>
              <w:left w:w="30" w:type="dxa"/>
              <w:right w:w="30" w:type="dxa"/>
            </w:tcMar>
          </w:tcPr>
          <w:p>
            <w:pPr>
              <w:jc w:val="right"/>
            </w:pPr>
            <w:r>
              <w:rPr>
                <w:b/>
                <w:sz w:val="16"/>
              </w:rPr>
              <w:t>464</w:t>
            </w:r>
          </w:p>
        </w:tc>
        <w:tc>
          <w:tcPr>
            <w:tcW w:type="dxa" w:w="1224"/>
            <w:shd w:fill="F9FBFB"/>
            <w:tcMar>
              <w:top w:w="45" w:type="dxa"/>
              <w:bottom w:w="45" w:type="dxa"/>
              <w:left w:w="30" w:type="dxa"/>
              <w:right w:w="30" w:type="dxa"/>
            </w:tcMar>
          </w:tcPr>
          <w:p>
            <w:pPr>
              <w:jc w:val="right"/>
            </w:pPr>
            <w:r>
              <w:rPr>
                <w:color w:val="27AE60"/>
                <w:sz w:val="16"/>
              </w:rPr>
              <w:t>+104</w:t>
            </w:r>
          </w:p>
        </w:tc>
        <w:tc>
          <w:tcPr>
            <w:tcW w:type="dxa" w:w="1080"/>
            <w:shd w:fill="F9FBFB"/>
            <w:tcMar>
              <w:top w:w="45" w:type="dxa"/>
              <w:bottom w:w="45" w:type="dxa"/>
              <w:left w:w="30" w:type="dxa"/>
              <w:right w:w="30" w:type="dxa"/>
            </w:tcMar>
          </w:tcPr>
          <w:p>
            <w:pPr>
              <w:jc w:val="center"/>
            </w:pPr>
            <w:r>
              <w:rPr>
                <w:b/>
                <w:color w:val="27AE60"/>
                <w:sz w:val="16"/>
              </w:rPr>
              <w:t>+28.9%</w:t>
            </w:r>
          </w:p>
        </w:tc>
      </w:tr>
      <w:tr>
        <w:tc>
          <w:tcPr>
            <w:tcW w:type="dxa" w:w="504"/>
            <w:shd w:fill="FFFFFF"/>
            <w:tcMar>
              <w:top w:w="45" w:type="dxa"/>
              <w:bottom w:w="45" w:type="dxa"/>
              <w:left w:w="30" w:type="dxa"/>
              <w:right w:w="30" w:type="dxa"/>
            </w:tcMar>
          </w:tcPr>
          <w:p>
            <w:pPr>
              <w:jc w:val="center"/>
            </w:pPr>
            <w:r>
              <w:rPr>
                <w:sz w:val="16"/>
              </w:rPr>
              <w:t>25</w:t>
            </w:r>
          </w:p>
        </w:tc>
        <w:tc>
          <w:tcPr>
            <w:tcW w:type="dxa" w:w="936"/>
            <w:shd w:fill="FFFFFF"/>
            <w:tcMar>
              <w:top w:w="45" w:type="dxa"/>
              <w:bottom w:w="45" w:type="dxa"/>
              <w:left w:w="30" w:type="dxa"/>
              <w:right w:w="30" w:type="dxa"/>
            </w:tcMar>
          </w:tcPr>
          <w:p>
            <w:pPr>
              <w:jc w:val="left"/>
            </w:pPr>
            <w:r>
              <w:rPr>
                <w:sz w:val="16"/>
              </w:rPr>
              <w:t>KH1670</w:t>
            </w:r>
          </w:p>
        </w:tc>
        <w:tc>
          <w:tcPr>
            <w:tcW w:type="dxa" w:w="2880"/>
            <w:shd w:fill="FFFFFF"/>
            <w:tcMar>
              <w:top w:w="45" w:type="dxa"/>
              <w:bottom w:w="45" w:type="dxa"/>
              <w:left w:w="30" w:type="dxa"/>
              <w:right w:w="30" w:type="dxa"/>
            </w:tcMar>
          </w:tcPr>
          <w:p>
            <w:pPr>
              <w:jc w:val="left"/>
            </w:pPr>
            <w:r>
              <w:rPr>
                <w:sz w:val="16"/>
              </w:rPr>
              <w:t>CÔNG TY TNHH ĐỒ GỖ HỐ NAI M&amp;M</w:t>
            </w:r>
          </w:p>
        </w:tc>
        <w:tc>
          <w:tcPr>
            <w:tcW w:type="dxa" w:w="1060"/>
            <w:shd w:fill="FFFFFF"/>
            <w:tcMar>
              <w:top w:w="45" w:type="dxa"/>
              <w:bottom w:w="45" w:type="dxa"/>
              <w:left w:w="30" w:type="dxa"/>
              <w:right w:w="30" w:type="dxa"/>
            </w:tcMar>
          </w:tcPr>
          <w:p>
            <w:pPr>
              <w:jc w:val="right"/>
            </w:pPr>
            <w:r>
              <w:rPr>
                <w:sz w:val="16"/>
              </w:rPr>
              <w:t>566</w:t>
            </w:r>
          </w:p>
        </w:tc>
        <w:tc>
          <w:tcPr>
            <w:tcW w:type="dxa" w:w="1060"/>
            <w:shd w:fill="FFFFFF"/>
            <w:tcMar>
              <w:top w:w="45" w:type="dxa"/>
              <w:bottom w:w="45" w:type="dxa"/>
              <w:left w:w="30" w:type="dxa"/>
              <w:right w:w="30" w:type="dxa"/>
            </w:tcMar>
          </w:tcPr>
          <w:p>
            <w:pPr>
              <w:jc w:val="right"/>
            </w:pPr>
            <w:r>
              <w:rPr>
                <w:sz w:val="16"/>
              </w:rPr>
              <w:t>154</w:t>
            </w:r>
          </w:p>
        </w:tc>
        <w:tc>
          <w:tcPr>
            <w:tcW w:type="dxa" w:w="1060"/>
            <w:shd w:fill="FFFFFF"/>
            <w:tcMar>
              <w:top w:w="45" w:type="dxa"/>
              <w:bottom w:w="45" w:type="dxa"/>
              <w:left w:w="30" w:type="dxa"/>
              <w:right w:w="30" w:type="dxa"/>
            </w:tcMar>
          </w:tcPr>
          <w:p>
            <w:pPr>
              <w:jc w:val="right"/>
            </w:pPr>
            <w:r>
              <w:rPr>
                <w:sz w:val="16"/>
              </w:rPr>
              <w:t>450</w:t>
            </w:r>
          </w:p>
        </w:tc>
        <w:tc>
          <w:tcPr>
            <w:tcW w:type="dxa" w:w="1060"/>
            <w:shd w:fill="FFFFFF"/>
            <w:tcMar>
              <w:top w:w="45" w:type="dxa"/>
              <w:bottom w:w="45" w:type="dxa"/>
              <w:left w:w="30" w:type="dxa"/>
              <w:right w:w="30" w:type="dxa"/>
            </w:tcMar>
          </w:tcPr>
          <w:p>
            <w:pPr>
              <w:jc w:val="right"/>
            </w:pPr>
            <w:r>
              <w:rPr>
                <w:sz w:val="16"/>
              </w:rPr>
              <w:t>272</w:t>
            </w:r>
          </w:p>
        </w:tc>
        <w:tc>
          <w:tcPr>
            <w:tcW w:type="dxa" w:w="1060"/>
            <w:shd w:fill="FFFFFF"/>
            <w:tcMar>
              <w:top w:w="45" w:type="dxa"/>
              <w:bottom w:w="45" w:type="dxa"/>
              <w:left w:w="30" w:type="dxa"/>
              <w:right w:w="30" w:type="dxa"/>
            </w:tcMar>
          </w:tcPr>
          <w:p>
            <w:pPr>
              <w:jc w:val="right"/>
            </w:pPr>
            <w:r>
              <w:rPr>
                <w:sz w:val="16"/>
              </w:rPr>
              <w:t>421</w:t>
            </w:r>
          </w:p>
        </w:tc>
        <w:tc>
          <w:tcPr>
            <w:tcW w:type="dxa" w:w="1060"/>
            <w:shd w:fill="FFFFFF"/>
            <w:tcMar>
              <w:top w:w="45" w:type="dxa"/>
              <w:bottom w:w="45" w:type="dxa"/>
              <w:left w:w="30" w:type="dxa"/>
              <w:right w:w="30" w:type="dxa"/>
            </w:tcMar>
          </w:tcPr>
          <w:p>
            <w:pPr>
              <w:jc w:val="right"/>
            </w:pPr>
            <w:r>
              <w:rPr>
                <w:sz w:val="16"/>
              </w:rPr>
              <w:t>412</w:t>
            </w:r>
          </w:p>
        </w:tc>
        <w:tc>
          <w:tcPr>
            <w:tcW w:type="dxa" w:w="1060"/>
            <w:shd w:fill="FFFFFF"/>
            <w:tcMar>
              <w:top w:w="45" w:type="dxa"/>
              <w:bottom w:w="45" w:type="dxa"/>
              <w:left w:w="30" w:type="dxa"/>
              <w:right w:w="30" w:type="dxa"/>
            </w:tcMar>
          </w:tcPr>
          <w:p>
            <w:pPr>
              <w:jc w:val="right"/>
            </w:pPr>
            <w:r>
              <w:rPr>
                <w:sz w:val="16"/>
              </w:rPr>
              <w:t>395</w:t>
            </w:r>
          </w:p>
        </w:tc>
        <w:tc>
          <w:tcPr>
            <w:tcW w:type="dxa" w:w="1060"/>
            <w:shd w:fill="FFFFFF"/>
            <w:tcMar>
              <w:top w:w="45" w:type="dxa"/>
              <w:bottom w:w="45" w:type="dxa"/>
              <w:left w:w="30" w:type="dxa"/>
              <w:right w:w="30" w:type="dxa"/>
            </w:tcMar>
          </w:tcPr>
          <w:p>
            <w:pPr>
              <w:jc w:val="right"/>
            </w:pPr>
            <w:r>
              <w:rPr>
                <w:b/>
                <w:sz w:val="16"/>
              </w:rPr>
              <w:t>325</w:t>
            </w:r>
          </w:p>
        </w:tc>
        <w:tc>
          <w:tcPr>
            <w:tcW w:type="dxa" w:w="1224"/>
            <w:shd w:fill="FFFFFF"/>
            <w:tcMar>
              <w:top w:w="45" w:type="dxa"/>
              <w:bottom w:w="45" w:type="dxa"/>
              <w:left w:w="30" w:type="dxa"/>
              <w:right w:w="30" w:type="dxa"/>
            </w:tcMar>
          </w:tcPr>
          <w:p>
            <w:pPr>
              <w:jc w:val="right"/>
            </w:pPr>
            <w:r>
              <w:rPr>
                <w:color w:val="C0392B"/>
                <w:sz w:val="16"/>
              </w:rPr>
              <w:t>-70</w:t>
            </w:r>
          </w:p>
        </w:tc>
        <w:tc>
          <w:tcPr>
            <w:tcW w:type="dxa" w:w="1080"/>
            <w:shd w:fill="FFFFFF"/>
            <w:tcMar>
              <w:top w:w="45" w:type="dxa"/>
              <w:bottom w:w="45" w:type="dxa"/>
              <w:left w:w="30" w:type="dxa"/>
              <w:right w:w="30" w:type="dxa"/>
            </w:tcMar>
          </w:tcPr>
          <w:p>
            <w:pPr>
              <w:jc w:val="center"/>
            </w:pPr>
            <w:r>
              <w:rPr>
                <w:b/>
                <w:color w:val="C0392B"/>
                <w:sz w:val="16"/>
              </w:rPr>
              <w:t>-17.7%</w:t>
            </w:r>
          </w:p>
        </w:tc>
      </w:tr>
      <w:tr>
        <w:tc>
          <w:tcPr>
            <w:tcW w:type="dxa" w:w="504"/>
            <w:shd w:fill="F9FBFB"/>
            <w:tcMar>
              <w:top w:w="45" w:type="dxa"/>
              <w:bottom w:w="45" w:type="dxa"/>
              <w:left w:w="30" w:type="dxa"/>
              <w:right w:w="30" w:type="dxa"/>
            </w:tcMar>
          </w:tcPr>
          <w:p>
            <w:pPr>
              <w:jc w:val="center"/>
            </w:pPr>
            <w:r>
              <w:rPr>
                <w:sz w:val="16"/>
              </w:rPr>
              <w:t>26</w:t>
            </w:r>
          </w:p>
        </w:tc>
        <w:tc>
          <w:tcPr>
            <w:tcW w:type="dxa" w:w="936"/>
            <w:shd w:fill="F9FBFB"/>
            <w:tcMar>
              <w:top w:w="45" w:type="dxa"/>
              <w:bottom w:w="45" w:type="dxa"/>
              <w:left w:w="30" w:type="dxa"/>
              <w:right w:w="30" w:type="dxa"/>
            </w:tcMar>
          </w:tcPr>
          <w:p>
            <w:pPr>
              <w:jc w:val="left"/>
            </w:pPr>
            <w:r>
              <w:rPr>
                <w:sz w:val="16"/>
              </w:rPr>
              <w:t>KH0354</w:t>
            </w:r>
          </w:p>
        </w:tc>
        <w:tc>
          <w:tcPr>
            <w:tcW w:type="dxa" w:w="2880"/>
            <w:shd w:fill="F9FBFB"/>
            <w:tcMar>
              <w:top w:w="45" w:type="dxa"/>
              <w:bottom w:w="45" w:type="dxa"/>
              <w:left w:w="30" w:type="dxa"/>
              <w:right w:w="30" w:type="dxa"/>
            </w:tcMar>
          </w:tcPr>
          <w:p>
            <w:pPr>
              <w:jc w:val="left"/>
            </w:pPr>
            <w:r>
              <w:rPr>
                <w:sz w:val="16"/>
              </w:rPr>
              <w:t>CÔNG TY TNHH MINH PHÁT 2</w:t>
            </w:r>
          </w:p>
        </w:tc>
        <w:tc>
          <w:tcPr>
            <w:tcW w:type="dxa" w:w="1060"/>
            <w:shd w:fill="F9FBFB"/>
            <w:tcMar>
              <w:top w:w="45" w:type="dxa"/>
              <w:bottom w:w="45" w:type="dxa"/>
              <w:left w:w="30" w:type="dxa"/>
              <w:right w:w="30" w:type="dxa"/>
            </w:tcMar>
          </w:tcPr>
          <w:p>
            <w:pPr>
              <w:jc w:val="right"/>
            </w:pPr>
            <w:r>
              <w:rPr>
                <w:sz w:val="16"/>
              </w:rPr>
              <w:t>386</w:t>
            </w:r>
          </w:p>
        </w:tc>
        <w:tc>
          <w:tcPr>
            <w:tcW w:type="dxa" w:w="1060"/>
            <w:shd w:fill="F9FBFB"/>
            <w:tcMar>
              <w:top w:w="45" w:type="dxa"/>
              <w:bottom w:w="45" w:type="dxa"/>
              <w:left w:w="30" w:type="dxa"/>
              <w:right w:w="30" w:type="dxa"/>
            </w:tcMar>
          </w:tcPr>
          <w:p>
            <w:pPr>
              <w:jc w:val="right"/>
            </w:pPr>
            <w:r>
              <w:rPr>
                <w:sz w:val="16"/>
              </w:rPr>
              <w:t>229</w:t>
            </w:r>
          </w:p>
        </w:tc>
        <w:tc>
          <w:tcPr>
            <w:tcW w:type="dxa" w:w="1060"/>
            <w:shd w:fill="F9FBFB"/>
            <w:tcMar>
              <w:top w:w="45" w:type="dxa"/>
              <w:bottom w:w="45" w:type="dxa"/>
              <w:left w:w="30" w:type="dxa"/>
              <w:right w:w="30" w:type="dxa"/>
            </w:tcMar>
          </w:tcPr>
          <w:p>
            <w:pPr>
              <w:jc w:val="right"/>
            </w:pPr>
            <w:r>
              <w:rPr>
                <w:sz w:val="16"/>
              </w:rPr>
              <w:t>424</w:t>
            </w:r>
          </w:p>
        </w:tc>
        <w:tc>
          <w:tcPr>
            <w:tcW w:type="dxa" w:w="1060"/>
            <w:shd w:fill="F9FBFB"/>
            <w:tcMar>
              <w:top w:w="45" w:type="dxa"/>
              <w:bottom w:w="45" w:type="dxa"/>
              <w:left w:w="30" w:type="dxa"/>
              <w:right w:w="30" w:type="dxa"/>
            </w:tcMar>
          </w:tcPr>
          <w:p>
            <w:pPr>
              <w:jc w:val="right"/>
            </w:pPr>
            <w:r>
              <w:rPr>
                <w:sz w:val="16"/>
              </w:rPr>
              <w:t>320</w:t>
            </w:r>
          </w:p>
        </w:tc>
        <w:tc>
          <w:tcPr>
            <w:tcW w:type="dxa" w:w="1060"/>
            <w:shd w:fill="F9FBFB"/>
            <w:tcMar>
              <w:top w:w="45" w:type="dxa"/>
              <w:bottom w:w="45" w:type="dxa"/>
              <w:left w:w="30" w:type="dxa"/>
              <w:right w:w="30" w:type="dxa"/>
            </w:tcMar>
          </w:tcPr>
          <w:p>
            <w:pPr>
              <w:jc w:val="right"/>
            </w:pPr>
            <w:r>
              <w:rPr>
                <w:sz w:val="16"/>
              </w:rPr>
              <w:t>422</w:t>
            </w:r>
          </w:p>
        </w:tc>
        <w:tc>
          <w:tcPr>
            <w:tcW w:type="dxa" w:w="1060"/>
            <w:shd w:fill="F9FBFB"/>
            <w:tcMar>
              <w:top w:w="45" w:type="dxa"/>
              <w:bottom w:w="45" w:type="dxa"/>
              <w:left w:w="30" w:type="dxa"/>
              <w:right w:w="30" w:type="dxa"/>
            </w:tcMar>
          </w:tcPr>
          <w:p>
            <w:pPr>
              <w:jc w:val="right"/>
            </w:pPr>
            <w:r>
              <w:rPr>
                <w:sz w:val="16"/>
              </w:rPr>
              <w:t>318</w:t>
            </w:r>
          </w:p>
        </w:tc>
        <w:tc>
          <w:tcPr>
            <w:tcW w:type="dxa" w:w="1060"/>
            <w:shd w:fill="F9FBFB"/>
            <w:tcMar>
              <w:top w:w="45" w:type="dxa"/>
              <w:bottom w:w="45" w:type="dxa"/>
              <w:left w:w="30" w:type="dxa"/>
              <w:right w:w="30" w:type="dxa"/>
            </w:tcMar>
          </w:tcPr>
          <w:p>
            <w:pPr>
              <w:jc w:val="right"/>
            </w:pPr>
            <w:r>
              <w:rPr>
                <w:sz w:val="16"/>
              </w:rPr>
              <w:t>505</w:t>
            </w:r>
          </w:p>
        </w:tc>
        <w:tc>
          <w:tcPr>
            <w:tcW w:type="dxa" w:w="1060"/>
            <w:shd w:fill="F9FBFB"/>
            <w:tcMar>
              <w:top w:w="45" w:type="dxa"/>
              <w:bottom w:w="45" w:type="dxa"/>
              <w:left w:w="30" w:type="dxa"/>
              <w:right w:w="30" w:type="dxa"/>
            </w:tcMar>
          </w:tcPr>
          <w:p>
            <w:pPr>
              <w:jc w:val="right"/>
            </w:pPr>
            <w:r>
              <w:rPr>
                <w:b/>
                <w:sz w:val="16"/>
              </w:rPr>
              <w:t>360</w:t>
            </w:r>
          </w:p>
        </w:tc>
        <w:tc>
          <w:tcPr>
            <w:tcW w:type="dxa" w:w="1224"/>
            <w:shd w:fill="F9FBFB"/>
            <w:tcMar>
              <w:top w:w="45" w:type="dxa"/>
              <w:bottom w:w="45" w:type="dxa"/>
              <w:left w:w="30" w:type="dxa"/>
              <w:right w:w="30" w:type="dxa"/>
            </w:tcMar>
          </w:tcPr>
          <w:p>
            <w:pPr>
              <w:jc w:val="right"/>
            </w:pPr>
            <w:r>
              <w:rPr>
                <w:color w:val="C0392B"/>
                <w:sz w:val="16"/>
              </w:rPr>
              <w:t>-145</w:t>
            </w:r>
          </w:p>
        </w:tc>
        <w:tc>
          <w:tcPr>
            <w:tcW w:type="dxa" w:w="1080"/>
            <w:shd w:fill="F9FBFB"/>
            <w:tcMar>
              <w:top w:w="45" w:type="dxa"/>
              <w:bottom w:w="45" w:type="dxa"/>
              <w:left w:w="30" w:type="dxa"/>
              <w:right w:w="30" w:type="dxa"/>
            </w:tcMar>
          </w:tcPr>
          <w:p>
            <w:pPr>
              <w:jc w:val="center"/>
            </w:pPr>
            <w:r>
              <w:rPr>
                <w:b/>
                <w:color w:val="C0392B"/>
                <w:sz w:val="16"/>
              </w:rPr>
              <w:t>-28.7%</w:t>
            </w:r>
          </w:p>
        </w:tc>
      </w:tr>
      <w:tr>
        <w:tc>
          <w:tcPr>
            <w:tcW w:type="dxa" w:w="504"/>
            <w:shd w:fill="FFFFFF"/>
            <w:tcMar>
              <w:top w:w="45" w:type="dxa"/>
              <w:bottom w:w="45" w:type="dxa"/>
              <w:left w:w="30" w:type="dxa"/>
              <w:right w:w="30" w:type="dxa"/>
            </w:tcMar>
          </w:tcPr>
          <w:p>
            <w:pPr>
              <w:jc w:val="center"/>
            </w:pPr>
            <w:r>
              <w:rPr>
                <w:sz w:val="16"/>
              </w:rPr>
              <w:t>27</w:t>
            </w:r>
          </w:p>
        </w:tc>
        <w:tc>
          <w:tcPr>
            <w:tcW w:type="dxa" w:w="936"/>
            <w:shd w:fill="FFFFFF"/>
            <w:tcMar>
              <w:top w:w="45" w:type="dxa"/>
              <w:bottom w:w="45" w:type="dxa"/>
              <w:left w:w="30" w:type="dxa"/>
              <w:right w:w="30" w:type="dxa"/>
            </w:tcMar>
          </w:tcPr>
          <w:p>
            <w:pPr>
              <w:jc w:val="left"/>
            </w:pPr>
            <w:r>
              <w:rPr>
                <w:sz w:val="16"/>
              </w:rPr>
              <w:t>KH0751</w:t>
            </w:r>
          </w:p>
        </w:tc>
        <w:tc>
          <w:tcPr>
            <w:tcW w:type="dxa" w:w="2880"/>
            <w:shd w:fill="FFFFFF"/>
            <w:tcMar>
              <w:top w:w="45" w:type="dxa"/>
              <w:bottom w:w="45" w:type="dxa"/>
              <w:left w:w="30" w:type="dxa"/>
              <w:right w:w="30" w:type="dxa"/>
            </w:tcMar>
          </w:tcPr>
          <w:p>
            <w:pPr>
              <w:jc w:val="left"/>
            </w:pPr>
            <w:r>
              <w:rPr>
                <w:sz w:val="16"/>
              </w:rPr>
              <w:t>CÔNG TY TNHH ĐĂNG LONG</w:t>
            </w:r>
          </w:p>
        </w:tc>
        <w:tc>
          <w:tcPr>
            <w:tcW w:type="dxa" w:w="1060"/>
            <w:shd w:fill="FFFFFF"/>
            <w:tcMar>
              <w:top w:w="45" w:type="dxa"/>
              <w:bottom w:w="45" w:type="dxa"/>
              <w:left w:w="30" w:type="dxa"/>
              <w:right w:w="30" w:type="dxa"/>
            </w:tcMar>
          </w:tcPr>
          <w:p>
            <w:pPr>
              <w:jc w:val="right"/>
            </w:pPr>
            <w:r>
              <w:rPr>
                <w:sz w:val="16"/>
              </w:rPr>
              <w:t>302</w:t>
            </w:r>
          </w:p>
        </w:tc>
        <w:tc>
          <w:tcPr>
            <w:tcW w:type="dxa" w:w="1060"/>
            <w:shd w:fill="FFFFFF"/>
            <w:tcMar>
              <w:top w:w="45" w:type="dxa"/>
              <w:bottom w:w="45" w:type="dxa"/>
              <w:left w:w="30" w:type="dxa"/>
              <w:right w:w="30" w:type="dxa"/>
            </w:tcMar>
          </w:tcPr>
          <w:p>
            <w:pPr>
              <w:jc w:val="right"/>
            </w:pPr>
            <w:r>
              <w:rPr>
                <w:sz w:val="16"/>
              </w:rPr>
              <w:t>159</w:t>
            </w:r>
          </w:p>
        </w:tc>
        <w:tc>
          <w:tcPr>
            <w:tcW w:type="dxa" w:w="1060"/>
            <w:shd w:fill="FFFFFF"/>
            <w:tcMar>
              <w:top w:w="45" w:type="dxa"/>
              <w:bottom w:w="45" w:type="dxa"/>
              <w:left w:w="30" w:type="dxa"/>
              <w:right w:w="30" w:type="dxa"/>
            </w:tcMar>
          </w:tcPr>
          <w:p>
            <w:pPr>
              <w:jc w:val="right"/>
            </w:pPr>
            <w:r>
              <w:rPr>
                <w:sz w:val="16"/>
              </w:rPr>
              <w:t>525</w:t>
            </w:r>
          </w:p>
        </w:tc>
        <w:tc>
          <w:tcPr>
            <w:tcW w:type="dxa" w:w="1060"/>
            <w:shd w:fill="FFFFFF"/>
            <w:tcMar>
              <w:top w:w="45" w:type="dxa"/>
              <w:bottom w:w="45" w:type="dxa"/>
              <w:left w:w="30" w:type="dxa"/>
              <w:right w:w="30" w:type="dxa"/>
            </w:tcMar>
          </w:tcPr>
          <w:p>
            <w:pPr>
              <w:jc w:val="right"/>
            </w:pPr>
            <w:r>
              <w:rPr>
                <w:sz w:val="16"/>
              </w:rPr>
              <w:t>521</w:t>
            </w:r>
          </w:p>
        </w:tc>
        <w:tc>
          <w:tcPr>
            <w:tcW w:type="dxa" w:w="1060"/>
            <w:shd w:fill="FFFFFF"/>
            <w:tcMar>
              <w:top w:w="45" w:type="dxa"/>
              <w:bottom w:w="45" w:type="dxa"/>
              <w:left w:w="30" w:type="dxa"/>
              <w:right w:w="30" w:type="dxa"/>
            </w:tcMar>
          </w:tcPr>
          <w:p>
            <w:pPr>
              <w:jc w:val="right"/>
            </w:pPr>
            <w:r>
              <w:rPr>
                <w:sz w:val="16"/>
              </w:rPr>
              <w:t>460</w:t>
            </w:r>
          </w:p>
        </w:tc>
        <w:tc>
          <w:tcPr>
            <w:tcW w:type="dxa" w:w="1060"/>
            <w:shd w:fill="FFFFFF"/>
            <w:tcMar>
              <w:top w:w="45" w:type="dxa"/>
              <w:bottom w:w="45" w:type="dxa"/>
              <w:left w:w="30" w:type="dxa"/>
              <w:right w:w="30" w:type="dxa"/>
            </w:tcMar>
          </w:tcPr>
          <w:p>
            <w:pPr>
              <w:jc w:val="right"/>
            </w:pPr>
            <w:r>
              <w:rPr>
                <w:sz w:val="16"/>
              </w:rPr>
              <w:t>257</w:t>
            </w:r>
          </w:p>
        </w:tc>
        <w:tc>
          <w:tcPr>
            <w:tcW w:type="dxa" w:w="1060"/>
            <w:shd w:fill="FFFFFF"/>
            <w:tcMar>
              <w:top w:w="45" w:type="dxa"/>
              <w:bottom w:w="45" w:type="dxa"/>
              <w:left w:w="30" w:type="dxa"/>
              <w:right w:w="30" w:type="dxa"/>
            </w:tcMar>
          </w:tcPr>
          <w:p>
            <w:pPr>
              <w:jc w:val="right"/>
            </w:pPr>
            <w:r>
              <w:rPr>
                <w:sz w:val="16"/>
              </w:rPr>
              <w:t>435</w:t>
            </w:r>
          </w:p>
        </w:tc>
        <w:tc>
          <w:tcPr>
            <w:tcW w:type="dxa" w:w="1060"/>
            <w:shd w:fill="FFFFFF"/>
            <w:tcMar>
              <w:top w:w="45" w:type="dxa"/>
              <w:bottom w:w="45" w:type="dxa"/>
              <w:left w:w="30" w:type="dxa"/>
              <w:right w:w="30" w:type="dxa"/>
            </w:tcMar>
          </w:tcPr>
          <w:p>
            <w:pPr>
              <w:jc w:val="right"/>
            </w:pPr>
            <w:r>
              <w:rPr>
                <w:b/>
                <w:sz w:val="16"/>
              </w:rPr>
              <w:t>215</w:t>
            </w:r>
          </w:p>
        </w:tc>
        <w:tc>
          <w:tcPr>
            <w:tcW w:type="dxa" w:w="1224"/>
            <w:shd w:fill="FFFFFF"/>
            <w:tcMar>
              <w:top w:w="45" w:type="dxa"/>
              <w:bottom w:w="45" w:type="dxa"/>
              <w:left w:w="30" w:type="dxa"/>
              <w:right w:w="30" w:type="dxa"/>
            </w:tcMar>
          </w:tcPr>
          <w:p>
            <w:pPr>
              <w:jc w:val="right"/>
            </w:pPr>
            <w:r>
              <w:rPr>
                <w:color w:val="C0392B"/>
                <w:sz w:val="16"/>
              </w:rPr>
              <w:t>-220</w:t>
            </w:r>
          </w:p>
        </w:tc>
        <w:tc>
          <w:tcPr>
            <w:tcW w:type="dxa" w:w="1080"/>
            <w:shd w:fill="FFFFFF"/>
            <w:tcMar>
              <w:top w:w="45" w:type="dxa"/>
              <w:bottom w:w="45" w:type="dxa"/>
              <w:left w:w="30" w:type="dxa"/>
              <w:right w:w="30" w:type="dxa"/>
            </w:tcMar>
          </w:tcPr>
          <w:p>
            <w:pPr>
              <w:jc w:val="center"/>
            </w:pPr>
            <w:r>
              <w:rPr>
                <w:b/>
                <w:color w:val="C0392B"/>
                <w:sz w:val="16"/>
              </w:rPr>
              <w:t>-50.6%</w:t>
            </w:r>
          </w:p>
        </w:tc>
      </w:tr>
      <w:tr>
        <w:tc>
          <w:tcPr>
            <w:tcW w:type="dxa" w:w="504"/>
            <w:shd w:fill="F9FBFB"/>
            <w:tcMar>
              <w:top w:w="45" w:type="dxa"/>
              <w:bottom w:w="45" w:type="dxa"/>
              <w:left w:w="30" w:type="dxa"/>
              <w:right w:w="30" w:type="dxa"/>
            </w:tcMar>
          </w:tcPr>
          <w:p>
            <w:pPr>
              <w:jc w:val="center"/>
            </w:pPr>
            <w:r>
              <w:rPr>
                <w:sz w:val="16"/>
              </w:rPr>
              <w:t>28</w:t>
            </w:r>
          </w:p>
        </w:tc>
        <w:tc>
          <w:tcPr>
            <w:tcW w:type="dxa" w:w="936"/>
            <w:shd w:fill="F9FBFB"/>
            <w:tcMar>
              <w:top w:w="45" w:type="dxa"/>
              <w:bottom w:w="45" w:type="dxa"/>
              <w:left w:w="30" w:type="dxa"/>
              <w:right w:w="30" w:type="dxa"/>
            </w:tcMar>
          </w:tcPr>
          <w:p>
            <w:pPr>
              <w:jc w:val="left"/>
            </w:pPr>
            <w:r>
              <w:rPr>
                <w:sz w:val="16"/>
              </w:rPr>
              <w:t>KH1943</w:t>
            </w:r>
          </w:p>
        </w:tc>
        <w:tc>
          <w:tcPr>
            <w:tcW w:type="dxa" w:w="2880"/>
            <w:shd w:fill="F9FBFB"/>
            <w:tcMar>
              <w:top w:w="45" w:type="dxa"/>
              <w:bottom w:w="45" w:type="dxa"/>
              <w:left w:w="30" w:type="dxa"/>
              <w:right w:w="30" w:type="dxa"/>
            </w:tcMar>
          </w:tcPr>
          <w:p>
            <w:pPr>
              <w:jc w:val="left"/>
            </w:pPr>
            <w:r>
              <w:rPr>
                <w:sz w:val="16"/>
              </w:rPr>
              <w:t>CÔNG TY TNHH TÂN VIỆT TIẾN</w:t>
            </w:r>
          </w:p>
        </w:tc>
        <w:tc>
          <w:tcPr>
            <w:tcW w:type="dxa" w:w="1060"/>
            <w:shd w:fill="F9FBFB"/>
            <w:tcMar>
              <w:top w:w="45" w:type="dxa"/>
              <w:bottom w:w="45" w:type="dxa"/>
              <w:left w:w="30" w:type="dxa"/>
              <w:right w:w="30" w:type="dxa"/>
            </w:tcMar>
          </w:tcPr>
          <w:p>
            <w:pPr>
              <w:jc w:val="right"/>
            </w:pPr>
            <w:r>
              <w:rPr>
                <w:sz w:val="16"/>
              </w:rPr>
              <w:t>299</w:t>
            </w:r>
          </w:p>
        </w:tc>
        <w:tc>
          <w:tcPr>
            <w:tcW w:type="dxa" w:w="1060"/>
            <w:shd w:fill="F9FBFB"/>
            <w:tcMar>
              <w:top w:w="45" w:type="dxa"/>
              <w:bottom w:w="45" w:type="dxa"/>
              <w:left w:w="30" w:type="dxa"/>
              <w:right w:w="30" w:type="dxa"/>
            </w:tcMar>
          </w:tcPr>
          <w:p>
            <w:pPr>
              <w:jc w:val="right"/>
            </w:pPr>
            <w:r>
              <w:rPr>
                <w:sz w:val="16"/>
              </w:rPr>
              <w:t>169</w:t>
            </w:r>
          </w:p>
        </w:tc>
        <w:tc>
          <w:tcPr>
            <w:tcW w:type="dxa" w:w="1060"/>
            <w:shd w:fill="F9FBFB"/>
            <w:tcMar>
              <w:top w:w="45" w:type="dxa"/>
              <w:bottom w:w="45" w:type="dxa"/>
              <w:left w:w="30" w:type="dxa"/>
              <w:right w:w="30" w:type="dxa"/>
            </w:tcMar>
          </w:tcPr>
          <w:p>
            <w:pPr>
              <w:jc w:val="right"/>
            </w:pPr>
            <w:r>
              <w:rPr>
                <w:sz w:val="16"/>
              </w:rPr>
              <w:t>332</w:t>
            </w:r>
          </w:p>
        </w:tc>
        <w:tc>
          <w:tcPr>
            <w:tcW w:type="dxa" w:w="1060"/>
            <w:shd w:fill="F9FBFB"/>
            <w:tcMar>
              <w:top w:w="45" w:type="dxa"/>
              <w:bottom w:w="45" w:type="dxa"/>
              <w:left w:w="30" w:type="dxa"/>
              <w:right w:w="30" w:type="dxa"/>
            </w:tcMar>
          </w:tcPr>
          <w:p>
            <w:pPr>
              <w:jc w:val="right"/>
            </w:pPr>
            <w:r>
              <w:rPr>
                <w:sz w:val="16"/>
              </w:rPr>
              <w:t>383</w:t>
            </w:r>
          </w:p>
        </w:tc>
        <w:tc>
          <w:tcPr>
            <w:tcW w:type="dxa" w:w="1060"/>
            <w:shd w:fill="F9FBFB"/>
            <w:tcMar>
              <w:top w:w="45" w:type="dxa"/>
              <w:bottom w:w="45" w:type="dxa"/>
              <w:left w:w="30" w:type="dxa"/>
              <w:right w:w="30" w:type="dxa"/>
            </w:tcMar>
          </w:tcPr>
          <w:p>
            <w:pPr>
              <w:jc w:val="right"/>
            </w:pPr>
            <w:r>
              <w:rPr>
                <w:sz w:val="16"/>
              </w:rPr>
              <w:t>495</w:t>
            </w:r>
          </w:p>
        </w:tc>
        <w:tc>
          <w:tcPr>
            <w:tcW w:type="dxa" w:w="1060"/>
            <w:shd w:fill="F9FBFB"/>
            <w:tcMar>
              <w:top w:w="45" w:type="dxa"/>
              <w:bottom w:w="45" w:type="dxa"/>
              <w:left w:w="30" w:type="dxa"/>
              <w:right w:w="30" w:type="dxa"/>
            </w:tcMar>
          </w:tcPr>
          <w:p>
            <w:pPr>
              <w:jc w:val="right"/>
            </w:pPr>
            <w:r>
              <w:rPr>
                <w:sz w:val="16"/>
              </w:rPr>
              <w:t>502</w:t>
            </w:r>
          </w:p>
        </w:tc>
        <w:tc>
          <w:tcPr>
            <w:tcW w:type="dxa" w:w="1060"/>
            <w:shd w:fill="F9FBFB"/>
            <w:tcMar>
              <w:top w:w="45" w:type="dxa"/>
              <w:bottom w:w="45" w:type="dxa"/>
              <w:left w:w="30" w:type="dxa"/>
              <w:right w:w="30" w:type="dxa"/>
            </w:tcMar>
          </w:tcPr>
          <w:p>
            <w:pPr>
              <w:jc w:val="right"/>
            </w:pPr>
            <w:r>
              <w:rPr>
                <w:sz w:val="16"/>
              </w:rPr>
              <w:t>357</w:t>
            </w:r>
          </w:p>
        </w:tc>
        <w:tc>
          <w:tcPr>
            <w:tcW w:type="dxa" w:w="1060"/>
            <w:shd w:fill="F9FBFB"/>
            <w:tcMar>
              <w:top w:w="45" w:type="dxa"/>
              <w:bottom w:w="45" w:type="dxa"/>
              <w:left w:w="30" w:type="dxa"/>
              <w:right w:w="30" w:type="dxa"/>
            </w:tcMar>
          </w:tcPr>
          <w:p>
            <w:pPr>
              <w:jc w:val="right"/>
            </w:pPr>
            <w:r>
              <w:rPr>
                <w:b/>
                <w:sz w:val="16"/>
              </w:rPr>
              <w:t>328</w:t>
            </w:r>
          </w:p>
        </w:tc>
        <w:tc>
          <w:tcPr>
            <w:tcW w:type="dxa" w:w="1224"/>
            <w:shd w:fill="F9FBFB"/>
            <w:tcMar>
              <w:top w:w="45" w:type="dxa"/>
              <w:bottom w:w="45" w:type="dxa"/>
              <w:left w:w="30" w:type="dxa"/>
              <w:right w:w="30" w:type="dxa"/>
            </w:tcMar>
          </w:tcPr>
          <w:p>
            <w:pPr>
              <w:jc w:val="right"/>
            </w:pPr>
            <w:r>
              <w:rPr>
                <w:color w:val="C0392B"/>
                <w:sz w:val="16"/>
              </w:rPr>
              <w:t>-29</w:t>
            </w:r>
          </w:p>
        </w:tc>
        <w:tc>
          <w:tcPr>
            <w:tcW w:type="dxa" w:w="1080"/>
            <w:shd w:fill="F9FBFB"/>
            <w:tcMar>
              <w:top w:w="45" w:type="dxa"/>
              <w:bottom w:w="45" w:type="dxa"/>
              <w:left w:w="30" w:type="dxa"/>
              <w:right w:w="30" w:type="dxa"/>
            </w:tcMar>
          </w:tcPr>
          <w:p>
            <w:pPr>
              <w:jc w:val="center"/>
            </w:pPr>
            <w:r>
              <w:rPr>
                <w:b/>
                <w:color w:val="C0392B"/>
                <w:sz w:val="16"/>
              </w:rPr>
              <w:t>-8.1%</w:t>
            </w:r>
          </w:p>
        </w:tc>
      </w:tr>
      <w:tr>
        <w:tc>
          <w:tcPr>
            <w:tcW w:type="dxa" w:w="504"/>
            <w:shd w:fill="FFFFFF"/>
            <w:tcMar>
              <w:top w:w="45" w:type="dxa"/>
              <w:bottom w:w="45" w:type="dxa"/>
              <w:left w:w="30" w:type="dxa"/>
              <w:right w:w="30" w:type="dxa"/>
            </w:tcMar>
          </w:tcPr>
          <w:p>
            <w:pPr>
              <w:jc w:val="center"/>
            </w:pPr>
            <w:r>
              <w:rPr>
                <w:sz w:val="16"/>
              </w:rPr>
              <w:t>29</w:t>
            </w:r>
          </w:p>
        </w:tc>
        <w:tc>
          <w:tcPr>
            <w:tcW w:type="dxa" w:w="936"/>
            <w:shd w:fill="FFFFFF"/>
            <w:tcMar>
              <w:top w:w="45" w:type="dxa"/>
              <w:bottom w:w="45" w:type="dxa"/>
              <w:left w:w="30" w:type="dxa"/>
              <w:right w:w="30" w:type="dxa"/>
            </w:tcMar>
          </w:tcPr>
          <w:p>
            <w:pPr>
              <w:jc w:val="left"/>
            </w:pPr>
            <w:r>
              <w:rPr>
                <w:sz w:val="16"/>
              </w:rPr>
              <w:t>KH0157</w:t>
            </w:r>
          </w:p>
        </w:tc>
        <w:tc>
          <w:tcPr>
            <w:tcW w:type="dxa" w:w="2880"/>
            <w:shd w:fill="FFFFFF"/>
            <w:tcMar>
              <w:top w:w="45" w:type="dxa"/>
              <w:bottom w:w="45" w:type="dxa"/>
              <w:left w:w="30" w:type="dxa"/>
              <w:right w:w="30" w:type="dxa"/>
            </w:tcMar>
          </w:tcPr>
          <w:p>
            <w:pPr>
              <w:jc w:val="left"/>
            </w:pPr>
            <w:r>
              <w:rPr>
                <w:sz w:val="16"/>
              </w:rPr>
              <w:t>CÔNG TY CỔ PHẦN THƯƠNG MẠI DỊCH VỤ ĐẤT MỚI</w:t>
            </w:r>
          </w:p>
        </w:tc>
        <w:tc>
          <w:tcPr>
            <w:tcW w:type="dxa" w:w="1060"/>
            <w:shd w:fill="FFFFFF"/>
            <w:tcMar>
              <w:top w:w="45" w:type="dxa"/>
              <w:bottom w:w="45" w:type="dxa"/>
              <w:left w:w="30" w:type="dxa"/>
              <w:right w:w="30" w:type="dxa"/>
            </w:tcMar>
          </w:tcPr>
          <w:p>
            <w:pPr>
              <w:jc w:val="right"/>
            </w:pPr>
            <w:r>
              <w:rPr>
                <w:sz w:val="16"/>
              </w:rPr>
              <w:t>474</w:t>
            </w:r>
          </w:p>
        </w:tc>
        <w:tc>
          <w:tcPr>
            <w:tcW w:type="dxa" w:w="1060"/>
            <w:shd w:fill="FFFFFF"/>
            <w:tcMar>
              <w:top w:w="45" w:type="dxa"/>
              <w:bottom w:w="45" w:type="dxa"/>
              <w:left w:w="30" w:type="dxa"/>
              <w:right w:w="30" w:type="dxa"/>
            </w:tcMar>
          </w:tcPr>
          <w:p>
            <w:pPr>
              <w:jc w:val="right"/>
            </w:pPr>
            <w:r>
              <w:rPr>
                <w:sz w:val="16"/>
              </w:rPr>
              <w:t>266</w:t>
            </w:r>
          </w:p>
        </w:tc>
        <w:tc>
          <w:tcPr>
            <w:tcW w:type="dxa" w:w="1060"/>
            <w:shd w:fill="FFFFFF"/>
            <w:tcMar>
              <w:top w:w="45" w:type="dxa"/>
              <w:bottom w:w="45" w:type="dxa"/>
              <w:left w:w="30" w:type="dxa"/>
              <w:right w:w="30" w:type="dxa"/>
            </w:tcMar>
          </w:tcPr>
          <w:p>
            <w:pPr>
              <w:jc w:val="right"/>
            </w:pPr>
            <w:r>
              <w:rPr>
                <w:sz w:val="16"/>
              </w:rPr>
              <w:t>371</w:t>
            </w:r>
          </w:p>
        </w:tc>
        <w:tc>
          <w:tcPr>
            <w:tcW w:type="dxa" w:w="1060"/>
            <w:shd w:fill="FFFFFF"/>
            <w:tcMar>
              <w:top w:w="45" w:type="dxa"/>
              <w:bottom w:w="45" w:type="dxa"/>
              <w:left w:w="30" w:type="dxa"/>
              <w:right w:w="30" w:type="dxa"/>
            </w:tcMar>
          </w:tcPr>
          <w:p>
            <w:pPr>
              <w:jc w:val="right"/>
            </w:pPr>
            <w:r>
              <w:rPr>
                <w:sz w:val="16"/>
              </w:rPr>
              <w:t>320</w:t>
            </w:r>
          </w:p>
        </w:tc>
        <w:tc>
          <w:tcPr>
            <w:tcW w:type="dxa" w:w="1060"/>
            <w:shd w:fill="FFFFFF"/>
            <w:tcMar>
              <w:top w:w="45" w:type="dxa"/>
              <w:bottom w:w="45" w:type="dxa"/>
              <w:left w:w="30" w:type="dxa"/>
              <w:right w:w="30" w:type="dxa"/>
            </w:tcMar>
          </w:tcPr>
          <w:p>
            <w:pPr>
              <w:jc w:val="right"/>
            </w:pPr>
            <w:r>
              <w:rPr>
                <w:sz w:val="16"/>
              </w:rPr>
              <w:t>289</w:t>
            </w:r>
          </w:p>
        </w:tc>
        <w:tc>
          <w:tcPr>
            <w:tcW w:type="dxa" w:w="1060"/>
            <w:shd w:fill="FFFFFF"/>
            <w:tcMar>
              <w:top w:w="45" w:type="dxa"/>
              <w:bottom w:w="45" w:type="dxa"/>
              <w:left w:w="30" w:type="dxa"/>
              <w:right w:w="30" w:type="dxa"/>
            </w:tcMar>
          </w:tcPr>
          <w:p>
            <w:pPr>
              <w:jc w:val="right"/>
            </w:pPr>
            <w:r>
              <w:rPr>
                <w:sz w:val="16"/>
              </w:rPr>
              <w:t>405</w:t>
            </w:r>
          </w:p>
        </w:tc>
        <w:tc>
          <w:tcPr>
            <w:tcW w:type="dxa" w:w="1060"/>
            <w:shd w:fill="FFFFFF"/>
            <w:tcMar>
              <w:top w:w="45" w:type="dxa"/>
              <w:bottom w:w="45" w:type="dxa"/>
              <w:left w:w="30" w:type="dxa"/>
              <w:right w:w="30" w:type="dxa"/>
            </w:tcMar>
          </w:tcPr>
          <w:p>
            <w:pPr>
              <w:jc w:val="right"/>
            </w:pPr>
            <w:r>
              <w:rPr>
                <w:sz w:val="16"/>
              </w:rPr>
              <w:t>309</w:t>
            </w:r>
          </w:p>
        </w:tc>
        <w:tc>
          <w:tcPr>
            <w:tcW w:type="dxa" w:w="1060"/>
            <w:shd w:fill="FFFFFF"/>
            <w:tcMar>
              <w:top w:w="45" w:type="dxa"/>
              <w:bottom w:w="45" w:type="dxa"/>
              <w:left w:w="30" w:type="dxa"/>
              <w:right w:w="30" w:type="dxa"/>
            </w:tcMar>
          </w:tcPr>
          <w:p>
            <w:pPr>
              <w:jc w:val="right"/>
            </w:pPr>
            <w:r>
              <w:rPr>
                <w:b/>
                <w:sz w:val="16"/>
              </w:rPr>
              <w:t>377</w:t>
            </w:r>
          </w:p>
        </w:tc>
        <w:tc>
          <w:tcPr>
            <w:tcW w:type="dxa" w:w="1224"/>
            <w:shd w:fill="FFFFFF"/>
            <w:tcMar>
              <w:top w:w="45" w:type="dxa"/>
              <w:bottom w:w="45" w:type="dxa"/>
              <w:left w:w="30" w:type="dxa"/>
              <w:right w:w="30" w:type="dxa"/>
            </w:tcMar>
          </w:tcPr>
          <w:p>
            <w:pPr>
              <w:jc w:val="right"/>
            </w:pPr>
            <w:r>
              <w:rPr>
                <w:color w:val="27AE60"/>
                <w:sz w:val="16"/>
              </w:rPr>
              <w:t>+68</w:t>
            </w:r>
          </w:p>
        </w:tc>
        <w:tc>
          <w:tcPr>
            <w:tcW w:type="dxa" w:w="1080"/>
            <w:shd w:fill="FFFFFF"/>
            <w:tcMar>
              <w:top w:w="45" w:type="dxa"/>
              <w:bottom w:w="45" w:type="dxa"/>
              <w:left w:w="30" w:type="dxa"/>
              <w:right w:w="30" w:type="dxa"/>
            </w:tcMar>
          </w:tcPr>
          <w:p>
            <w:pPr>
              <w:jc w:val="center"/>
            </w:pPr>
            <w:r>
              <w:rPr>
                <w:b/>
                <w:color w:val="27AE60"/>
                <w:sz w:val="16"/>
              </w:rPr>
              <w:t>+22.0%</w:t>
            </w:r>
          </w:p>
        </w:tc>
      </w:tr>
      <w:tr>
        <w:tc>
          <w:tcPr>
            <w:tcW w:type="dxa" w:w="504"/>
            <w:shd w:fill="F9FBFB"/>
            <w:tcMar>
              <w:top w:w="45" w:type="dxa"/>
              <w:bottom w:w="45" w:type="dxa"/>
              <w:left w:w="30" w:type="dxa"/>
              <w:right w:w="30" w:type="dxa"/>
            </w:tcMar>
          </w:tcPr>
          <w:p>
            <w:pPr>
              <w:jc w:val="center"/>
            </w:pPr>
            <w:r>
              <w:rPr>
                <w:sz w:val="16"/>
              </w:rPr>
              <w:t>30</w:t>
            </w:r>
          </w:p>
        </w:tc>
        <w:tc>
          <w:tcPr>
            <w:tcW w:type="dxa" w:w="936"/>
            <w:shd w:fill="F9FBFB"/>
            <w:tcMar>
              <w:top w:w="45" w:type="dxa"/>
              <w:bottom w:w="45" w:type="dxa"/>
              <w:left w:w="30" w:type="dxa"/>
              <w:right w:w="30" w:type="dxa"/>
            </w:tcMar>
          </w:tcPr>
          <w:p>
            <w:pPr>
              <w:jc w:val="left"/>
            </w:pPr>
            <w:r>
              <w:rPr>
                <w:sz w:val="16"/>
              </w:rPr>
              <w:t>KH1941</w:t>
            </w:r>
          </w:p>
        </w:tc>
        <w:tc>
          <w:tcPr>
            <w:tcW w:type="dxa" w:w="2880"/>
            <w:shd w:fill="F9FBFB"/>
            <w:tcMar>
              <w:top w:w="45" w:type="dxa"/>
              <w:bottom w:w="45" w:type="dxa"/>
              <w:left w:w="30" w:type="dxa"/>
              <w:right w:w="30" w:type="dxa"/>
            </w:tcMar>
          </w:tcPr>
          <w:p>
            <w:pPr>
              <w:jc w:val="left"/>
            </w:pPr>
            <w:r>
              <w:rPr>
                <w:sz w:val="16"/>
              </w:rPr>
              <w:t>CÔNG TY CỔ PHẦN CHẾ BIẾN GỖ AN LONG</w:t>
            </w:r>
          </w:p>
        </w:tc>
        <w:tc>
          <w:tcPr>
            <w:tcW w:type="dxa" w:w="1060"/>
            <w:shd w:fill="F9FBFB"/>
            <w:tcMar>
              <w:top w:w="45" w:type="dxa"/>
              <w:bottom w:w="45" w:type="dxa"/>
              <w:left w:w="30" w:type="dxa"/>
              <w:right w:w="30" w:type="dxa"/>
            </w:tcMar>
          </w:tcPr>
          <w:p>
            <w:pPr>
              <w:jc w:val="right"/>
            </w:pPr>
            <w:r>
              <w:rPr>
                <w:sz w:val="16"/>
              </w:rPr>
              <w:t>329</w:t>
            </w:r>
          </w:p>
        </w:tc>
        <w:tc>
          <w:tcPr>
            <w:tcW w:type="dxa" w:w="1060"/>
            <w:shd w:fill="F9FBFB"/>
            <w:tcMar>
              <w:top w:w="45" w:type="dxa"/>
              <w:bottom w:w="45" w:type="dxa"/>
              <w:left w:w="30" w:type="dxa"/>
              <w:right w:w="30" w:type="dxa"/>
            </w:tcMar>
          </w:tcPr>
          <w:p>
            <w:pPr>
              <w:jc w:val="right"/>
            </w:pPr>
            <w:r>
              <w:rPr>
                <w:sz w:val="16"/>
              </w:rPr>
              <w:t>371</w:t>
            </w:r>
          </w:p>
        </w:tc>
        <w:tc>
          <w:tcPr>
            <w:tcW w:type="dxa" w:w="1060"/>
            <w:shd w:fill="F9FBFB"/>
            <w:tcMar>
              <w:top w:w="45" w:type="dxa"/>
              <w:bottom w:w="45" w:type="dxa"/>
              <w:left w:w="30" w:type="dxa"/>
              <w:right w:w="30" w:type="dxa"/>
            </w:tcMar>
          </w:tcPr>
          <w:p>
            <w:pPr>
              <w:jc w:val="right"/>
            </w:pPr>
            <w:r>
              <w:rPr>
                <w:sz w:val="16"/>
              </w:rPr>
              <w:t>199</w:t>
            </w:r>
          </w:p>
        </w:tc>
        <w:tc>
          <w:tcPr>
            <w:tcW w:type="dxa" w:w="1060"/>
            <w:shd w:fill="F9FBFB"/>
            <w:tcMar>
              <w:top w:w="45" w:type="dxa"/>
              <w:bottom w:w="45" w:type="dxa"/>
              <w:left w:w="30" w:type="dxa"/>
              <w:right w:w="30" w:type="dxa"/>
            </w:tcMar>
          </w:tcPr>
          <w:p>
            <w:pPr>
              <w:jc w:val="right"/>
            </w:pPr>
            <w:r>
              <w:rPr>
                <w:sz w:val="16"/>
              </w:rPr>
              <w:t>429</w:t>
            </w:r>
          </w:p>
        </w:tc>
        <w:tc>
          <w:tcPr>
            <w:tcW w:type="dxa" w:w="1060"/>
            <w:shd w:fill="F9FBFB"/>
            <w:tcMar>
              <w:top w:w="45" w:type="dxa"/>
              <w:bottom w:w="45" w:type="dxa"/>
              <w:left w:w="30" w:type="dxa"/>
              <w:right w:w="30" w:type="dxa"/>
            </w:tcMar>
          </w:tcPr>
          <w:p>
            <w:pPr>
              <w:jc w:val="right"/>
            </w:pPr>
            <w:r>
              <w:rPr>
                <w:sz w:val="16"/>
              </w:rPr>
              <w:t>263</w:t>
            </w:r>
          </w:p>
        </w:tc>
        <w:tc>
          <w:tcPr>
            <w:tcW w:type="dxa" w:w="1060"/>
            <w:shd w:fill="F9FBFB"/>
            <w:tcMar>
              <w:top w:w="45" w:type="dxa"/>
              <w:bottom w:w="45" w:type="dxa"/>
              <w:left w:w="30" w:type="dxa"/>
              <w:right w:w="30" w:type="dxa"/>
            </w:tcMar>
          </w:tcPr>
          <w:p>
            <w:pPr>
              <w:jc w:val="right"/>
            </w:pPr>
            <w:r>
              <w:rPr>
                <w:sz w:val="16"/>
              </w:rPr>
              <w:t>478</w:t>
            </w:r>
          </w:p>
        </w:tc>
        <w:tc>
          <w:tcPr>
            <w:tcW w:type="dxa" w:w="1060"/>
            <w:shd w:fill="F9FBFB"/>
            <w:tcMar>
              <w:top w:w="45" w:type="dxa"/>
              <w:bottom w:w="45" w:type="dxa"/>
              <w:left w:w="30" w:type="dxa"/>
              <w:right w:w="30" w:type="dxa"/>
            </w:tcMar>
          </w:tcPr>
          <w:p>
            <w:pPr>
              <w:jc w:val="right"/>
            </w:pPr>
            <w:r>
              <w:rPr>
                <w:sz w:val="16"/>
              </w:rPr>
              <w:t>329</w:t>
            </w:r>
          </w:p>
        </w:tc>
        <w:tc>
          <w:tcPr>
            <w:tcW w:type="dxa" w:w="1060"/>
            <w:shd w:fill="F9FBFB"/>
            <w:tcMar>
              <w:top w:w="45" w:type="dxa"/>
              <w:bottom w:w="45" w:type="dxa"/>
              <w:left w:w="30" w:type="dxa"/>
              <w:right w:w="30" w:type="dxa"/>
            </w:tcMar>
          </w:tcPr>
          <w:p>
            <w:pPr>
              <w:jc w:val="right"/>
            </w:pPr>
            <w:r>
              <w:rPr>
                <w:b/>
                <w:sz w:val="16"/>
              </w:rPr>
              <w:t>418</w:t>
            </w:r>
          </w:p>
        </w:tc>
        <w:tc>
          <w:tcPr>
            <w:tcW w:type="dxa" w:w="1224"/>
            <w:shd w:fill="F9FBFB"/>
            <w:tcMar>
              <w:top w:w="45" w:type="dxa"/>
              <w:bottom w:w="45" w:type="dxa"/>
              <w:left w:w="30" w:type="dxa"/>
              <w:right w:w="30" w:type="dxa"/>
            </w:tcMar>
          </w:tcPr>
          <w:p>
            <w:pPr>
              <w:jc w:val="right"/>
            </w:pPr>
            <w:r>
              <w:rPr>
                <w:color w:val="27AE60"/>
                <w:sz w:val="16"/>
              </w:rPr>
              <w:t>+89</w:t>
            </w:r>
          </w:p>
        </w:tc>
        <w:tc>
          <w:tcPr>
            <w:tcW w:type="dxa" w:w="1080"/>
            <w:shd w:fill="F9FBFB"/>
            <w:tcMar>
              <w:top w:w="45" w:type="dxa"/>
              <w:bottom w:w="45" w:type="dxa"/>
              <w:left w:w="30" w:type="dxa"/>
              <w:right w:w="30" w:type="dxa"/>
            </w:tcMar>
          </w:tcPr>
          <w:p>
            <w:pPr>
              <w:jc w:val="center"/>
            </w:pPr>
            <w:r>
              <w:rPr>
                <w:b/>
                <w:color w:val="27AE60"/>
                <w:sz w:val="16"/>
              </w:rPr>
              <w:t>+27.1%</w:t>
            </w:r>
          </w:p>
        </w:tc>
      </w:tr>
      <w:tr>
        <w:tc>
          <w:tcPr>
            <w:tcW w:type="dxa" w:w="504"/>
            <w:shd w:fill="FFFFFF"/>
            <w:tcMar>
              <w:top w:w="45" w:type="dxa"/>
              <w:bottom w:w="45" w:type="dxa"/>
              <w:left w:w="30" w:type="dxa"/>
              <w:right w:w="30" w:type="dxa"/>
            </w:tcMar>
          </w:tcPr>
          <w:p>
            <w:pPr>
              <w:jc w:val="center"/>
            </w:pPr>
            <w:r>
              <w:rPr>
                <w:sz w:val="16"/>
              </w:rPr>
              <w:t>31</w:t>
            </w:r>
          </w:p>
        </w:tc>
        <w:tc>
          <w:tcPr>
            <w:tcW w:type="dxa" w:w="936"/>
            <w:shd w:fill="FFFFFF"/>
            <w:tcMar>
              <w:top w:w="45" w:type="dxa"/>
              <w:bottom w:w="45" w:type="dxa"/>
              <w:left w:w="30" w:type="dxa"/>
              <w:right w:w="30" w:type="dxa"/>
            </w:tcMar>
          </w:tcPr>
          <w:p>
            <w:pPr>
              <w:jc w:val="left"/>
            </w:pPr>
            <w:r>
              <w:rPr>
                <w:sz w:val="16"/>
              </w:rPr>
              <w:t>KH0455</w:t>
            </w:r>
          </w:p>
        </w:tc>
        <w:tc>
          <w:tcPr>
            <w:tcW w:type="dxa" w:w="2880"/>
            <w:shd w:fill="FFFFFF"/>
            <w:tcMar>
              <w:top w:w="45" w:type="dxa"/>
              <w:bottom w:w="45" w:type="dxa"/>
              <w:left w:w="30" w:type="dxa"/>
              <w:right w:w="30" w:type="dxa"/>
            </w:tcMar>
          </w:tcPr>
          <w:p>
            <w:pPr>
              <w:jc w:val="left"/>
            </w:pPr>
            <w:r>
              <w:rPr>
                <w:sz w:val="16"/>
              </w:rPr>
              <w:t>CÔNG TY TNHH PHÚ KHANG PHÁT</w:t>
            </w:r>
          </w:p>
        </w:tc>
        <w:tc>
          <w:tcPr>
            <w:tcW w:type="dxa" w:w="1060"/>
            <w:shd w:fill="FFFFFF"/>
            <w:tcMar>
              <w:top w:w="45" w:type="dxa"/>
              <w:bottom w:w="45" w:type="dxa"/>
              <w:left w:w="30" w:type="dxa"/>
              <w:right w:w="30" w:type="dxa"/>
            </w:tcMar>
          </w:tcPr>
          <w:p>
            <w:pPr>
              <w:jc w:val="right"/>
            </w:pPr>
            <w:r>
              <w:rPr>
                <w:sz w:val="16"/>
              </w:rPr>
              <w:t>339</w:t>
            </w:r>
          </w:p>
        </w:tc>
        <w:tc>
          <w:tcPr>
            <w:tcW w:type="dxa" w:w="1060"/>
            <w:shd w:fill="FFFFFF"/>
            <w:tcMar>
              <w:top w:w="45" w:type="dxa"/>
              <w:bottom w:w="45" w:type="dxa"/>
              <w:left w:w="30" w:type="dxa"/>
              <w:right w:w="30" w:type="dxa"/>
            </w:tcMar>
          </w:tcPr>
          <w:p>
            <w:pPr>
              <w:jc w:val="right"/>
            </w:pPr>
            <w:r>
              <w:rPr>
                <w:sz w:val="16"/>
              </w:rPr>
              <w:t>235</w:t>
            </w:r>
          </w:p>
        </w:tc>
        <w:tc>
          <w:tcPr>
            <w:tcW w:type="dxa" w:w="1060"/>
            <w:shd w:fill="FFFFFF"/>
            <w:tcMar>
              <w:top w:w="45" w:type="dxa"/>
              <w:bottom w:w="45" w:type="dxa"/>
              <w:left w:w="30" w:type="dxa"/>
              <w:right w:w="30" w:type="dxa"/>
            </w:tcMar>
          </w:tcPr>
          <w:p>
            <w:pPr>
              <w:jc w:val="right"/>
            </w:pPr>
            <w:r>
              <w:rPr>
                <w:sz w:val="16"/>
              </w:rPr>
              <w:t>358</w:t>
            </w:r>
          </w:p>
        </w:tc>
        <w:tc>
          <w:tcPr>
            <w:tcW w:type="dxa" w:w="1060"/>
            <w:shd w:fill="FFFFFF"/>
            <w:tcMar>
              <w:top w:w="45" w:type="dxa"/>
              <w:bottom w:w="45" w:type="dxa"/>
              <w:left w:w="30" w:type="dxa"/>
              <w:right w:w="30" w:type="dxa"/>
            </w:tcMar>
          </w:tcPr>
          <w:p>
            <w:pPr>
              <w:jc w:val="right"/>
            </w:pPr>
            <w:r>
              <w:rPr>
                <w:sz w:val="16"/>
              </w:rPr>
              <w:t>266</w:t>
            </w:r>
          </w:p>
        </w:tc>
        <w:tc>
          <w:tcPr>
            <w:tcW w:type="dxa" w:w="1060"/>
            <w:shd w:fill="FFFFFF"/>
            <w:tcMar>
              <w:top w:w="45" w:type="dxa"/>
              <w:bottom w:w="45" w:type="dxa"/>
              <w:left w:w="30" w:type="dxa"/>
              <w:right w:w="30" w:type="dxa"/>
            </w:tcMar>
          </w:tcPr>
          <w:p>
            <w:pPr>
              <w:jc w:val="right"/>
            </w:pPr>
            <w:r>
              <w:rPr>
                <w:sz w:val="16"/>
              </w:rPr>
              <w:t>301</w:t>
            </w:r>
          </w:p>
        </w:tc>
        <w:tc>
          <w:tcPr>
            <w:tcW w:type="dxa" w:w="1060"/>
            <w:shd w:fill="FFFFFF"/>
            <w:tcMar>
              <w:top w:w="45" w:type="dxa"/>
              <w:bottom w:w="45" w:type="dxa"/>
              <w:left w:w="30" w:type="dxa"/>
              <w:right w:w="30" w:type="dxa"/>
            </w:tcMar>
          </w:tcPr>
          <w:p>
            <w:pPr>
              <w:jc w:val="right"/>
            </w:pPr>
            <w:r>
              <w:rPr>
                <w:sz w:val="16"/>
              </w:rPr>
              <w:t>510</w:t>
            </w:r>
          </w:p>
        </w:tc>
        <w:tc>
          <w:tcPr>
            <w:tcW w:type="dxa" w:w="1060"/>
            <w:shd w:fill="FFFFFF"/>
            <w:tcMar>
              <w:top w:w="45" w:type="dxa"/>
              <w:bottom w:w="45" w:type="dxa"/>
              <w:left w:w="30" w:type="dxa"/>
              <w:right w:w="30" w:type="dxa"/>
            </w:tcMar>
          </w:tcPr>
          <w:p>
            <w:pPr>
              <w:jc w:val="right"/>
            </w:pPr>
            <w:r>
              <w:rPr>
                <w:sz w:val="16"/>
              </w:rPr>
              <w:t>386</w:t>
            </w:r>
          </w:p>
        </w:tc>
        <w:tc>
          <w:tcPr>
            <w:tcW w:type="dxa" w:w="1060"/>
            <w:shd w:fill="FFFFFF"/>
            <w:tcMar>
              <w:top w:w="45" w:type="dxa"/>
              <w:bottom w:w="45" w:type="dxa"/>
              <w:left w:w="30" w:type="dxa"/>
              <w:right w:w="30" w:type="dxa"/>
            </w:tcMar>
          </w:tcPr>
          <w:p>
            <w:pPr>
              <w:jc w:val="right"/>
            </w:pPr>
            <w:r>
              <w:rPr>
                <w:b/>
                <w:sz w:val="16"/>
              </w:rPr>
              <w:t>369</w:t>
            </w:r>
          </w:p>
        </w:tc>
        <w:tc>
          <w:tcPr>
            <w:tcW w:type="dxa" w:w="1224"/>
            <w:shd w:fill="FFFFFF"/>
            <w:tcMar>
              <w:top w:w="45" w:type="dxa"/>
              <w:bottom w:w="45" w:type="dxa"/>
              <w:left w:w="30" w:type="dxa"/>
              <w:right w:w="30" w:type="dxa"/>
            </w:tcMar>
          </w:tcPr>
          <w:p>
            <w:pPr>
              <w:jc w:val="right"/>
            </w:pPr>
            <w:r>
              <w:rPr>
                <w:color w:val="C0392B"/>
                <w:sz w:val="16"/>
              </w:rPr>
              <w:t>-17</w:t>
            </w:r>
          </w:p>
        </w:tc>
        <w:tc>
          <w:tcPr>
            <w:tcW w:type="dxa" w:w="1080"/>
            <w:shd w:fill="FFFFFF"/>
            <w:tcMar>
              <w:top w:w="45" w:type="dxa"/>
              <w:bottom w:w="45" w:type="dxa"/>
              <w:left w:w="30" w:type="dxa"/>
              <w:right w:w="30" w:type="dxa"/>
            </w:tcMar>
          </w:tcPr>
          <w:p>
            <w:pPr>
              <w:jc w:val="center"/>
            </w:pPr>
            <w:r>
              <w:rPr>
                <w:b/>
                <w:color w:val="C0392B"/>
                <w:sz w:val="16"/>
              </w:rPr>
              <w:t>-4.4%</w:t>
            </w:r>
          </w:p>
        </w:tc>
      </w:tr>
      <w:tr>
        <w:tc>
          <w:tcPr>
            <w:tcW w:type="dxa" w:w="504"/>
            <w:shd w:fill="F9FBFB"/>
            <w:tcMar>
              <w:top w:w="45" w:type="dxa"/>
              <w:bottom w:w="45" w:type="dxa"/>
              <w:left w:w="30" w:type="dxa"/>
              <w:right w:w="30" w:type="dxa"/>
            </w:tcMar>
          </w:tcPr>
          <w:p>
            <w:pPr>
              <w:jc w:val="center"/>
            </w:pPr>
            <w:r>
              <w:rPr>
                <w:sz w:val="16"/>
              </w:rPr>
              <w:t>32</w:t>
            </w:r>
          </w:p>
        </w:tc>
        <w:tc>
          <w:tcPr>
            <w:tcW w:type="dxa" w:w="936"/>
            <w:shd w:fill="F9FBFB"/>
            <w:tcMar>
              <w:top w:w="45" w:type="dxa"/>
              <w:bottom w:w="45" w:type="dxa"/>
              <w:left w:w="30" w:type="dxa"/>
              <w:right w:w="30" w:type="dxa"/>
            </w:tcMar>
          </w:tcPr>
          <w:p>
            <w:pPr>
              <w:jc w:val="left"/>
            </w:pPr>
            <w:r>
              <w:rPr>
                <w:sz w:val="16"/>
              </w:rPr>
              <w:t>KH0197</w:t>
            </w:r>
          </w:p>
        </w:tc>
        <w:tc>
          <w:tcPr>
            <w:tcW w:type="dxa" w:w="2880"/>
            <w:shd w:fill="F9FBFB"/>
            <w:tcMar>
              <w:top w:w="45" w:type="dxa"/>
              <w:bottom w:w="45" w:type="dxa"/>
              <w:left w:w="30" w:type="dxa"/>
              <w:right w:w="30" w:type="dxa"/>
            </w:tcMar>
          </w:tcPr>
          <w:p>
            <w:pPr>
              <w:jc w:val="left"/>
            </w:pPr>
            <w:r>
              <w:rPr>
                <w:sz w:val="16"/>
              </w:rPr>
              <w:t>CÔNG TY TNHH BẢO HƯNG</w:t>
            </w:r>
          </w:p>
        </w:tc>
        <w:tc>
          <w:tcPr>
            <w:tcW w:type="dxa" w:w="1060"/>
            <w:shd w:fill="F9FBFB"/>
            <w:tcMar>
              <w:top w:w="45" w:type="dxa"/>
              <w:bottom w:w="45" w:type="dxa"/>
              <w:left w:w="30" w:type="dxa"/>
              <w:right w:w="30" w:type="dxa"/>
            </w:tcMar>
          </w:tcPr>
          <w:p>
            <w:pPr>
              <w:jc w:val="right"/>
            </w:pPr>
            <w:r>
              <w:rPr>
                <w:sz w:val="16"/>
              </w:rPr>
              <w:t>328</w:t>
            </w:r>
          </w:p>
        </w:tc>
        <w:tc>
          <w:tcPr>
            <w:tcW w:type="dxa" w:w="1060"/>
            <w:shd w:fill="F9FBFB"/>
            <w:tcMar>
              <w:top w:w="45" w:type="dxa"/>
              <w:bottom w:w="45" w:type="dxa"/>
              <w:left w:w="30" w:type="dxa"/>
              <w:right w:w="30" w:type="dxa"/>
            </w:tcMar>
          </w:tcPr>
          <w:p>
            <w:pPr>
              <w:jc w:val="right"/>
            </w:pPr>
            <w:r>
              <w:rPr>
                <w:sz w:val="16"/>
              </w:rPr>
              <w:t>189</w:t>
            </w:r>
          </w:p>
        </w:tc>
        <w:tc>
          <w:tcPr>
            <w:tcW w:type="dxa" w:w="1060"/>
            <w:shd w:fill="F9FBFB"/>
            <w:tcMar>
              <w:top w:w="45" w:type="dxa"/>
              <w:bottom w:w="45" w:type="dxa"/>
              <w:left w:w="30" w:type="dxa"/>
              <w:right w:w="30" w:type="dxa"/>
            </w:tcMar>
          </w:tcPr>
          <w:p>
            <w:pPr>
              <w:jc w:val="right"/>
            </w:pPr>
            <w:r>
              <w:rPr>
                <w:sz w:val="16"/>
              </w:rPr>
              <w:t>415</w:t>
            </w:r>
          </w:p>
        </w:tc>
        <w:tc>
          <w:tcPr>
            <w:tcW w:type="dxa" w:w="1060"/>
            <w:shd w:fill="F9FBFB"/>
            <w:tcMar>
              <w:top w:w="45" w:type="dxa"/>
              <w:bottom w:w="45" w:type="dxa"/>
              <w:left w:w="30" w:type="dxa"/>
              <w:right w:w="30" w:type="dxa"/>
            </w:tcMar>
          </w:tcPr>
          <w:p>
            <w:pPr>
              <w:jc w:val="right"/>
            </w:pPr>
            <w:r>
              <w:rPr>
                <w:sz w:val="16"/>
              </w:rPr>
              <w:t>278</w:t>
            </w:r>
          </w:p>
        </w:tc>
        <w:tc>
          <w:tcPr>
            <w:tcW w:type="dxa" w:w="1060"/>
            <w:shd w:fill="F9FBFB"/>
            <w:tcMar>
              <w:top w:w="45" w:type="dxa"/>
              <w:bottom w:w="45" w:type="dxa"/>
              <w:left w:w="30" w:type="dxa"/>
              <w:right w:w="30" w:type="dxa"/>
            </w:tcMar>
          </w:tcPr>
          <w:p>
            <w:pPr>
              <w:jc w:val="right"/>
            </w:pPr>
            <w:r>
              <w:rPr>
                <w:sz w:val="16"/>
              </w:rPr>
              <w:t>326</w:t>
            </w:r>
          </w:p>
        </w:tc>
        <w:tc>
          <w:tcPr>
            <w:tcW w:type="dxa" w:w="1060"/>
            <w:shd w:fill="F9FBFB"/>
            <w:tcMar>
              <w:top w:w="45" w:type="dxa"/>
              <w:bottom w:w="45" w:type="dxa"/>
              <w:left w:w="30" w:type="dxa"/>
              <w:right w:w="30" w:type="dxa"/>
            </w:tcMar>
          </w:tcPr>
          <w:p>
            <w:pPr>
              <w:jc w:val="right"/>
            </w:pPr>
            <w:r>
              <w:rPr>
                <w:sz w:val="16"/>
              </w:rPr>
              <w:t>357</w:t>
            </w:r>
          </w:p>
        </w:tc>
        <w:tc>
          <w:tcPr>
            <w:tcW w:type="dxa" w:w="1060"/>
            <w:shd w:fill="F9FBFB"/>
            <w:tcMar>
              <w:top w:w="45" w:type="dxa"/>
              <w:bottom w:w="45" w:type="dxa"/>
              <w:left w:w="30" w:type="dxa"/>
              <w:right w:w="30" w:type="dxa"/>
            </w:tcMar>
          </w:tcPr>
          <w:p>
            <w:pPr>
              <w:jc w:val="right"/>
            </w:pPr>
            <w:r>
              <w:rPr>
                <w:sz w:val="16"/>
              </w:rPr>
              <w:t>391</w:t>
            </w:r>
          </w:p>
        </w:tc>
        <w:tc>
          <w:tcPr>
            <w:tcW w:type="dxa" w:w="1060"/>
            <w:shd w:fill="F9FBFB"/>
            <w:tcMar>
              <w:top w:w="45" w:type="dxa"/>
              <w:bottom w:w="45" w:type="dxa"/>
              <w:left w:w="30" w:type="dxa"/>
              <w:right w:w="30" w:type="dxa"/>
            </w:tcMar>
          </w:tcPr>
          <w:p>
            <w:pPr>
              <w:jc w:val="right"/>
            </w:pPr>
            <w:r>
              <w:rPr>
                <w:b/>
                <w:sz w:val="16"/>
              </w:rPr>
              <w:t>396</w:t>
            </w:r>
          </w:p>
        </w:tc>
        <w:tc>
          <w:tcPr>
            <w:tcW w:type="dxa" w:w="1224"/>
            <w:shd w:fill="F9FBFB"/>
            <w:tcMar>
              <w:top w:w="45" w:type="dxa"/>
              <w:bottom w:w="45" w:type="dxa"/>
              <w:left w:w="30" w:type="dxa"/>
              <w:right w:w="30" w:type="dxa"/>
            </w:tcMar>
          </w:tcPr>
          <w:p>
            <w:pPr>
              <w:jc w:val="right"/>
            </w:pPr>
            <w:r>
              <w:rPr>
                <w:color w:val="27AE60"/>
                <w:sz w:val="16"/>
              </w:rPr>
              <w:t>+5</w:t>
            </w:r>
          </w:p>
        </w:tc>
        <w:tc>
          <w:tcPr>
            <w:tcW w:type="dxa" w:w="1080"/>
            <w:shd w:fill="F9FBFB"/>
            <w:tcMar>
              <w:top w:w="45" w:type="dxa"/>
              <w:bottom w:w="45" w:type="dxa"/>
              <w:left w:w="30" w:type="dxa"/>
              <w:right w:w="30" w:type="dxa"/>
            </w:tcMar>
          </w:tcPr>
          <w:p>
            <w:pPr>
              <w:jc w:val="center"/>
            </w:pPr>
            <w:r>
              <w:rPr>
                <w:b/>
                <w:color w:val="27AE60"/>
                <w:sz w:val="16"/>
              </w:rPr>
              <w:t>+1.3%</w:t>
            </w:r>
          </w:p>
        </w:tc>
      </w:tr>
      <w:tr>
        <w:tc>
          <w:tcPr>
            <w:tcW w:type="dxa" w:w="504"/>
            <w:shd w:fill="FFFFFF"/>
            <w:tcMar>
              <w:top w:w="45" w:type="dxa"/>
              <w:bottom w:w="45" w:type="dxa"/>
              <w:left w:w="30" w:type="dxa"/>
              <w:right w:w="30" w:type="dxa"/>
            </w:tcMar>
          </w:tcPr>
          <w:p>
            <w:pPr>
              <w:jc w:val="center"/>
            </w:pPr>
            <w:r>
              <w:rPr>
                <w:sz w:val="16"/>
              </w:rPr>
              <w:t>33</w:t>
            </w:r>
          </w:p>
        </w:tc>
        <w:tc>
          <w:tcPr>
            <w:tcW w:type="dxa" w:w="936"/>
            <w:shd w:fill="FFFFFF"/>
            <w:tcMar>
              <w:top w:w="45" w:type="dxa"/>
              <w:bottom w:w="45" w:type="dxa"/>
              <w:left w:w="30" w:type="dxa"/>
              <w:right w:w="30" w:type="dxa"/>
            </w:tcMar>
          </w:tcPr>
          <w:p>
            <w:pPr>
              <w:jc w:val="left"/>
            </w:pPr>
            <w:r>
              <w:rPr>
                <w:sz w:val="16"/>
              </w:rPr>
              <w:t>KH0053</w:t>
            </w:r>
          </w:p>
        </w:tc>
        <w:tc>
          <w:tcPr>
            <w:tcW w:type="dxa" w:w="2880"/>
            <w:shd w:fill="FFFFFF"/>
            <w:tcMar>
              <w:top w:w="45" w:type="dxa"/>
              <w:bottom w:w="45" w:type="dxa"/>
              <w:left w:w="30" w:type="dxa"/>
              <w:right w:w="30" w:type="dxa"/>
            </w:tcMar>
          </w:tcPr>
          <w:p>
            <w:pPr>
              <w:jc w:val="left"/>
            </w:pPr>
            <w:r>
              <w:rPr>
                <w:sz w:val="16"/>
              </w:rPr>
              <w:t>CÔNG TY CỔ PHẦN GỖ MINH DƯƠNG</w:t>
            </w:r>
          </w:p>
        </w:tc>
        <w:tc>
          <w:tcPr>
            <w:tcW w:type="dxa" w:w="1060"/>
            <w:shd w:fill="FFFFFF"/>
            <w:tcMar>
              <w:top w:w="45" w:type="dxa"/>
              <w:bottom w:w="45" w:type="dxa"/>
              <w:left w:w="30" w:type="dxa"/>
              <w:right w:w="30" w:type="dxa"/>
            </w:tcMar>
          </w:tcPr>
          <w:p>
            <w:pPr>
              <w:jc w:val="right"/>
            </w:pPr>
            <w:r>
              <w:rPr>
                <w:sz w:val="16"/>
              </w:rPr>
              <w:t>212</w:t>
            </w:r>
          </w:p>
        </w:tc>
        <w:tc>
          <w:tcPr>
            <w:tcW w:type="dxa" w:w="1060"/>
            <w:shd w:fill="FFFFFF"/>
            <w:tcMar>
              <w:top w:w="45" w:type="dxa"/>
              <w:bottom w:w="45" w:type="dxa"/>
              <w:left w:w="30" w:type="dxa"/>
              <w:right w:w="30" w:type="dxa"/>
            </w:tcMar>
          </w:tcPr>
          <w:p>
            <w:pPr>
              <w:jc w:val="right"/>
            </w:pPr>
            <w:r>
              <w:rPr>
                <w:sz w:val="16"/>
              </w:rPr>
              <w:t>153</w:t>
            </w:r>
          </w:p>
        </w:tc>
        <w:tc>
          <w:tcPr>
            <w:tcW w:type="dxa" w:w="1060"/>
            <w:shd w:fill="FFFFFF"/>
            <w:tcMar>
              <w:top w:w="45" w:type="dxa"/>
              <w:bottom w:w="45" w:type="dxa"/>
              <w:left w:w="30" w:type="dxa"/>
              <w:right w:w="30" w:type="dxa"/>
            </w:tcMar>
          </w:tcPr>
          <w:p>
            <w:pPr>
              <w:jc w:val="right"/>
            </w:pPr>
            <w:r>
              <w:rPr>
                <w:sz w:val="16"/>
              </w:rPr>
              <w:t>425</w:t>
            </w:r>
          </w:p>
        </w:tc>
        <w:tc>
          <w:tcPr>
            <w:tcW w:type="dxa" w:w="1060"/>
            <w:shd w:fill="FFFFFF"/>
            <w:tcMar>
              <w:top w:w="45" w:type="dxa"/>
              <w:bottom w:w="45" w:type="dxa"/>
              <w:left w:w="30" w:type="dxa"/>
              <w:right w:w="30" w:type="dxa"/>
            </w:tcMar>
          </w:tcPr>
          <w:p>
            <w:pPr>
              <w:jc w:val="right"/>
            </w:pPr>
            <w:r>
              <w:rPr>
                <w:sz w:val="16"/>
              </w:rPr>
              <w:t>278</w:t>
            </w:r>
          </w:p>
        </w:tc>
        <w:tc>
          <w:tcPr>
            <w:tcW w:type="dxa" w:w="1060"/>
            <w:shd w:fill="FFFFFF"/>
            <w:tcMar>
              <w:top w:w="45" w:type="dxa"/>
              <w:bottom w:w="45" w:type="dxa"/>
              <w:left w:w="30" w:type="dxa"/>
              <w:right w:w="30" w:type="dxa"/>
            </w:tcMar>
          </w:tcPr>
          <w:p>
            <w:pPr>
              <w:jc w:val="right"/>
            </w:pPr>
            <w:r>
              <w:rPr>
                <w:sz w:val="16"/>
              </w:rPr>
              <w:t>391</w:t>
            </w:r>
          </w:p>
        </w:tc>
        <w:tc>
          <w:tcPr>
            <w:tcW w:type="dxa" w:w="1060"/>
            <w:shd w:fill="FFFFFF"/>
            <w:tcMar>
              <w:top w:w="45" w:type="dxa"/>
              <w:bottom w:w="45" w:type="dxa"/>
              <w:left w:w="30" w:type="dxa"/>
              <w:right w:w="30" w:type="dxa"/>
            </w:tcMar>
          </w:tcPr>
          <w:p>
            <w:pPr>
              <w:jc w:val="right"/>
            </w:pPr>
            <w:r>
              <w:rPr>
                <w:sz w:val="16"/>
              </w:rPr>
              <w:t>296</w:t>
            </w:r>
          </w:p>
        </w:tc>
        <w:tc>
          <w:tcPr>
            <w:tcW w:type="dxa" w:w="1060"/>
            <w:shd w:fill="FFFFFF"/>
            <w:tcMar>
              <w:top w:w="45" w:type="dxa"/>
              <w:bottom w:w="45" w:type="dxa"/>
              <w:left w:w="30" w:type="dxa"/>
              <w:right w:w="30" w:type="dxa"/>
            </w:tcMar>
          </w:tcPr>
          <w:p>
            <w:pPr>
              <w:jc w:val="right"/>
            </w:pPr>
            <w:r>
              <w:rPr>
                <w:sz w:val="16"/>
              </w:rPr>
              <w:t>304</w:t>
            </w:r>
          </w:p>
        </w:tc>
        <w:tc>
          <w:tcPr>
            <w:tcW w:type="dxa" w:w="1060"/>
            <w:shd w:fill="FFFFFF"/>
            <w:tcMar>
              <w:top w:w="45" w:type="dxa"/>
              <w:bottom w:w="45" w:type="dxa"/>
              <w:left w:w="30" w:type="dxa"/>
              <w:right w:w="30" w:type="dxa"/>
            </w:tcMar>
          </w:tcPr>
          <w:p>
            <w:pPr>
              <w:jc w:val="right"/>
            </w:pPr>
            <w:r>
              <w:rPr>
                <w:b/>
                <w:sz w:val="16"/>
              </w:rPr>
              <w:t>456</w:t>
            </w:r>
          </w:p>
        </w:tc>
        <w:tc>
          <w:tcPr>
            <w:tcW w:type="dxa" w:w="1224"/>
            <w:shd w:fill="FFFFFF"/>
            <w:tcMar>
              <w:top w:w="45" w:type="dxa"/>
              <w:bottom w:w="45" w:type="dxa"/>
              <w:left w:w="30" w:type="dxa"/>
              <w:right w:w="30" w:type="dxa"/>
            </w:tcMar>
          </w:tcPr>
          <w:p>
            <w:pPr>
              <w:jc w:val="right"/>
            </w:pPr>
            <w:r>
              <w:rPr>
                <w:color w:val="27AE60"/>
                <w:sz w:val="16"/>
              </w:rPr>
              <w:t>+152</w:t>
            </w:r>
          </w:p>
        </w:tc>
        <w:tc>
          <w:tcPr>
            <w:tcW w:type="dxa" w:w="1080"/>
            <w:shd w:fill="FFFFFF"/>
            <w:tcMar>
              <w:top w:w="45" w:type="dxa"/>
              <w:bottom w:w="45" w:type="dxa"/>
              <w:left w:w="30" w:type="dxa"/>
              <w:right w:w="30" w:type="dxa"/>
            </w:tcMar>
          </w:tcPr>
          <w:p>
            <w:pPr>
              <w:jc w:val="center"/>
            </w:pPr>
            <w:r>
              <w:rPr>
                <w:b/>
                <w:color w:val="27AE60"/>
                <w:sz w:val="16"/>
              </w:rPr>
              <w:t>+50.0%</w:t>
            </w:r>
          </w:p>
        </w:tc>
      </w:tr>
      <w:tr>
        <w:tc>
          <w:tcPr>
            <w:tcW w:type="dxa" w:w="504"/>
            <w:shd w:fill="F9FBFB"/>
            <w:tcMar>
              <w:top w:w="45" w:type="dxa"/>
              <w:bottom w:w="45" w:type="dxa"/>
              <w:left w:w="30" w:type="dxa"/>
              <w:right w:w="30" w:type="dxa"/>
            </w:tcMar>
          </w:tcPr>
          <w:p>
            <w:pPr>
              <w:jc w:val="center"/>
            </w:pPr>
            <w:r>
              <w:rPr>
                <w:sz w:val="16"/>
              </w:rPr>
              <w:t>34</w:t>
            </w:r>
          </w:p>
        </w:tc>
        <w:tc>
          <w:tcPr>
            <w:tcW w:type="dxa" w:w="936"/>
            <w:shd w:fill="F9FBFB"/>
            <w:tcMar>
              <w:top w:w="45" w:type="dxa"/>
              <w:bottom w:w="45" w:type="dxa"/>
              <w:left w:w="30" w:type="dxa"/>
              <w:right w:w="30" w:type="dxa"/>
            </w:tcMar>
          </w:tcPr>
          <w:p>
            <w:pPr>
              <w:jc w:val="left"/>
            </w:pPr>
            <w:r>
              <w:rPr>
                <w:sz w:val="16"/>
              </w:rPr>
              <w:t>KH0001</w:t>
            </w:r>
          </w:p>
        </w:tc>
        <w:tc>
          <w:tcPr>
            <w:tcW w:type="dxa" w:w="2880"/>
            <w:shd w:fill="F9FBFB"/>
            <w:tcMar>
              <w:top w:w="45" w:type="dxa"/>
              <w:bottom w:w="45" w:type="dxa"/>
              <w:left w:w="30" w:type="dxa"/>
              <w:right w:w="30" w:type="dxa"/>
            </w:tcMar>
          </w:tcPr>
          <w:p>
            <w:pPr>
              <w:jc w:val="left"/>
            </w:pPr>
            <w:r>
              <w:rPr>
                <w:sz w:val="16"/>
              </w:rPr>
              <w:t>CÔNG TY TNHH THƯƠNG MẠI VÀ SẢN XUẤT ANH EM</w:t>
            </w:r>
          </w:p>
        </w:tc>
        <w:tc>
          <w:tcPr>
            <w:tcW w:type="dxa" w:w="1060"/>
            <w:shd w:fill="F9FBFB"/>
            <w:tcMar>
              <w:top w:w="45" w:type="dxa"/>
              <w:bottom w:w="45" w:type="dxa"/>
              <w:left w:w="30" w:type="dxa"/>
              <w:right w:w="30" w:type="dxa"/>
            </w:tcMar>
          </w:tcPr>
          <w:p>
            <w:pPr>
              <w:jc w:val="right"/>
            </w:pPr>
            <w:r>
              <w:rPr>
                <w:sz w:val="16"/>
              </w:rPr>
              <w:t>334</w:t>
            </w:r>
          </w:p>
        </w:tc>
        <w:tc>
          <w:tcPr>
            <w:tcW w:type="dxa" w:w="1060"/>
            <w:shd w:fill="F9FBFB"/>
            <w:tcMar>
              <w:top w:w="45" w:type="dxa"/>
              <w:bottom w:w="45" w:type="dxa"/>
              <w:left w:w="30" w:type="dxa"/>
              <w:right w:w="30" w:type="dxa"/>
            </w:tcMar>
          </w:tcPr>
          <w:p>
            <w:pPr>
              <w:jc w:val="right"/>
            </w:pPr>
            <w:r>
              <w:rPr>
                <w:sz w:val="16"/>
              </w:rPr>
              <w:t>63</w:t>
            </w:r>
          </w:p>
        </w:tc>
        <w:tc>
          <w:tcPr>
            <w:tcW w:type="dxa" w:w="1060"/>
            <w:shd w:fill="F9FBFB"/>
            <w:tcMar>
              <w:top w:w="45" w:type="dxa"/>
              <w:bottom w:w="45" w:type="dxa"/>
              <w:left w:w="30" w:type="dxa"/>
              <w:right w:w="30" w:type="dxa"/>
            </w:tcMar>
          </w:tcPr>
          <w:p>
            <w:pPr>
              <w:jc w:val="right"/>
            </w:pPr>
            <w:r>
              <w:rPr>
                <w:sz w:val="16"/>
              </w:rPr>
              <w:t>350</w:t>
            </w:r>
          </w:p>
        </w:tc>
        <w:tc>
          <w:tcPr>
            <w:tcW w:type="dxa" w:w="1060"/>
            <w:shd w:fill="F9FBFB"/>
            <w:tcMar>
              <w:top w:w="45" w:type="dxa"/>
              <w:bottom w:w="45" w:type="dxa"/>
              <w:left w:w="30" w:type="dxa"/>
              <w:right w:w="30" w:type="dxa"/>
            </w:tcMar>
          </w:tcPr>
          <w:p>
            <w:pPr>
              <w:jc w:val="right"/>
            </w:pPr>
            <w:r>
              <w:rPr>
                <w:sz w:val="16"/>
              </w:rPr>
              <w:t>354</w:t>
            </w:r>
          </w:p>
        </w:tc>
        <w:tc>
          <w:tcPr>
            <w:tcW w:type="dxa" w:w="1060"/>
            <w:shd w:fill="F9FBFB"/>
            <w:tcMar>
              <w:top w:w="45" w:type="dxa"/>
              <w:bottom w:w="45" w:type="dxa"/>
              <w:left w:w="30" w:type="dxa"/>
              <w:right w:w="30" w:type="dxa"/>
            </w:tcMar>
          </w:tcPr>
          <w:p>
            <w:pPr>
              <w:jc w:val="right"/>
            </w:pPr>
            <w:r>
              <w:rPr>
                <w:sz w:val="16"/>
              </w:rPr>
              <w:t>282</w:t>
            </w:r>
          </w:p>
        </w:tc>
        <w:tc>
          <w:tcPr>
            <w:tcW w:type="dxa" w:w="1060"/>
            <w:shd w:fill="F9FBFB"/>
            <w:tcMar>
              <w:top w:w="45" w:type="dxa"/>
              <w:bottom w:w="45" w:type="dxa"/>
              <w:left w:w="30" w:type="dxa"/>
              <w:right w:w="30" w:type="dxa"/>
            </w:tcMar>
          </w:tcPr>
          <w:p>
            <w:pPr>
              <w:jc w:val="right"/>
            </w:pPr>
            <w:r>
              <w:rPr>
                <w:sz w:val="16"/>
              </w:rPr>
              <w:t>284</w:t>
            </w:r>
          </w:p>
        </w:tc>
        <w:tc>
          <w:tcPr>
            <w:tcW w:type="dxa" w:w="1060"/>
            <w:shd w:fill="F9FBFB"/>
            <w:tcMar>
              <w:top w:w="45" w:type="dxa"/>
              <w:bottom w:w="45" w:type="dxa"/>
              <w:left w:w="30" w:type="dxa"/>
              <w:right w:w="30" w:type="dxa"/>
            </w:tcMar>
          </w:tcPr>
          <w:p>
            <w:pPr>
              <w:jc w:val="right"/>
            </w:pPr>
            <w:r>
              <w:rPr>
                <w:sz w:val="16"/>
              </w:rPr>
              <w:t>352</w:t>
            </w:r>
          </w:p>
        </w:tc>
        <w:tc>
          <w:tcPr>
            <w:tcW w:type="dxa" w:w="1060"/>
            <w:shd w:fill="F9FBFB"/>
            <w:tcMar>
              <w:top w:w="45" w:type="dxa"/>
              <w:bottom w:w="45" w:type="dxa"/>
              <w:left w:w="30" w:type="dxa"/>
              <w:right w:w="30" w:type="dxa"/>
            </w:tcMar>
          </w:tcPr>
          <w:p>
            <w:pPr>
              <w:jc w:val="right"/>
            </w:pPr>
            <w:r>
              <w:rPr>
                <w:b/>
                <w:sz w:val="16"/>
              </w:rPr>
              <w:t>330</w:t>
            </w:r>
          </w:p>
        </w:tc>
        <w:tc>
          <w:tcPr>
            <w:tcW w:type="dxa" w:w="1224"/>
            <w:shd w:fill="F9FBFB"/>
            <w:tcMar>
              <w:top w:w="45" w:type="dxa"/>
              <w:bottom w:w="45" w:type="dxa"/>
              <w:left w:w="30" w:type="dxa"/>
              <w:right w:w="30" w:type="dxa"/>
            </w:tcMar>
          </w:tcPr>
          <w:p>
            <w:pPr>
              <w:jc w:val="right"/>
            </w:pPr>
            <w:r>
              <w:rPr>
                <w:color w:val="C0392B"/>
                <w:sz w:val="16"/>
              </w:rPr>
              <w:t>-22</w:t>
            </w:r>
          </w:p>
        </w:tc>
        <w:tc>
          <w:tcPr>
            <w:tcW w:type="dxa" w:w="1080"/>
            <w:shd w:fill="F9FBFB"/>
            <w:tcMar>
              <w:top w:w="45" w:type="dxa"/>
              <w:bottom w:w="45" w:type="dxa"/>
              <w:left w:w="30" w:type="dxa"/>
              <w:right w:w="30" w:type="dxa"/>
            </w:tcMar>
          </w:tcPr>
          <w:p>
            <w:pPr>
              <w:jc w:val="center"/>
            </w:pPr>
            <w:r>
              <w:rPr>
                <w:b/>
                <w:color w:val="C0392B"/>
                <w:sz w:val="16"/>
              </w:rPr>
              <w:t>-6.2%</w:t>
            </w:r>
          </w:p>
        </w:tc>
      </w:tr>
      <w:tr>
        <w:tc>
          <w:tcPr>
            <w:tcW w:type="dxa" w:w="504"/>
            <w:shd w:fill="FFFFFF"/>
            <w:tcMar>
              <w:top w:w="45" w:type="dxa"/>
              <w:bottom w:w="45" w:type="dxa"/>
              <w:left w:w="30" w:type="dxa"/>
              <w:right w:w="30" w:type="dxa"/>
            </w:tcMar>
          </w:tcPr>
          <w:p>
            <w:pPr>
              <w:jc w:val="center"/>
            </w:pPr>
            <w:r>
              <w:rPr>
                <w:sz w:val="16"/>
              </w:rPr>
              <w:t>35</w:t>
            </w:r>
          </w:p>
        </w:tc>
        <w:tc>
          <w:tcPr>
            <w:tcW w:type="dxa" w:w="936"/>
            <w:shd w:fill="FFFFFF"/>
            <w:tcMar>
              <w:top w:w="45" w:type="dxa"/>
              <w:bottom w:w="45" w:type="dxa"/>
              <w:left w:w="30" w:type="dxa"/>
              <w:right w:w="30" w:type="dxa"/>
            </w:tcMar>
          </w:tcPr>
          <w:p>
            <w:pPr>
              <w:jc w:val="left"/>
            </w:pPr>
            <w:r>
              <w:rPr>
                <w:sz w:val="16"/>
              </w:rPr>
              <w:t>KH2193</w:t>
            </w:r>
          </w:p>
        </w:tc>
        <w:tc>
          <w:tcPr>
            <w:tcW w:type="dxa" w:w="2880"/>
            <w:shd w:fill="FFFFFF"/>
            <w:tcMar>
              <w:top w:w="45" w:type="dxa"/>
              <w:bottom w:w="45" w:type="dxa"/>
              <w:left w:w="30" w:type="dxa"/>
              <w:right w:w="30" w:type="dxa"/>
            </w:tcMar>
          </w:tcPr>
          <w:p>
            <w:pPr>
              <w:jc w:val="left"/>
            </w:pPr>
            <w:r>
              <w:rPr>
                <w:sz w:val="16"/>
              </w:rPr>
              <w:t>CHI NHÁNH CÔNG TY TNHH THƯƠNG MẠI XUẤT NHẬP KHẨU C.R.M.G</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511</w:t>
            </w:r>
          </w:p>
        </w:tc>
        <w:tc>
          <w:tcPr>
            <w:tcW w:type="dxa" w:w="1060"/>
            <w:shd w:fill="FFFFFF"/>
            <w:tcMar>
              <w:top w:w="45" w:type="dxa"/>
              <w:bottom w:w="45" w:type="dxa"/>
              <w:left w:w="30" w:type="dxa"/>
              <w:right w:w="30" w:type="dxa"/>
            </w:tcMar>
          </w:tcPr>
          <w:p>
            <w:pPr>
              <w:jc w:val="right"/>
            </w:pPr>
            <w:r>
              <w:rPr>
                <w:sz w:val="16"/>
              </w:rPr>
              <w:t>664</w:t>
            </w:r>
          </w:p>
        </w:tc>
        <w:tc>
          <w:tcPr>
            <w:tcW w:type="dxa" w:w="1060"/>
            <w:shd w:fill="FFFFFF"/>
            <w:tcMar>
              <w:top w:w="45" w:type="dxa"/>
              <w:bottom w:w="45" w:type="dxa"/>
              <w:left w:w="30" w:type="dxa"/>
              <w:right w:w="30" w:type="dxa"/>
            </w:tcMar>
          </w:tcPr>
          <w:p>
            <w:pPr>
              <w:jc w:val="right"/>
            </w:pPr>
            <w:r>
              <w:rPr>
                <w:sz w:val="16"/>
              </w:rPr>
              <w:t>456</w:t>
            </w:r>
          </w:p>
        </w:tc>
        <w:tc>
          <w:tcPr>
            <w:tcW w:type="dxa" w:w="1060"/>
            <w:shd w:fill="FFFFFF"/>
            <w:tcMar>
              <w:top w:w="45" w:type="dxa"/>
              <w:bottom w:w="45" w:type="dxa"/>
              <w:left w:w="30" w:type="dxa"/>
              <w:right w:w="30" w:type="dxa"/>
            </w:tcMar>
          </w:tcPr>
          <w:p>
            <w:pPr>
              <w:jc w:val="right"/>
            </w:pPr>
            <w:r>
              <w:rPr>
                <w:b/>
                <w:sz w:val="16"/>
              </w:rPr>
              <w:t>514</w:t>
            </w:r>
          </w:p>
        </w:tc>
        <w:tc>
          <w:tcPr>
            <w:tcW w:type="dxa" w:w="1224"/>
            <w:shd w:fill="FFFFFF"/>
            <w:tcMar>
              <w:top w:w="45" w:type="dxa"/>
              <w:bottom w:w="45" w:type="dxa"/>
              <w:left w:w="30" w:type="dxa"/>
              <w:right w:w="30" w:type="dxa"/>
            </w:tcMar>
          </w:tcPr>
          <w:p>
            <w:pPr>
              <w:jc w:val="right"/>
            </w:pPr>
            <w:r>
              <w:rPr>
                <w:color w:val="27AE60"/>
                <w:sz w:val="16"/>
              </w:rPr>
              <w:t>+58</w:t>
            </w:r>
          </w:p>
        </w:tc>
        <w:tc>
          <w:tcPr>
            <w:tcW w:type="dxa" w:w="1080"/>
            <w:shd w:fill="FFFFFF"/>
            <w:tcMar>
              <w:top w:w="45" w:type="dxa"/>
              <w:bottom w:w="45" w:type="dxa"/>
              <w:left w:w="30" w:type="dxa"/>
              <w:right w:w="30" w:type="dxa"/>
            </w:tcMar>
          </w:tcPr>
          <w:p>
            <w:pPr>
              <w:jc w:val="center"/>
            </w:pPr>
            <w:r>
              <w:rPr>
                <w:b/>
                <w:color w:val="27AE60"/>
                <w:sz w:val="16"/>
              </w:rPr>
              <w:t>+12.7%</w:t>
            </w:r>
          </w:p>
        </w:tc>
      </w:tr>
      <w:tr>
        <w:tc>
          <w:tcPr>
            <w:tcW w:type="dxa" w:w="504"/>
            <w:shd w:fill="F9FBFB"/>
            <w:tcMar>
              <w:top w:w="45" w:type="dxa"/>
              <w:bottom w:w="45" w:type="dxa"/>
              <w:left w:w="30" w:type="dxa"/>
              <w:right w:w="30" w:type="dxa"/>
            </w:tcMar>
          </w:tcPr>
          <w:p>
            <w:pPr>
              <w:jc w:val="center"/>
            </w:pPr>
            <w:r>
              <w:rPr>
                <w:sz w:val="16"/>
              </w:rPr>
              <w:t>36</w:t>
            </w:r>
          </w:p>
        </w:tc>
        <w:tc>
          <w:tcPr>
            <w:tcW w:type="dxa" w:w="936"/>
            <w:shd w:fill="F9FBFB"/>
            <w:tcMar>
              <w:top w:w="45" w:type="dxa"/>
              <w:bottom w:w="45" w:type="dxa"/>
              <w:left w:w="30" w:type="dxa"/>
              <w:right w:w="30" w:type="dxa"/>
            </w:tcMar>
          </w:tcPr>
          <w:p>
            <w:pPr>
              <w:jc w:val="left"/>
            </w:pPr>
            <w:r>
              <w:rPr>
                <w:sz w:val="16"/>
              </w:rPr>
              <w:t>KH0380</w:t>
            </w:r>
          </w:p>
        </w:tc>
        <w:tc>
          <w:tcPr>
            <w:tcW w:type="dxa" w:w="2880"/>
            <w:shd w:fill="F9FBFB"/>
            <w:tcMar>
              <w:top w:w="45" w:type="dxa"/>
              <w:bottom w:w="45" w:type="dxa"/>
              <w:left w:w="30" w:type="dxa"/>
              <w:right w:w="30" w:type="dxa"/>
            </w:tcMar>
          </w:tcPr>
          <w:p>
            <w:pPr>
              <w:jc w:val="left"/>
            </w:pPr>
            <w:r>
              <w:rPr>
                <w:sz w:val="16"/>
              </w:rPr>
              <w:t>CÔNG TY TNHH MỘT THÀNH VIÊN 751</w:t>
            </w:r>
          </w:p>
        </w:tc>
        <w:tc>
          <w:tcPr>
            <w:tcW w:type="dxa" w:w="1060"/>
            <w:shd w:fill="F9FBFB"/>
            <w:tcMar>
              <w:top w:w="45" w:type="dxa"/>
              <w:bottom w:w="45" w:type="dxa"/>
              <w:left w:w="30" w:type="dxa"/>
              <w:right w:w="30" w:type="dxa"/>
            </w:tcMar>
          </w:tcPr>
          <w:p>
            <w:pPr>
              <w:jc w:val="right"/>
            </w:pPr>
            <w:r>
              <w:rPr>
                <w:sz w:val="16"/>
              </w:rPr>
              <w:t>342</w:t>
            </w:r>
          </w:p>
        </w:tc>
        <w:tc>
          <w:tcPr>
            <w:tcW w:type="dxa" w:w="1060"/>
            <w:shd w:fill="F9FBFB"/>
            <w:tcMar>
              <w:top w:w="45" w:type="dxa"/>
              <w:bottom w:w="45" w:type="dxa"/>
              <w:left w:w="30" w:type="dxa"/>
              <w:right w:w="30" w:type="dxa"/>
            </w:tcMar>
          </w:tcPr>
          <w:p>
            <w:pPr>
              <w:jc w:val="right"/>
            </w:pPr>
            <w:r>
              <w:rPr>
                <w:sz w:val="16"/>
              </w:rPr>
              <w:t>179</w:t>
            </w:r>
          </w:p>
        </w:tc>
        <w:tc>
          <w:tcPr>
            <w:tcW w:type="dxa" w:w="1060"/>
            <w:shd w:fill="F9FBFB"/>
            <w:tcMar>
              <w:top w:w="45" w:type="dxa"/>
              <w:bottom w:w="45" w:type="dxa"/>
              <w:left w:w="30" w:type="dxa"/>
              <w:right w:w="30" w:type="dxa"/>
            </w:tcMar>
          </w:tcPr>
          <w:p>
            <w:pPr>
              <w:jc w:val="right"/>
            </w:pPr>
            <w:r>
              <w:rPr>
                <w:sz w:val="16"/>
              </w:rPr>
              <w:t>283</w:t>
            </w:r>
          </w:p>
        </w:tc>
        <w:tc>
          <w:tcPr>
            <w:tcW w:type="dxa" w:w="1060"/>
            <w:shd w:fill="F9FBFB"/>
            <w:tcMar>
              <w:top w:w="45" w:type="dxa"/>
              <w:bottom w:w="45" w:type="dxa"/>
              <w:left w:w="30" w:type="dxa"/>
              <w:right w:w="30" w:type="dxa"/>
            </w:tcMar>
          </w:tcPr>
          <w:p>
            <w:pPr>
              <w:jc w:val="right"/>
            </w:pPr>
            <w:r>
              <w:rPr>
                <w:sz w:val="16"/>
              </w:rPr>
              <w:t>257</w:t>
            </w:r>
          </w:p>
        </w:tc>
        <w:tc>
          <w:tcPr>
            <w:tcW w:type="dxa" w:w="1060"/>
            <w:shd w:fill="F9FBFB"/>
            <w:tcMar>
              <w:top w:w="45" w:type="dxa"/>
              <w:bottom w:w="45" w:type="dxa"/>
              <w:left w:w="30" w:type="dxa"/>
              <w:right w:w="30" w:type="dxa"/>
            </w:tcMar>
          </w:tcPr>
          <w:p>
            <w:pPr>
              <w:jc w:val="right"/>
            </w:pPr>
            <w:r>
              <w:rPr>
                <w:sz w:val="16"/>
              </w:rPr>
              <w:t>257</w:t>
            </w:r>
          </w:p>
        </w:tc>
        <w:tc>
          <w:tcPr>
            <w:tcW w:type="dxa" w:w="1060"/>
            <w:shd w:fill="F9FBFB"/>
            <w:tcMar>
              <w:top w:w="45" w:type="dxa"/>
              <w:bottom w:w="45" w:type="dxa"/>
              <w:left w:w="30" w:type="dxa"/>
              <w:right w:w="30" w:type="dxa"/>
            </w:tcMar>
          </w:tcPr>
          <w:p>
            <w:pPr>
              <w:jc w:val="right"/>
            </w:pPr>
            <w:r>
              <w:rPr>
                <w:sz w:val="16"/>
              </w:rPr>
              <w:t>292</w:t>
            </w:r>
          </w:p>
        </w:tc>
        <w:tc>
          <w:tcPr>
            <w:tcW w:type="dxa" w:w="1060"/>
            <w:shd w:fill="F9FBFB"/>
            <w:tcMar>
              <w:top w:w="45" w:type="dxa"/>
              <w:bottom w:w="45" w:type="dxa"/>
              <w:left w:w="30" w:type="dxa"/>
              <w:right w:w="30" w:type="dxa"/>
            </w:tcMar>
          </w:tcPr>
          <w:p>
            <w:pPr>
              <w:jc w:val="right"/>
            </w:pPr>
            <w:r>
              <w:rPr>
                <w:sz w:val="16"/>
              </w:rPr>
              <w:t>240</w:t>
            </w:r>
          </w:p>
        </w:tc>
        <w:tc>
          <w:tcPr>
            <w:tcW w:type="dxa" w:w="1060"/>
            <w:shd w:fill="F9FBFB"/>
            <w:tcMar>
              <w:top w:w="45" w:type="dxa"/>
              <w:bottom w:w="45" w:type="dxa"/>
              <w:left w:w="30" w:type="dxa"/>
              <w:right w:w="30" w:type="dxa"/>
            </w:tcMar>
          </w:tcPr>
          <w:p>
            <w:pPr>
              <w:jc w:val="right"/>
            </w:pPr>
            <w:r>
              <w:rPr>
                <w:b/>
                <w:sz w:val="16"/>
              </w:rPr>
              <w:t>248</w:t>
            </w:r>
          </w:p>
        </w:tc>
        <w:tc>
          <w:tcPr>
            <w:tcW w:type="dxa" w:w="1224"/>
            <w:shd w:fill="F9FBFB"/>
            <w:tcMar>
              <w:top w:w="45" w:type="dxa"/>
              <w:bottom w:w="45" w:type="dxa"/>
              <w:left w:w="30" w:type="dxa"/>
              <w:right w:w="30" w:type="dxa"/>
            </w:tcMar>
          </w:tcPr>
          <w:p>
            <w:pPr>
              <w:jc w:val="right"/>
            </w:pPr>
            <w:r>
              <w:rPr>
                <w:color w:val="27AE60"/>
                <w:sz w:val="16"/>
              </w:rPr>
              <w:t>+8</w:t>
            </w:r>
          </w:p>
        </w:tc>
        <w:tc>
          <w:tcPr>
            <w:tcW w:type="dxa" w:w="1080"/>
            <w:shd w:fill="F9FBFB"/>
            <w:tcMar>
              <w:top w:w="45" w:type="dxa"/>
              <w:bottom w:w="45" w:type="dxa"/>
              <w:left w:w="30" w:type="dxa"/>
              <w:right w:w="30" w:type="dxa"/>
            </w:tcMar>
          </w:tcPr>
          <w:p>
            <w:pPr>
              <w:jc w:val="center"/>
            </w:pPr>
            <w:r>
              <w:rPr>
                <w:b/>
                <w:color w:val="27AE60"/>
                <w:sz w:val="16"/>
              </w:rPr>
              <w:t>+3.3%</w:t>
            </w:r>
          </w:p>
        </w:tc>
      </w:tr>
      <w:tr>
        <w:tc>
          <w:tcPr>
            <w:tcW w:type="dxa" w:w="504"/>
            <w:shd w:fill="FFFFFF"/>
            <w:tcMar>
              <w:top w:w="45" w:type="dxa"/>
              <w:bottom w:w="45" w:type="dxa"/>
              <w:left w:w="30" w:type="dxa"/>
              <w:right w:w="30" w:type="dxa"/>
            </w:tcMar>
          </w:tcPr>
          <w:p>
            <w:pPr>
              <w:jc w:val="center"/>
            </w:pPr>
            <w:r>
              <w:rPr>
                <w:sz w:val="16"/>
              </w:rPr>
              <w:t>37</w:t>
            </w:r>
          </w:p>
        </w:tc>
        <w:tc>
          <w:tcPr>
            <w:tcW w:type="dxa" w:w="936"/>
            <w:shd w:fill="FFFFFF"/>
            <w:tcMar>
              <w:top w:w="45" w:type="dxa"/>
              <w:bottom w:w="45" w:type="dxa"/>
              <w:left w:w="30" w:type="dxa"/>
              <w:right w:w="30" w:type="dxa"/>
            </w:tcMar>
          </w:tcPr>
          <w:p>
            <w:pPr>
              <w:jc w:val="left"/>
            </w:pPr>
            <w:r>
              <w:rPr>
                <w:sz w:val="16"/>
              </w:rPr>
              <w:t>KH0129</w:t>
            </w:r>
          </w:p>
        </w:tc>
        <w:tc>
          <w:tcPr>
            <w:tcW w:type="dxa" w:w="2880"/>
            <w:shd w:fill="FFFFFF"/>
            <w:tcMar>
              <w:top w:w="45" w:type="dxa"/>
              <w:bottom w:w="45" w:type="dxa"/>
              <w:left w:w="30" w:type="dxa"/>
              <w:right w:w="30" w:type="dxa"/>
            </w:tcMar>
          </w:tcPr>
          <w:p>
            <w:pPr>
              <w:jc w:val="left"/>
            </w:pPr>
            <w:r>
              <w:rPr>
                <w:sz w:val="16"/>
              </w:rPr>
              <w:t>CÔNG TY CỔ PHẦN CHẾ BIẾN GỖ ĐỨC THÀNH</w:t>
            </w:r>
          </w:p>
        </w:tc>
        <w:tc>
          <w:tcPr>
            <w:tcW w:type="dxa" w:w="1060"/>
            <w:shd w:fill="FFFFFF"/>
            <w:tcMar>
              <w:top w:w="45" w:type="dxa"/>
              <w:bottom w:w="45" w:type="dxa"/>
              <w:left w:w="30" w:type="dxa"/>
              <w:right w:w="30" w:type="dxa"/>
            </w:tcMar>
          </w:tcPr>
          <w:p>
            <w:pPr>
              <w:jc w:val="right"/>
            </w:pPr>
            <w:r>
              <w:rPr>
                <w:sz w:val="16"/>
              </w:rPr>
              <w:t>398</w:t>
            </w:r>
          </w:p>
        </w:tc>
        <w:tc>
          <w:tcPr>
            <w:tcW w:type="dxa" w:w="1060"/>
            <w:shd w:fill="FFFFFF"/>
            <w:tcMar>
              <w:top w:w="45" w:type="dxa"/>
              <w:bottom w:w="45" w:type="dxa"/>
              <w:left w:w="30" w:type="dxa"/>
              <w:right w:w="30" w:type="dxa"/>
            </w:tcMar>
          </w:tcPr>
          <w:p>
            <w:pPr>
              <w:jc w:val="right"/>
            </w:pPr>
            <w:r>
              <w:rPr>
                <w:sz w:val="16"/>
              </w:rPr>
              <w:t>59</w:t>
            </w:r>
          </w:p>
        </w:tc>
        <w:tc>
          <w:tcPr>
            <w:tcW w:type="dxa" w:w="1060"/>
            <w:shd w:fill="FFFFFF"/>
            <w:tcMar>
              <w:top w:w="45" w:type="dxa"/>
              <w:bottom w:w="45" w:type="dxa"/>
              <w:left w:w="30" w:type="dxa"/>
              <w:right w:w="30" w:type="dxa"/>
            </w:tcMar>
          </w:tcPr>
          <w:p>
            <w:pPr>
              <w:jc w:val="right"/>
            </w:pPr>
            <w:r>
              <w:rPr>
                <w:sz w:val="16"/>
              </w:rPr>
              <w:t>524</w:t>
            </w:r>
          </w:p>
        </w:tc>
        <w:tc>
          <w:tcPr>
            <w:tcW w:type="dxa" w:w="1060"/>
            <w:shd w:fill="FFFFFF"/>
            <w:tcMar>
              <w:top w:w="45" w:type="dxa"/>
              <w:bottom w:w="45" w:type="dxa"/>
              <w:left w:w="30" w:type="dxa"/>
              <w:right w:w="30" w:type="dxa"/>
            </w:tcMar>
          </w:tcPr>
          <w:p>
            <w:pPr>
              <w:jc w:val="right"/>
            </w:pPr>
            <w:r>
              <w:rPr>
                <w:sz w:val="16"/>
              </w:rPr>
              <w:t>318</w:t>
            </w:r>
          </w:p>
        </w:tc>
        <w:tc>
          <w:tcPr>
            <w:tcW w:type="dxa" w:w="1060"/>
            <w:shd w:fill="FFFFFF"/>
            <w:tcMar>
              <w:top w:w="45" w:type="dxa"/>
              <w:bottom w:w="45" w:type="dxa"/>
              <w:left w:w="30" w:type="dxa"/>
              <w:right w:w="30" w:type="dxa"/>
            </w:tcMar>
          </w:tcPr>
          <w:p>
            <w:pPr>
              <w:jc w:val="right"/>
            </w:pPr>
            <w:r>
              <w:rPr>
                <w:sz w:val="16"/>
              </w:rPr>
              <w:t>36</w:t>
            </w:r>
          </w:p>
        </w:tc>
        <w:tc>
          <w:tcPr>
            <w:tcW w:type="dxa" w:w="1060"/>
            <w:shd w:fill="FFFFFF"/>
            <w:tcMar>
              <w:top w:w="45" w:type="dxa"/>
              <w:bottom w:w="45" w:type="dxa"/>
              <w:left w:w="30" w:type="dxa"/>
              <w:right w:w="30" w:type="dxa"/>
            </w:tcMar>
          </w:tcPr>
          <w:p>
            <w:pPr>
              <w:jc w:val="right"/>
            </w:pPr>
            <w:r>
              <w:rPr>
                <w:sz w:val="16"/>
              </w:rPr>
              <w:t>223</w:t>
            </w:r>
          </w:p>
        </w:tc>
        <w:tc>
          <w:tcPr>
            <w:tcW w:type="dxa" w:w="1060"/>
            <w:shd w:fill="FFFFFF"/>
            <w:tcMar>
              <w:top w:w="45" w:type="dxa"/>
              <w:bottom w:w="45" w:type="dxa"/>
              <w:left w:w="30" w:type="dxa"/>
              <w:right w:w="30" w:type="dxa"/>
            </w:tcMar>
          </w:tcPr>
          <w:p>
            <w:pPr>
              <w:jc w:val="right"/>
            </w:pPr>
            <w:r>
              <w:rPr>
                <w:sz w:val="16"/>
              </w:rPr>
              <w:t>338</w:t>
            </w:r>
          </w:p>
        </w:tc>
        <w:tc>
          <w:tcPr>
            <w:tcW w:type="dxa" w:w="1060"/>
            <w:shd w:fill="FFFFFF"/>
            <w:tcMar>
              <w:top w:w="45" w:type="dxa"/>
              <w:bottom w:w="45" w:type="dxa"/>
              <w:left w:w="30" w:type="dxa"/>
              <w:right w:w="30" w:type="dxa"/>
            </w:tcMar>
          </w:tcPr>
          <w:p>
            <w:pPr>
              <w:jc w:val="right"/>
            </w:pPr>
            <w:r>
              <w:rPr>
                <w:b/>
                <w:sz w:val="16"/>
              </w:rPr>
              <w:t>122</w:t>
            </w:r>
          </w:p>
        </w:tc>
        <w:tc>
          <w:tcPr>
            <w:tcW w:type="dxa" w:w="1224"/>
            <w:shd w:fill="FFFFFF"/>
            <w:tcMar>
              <w:top w:w="45" w:type="dxa"/>
              <w:bottom w:w="45" w:type="dxa"/>
              <w:left w:w="30" w:type="dxa"/>
              <w:right w:w="30" w:type="dxa"/>
            </w:tcMar>
          </w:tcPr>
          <w:p>
            <w:pPr>
              <w:jc w:val="right"/>
            </w:pPr>
            <w:r>
              <w:rPr>
                <w:color w:val="C0392B"/>
                <w:sz w:val="16"/>
              </w:rPr>
              <w:t>-216</w:t>
            </w:r>
          </w:p>
        </w:tc>
        <w:tc>
          <w:tcPr>
            <w:tcW w:type="dxa" w:w="1080"/>
            <w:shd w:fill="FFFFFF"/>
            <w:tcMar>
              <w:top w:w="45" w:type="dxa"/>
              <w:bottom w:w="45" w:type="dxa"/>
              <w:left w:w="30" w:type="dxa"/>
              <w:right w:w="30" w:type="dxa"/>
            </w:tcMar>
          </w:tcPr>
          <w:p>
            <w:pPr>
              <w:jc w:val="center"/>
            </w:pPr>
            <w:r>
              <w:rPr>
                <w:b/>
                <w:color w:val="C0392B"/>
                <w:sz w:val="16"/>
              </w:rPr>
              <w:t>-63.9%</w:t>
            </w:r>
          </w:p>
        </w:tc>
      </w:tr>
      <w:tr>
        <w:tc>
          <w:tcPr>
            <w:tcW w:type="dxa" w:w="504"/>
            <w:shd w:fill="F9FBFB"/>
            <w:tcMar>
              <w:top w:w="45" w:type="dxa"/>
              <w:bottom w:w="45" w:type="dxa"/>
              <w:left w:w="30" w:type="dxa"/>
              <w:right w:w="30" w:type="dxa"/>
            </w:tcMar>
          </w:tcPr>
          <w:p>
            <w:pPr>
              <w:jc w:val="center"/>
            </w:pPr>
            <w:r>
              <w:rPr>
                <w:sz w:val="16"/>
              </w:rPr>
              <w:t>38</w:t>
            </w:r>
          </w:p>
        </w:tc>
        <w:tc>
          <w:tcPr>
            <w:tcW w:type="dxa" w:w="936"/>
            <w:shd w:fill="F9FBFB"/>
            <w:tcMar>
              <w:top w:w="45" w:type="dxa"/>
              <w:bottom w:w="45" w:type="dxa"/>
              <w:left w:w="30" w:type="dxa"/>
              <w:right w:w="30" w:type="dxa"/>
            </w:tcMar>
          </w:tcPr>
          <w:p>
            <w:pPr>
              <w:jc w:val="left"/>
            </w:pPr>
            <w:r>
              <w:rPr>
                <w:sz w:val="16"/>
              </w:rPr>
              <w:t>KH1003</w:t>
            </w:r>
          </w:p>
        </w:tc>
        <w:tc>
          <w:tcPr>
            <w:tcW w:type="dxa" w:w="2880"/>
            <w:shd w:fill="F9FBFB"/>
            <w:tcMar>
              <w:top w:w="45" w:type="dxa"/>
              <w:bottom w:w="45" w:type="dxa"/>
              <w:left w:w="30" w:type="dxa"/>
              <w:right w:w="30" w:type="dxa"/>
            </w:tcMar>
          </w:tcPr>
          <w:p>
            <w:pPr>
              <w:jc w:val="left"/>
            </w:pPr>
            <w:r>
              <w:rPr>
                <w:sz w:val="16"/>
              </w:rPr>
              <w:t>CÔNG TY TNHH MỘT THÀNH VIÊN THANH KHUÊ</w:t>
            </w:r>
          </w:p>
        </w:tc>
        <w:tc>
          <w:tcPr>
            <w:tcW w:type="dxa" w:w="1060"/>
            <w:shd w:fill="F9FBFB"/>
            <w:tcMar>
              <w:top w:w="45" w:type="dxa"/>
              <w:bottom w:w="45" w:type="dxa"/>
              <w:left w:w="30" w:type="dxa"/>
              <w:right w:w="30" w:type="dxa"/>
            </w:tcMar>
          </w:tcPr>
          <w:p>
            <w:pPr>
              <w:jc w:val="right"/>
            </w:pPr>
            <w:r>
              <w:rPr>
                <w:sz w:val="16"/>
              </w:rPr>
              <w:t>194</w:t>
            </w:r>
          </w:p>
        </w:tc>
        <w:tc>
          <w:tcPr>
            <w:tcW w:type="dxa" w:w="1060"/>
            <w:shd w:fill="F9FBFB"/>
            <w:tcMar>
              <w:top w:w="45" w:type="dxa"/>
              <w:bottom w:w="45" w:type="dxa"/>
              <w:left w:w="30" w:type="dxa"/>
              <w:right w:w="30" w:type="dxa"/>
            </w:tcMar>
          </w:tcPr>
          <w:p>
            <w:pPr>
              <w:jc w:val="right"/>
            </w:pPr>
            <w:r>
              <w:rPr>
                <w:sz w:val="16"/>
              </w:rPr>
              <w:t>184</w:t>
            </w:r>
          </w:p>
        </w:tc>
        <w:tc>
          <w:tcPr>
            <w:tcW w:type="dxa" w:w="1060"/>
            <w:shd w:fill="F9FBFB"/>
            <w:tcMar>
              <w:top w:w="45" w:type="dxa"/>
              <w:bottom w:w="45" w:type="dxa"/>
              <w:left w:w="30" w:type="dxa"/>
              <w:right w:w="30" w:type="dxa"/>
            </w:tcMar>
          </w:tcPr>
          <w:p>
            <w:pPr>
              <w:jc w:val="right"/>
            </w:pPr>
            <w:r>
              <w:rPr>
                <w:sz w:val="16"/>
              </w:rPr>
              <w:t>217</w:t>
            </w:r>
          </w:p>
        </w:tc>
        <w:tc>
          <w:tcPr>
            <w:tcW w:type="dxa" w:w="1060"/>
            <w:shd w:fill="F9FBFB"/>
            <w:tcMar>
              <w:top w:w="45" w:type="dxa"/>
              <w:bottom w:w="45" w:type="dxa"/>
              <w:left w:w="30" w:type="dxa"/>
              <w:right w:w="30" w:type="dxa"/>
            </w:tcMar>
          </w:tcPr>
          <w:p>
            <w:pPr>
              <w:jc w:val="right"/>
            </w:pPr>
            <w:r>
              <w:rPr>
                <w:sz w:val="16"/>
              </w:rPr>
              <w:t>200</w:t>
            </w:r>
          </w:p>
        </w:tc>
        <w:tc>
          <w:tcPr>
            <w:tcW w:type="dxa" w:w="1060"/>
            <w:shd w:fill="F9FBFB"/>
            <w:tcMar>
              <w:top w:w="45" w:type="dxa"/>
              <w:bottom w:w="45" w:type="dxa"/>
              <w:left w:w="30" w:type="dxa"/>
              <w:right w:w="30" w:type="dxa"/>
            </w:tcMar>
          </w:tcPr>
          <w:p>
            <w:pPr>
              <w:jc w:val="right"/>
            </w:pPr>
            <w:r>
              <w:rPr>
                <w:sz w:val="16"/>
              </w:rPr>
              <w:t>275</w:t>
            </w:r>
          </w:p>
        </w:tc>
        <w:tc>
          <w:tcPr>
            <w:tcW w:type="dxa" w:w="1060"/>
            <w:shd w:fill="F9FBFB"/>
            <w:tcMar>
              <w:top w:w="45" w:type="dxa"/>
              <w:bottom w:w="45" w:type="dxa"/>
              <w:left w:w="30" w:type="dxa"/>
              <w:right w:w="30" w:type="dxa"/>
            </w:tcMar>
          </w:tcPr>
          <w:p>
            <w:pPr>
              <w:jc w:val="right"/>
            </w:pPr>
            <w:r>
              <w:rPr>
                <w:sz w:val="16"/>
              </w:rPr>
              <w:t>333</w:t>
            </w:r>
          </w:p>
        </w:tc>
        <w:tc>
          <w:tcPr>
            <w:tcW w:type="dxa" w:w="1060"/>
            <w:shd w:fill="F9FBFB"/>
            <w:tcMar>
              <w:top w:w="45" w:type="dxa"/>
              <w:bottom w:w="45" w:type="dxa"/>
              <w:left w:w="30" w:type="dxa"/>
              <w:right w:w="30" w:type="dxa"/>
            </w:tcMar>
          </w:tcPr>
          <w:p>
            <w:pPr>
              <w:jc w:val="right"/>
            </w:pPr>
            <w:r>
              <w:rPr>
                <w:sz w:val="16"/>
              </w:rPr>
              <w:t>330</w:t>
            </w:r>
          </w:p>
        </w:tc>
        <w:tc>
          <w:tcPr>
            <w:tcW w:type="dxa" w:w="1060"/>
            <w:shd w:fill="F9FBFB"/>
            <w:tcMar>
              <w:top w:w="45" w:type="dxa"/>
              <w:bottom w:w="45" w:type="dxa"/>
              <w:left w:w="30" w:type="dxa"/>
              <w:right w:w="30" w:type="dxa"/>
            </w:tcMar>
          </w:tcPr>
          <w:p>
            <w:pPr>
              <w:jc w:val="right"/>
            </w:pPr>
            <w:r>
              <w:rPr>
                <w:b/>
                <w:sz w:val="16"/>
              </w:rPr>
              <w:t>183</w:t>
            </w:r>
          </w:p>
        </w:tc>
        <w:tc>
          <w:tcPr>
            <w:tcW w:type="dxa" w:w="1224"/>
            <w:shd w:fill="F9FBFB"/>
            <w:tcMar>
              <w:top w:w="45" w:type="dxa"/>
              <w:bottom w:w="45" w:type="dxa"/>
              <w:left w:w="30" w:type="dxa"/>
              <w:right w:w="30" w:type="dxa"/>
            </w:tcMar>
          </w:tcPr>
          <w:p>
            <w:pPr>
              <w:jc w:val="right"/>
            </w:pPr>
            <w:r>
              <w:rPr>
                <w:color w:val="C0392B"/>
                <w:sz w:val="16"/>
              </w:rPr>
              <w:t>-147</w:t>
            </w:r>
          </w:p>
        </w:tc>
        <w:tc>
          <w:tcPr>
            <w:tcW w:type="dxa" w:w="1080"/>
            <w:shd w:fill="F9FBFB"/>
            <w:tcMar>
              <w:top w:w="45" w:type="dxa"/>
              <w:bottom w:w="45" w:type="dxa"/>
              <w:left w:w="30" w:type="dxa"/>
              <w:right w:w="30" w:type="dxa"/>
            </w:tcMar>
          </w:tcPr>
          <w:p>
            <w:pPr>
              <w:jc w:val="center"/>
            </w:pPr>
            <w:r>
              <w:rPr>
                <w:b/>
                <w:color w:val="C0392B"/>
                <w:sz w:val="16"/>
              </w:rPr>
              <w:t>-44.5%</w:t>
            </w:r>
          </w:p>
        </w:tc>
      </w:tr>
      <w:tr>
        <w:tc>
          <w:tcPr>
            <w:tcW w:type="dxa" w:w="504"/>
            <w:shd w:fill="FFFFFF"/>
            <w:tcMar>
              <w:top w:w="45" w:type="dxa"/>
              <w:bottom w:w="45" w:type="dxa"/>
              <w:left w:w="30" w:type="dxa"/>
              <w:right w:w="30" w:type="dxa"/>
            </w:tcMar>
          </w:tcPr>
          <w:p>
            <w:pPr>
              <w:jc w:val="center"/>
            </w:pPr>
            <w:r>
              <w:rPr>
                <w:sz w:val="16"/>
              </w:rPr>
              <w:t>39</w:t>
            </w:r>
          </w:p>
        </w:tc>
        <w:tc>
          <w:tcPr>
            <w:tcW w:type="dxa" w:w="936"/>
            <w:shd w:fill="FFFFFF"/>
            <w:tcMar>
              <w:top w:w="45" w:type="dxa"/>
              <w:bottom w:w="45" w:type="dxa"/>
              <w:left w:w="30" w:type="dxa"/>
              <w:right w:w="30" w:type="dxa"/>
            </w:tcMar>
          </w:tcPr>
          <w:p>
            <w:pPr>
              <w:jc w:val="left"/>
            </w:pPr>
            <w:r>
              <w:rPr>
                <w:sz w:val="16"/>
              </w:rPr>
              <w:t>KH1099</w:t>
            </w:r>
          </w:p>
        </w:tc>
        <w:tc>
          <w:tcPr>
            <w:tcW w:type="dxa" w:w="2880"/>
            <w:shd w:fill="FFFFFF"/>
            <w:tcMar>
              <w:top w:w="45" w:type="dxa"/>
              <w:bottom w:w="45" w:type="dxa"/>
              <w:left w:w="30" w:type="dxa"/>
              <w:right w:w="30" w:type="dxa"/>
            </w:tcMar>
          </w:tcPr>
          <w:p>
            <w:pPr>
              <w:jc w:val="left"/>
            </w:pPr>
            <w:r>
              <w:rPr>
                <w:sz w:val="16"/>
              </w:rPr>
              <w:t>CÔNG TY TNHH HOÀNG ANH QUY NHƠN</w:t>
            </w:r>
          </w:p>
        </w:tc>
        <w:tc>
          <w:tcPr>
            <w:tcW w:type="dxa" w:w="1060"/>
            <w:shd w:fill="FFFFFF"/>
            <w:tcMar>
              <w:top w:w="45" w:type="dxa"/>
              <w:bottom w:w="45" w:type="dxa"/>
              <w:left w:w="30" w:type="dxa"/>
              <w:right w:w="30" w:type="dxa"/>
            </w:tcMar>
          </w:tcPr>
          <w:p>
            <w:pPr>
              <w:jc w:val="right"/>
            </w:pPr>
            <w:r>
              <w:rPr>
                <w:sz w:val="16"/>
              </w:rPr>
              <w:t>256</w:t>
            </w:r>
          </w:p>
        </w:tc>
        <w:tc>
          <w:tcPr>
            <w:tcW w:type="dxa" w:w="1060"/>
            <w:shd w:fill="FFFFFF"/>
            <w:tcMar>
              <w:top w:w="45" w:type="dxa"/>
              <w:bottom w:w="45" w:type="dxa"/>
              <w:left w:w="30" w:type="dxa"/>
              <w:right w:w="30" w:type="dxa"/>
            </w:tcMar>
          </w:tcPr>
          <w:p>
            <w:pPr>
              <w:jc w:val="right"/>
            </w:pPr>
            <w:r>
              <w:rPr>
                <w:sz w:val="16"/>
              </w:rPr>
              <w:t>69</w:t>
            </w:r>
          </w:p>
        </w:tc>
        <w:tc>
          <w:tcPr>
            <w:tcW w:type="dxa" w:w="1060"/>
            <w:shd w:fill="FFFFFF"/>
            <w:tcMar>
              <w:top w:w="45" w:type="dxa"/>
              <w:bottom w:w="45" w:type="dxa"/>
              <w:left w:w="30" w:type="dxa"/>
              <w:right w:w="30" w:type="dxa"/>
            </w:tcMar>
          </w:tcPr>
          <w:p>
            <w:pPr>
              <w:jc w:val="right"/>
            </w:pPr>
            <w:r>
              <w:rPr>
                <w:sz w:val="16"/>
              </w:rPr>
              <w:t>226</w:t>
            </w:r>
          </w:p>
        </w:tc>
        <w:tc>
          <w:tcPr>
            <w:tcW w:type="dxa" w:w="1060"/>
            <w:shd w:fill="FFFFFF"/>
            <w:tcMar>
              <w:top w:w="45" w:type="dxa"/>
              <w:bottom w:w="45" w:type="dxa"/>
              <w:left w:w="30" w:type="dxa"/>
              <w:right w:w="30" w:type="dxa"/>
            </w:tcMar>
          </w:tcPr>
          <w:p>
            <w:pPr>
              <w:jc w:val="right"/>
            </w:pPr>
            <w:r>
              <w:rPr>
                <w:sz w:val="16"/>
              </w:rPr>
              <w:t>312</w:t>
            </w:r>
          </w:p>
        </w:tc>
        <w:tc>
          <w:tcPr>
            <w:tcW w:type="dxa" w:w="1060"/>
            <w:shd w:fill="FFFFFF"/>
            <w:tcMar>
              <w:top w:w="45" w:type="dxa"/>
              <w:bottom w:w="45" w:type="dxa"/>
              <w:left w:w="30" w:type="dxa"/>
              <w:right w:w="30" w:type="dxa"/>
            </w:tcMar>
          </w:tcPr>
          <w:p>
            <w:pPr>
              <w:jc w:val="right"/>
            </w:pPr>
            <w:r>
              <w:rPr>
                <w:sz w:val="16"/>
              </w:rPr>
              <w:t>239</w:t>
            </w:r>
          </w:p>
        </w:tc>
        <w:tc>
          <w:tcPr>
            <w:tcW w:type="dxa" w:w="1060"/>
            <w:shd w:fill="FFFFFF"/>
            <w:tcMar>
              <w:top w:w="45" w:type="dxa"/>
              <w:bottom w:w="45" w:type="dxa"/>
              <w:left w:w="30" w:type="dxa"/>
              <w:right w:w="30" w:type="dxa"/>
            </w:tcMar>
          </w:tcPr>
          <w:p>
            <w:pPr>
              <w:jc w:val="right"/>
            </w:pPr>
            <w:r>
              <w:rPr>
                <w:sz w:val="16"/>
              </w:rPr>
              <w:t>257</w:t>
            </w:r>
          </w:p>
        </w:tc>
        <w:tc>
          <w:tcPr>
            <w:tcW w:type="dxa" w:w="1060"/>
            <w:shd w:fill="FFFFFF"/>
            <w:tcMar>
              <w:top w:w="45" w:type="dxa"/>
              <w:bottom w:w="45" w:type="dxa"/>
              <w:left w:w="30" w:type="dxa"/>
              <w:right w:w="30" w:type="dxa"/>
            </w:tcMar>
          </w:tcPr>
          <w:p>
            <w:pPr>
              <w:jc w:val="right"/>
            </w:pPr>
            <w:r>
              <w:rPr>
                <w:sz w:val="16"/>
              </w:rPr>
              <w:t>198</w:t>
            </w:r>
          </w:p>
        </w:tc>
        <w:tc>
          <w:tcPr>
            <w:tcW w:type="dxa" w:w="1060"/>
            <w:shd w:fill="FFFFFF"/>
            <w:tcMar>
              <w:top w:w="45" w:type="dxa"/>
              <w:bottom w:w="45" w:type="dxa"/>
              <w:left w:w="30" w:type="dxa"/>
              <w:right w:w="30" w:type="dxa"/>
            </w:tcMar>
          </w:tcPr>
          <w:p>
            <w:pPr>
              <w:jc w:val="right"/>
            </w:pPr>
            <w:r>
              <w:rPr>
                <w:b/>
                <w:sz w:val="16"/>
              </w:rPr>
              <w:t>296</w:t>
            </w:r>
          </w:p>
        </w:tc>
        <w:tc>
          <w:tcPr>
            <w:tcW w:type="dxa" w:w="1224"/>
            <w:shd w:fill="FFFFFF"/>
            <w:tcMar>
              <w:top w:w="45" w:type="dxa"/>
              <w:bottom w:w="45" w:type="dxa"/>
              <w:left w:w="30" w:type="dxa"/>
              <w:right w:w="30" w:type="dxa"/>
            </w:tcMar>
          </w:tcPr>
          <w:p>
            <w:pPr>
              <w:jc w:val="right"/>
            </w:pPr>
            <w:r>
              <w:rPr>
                <w:color w:val="27AE60"/>
                <w:sz w:val="16"/>
              </w:rPr>
              <w:t>+98</w:t>
            </w:r>
          </w:p>
        </w:tc>
        <w:tc>
          <w:tcPr>
            <w:tcW w:type="dxa" w:w="1080"/>
            <w:shd w:fill="FFFFFF"/>
            <w:tcMar>
              <w:top w:w="45" w:type="dxa"/>
              <w:bottom w:w="45" w:type="dxa"/>
              <w:left w:w="30" w:type="dxa"/>
              <w:right w:w="30" w:type="dxa"/>
            </w:tcMar>
          </w:tcPr>
          <w:p>
            <w:pPr>
              <w:jc w:val="center"/>
            </w:pPr>
            <w:r>
              <w:rPr>
                <w:b/>
                <w:color w:val="27AE60"/>
                <w:sz w:val="16"/>
              </w:rPr>
              <w:t>+49.5%</w:t>
            </w:r>
          </w:p>
        </w:tc>
      </w:tr>
      <w:tr>
        <w:tc>
          <w:tcPr>
            <w:tcW w:type="dxa" w:w="504"/>
            <w:shd w:fill="F9FBFB"/>
            <w:tcMar>
              <w:top w:w="45" w:type="dxa"/>
              <w:bottom w:w="45" w:type="dxa"/>
              <w:left w:w="30" w:type="dxa"/>
              <w:right w:w="30" w:type="dxa"/>
            </w:tcMar>
          </w:tcPr>
          <w:p>
            <w:pPr>
              <w:jc w:val="center"/>
            </w:pPr>
            <w:r>
              <w:rPr>
                <w:sz w:val="16"/>
              </w:rPr>
              <w:t>40</w:t>
            </w:r>
          </w:p>
        </w:tc>
        <w:tc>
          <w:tcPr>
            <w:tcW w:type="dxa" w:w="936"/>
            <w:shd w:fill="F9FBFB"/>
            <w:tcMar>
              <w:top w:w="45" w:type="dxa"/>
              <w:bottom w:w="45" w:type="dxa"/>
              <w:left w:w="30" w:type="dxa"/>
              <w:right w:w="30" w:type="dxa"/>
            </w:tcMar>
          </w:tcPr>
          <w:p>
            <w:pPr>
              <w:jc w:val="left"/>
            </w:pPr>
            <w:r>
              <w:rPr>
                <w:sz w:val="16"/>
              </w:rPr>
              <w:t>KH1863</w:t>
            </w:r>
          </w:p>
        </w:tc>
        <w:tc>
          <w:tcPr>
            <w:tcW w:type="dxa" w:w="2880"/>
            <w:shd w:fill="F9FBFB"/>
            <w:tcMar>
              <w:top w:w="45" w:type="dxa"/>
              <w:bottom w:w="45" w:type="dxa"/>
              <w:left w:w="30" w:type="dxa"/>
              <w:right w:w="30" w:type="dxa"/>
            </w:tcMar>
          </w:tcPr>
          <w:p>
            <w:pPr>
              <w:jc w:val="left"/>
            </w:pPr>
            <w:r>
              <w:rPr>
                <w:sz w:val="16"/>
              </w:rPr>
              <w:t>CÔNG TY TNHH ĐỨC TOÀN BÌNH ĐỊNH</w:t>
            </w:r>
          </w:p>
        </w:tc>
        <w:tc>
          <w:tcPr>
            <w:tcW w:type="dxa" w:w="1060"/>
            <w:shd w:fill="F9FBFB"/>
            <w:tcMar>
              <w:top w:w="45" w:type="dxa"/>
              <w:bottom w:w="45" w:type="dxa"/>
              <w:left w:w="30" w:type="dxa"/>
              <w:right w:w="30" w:type="dxa"/>
            </w:tcMar>
          </w:tcPr>
          <w:p>
            <w:pPr>
              <w:jc w:val="right"/>
            </w:pPr>
            <w:r>
              <w:rPr>
                <w:sz w:val="16"/>
              </w:rPr>
              <w:t>164</w:t>
            </w:r>
          </w:p>
        </w:tc>
        <w:tc>
          <w:tcPr>
            <w:tcW w:type="dxa" w:w="1060"/>
            <w:shd w:fill="F9FBFB"/>
            <w:tcMar>
              <w:top w:w="45" w:type="dxa"/>
              <w:bottom w:w="45" w:type="dxa"/>
              <w:left w:w="30" w:type="dxa"/>
              <w:right w:w="30" w:type="dxa"/>
            </w:tcMar>
          </w:tcPr>
          <w:p>
            <w:pPr>
              <w:jc w:val="right"/>
            </w:pPr>
            <w:r>
              <w:rPr>
                <w:sz w:val="16"/>
              </w:rPr>
              <w:t>160</w:t>
            </w:r>
          </w:p>
        </w:tc>
        <w:tc>
          <w:tcPr>
            <w:tcW w:type="dxa" w:w="1060"/>
            <w:shd w:fill="F9FBFB"/>
            <w:tcMar>
              <w:top w:w="45" w:type="dxa"/>
              <w:bottom w:w="45" w:type="dxa"/>
              <w:left w:w="30" w:type="dxa"/>
              <w:right w:w="30" w:type="dxa"/>
            </w:tcMar>
          </w:tcPr>
          <w:p>
            <w:pPr>
              <w:jc w:val="right"/>
            </w:pPr>
            <w:r>
              <w:rPr>
                <w:sz w:val="16"/>
              </w:rPr>
              <w:t>324</w:t>
            </w:r>
          </w:p>
        </w:tc>
        <w:tc>
          <w:tcPr>
            <w:tcW w:type="dxa" w:w="1060"/>
            <w:shd w:fill="F9FBFB"/>
            <w:tcMar>
              <w:top w:w="45" w:type="dxa"/>
              <w:bottom w:w="45" w:type="dxa"/>
              <w:left w:w="30" w:type="dxa"/>
              <w:right w:w="30" w:type="dxa"/>
            </w:tcMar>
          </w:tcPr>
          <w:p>
            <w:pPr>
              <w:jc w:val="right"/>
            </w:pPr>
            <w:r>
              <w:rPr>
                <w:sz w:val="16"/>
              </w:rPr>
              <w:t>210</w:t>
            </w:r>
          </w:p>
        </w:tc>
        <w:tc>
          <w:tcPr>
            <w:tcW w:type="dxa" w:w="1060"/>
            <w:shd w:fill="F9FBFB"/>
            <w:tcMar>
              <w:top w:w="45" w:type="dxa"/>
              <w:bottom w:w="45" w:type="dxa"/>
              <w:left w:w="30" w:type="dxa"/>
              <w:right w:w="30" w:type="dxa"/>
            </w:tcMar>
          </w:tcPr>
          <w:p>
            <w:pPr>
              <w:jc w:val="right"/>
            </w:pPr>
            <w:r>
              <w:rPr>
                <w:sz w:val="16"/>
              </w:rPr>
              <w:t>148</w:t>
            </w:r>
          </w:p>
        </w:tc>
        <w:tc>
          <w:tcPr>
            <w:tcW w:type="dxa" w:w="1060"/>
            <w:shd w:fill="F9FBFB"/>
            <w:tcMar>
              <w:top w:w="45" w:type="dxa"/>
              <w:bottom w:w="45" w:type="dxa"/>
              <w:left w:w="30" w:type="dxa"/>
              <w:right w:w="30" w:type="dxa"/>
            </w:tcMar>
          </w:tcPr>
          <w:p>
            <w:pPr>
              <w:jc w:val="right"/>
            </w:pPr>
            <w:r>
              <w:rPr>
                <w:sz w:val="16"/>
              </w:rPr>
              <w:t>509</w:t>
            </w:r>
          </w:p>
        </w:tc>
        <w:tc>
          <w:tcPr>
            <w:tcW w:type="dxa" w:w="1060"/>
            <w:shd w:fill="F9FBFB"/>
            <w:tcMar>
              <w:top w:w="45" w:type="dxa"/>
              <w:bottom w:w="45" w:type="dxa"/>
              <w:left w:w="30" w:type="dxa"/>
              <w:right w:w="30" w:type="dxa"/>
            </w:tcMar>
          </w:tcPr>
          <w:p>
            <w:pPr>
              <w:jc w:val="right"/>
            </w:pPr>
            <w:r>
              <w:rPr>
                <w:sz w:val="16"/>
              </w:rPr>
              <w:t>162</w:t>
            </w:r>
          </w:p>
        </w:tc>
        <w:tc>
          <w:tcPr>
            <w:tcW w:type="dxa" w:w="1060"/>
            <w:shd w:fill="F9FBFB"/>
            <w:tcMar>
              <w:top w:w="45" w:type="dxa"/>
              <w:bottom w:w="45" w:type="dxa"/>
              <w:left w:w="30" w:type="dxa"/>
              <w:right w:w="30" w:type="dxa"/>
            </w:tcMar>
          </w:tcPr>
          <w:p>
            <w:pPr>
              <w:jc w:val="right"/>
            </w:pPr>
            <w:r>
              <w:rPr>
                <w:b/>
                <w:sz w:val="16"/>
              </w:rPr>
              <w:t>177</w:t>
            </w:r>
          </w:p>
        </w:tc>
        <w:tc>
          <w:tcPr>
            <w:tcW w:type="dxa" w:w="1224"/>
            <w:shd w:fill="F9FBFB"/>
            <w:tcMar>
              <w:top w:w="45" w:type="dxa"/>
              <w:bottom w:w="45" w:type="dxa"/>
              <w:left w:w="30" w:type="dxa"/>
              <w:right w:w="30" w:type="dxa"/>
            </w:tcMar>
          </w:tcPr>
          <w:p>
            <w:pPr>
              <w:jc w:val="right"/>
            </w:pPr>
            <w:r>
              <w:rPr>
                <w:color w:val="27AE60"/>
                <w:sz w:val="16"/>
              </w:rPr>
              <w:t>+15</w:t>
            </w:r>
          </w:p>
        </w:tc>
        <w:tc>
          <w:tcPr>
            <w:tcW w:type="dxa" w:w="1080"/>
            <w:shd w:fill="F9FBFB"/>
            <w:tcMar>
              <w:top w:w="45" w:type="dxa"/>
              <w:bottom w:w="45" w:type="dxa"/>
              <w:left w:w="30" w:type="dxa"/>
              <w:right w:w="30" w:type="dxa"/>
            </w:tcMar>
          </w:tcPr>
          <w:p>
            <w:pPr>
              <w:jc w:val="center"/>
            </w:pPr>
            <w:r>
              <w:rPr>
                <w:b/>
                <w:color w:val="27AE60"/>
                <w:sz w:val="16"/>
              </w:rPr>
              <w:t>+9.3%</w:t>
            </w:r>
          </w:p>
        </w:tc>
      </w:tr>
      <w:tr>
        <w:tc>
          <w:tcPr>
            <w:tcW w:type="dxa" w:w="504"/>
            <w:shd w:fill="FFFFFF"/>
            <w:tcMar>
              <w:top w:w="45" w:type="dxa"/>
              <w:bottom w:w="45" w:type="dxa"/>
              <w:left w:w="30" w:type="dxa"/>
              <w:right w:w="30" w:type="dxa"/>
            </w:tcMar>
          </w:tcPr>
          <w:p>
            <w:pPr>
              <w:jc w:val="center"/>
            </w:pPr>
            <w:r>
              <w:rPr>
                <w:sz w:val="16"/>
              </w:rPr>
              <w:t>41</w:t>
            </w:r>
          </w:p>
        </w:tc>
        <w:tc>
          <w:tcPr>
            <w:tcW w:type="dxa" w:w="936"/>
            <w:shd w:fill="FFFFFF"/>
            <w:tcMar>
              <w:top w:w="45" w:type="dxa"/>
              <w:bottom w:w="45" w:type="dxa"/>
              <w:left w:w="30" w:type="dxa"/>
              <w:right w:w="30" w:type="dxa"/>
            </w:tcMar>
          </w:tcPr>
          <w:p>
            <w:pPr>
              <w:jc w:val="left"/>
            </w:pPr>
            <w:r>
              <w:rPr>
                <w:sz w:val="16"/>
              </w:rPr>
              <w:t>KH0317</w:t>
            </w:r>
          </w:p>
        </w:tc>
        <w:tc>
          <w:tcPr>
            <w:tcW w:type="dxa" w:w="2880"/>
            <w:shd w:fill="FFFFFF"/>
            <w:tcMar>
              <w:top w:w="45" w:type="dxa"/>
              <w:bottom w:w="45" w:type="dxa"/>
              <w:left w:w="30" w:type="dxa"/>
              <w:right w:w="30" w:type="dxa"/>
            </w:tcMar>
          </w:tcPr>
          <w:p>
            <w:pPr>
              <w:jc w:val="left"/>
            </w:pPr>
            <w:r>
              <w:rPr>
                <w:sz w:val="16"/>
              </w:rPr>
              <w:t>CÔNG TY TNHH KIM VĨNH PHÚ</w:t>
            </w:r>
          </w:p>
        </w:tc>
        <w:tc>
          <w:tcPr>
            <w:tcW w:type="dxa" w:w="1060"/>
            <w:shd w:fill="FFFFFF"/>
            <w:tcMar>
              <w:top w:w="45" w:type="dxa"/>
              <w:bottom w:w="45" w:type="dxa"/>
              <w:left w:w="30" w:type="dxa"/>
              <w:right w:w="30" w:type="dxa"/>
            </w:tcMar>
          </w:tcPr>
          <w:p>
            <w:pPr>
              <w:jc w:val="right"/>
            </w:pPr>
            <w:r>
              <w:rPr>
                <w:sz w:val="16"/>
              </w:rPr>
              <w:t>336</w:t>
            </w:r>
          </w:p>
        </w:tc>
        <w:tc>
          <w:tcPr>
            <w:tcW w:type="dxa" w:w="1060"/>
            <w:shd w:fill="FFFFFF"/>
            <w:tcMar>
              <w:top w:w="45" w:type="dxa"/>
              <w:bottom w:w="45" w:type="dxa"/>
              <w:left w:w="30" w:type="dxa"/>
              <w:right w:w="30" w:type="dxa"/>
            </w:tcMar>
          </w:tcPr>
          <w:p>
            <w:pPr>
              <w:jc w:val="right"/>
            </w:pPr>
            <w:r>
              <w:rPr>
                <w:sz w:val="16"/>
              </w:rPr>
              <w:t>53</w:t>
            </w:r>
          </w:p>
        </w:tc>
        <w:tc>
          <w:tcPr>
            <w:tcW w:type="dxa" w:w="1060"/>
            <w:shd w:fill="FFFFFF"/>
            <w:tcMar>
              <w:top w:w="45" w:type="dxa"/>
              <w:bottom w:w="45" w:type="dxa"/>
              <w:left w:w="30" w:type="dxa"/>
              <w:right w:w="30" w:type="dxa"/>
            </w:tcMar>
          </w:tcPr>
          <w:p>
            <w:pPr>
              <w:jc w:val="right"/>
            </w:pPr>
            <w:r>
              <w:rPr>
                <w:sz w:val="16"/>
              </w:rPr>
              <w:t>221</w:t>
            </w:r>
          </w:p>
        </w:tc>
        <w:tc>
          <w:tcPr>
            <w:tcW w:type="dxa" w:w="1060"/>
            <w:shd w:fill="FFFFFF"/>
            <w:tcMar>
              <w:top w:w="45" w:type="dxa"/>
              <w:bottom w:w="45" w:type="dxa"/>
              <w:left w:w="30" w:type="dxa"/>
              <w:right w:w="30" w:type="dxa"/>
            </w:tcMar>
          </w:tcPr>
          <w:p>
            <w:pPr>
              <w:jc w:val="right"/>
            </w:pPr>
            <w:r>
              <w:rPr>
                <w:sz w:val="16"/>
              </w:rPr>
              <w:t>221</w:t>
            </w:r>
          </w:p>
        </w:tc>
        <w:tc>
          <w:tcPr>
            <w:tcW w:type="dxa" w:w="1060"/>
            <w:shd w:fill="FFFFFF"/>
            <w:tcMar>
              <w:top w:w="45" w:type="dxa"/>
              <w:bottom w:w="45" w:type="dxa"/>
              <w:left w:w="30" w:type="dxa"/>
              <w:right w:w="30" w:type="dxa"/>
            </w:tcMar>
          </w:tcPr>
          <w:p>
            <w:pPr>
              <w:jc w:val="right"/>
            </w:pPr>
            <w:r>
              <w:rPr>
                <w:sz w:val="16"/>
              </w:rPr>
              <w:t>189</w:t>
            </w:r>
          </w:p>
        </w:tc>
        <w:tc>
          <w:tcPr>
            <w:tcW w:type="dxa" w:w="1060"/>
            <w:shd w:fill="FFFFFF"/>
            <w:tcMar>
              <w:top w:w="45" w:type="dxa"/>
              <w:bottom w:w="45" w:type="dxa"/>
              <w:left w:w="30" w:type="dxa"/>
              <w:right w:w="30" w:type="dxa"/>
            </w:tcMar>
          </w:tcPr>
          <w:p>
            <w:pPr>
              <w:jc w:val="right"/>
            </w:pPr>
            <w:r>
              <w:rPr>
                <w:sz w:val="16"/>
              </w:rPr>
              <w:t>260</w:t>
            </w:r>
          </w:p>
        </w:tc>
        <w:tc>
          <w:tcPr>
            <w:tcW w:type="dxa" w:w="1060"/>
            <w:shd w:fill="FFFFFF"/>
            <w:tcMar>
              <w:top w:w="45" w:type="dxa"/>
              <w:bottom w:w="45" w:type="dxa"/>
              <w:left w:w="30" w:type="dxa"/>
              <w:right w:w="30" w:type="dxa"/>
            </w:tcMar>
          </w:tcPr>
          <w:p>
            <w:pPr>
              <w:jc w:val="right"/>
            </w:pPr>
            <w:r>
              <w:rPr>
                <w:sz w:val="16"/>
              </w:rPr>
              <w:t>266</w:t>
            </w:r>
          </w:p>
        </w:tc>
        <w:tc>
          <w:tcPr>
            <w:tcW w:type="dxa" w:w="1060"/>
            <w:shd w:fill="FFFFFF"/>
            <w:tcMar>
              <w:top w:w="45" w:type="dxa"/>
              <w:bottom w:w="45" w:type="dxa"/>
              <w:left w:w="30" w:type="dxa"/>
              <w:right w:w="30" w:type="dxa"/>
            </w:tcMar>
          </w:tcPr>
          <w:p>
            <w:pPr>
              <w:jc w:val="right"/>
            </w:pPr>
            <w:r>
              <w:rPr>
                <w:b/>
                <w:sz w:val="16"/>
              </w:rPr>
              <w:t>181</w:t>
            </w:r>
          </w:p>
        </w:tc>
        <w:tc>
          <w:tcPr>
            <w:tcW w:type="dxa" w:w="1224"/>
            <w:shd w:fill="FFFFFF"/>
            <w:tcMar>
              <w:top w:w="45" w:type="dxa"/>
              <w:bottom w:w="45" w:type="dxa"/>
              <w:left w:w="30" w:type="dxa"/>
              <w:right w:w="30" w:type="dxa"/>
            </w:tcMar>
          </w:tcPr>
          <w:p>
            <w:pPr>
              <w:jc w:val="right"/>
            </w:pPr>
            <w:r>
              <w:rPr>
                <w:color w:val="C0392B"/>
                <w:sz w:val="16"/>
              </w:rPr>
              <w:t>-85</w:t>
            </w:r>
          </w:p>
        </w:tc>
        <w:tc>
          <w:tcPr>
            <w:tcW w:type="dxa" w:w="1080"/>
            <w:shd w:fill="FFFFFF"/>
            <w:tcMar>
              <w:top w:w="45" w:type="dxa"/>
              <w:bottom w:w="45" w:type="dxa"/>
              <w:left w:w="30" w:type="dxa"/>
              <w:right w:w="30" w:type="dxa"/>
            </w:tcMar>
          </w:tcPr>
          <w:p>
            <w:pPr>
              <w:jc w:val="center"/>
            </w:pPr>
            <w:r>
              <w:rPr>
                <w:b/>
                <w:color w:val="C0392B"/>
                <w:sz w:val="16"/>
              </w:rPr>
              <w:t>-32.0%</w:t>
            </w:r>
          </w:p>
        </w:tc>
      </w:tr>
      <w:tr>
        <w:tc>
          <w:tcPr>
            <w:tcW w:type="dxa" w:w="504"/>
            <w:shd w:fill="F9FBFB"/>
            <w:tcMar>
              <w:top w:w="45" w:type="dxa"/>
              <w:bottom w:w="45" w:type="dxa"/>
              <w:left w:w="30" w:type="dxa"/>
              <w:right w:w="30" w:type="dxa"/>
            </w:tcMar>
          </w:tcPr>
          <w:p>
            <w:pPr>
              <w:jc w:val="center"/>
            </w:pPr>
            <w:r>
              <w:rPr>
                <w:sz w:val="16"/>
              </w:rPr>
              <w:t>42</w:t>
            </w:r>
          </w:p>
        </w:tc>
        <w:tc>
          <w:tcPr>
            <w:tcW w:type="dxa" w:w="936"/>
            <w:shd w:fill="F9FBFB"/>
            <w:tcMar>
              <w:top w:w="45" w:type="dxa"/>
              <w:bottom w:w="45" w:type="dxa"/>
              <w:left w:w="30" w:type="dxa"/>
              <w:right w:w="30" w:type="dxa"/>
            </w:tcMar>
          </w:tcPr>
          <w:p>
            <w:pPr>
              <w:jc w:val="left"/>
            </w:pPr>
            <w:r>
              <w:rPr>
                <w:sz w:val="16"/>
              </w:rPr>
              <w:t>KH0054</w:t>
            </w:r>
          </w:p>
        </w:tc>
        <w:tc>
          <w:tcPr>
            <w:tcW w:type="dxa" w:w="2880"/>
            <w:shd w:fill="F9FBFB"/>
            <w:tcMar>
              <w:top w:w="45" w:type="dxa"/>
              <w:bottom w:w="45" w:type="dxa"/>
              <w:left w:w="30" w:type="dxa"/>
              <w:right w:w="30" w:type="dxa"/>
            </w:tcMar>
          </w:tcPr>
          <w:p>
            <w:pPr>
              <w:jc w:val="left"/>
            </w:pPr>
            <w:r>
              <w:rPr>
                <w:sz w:val="16"/>
              </w:rPr>
              <w:t>CÔNG TY CỔ PHẦN GỖ MINH DƯƠNG CHU LAI</w:t>
            </w:r>
          </w:p>
        </w:tc>
        <w:tc>
          <w:tcPr>
            <w:tcW w:type="dxa" w:w="1060"/>
            <w:shd w:fill="F9FBFB"/>
            <w:tcMar>
              <w:top w:w="45" w:type="dxa"/>
              <w:bottom w:w="45" w:type="dxa"/>
              <w:left w:w="30" w:type="dxa"/>
              <w:right w:w="30" w:type="dxa"/>
            </w:tcMar>
          </w:tcPr>
          <w:p>
            <w:pPr>
              <w:jc w:val="right"/>
            </w:pPr>
            <w:r>
              <w:rPr>
                <w:sz w:val="16"/>
              </w:rPr>
              <w:t>205</w:t>
            </w:r>
          </w:p>
        </w:tc>
        <w:tc>
          <w:tcPr>
            <w:tcW w:type="dxa" w:w="1060"/>
            <w:shd w:fill="F9FBFB"/>
            <w:tcMar>
              <w:top w:w="45" w:type="dxa"/>
              <w:bottom w:w="45" w:type="dxa"/>
              <w:left w:w="30" w:type="dxa"/>
              <w:right w:w="30" w:type="dxa"/>
            </w:tcMar>
          </w:tcPr>
          <w:p>
            <w:pPr>
              <w:jc w:val="right"/>
            </w:pPr>
            <w:r>
              <w:rPr>
                <w:sz w:val="16"/>
              </w:rPr>
              <w:t>101</w:t>
            </w:r>
          </w:p>
        </w:tc>
        <w:tc>
          <w:tcPr>
            <w:tcW w:type="dxa" w:w="1060"/>
            <w:shd w:fill="F9FBFB"/>
            <w:tcMar>
              <w:top w:w="45" w:type="dxa"/>
              <w:bottom w:w="45" w:type="dxa"/>
              <w:left w:w="30" w:type="dxa"/>
              <w:right w:w="30" w:type="dxa"/>
            </w:tcMar>
          </w:tcPr>
          <w:p>
            <w:pPr>
              <w:jc w:val="right"/>
            </w:pPr>
            <w:r>
              <w:rPr>
                <w:sz w:val="16"/>
              </w:rPr>
              <w:t>119</w:t>
            </w:r>
          </w:p>
        </w:tc>
        <w:tc>
          <w:tcPr>
            <w:tcW w:type="dxa" w:w="1060"/>
            <w:shd w:fill="F9FBFB"/>
            <w:tcMar>
              <w:top w:w="45" w:type="dxa"/>
              <w:bottom w:w="45" w:type="dxa"/>
              <w:left w:w="30" w:type="dxa"/>
              <w:right w:w="30" w:type="dxa"/>
            </w:tcMar>
          </w:tcPr>
          <w:p>
            <w:pPr>
              <w:jc w:val="right"/>
            </w:pPr>
            <w:r>
              <w:rPr>
                <w:sz w:val="16"/>
              </w:rPr>
              <w:t>170</w:t>
            </w:r>
          </w:p>
        </w:tc>
        <w:tc>
          <w:tcPr>
            <w:tcW w:type="dxa" w:w="1060"/>
            <w:shd w:fill="F9FBFB"/>
            <w:tcMar>
              <w:top w:w="45" w:type="dxa"/>
              <w:bottom w:w="45" w:type="dxa"/>
              <w:left w:w="30" w:type="dxa"/>
              <w:right w:w="30" w:type="dxa"/>
            </w:tcMar>
          </w:tcPr>
          <w:p>
            <w:pPr>
              <w:jc w:val="right"/>
            </w:pPr>
            <w:r>
              <w:rPr>
                <w:sz w:val="16"/>
              </w:rPr>
              <w:t>214</w:t>
            </w:r>
          </w:p>
        </w:tc>
        <w:tc>
          <w:tcPr>
            <w:tcW w:type="dxa" w:w="1060"/>
            <w:shd w:fill="F9FBFB"/>
            <w:tcMar>
              <w:top w:w="45" w:type="dxa"/>
              <w:bottom w:w="45" w:type="dxa"/>
              <w:left w:w="30" w:type="dxa"/>
              <w:right w:w="30" w:type="dxa"/>
            </w:tcMar>
          </w:tcPr>
          <w:p>
            <w:pPr>
              <w:jc w:val="right"/>
            </w:pPr>
            <w:r>
              <w:rPr>
                <w:sz w:val="16"/>
              </w:rPr>
              <w:t>350</w:t>
            </w:r>
          </w:p>
        </w:tc>
        <w:tc>
          <w:tcPr>
            <w:tcW w:type="dxa" w:w="1060"/>
            <w:shd w:fill="F9FBFB"/>
            <w:tcMar>
              <w:top w:w="45" w:type="dxa"/>
              <w:bottom w:w="45" w:type="dxa"/>
              <w:left w:w="30" w:type="dxa"/>
              <w:right w:w="30" w:type="dxa"/>
            </w:tcMar>
          </w:tcPr>
          <w:p>
            <w:pPr>
              <w:jc w:val="right"/>
            </w:pPr>
            <w:r>
              <w:rPr>
                <w:sz w:val="16"/>
              </w:rPr>
              <w:t>193</w:t>
            </w:r>
          </w:p>
        </w:tc>
        <w:tc>
          <w:tcPr>
            <w:tcW w:type="dxa" w:w="1060"/>
            <w:shd w:fill="F9FBFB"/>
            <w:tcMar>
              <w:top w:w="45" w:type="dxa"/>
              <w:bottom w:w="45" w:type="dxa"/>
              <w:left w:w="30" w:type="dxa"/>
              <w:right w:w="30" w:type="dxa"/>
            </w:tcMar>
          </w:tcPr>
          <w:p>
            <w:pPr>
              <w:jc w:val="right"/>
            </w:pPr>
            <w:r>
              <w:rPr>
                <w:b/>
                <w:sz w:val="16"/>
              </w:rPr>
              <w:t>277</w:t>
            </w:r>
          </w:p>
        </w:tc>
        <w:tc>
          <w:tcPr>
            <w:tcW w:type="dxa" w:w="1224"/>
            <w:shd w:fill="F9FBFB"/>
            <w:tcMar>
              <w:top w:w="45" w:type="dxa"/>
              <w:bottom w:w="45" w:type="dxa"/>
              <w:left w:w="30" w:type="dxa"/>
              <w:right w:w="30" w:type="dxa"/>
            </w:tcMar>
          </w:tcPr>
          <w:p>
            <w:pPr>
              <w:jc w:val="right"/>
            </w:pPr>
            <w:r>
              <w:rPr>
                <w:color w:val="27AE60"/>
                <w:sz w:val="16"/>
              </w:rPr>
              <w:t>+84</w:t>
            </w:r>
          </w:p>
        </w:tc>
        <w:tc>
          <w:tcPr>
            <w:tcW w:type="dxa" w:w="1080"/>
            <w:shd w:fill="F9FBFB"/>
            <w:tcMar>
              <w:top w:w="45" w:type="dxa"/>
              <w:bottom w:w="45" w:type="dxa"/>
              <w:left w:w="30" w:type="dxa"/>
              <w:right w:w="30" w:type="dxa"/>
            </w:tcMar>
          </w:tcPr>
          <w:p>
            <w:pPr>
              <w:jc w:val="center"/>
            </w:pPr>
            <w:r>
              <w:rPr>
                <w:b/>
                <w:color w:val="27AE60"/>
                <w:sz w:val="16"/>
              </w:rPr>
              <w:t>+43.5%</w:t>
            </w:r>
          </w:p>
        </w:tc>
      </w:tr>
      <w:tr>
        <w:tc>
          <w:tcPr>
            <w:tcW w:type="dxa" w:w="504"/>
            <w:shd w:fill="FFFFFF"/>
            <w:tcMar>
              <w:top w:w="45" w:type="dxa"/>
              <w:bottom w:w="45" w:type="dxa"/>
              <w:left w:w="30" w:type="dxa"/>
              <w:right w:w="30" w:type="dxa"/>
            </w:tcMar>
          </w:tcPr>
          <w:p>
            <w:pPr>
              <w:jc w:val="center"/>
            </w:pPr>
            <w:r>
              <w:rPr>
                <w:sz w:val="16"/>
              </w:rPr>
              <w:t>43</w:t>
            </w:r>
          </w:p>
        </w:tc>
        <w:tc>
          <w:tcPr>
            <w:tcW w:type="dxa" w:w="936"/>
            <w:shd w:fill="FFFFFF"/>
            <w:tcMar>
              <w:top w:w="45" w:type="dxa"/>
              <w:bottom w:w="45" w:type="dxa"/>
              <w:left w:w="30" w:type="dxa"/>
              <w:right w:w="30" w:type="dxa"/>
            </w:tcMar>
          </w:tcPr>
          <w:p>
            <w:pPr>
              <w:jc w:val="left"/>
            </w:pPr>
            <w:r>
              <w:rPr>
                <w:sz w:val="16"/>
              </w:rPr>
              <w:t>KH0525</w:t>
            </w:r>
          </w:p>
        </w:tc>
        <w:tc>
          <w:tcPr>
            <w:tcW w:type="dxa" w:w="2880"/>
            <w:shd w:fill="FFFFFF"/>
            <w:tcMar>
              <w:top w:w="45" w:type="dxa"/>
              <w:bottom w:w="45" w:type="dxa"/>
              <w:left w:w="30" w:type="dxa"/>
              <w:right w:w="30" w:type="dxa"/>
            </w:tcMar>
          </w:tcPr>
          <w:p>
            <w:pPr>
              <w:jc w:val="left"/>
            </w:pPr>
            <w:r>
              <w:rPr>
                <w:sz w:val="16"/>
              </w:rPr>
              <w:t>CÔNG TY TNHH SX - TM HÀNH MỸ</w:t>
            </w:r>
          </w:p>
        </w:tc>
        <w:tc>
          <w:tcPr>
            <w:tcW w:type="dxa" w:w="1060"/>
            <w:shd w:fill="FFFFFF"/>
            <w:tcMar>
              <w:top w:w="45" w:type="dxa"/>
              <w:bottom w:w="45" w:type="dxa"/>
              <w:left w:w="30" w:type="dxa"/>
              <w:right w:w="30" w:type="dxa"/>
            </w:tcMar>
          </w:tcPr>
          <w:p>
            <w:pPr>
              <w:jc w:val="right"/>
            </w:pPr>
            <w:r>
              <w:rPr>
                <w:sz w:val="16"/>
              </w:rPr>
              <w:t>455</w:t>
            </w:r>
          </w:p>
        </w:tc>
        <w:tc>
          <w:tcPr>
            <w:tcW w:type="dxa" w:w="1060"/>
            <w:shd w:fill="FFFFFF"/>
            <w:tcMar>
              <w:top w:w="45" w:type="dxa"/>
              <w:bottom w:w="45" w:type="dxa"/>
              <w:left w:w="30" w:type="dxa"/>
              <w:right w:w="30" w:type="dxa"/>
            </w:tcMar>
          </w:tcPr>
          <w:p>
            <w:pPr>
              <w:jc w:val="right"/>
            </w:pPr>
            <w:r>
              <w:rPr>
                <w:sz w:val="16"/>
              </w:rPr>
              <w:t>182</w:t>
            </w:r>
          </w:p>
        </w:tc>
        <w:tc>
          <w:tcPr>
            <w:tcW w:type="dxa" w:w="1060"/>
            <w:shd w:fill="FFFFFF"/>
            <w:tcMar>
              <w:top w:w="45" w:type="dxa"/>
              <w:bottom w:w="45" w:type="dxa"/>
              <w:left w:w="30" w:type="dxa"/>
              <w:right w:w="30" w:type="dxa"/>
            </w:tcMar>
          </w:tcPr>
          <w:p>
            <w:pPr>
              <w:jc w:val="right"/>
            </w:pPr>
            <w:r>
              <w:rPr>
                <w:sz w:val="16"/>
              </w:rPr>
              <w:t>164</w:t>
            </w:r>
          </w:p>
        </w:tc>
        <w:tc>
          <w:tcPr>
            <w:tcW w:type="dxa" w:w="1060"/>
            <w:shd w:fill="FFFFFF"/>
            <w:tcMar>
              <w:top w:w="45" w:type="dxa"/>
              <w:bottom w:w="45" w:type="dxa"/>
              <w:left w:w="30" w:type="dxa"/>
              <w:right w:w="30" w:type="dxa"/>
            </w:tcMar>
          </w:tcPr>
          <w:p>
            <w:pPr>
              <w:jc w:val="right"/>
            </w:pPr>
            <w:r>
              <w:rPr>
                <w:sz w:val="16"/>
              </w:rPr>
              <w:t>173</w:t>
            </w:r>
          </w:p>
        </w:tc>
        <w:tc>
          <w:tcPr>
            <w:tcW w:type="dxa" w:w="1060"/>
            <w:shd w:fill="FFFFFF"/>
            <w:tcMar>
              <w:top w:w="45" w:type="dxa"/>
              <w:bottom w:w="45" w:type="dxa"/>
              <w:left w:w="30" w:type="dxa"/>
              <w:right w:w="30" w:type="dxa"/>
            </w:tcMar>
          </w:tcPr>
          <w:p>
            <w:pPr>
              <w:jc w:val="right"/>
            </w:pPr>
            <w:r>
              <w:rPr>
                <w:sz w:val="16"/>
              </w:rPr>
              <w:t>193</w:t>
            </w:r>
          </w:p>
        </w:tc>
        <w:tc>
          <w:tcPr>
            <w:tcW w:type="dxa" w:w="1060"/>
            <w:shd w:fill="FFFFFF"/>
            <w:tcMar>
              <w:top w:w="45" w:type="dxa"/>
              <w:bottom w:w="45" w:type="dxa"/>
              <w:left w:w="30" w:type="dxa"/>
              <w:right w:w="30" w:type="dxa"/>
            </w:tcMar>
          </w:tcPr>
          <w:p>
            <w:pPr>
              <w:jc w:val="right"/>
            </w:pPr>
            <w:r>
              <w:rPr>
                <w:sz w:val="16"/>
              </w:rPr>
              <w:t>167</w:t>
            </w:r>
          </w:p>
        </w:tc>
        <w:tc>
          <w:tcPr>
            <w:tcW w:type="dxa" w:w="1060"/>
            <w:shd w:fill="FFFFFF"/>
            <w:tcMar>
              <w:top w:w="45" w:type="dxa"/>
              <w:bottom w:w="45" w:type="dxa"/>
              <w:left w:w="30" w:type="dxa"/>
              <w:right w:w="30" w:type="dxa"/>
            </w:tcMar>
          </w:tcPr>
          <w:p>
            <w:pPr>
              <w:jc w:val="right"/>
            </w:pPr>
            <w:r>
              <w:rPr>
                <w:sz w:val="16"/>
              </w:rPr>
              <w:t>121</w:t>
            </w:r>
          </w:p>
        </w:tc>
        <w:tc>
          <w:tcPr>
            <w:tcW w:type="dxa" w:w="1060"/>
            <w:shd w:fill="FFFFFF"/>
            <w:tcMar>
              <w:top w:w="45" w:type="dxa"/>
              <w:bottom w:w="45" w:type="dxa"/>
              <w:left w:w="30" w:type="dxa"/>
              <w:right w:w="30" w:type="dxa"/>
            </w:tcMar>
          </w:tcPr>
          <w:p>
            <w:pPr>
              <w:jc w:val="right"/>
            </w:pPr>
            <w:r>
              <w:rPr>
                <w:b/>
                <w:sz w:val="16"/>
              </w:rPr>
              <w:t>151</w:t>
            </w:r>
          </w:p>
        </w:tc>
        <w:tc>
          <w:tcPr>
            <w:tcW w:type="dxa" w:w="1224"/>
            <w:shd w:fill="FFFFFF"/>
            <w:tcMar>
              <w:top w:w="45" w:type="dxa"/>
              <w:bottom w:w="45" w:type="dxa"/>
              <w:left w:w="30" w:type="dxa"/>
              <w:right w:w="30" w:type="dxa"/>
            </w:tcMar>
          </w:tcPr>
          <w:p>
            <w:pPr>
              <w:jc w:val="right"/>
            </w:pPr>
            <w:r>
              <w:rPr>
                <w:color w:val="27AE60"/>
                <w:sz w:val="16"/>
              </w:rPr>
              <w:t>+30</w:t>
            </w:r>
          </w:p>
        </w:tc>
        <w:tc>
          <w:tcPr>
            <w:tcW w:type="dxa" w:w="1080"/>
            <w:shd w:fill="FFFFFF"/>
            <w:tcMar>
              <w:top w:w="45" w:type="dxa"/>
              <w:bottom w:w="45" w:type="dxa"/>
              <w:left w:w="30" w:type="dxa"/>
              <w:right w:w="30" w:type="dxa"/>
            </w:tcMar>
          </w:tcPr>
          <w:p>
            <w:pPr>
              <w:jc w:val="center"/>
            </w:pPr>
            <w:r>
              <w:rPr>
                <w:b/>
                <w:color w:val="27AE60"/>
                <w:sz w:val="16"/>
              </w:rPr>
              <w:t>+24.8%</w:t>
            </w:r>
          </w:p>
        </w:tc>
      </w:tr>
      <w:tr>
        <w:tc>
          <w:tcPr>
            <w:tcW w:type="dxa" w:w="504"/>
            <w:shd w:fill="F9FBFB"/>
            <w:tcMar>
              <w:top w:w="45" w:type="dxa"/>
              <w:bottom w:w="45" w:type="dxa"/>
              <w:left w:w="30" w:type="dxa"/>
              <w:right w:w="30" w:type="dxa"/>
            </w:tcMar>
          </w:tcPr>
          <w:p>
            <w:pPr>
              <w:jc w:val="center"/>
            </w:pPr>
            <w:r>
              <w:rPr>
                <w:sz w:val="16"/>
              </w:rPr>
              <w:t>44</w:t>
            </w:r>
          </w:p>
        </w:tc>
        <w:tc>
          <w:tcPr>
            <w:tcW w:type="dxa" w:w="936"/>
            <w:shd w:fill="F9FBFB"/>
            <w:tcMar>
              <w:top w:w="45" w:type="dxa"/>
              <w:bottom w:w="45" w:type="dxa"/>
              <w:left w:w="30" w:type="dxa"/>
              <w:right w:w="30" w:type="dxa"/>
            </w:tcMar>
          </w:tcPr>
          <w:p>
            <w:pPr>
              <w:jc w:val="left"/>
            </w:pPr>
            <w:r>
              <w:rPr>
                <w:sz w:val="16"/>
              </w:rPr>
              <w:t>KH2126</w:t>
            </w:r>
          </w:p>
        </w:tc>
        <w:tc>
          <w:tcPr>
            <w:tcW w:type="dxa" w:w="2880"/>
            <w:shd w:fill="F9FBFB"/>
            <w:tcMar>
              <w:top w:w="45" w:type="dxa"/>
              <w:bottom w:w="45" w:type="dxa"/>
              <w:left w:w="30" w:type="dxa"/>
              <w:right w:w="30" w:type="dxa"/>
            </w:tcMar>
          </w:tcPr>
          <w:p>
            <w:pPr>
              <w:jc w:val="left"/>
            </w:pPr>
            <w:r>
              <w:rPr>
                <w:sz w:val="16"/>
              </w:rPr>
              <w:t>CÔNG TY CỔ PHẦN TÂN TIẾN ĐỒNG NAI</w:t>
            </w:r>
          </w:p>
        </w:tc>
        <w:tc>
          <w:tcPr>
            <w:tcW w:type="dxa" w:w="1060"/>
            <w:shd w:fill="F9FBFB"/>
            <w:tcMar>
              <w:top w:w="45" w:type="dxa"/>
              <w:bottom w:w="45" w:type="dxa"/>
              <w:left w:w="30" w:type="dxa"/>
              <w:right w:w="30" w:type="dxa"/>
            </w:tcMar>
          </w:tcPr>
          <w:p>
            <w:pPr>
              <w:jc w:val="right"/>
            </w:pPr>
            <w:r>
              <w:rPr>
                <w:sz w:val="16"/>
              </w:rPr>
              <w:t>199</w:t>
            </w:r>
          </w:p>
        </w:tc>
        <w:tc>
          <w:tcPr>
            <w:tcW w:type="dxa" w:w="1060"/>
            <w:shd w:fill="F9FBFB"/>
            <w:tcMar>
              <w:top w:w="45" w:type="dxa"/>
              <w:bottom w:w="45" w:type="dxa"/>
              <w:left w:w="30" w:type="dxa"/>
              <w:right w:w="30" w:type="dxa"/>
            </w:tcMar>
          </w:tcPr>
          <w:p>
            <w:pPr>
              <w:jc w:val="right"/>
            </w:pPr>
            <w:r>
              <w:rPr>
                <w:sz w:val="16"/>
              </w:rPr>
              <w:t>116</w:t>
            </w:r>
          </w:p>
        </w:tc>
        <w:tc>
          <w:tcPr>
            <w:tcW w:type="dxa" w:w="1060"/>
            <w:shd w:fill="F9FBFB"/>
            <w:tcMar>
              <w:top w:w="45" w:type="dxa"/>
              <w:bottom w:w="45" w:type="dxa"/>
              <w:left w:w="30" w:type="dxa"/>
              <w:right w:w="30" w:type="dxa"/>
            </w:tcMar>
          </w:tcPr>
          <w:p>
            <w:pPr>
              <w:jc w:val="right"/>
            </w:pPr>
            <w:r>
              <w:rPr>
                <w:sz w:val="16"/>
              </w:rPr>
              <w:t>179</w:t>
            </w:r>
          </w:p>
        </w:tc>
        <w:tc>
          <w:tcPr>
            <w:tcW w:type="dxa" w:w="1060"/>
            <w:shd w:fill="F9FBFB"/>
            <w:tcMar>
              <w:top w:w="45" w:type="dxa"/>
              <w:bottom w:w="45" w:type="dxa"/>
              <w:left w:w="30" w:type="dxa"/>
              <w:right w:w="30" w:type="dxa"/>
            </w:tcMar>
          </w:tcPr>
          <w:p>
            <w:pPr>
              <w:jc w:val="right"/>
            </w:pPr>
            <w:r>
              <w:rPr>
                <w:sz w:val="16"/>
              </w:rPr>
              <w:t>224</w:t>
            </w:r>
          </w:p>
        </w:tc>
        <w:tc>
          <w:tcPr>
            <w:tcW w:type="dxa" w:w="1060"/>
            <w:shd w:fill="F9FBFB"/>
            <w:tcMar>
              <w:top w:w="45" w:type="dxa"/>
              <w:bottom w:w="45" w:type="dxa"/>
              <w:left w:w="30" w:type="dxa"/>
              <w:right w:w="30" w:type="dxa"/>
            </w:tcMar>
          </w:tcPr>
          <w:p>
            <w:pPr>
              <w:jc w:val="right"/>
            </w:pPr>
            <w:r>
              <w:rPr>
                <w:sz w:val="16"/>
              </w:rPr>
              <w:t>190</w:t>
            </w:r>
          </w:p>
        </w:tc>
        <w:tc>
          <w:tcPr>
            <w:tcW w:type="dxa" w:w="1060"/>
            <w:shd w:fill="F9FBFB"/>
            <w:tcMar>
              <w:top w:w="45" w:type="dxa"/>
              <w:bottom w:w="45" w:type="dxa"/>
              <w:left w:w="30" w:type="dxa"/>
              <w:right w:w="30" w:type="dxa"/>
            </w:tcMar>
          </w:tcPr>
          <w:p>
            <w:pPr>
              <w:jc w:val="right"/>
            </w:pPr>
            <w:r>
              <w:rPr>
                <w:sz w:val="16"/>
              </w:rPr>
              <w:t>228</w:t>
            </w:r>
          </w:p>
        </w:tc>
        <w:tc>
          <w:tcPr>
            <w:tcW w:type="dxa" w:w="1060"/>
            <w:shd w:fill="F9FBFB"/>
            <w:tcMar>
              <w:top w:w="45" w:type="dxa"/>
              <w:bottom w:w="45" w:type="dxa"/>
              <w:left w:w="30" w:type="dxa"/>
              <w:right w:w="30" w:type="dxa"/>
            </w:tcMar>
          </w:tcPr>
          <w:p>
            <w:pPr>
              <w:jc w:val="right"/>
            </w:pPr>
            <w:r>
              <w:rPr>
                <w:sz w:val="16"/>
              </w:rPr>
              <w:t>158</w:t>
            </w:r>
          </w:p>
        </w:tc>
        <w:tc>
          <w:tcPr>
            <w:tcW w:type="dxa" w:w="1060"/>
            <w:shd w:fill="F9FBFB"/>
            <w:tcMar>
              <w:top w:w="45" w:type="dxa"/>
              <w:bottom w:w="45" w:type="dxa"/>
              <w:left w:w="30" w:type="dxa"/>
              <w:right w:w="30" w:type="dxa"/>
            </w:tcMar>
          </w:tcPr>
          <w:p>
            <w:pPr>
              <w:jc w:val="right"/>
            </w:pPr>
            <w:r>
              <w:rPr>
                <w:b/>
                <w:sz w:val="16"/>
              </w:rPr>
              <w:t>227</w:t>
            </w:r>
          </w:p>
        </w:tc>
        <w:tc>
          <w:tcPr>
            <w:tcW w:type="dxa" w:w="1224"/>
            <w:shd w:fill="F9FBFB"/>
            <w:tcMar>
              <w:top w:w="45" w:type="dxa"/>
              <w:bottom w:w="45" w:type="dxa"/>
              <w:left w:w="30" w:type="dxa"/>
              <w:right w:w="30" w:type="dxa"/>
            </w:tcMar>
          </w:tcPr>
          <w:p>
            <w:pPr>
              <w:jc w:val="right"/>
            </w:pPr>
            <w:r>
              <w:rPr>
                <w:color w:val="27AE60"/>
                <w:sz w:val="16"/>
              </w:rPr>
              <w:t>+69</w:t>
            </w:r>
          </w:p>
        </w:tc>
        <w:tc>
          <w:tcPr>
            <w:tcW w:type="dxa" w:w="1080"/>
            <w:shd w:fill="F9FBFB"/>
            <w:tcMar>
              <w:top w:w="45" w:type="dxa"/>
              <w:bottom w:w="45" w:type="dxa"/>
              <w:left w:w="30" w:type="dxa"/>
              <w:right w:w="30" w:type="dxa"/>
            </w:tcMar>
          </w:tcPr>
          <w:p>
            <w:pPr>
              <w:jc w:val="center"/>
            </w:pPr>
            <w:r>
              <w:rPr>
                <w:b/>
                <w:color w:val="27AE60"/>
                <w:sz w:val="16"/>
              </w:rPr>
              <w:t>+43.7%</w:t>
            </w:r>
          </w:p>
        </w:tc>
      </w:tr>
      <w:tr>
        <w:tc>
          <w:tcPr>
            <w:tcW w:type="dxa" w:w="504"/>
            <w:shd w:fill="FFFFFF"/>
            <w:tcMar>
              <w:top w:w="45" w:type="dxa"/>
              <w:bottom w:w="45" w:type="dxa"/>
              <w:left w:w="30" w:type="dxa"/>
              <w:right w:w="30" w:type="dxa"/>
            </w:tcMar>
          </w:tcPr>
          <w:p>
            <w:pPr>
              <w:jc w:val="center"/>
            </w:pPr>
            <w:r>
              <w:rPr>
                <w:sz w:val="16"/>
              </w:rPr>
              <w:t>45</w:t>
            </w:r>
          </w:p>
        </w:tc>
        <w:tc>
          <w:tcPr>
            <w:tcW w:type="dxa" w:w="936"/>
            <w:shd w:fill="FFFFFF"/>
            <w:tcMar>
              <w:top w:w="45" w:type="dxa"/>
              <w:bottom w:w="45" w:type="dxa"/>
              <w:left w:w="30" w:type="dxa"/>
              <w:right w:w="30" w:type="dxa"/>
            </w:tcMar>
          </w:tcPr>
          <w:p>
            <w:pPr>
              <w:jc w:val="left"/>
            </w:pPr>
            <w:r>
              <w:rPr>
                <w:sz w:val="16"/>
              </w:rPr>
              <w:t>KH0646</w:t>
            </w:r>
          </w:p>
        </w:tc>
        <w:tc>
          <w:tcPr>
            <w:tcW w:type="dxa" w:w="2880"/>
            <w:shd w:fill="FFFFFF"/>
            <w:tcMar>
              <w:top w:w="45" w:type="dxa"/>
              <w:bottom w:w="45" w:type="dxa"/>
              <w:left w:w="30" w:type="dxa"/>
              <w:right w:w="30" w:type="dxa"/>
            </w:tcMar>
          </w:tcPr>
          <w:p>
            <w:pPr>
              <w:jc w:val="left"/>
            </w:pPr>
            <w:r>
              <w:rPr>
                <w:sz w:val="16"/>
              </w:rPr>
              <w:t>CÔNG TY TNHH TM &amp; KỸ NGHỆ ĐẠI HẢI</w:t>
            </w:r>
          </w:p>
        </w:tc>
        <w:tc>
          <w:tcPr>
            <w:tcW w:type="dxa" w:w="1060"/>
            <w:shd w:fill="FFFFFF"/>
            <w:tcMar>
              <w:top w:w="45" w:type="dxa"/>
              <w:bottom w:w="45" w:type="dxa"/>
              <w:left w:w="30" w:type="dxa"/>
              <w:right w:w="30" w:type="dxa"/>
            </w:tcMar>
          </w:tcPr>
          <w:p>
            <w:pPr>
              <w:jc w:val="right"/>
            </w:pPr>
            <w:r>
              <w:rPr>
                <w:sz w:val="16"/>
              </w:rPr>
              <w:t>203</w:t>
            </w:r>
          </w:p>
        </w:tc>
        <w:tc>
          <w:tcPr>
            <w:tcW w:type="dxa" w:w="1060"/>
            <w:shd w:fill="FFFFFF"/>
            <w:tcMar>
              <w:top w:w="45" w:type="dxa"/>
              <w:bottom w:w="45" w:type="dxa"/>
              <w:left w:w="30" w:type="dxa"/>
              <w:right w:w="30" w:type="dxa"/>
            </w:tcMar>
          </w:tcPr>
          <w:p>
            <w:pPr>
              <w:jc w:val="right"/>
            </w:pPr>
            <w:r>
              <w:rPr>
                <w:sz w:val="16"/>
              </w:rPr>
              <w:t>87</w:t>
            </w:r>
          </w:p>
        </w:tc>
        <w:tc>
          <w:tcPr>
            <w:tcW w:type="dxa" w:w="1060"/>
            <w:shd w:fill="FFFFFF"/>
            <w:tcMar>
              <w:top w:w="45" w:type="dxa"/>
              <w:bottom w:w="45" w:type="dxa"/>
              <w:left w:w="30" w:type="dxa"/>
              <w:right w:w="30" w:type="dxa"/>
            </w:tcMar>
          </w:tcPr>
          <w:p>
            <w:pPr>
              <w:jc w:val="right"/>
            </w:pPr>
            <w:r>
              <w:rPr>
                <w:sz w:val="16"/>
              </w:rPr>
              <w:t>259</w:t>
            </w:r>
          </w:p>
        </w:tc>
        <w:tc>
          <w:tcPr>
            <w:tcW w:type="dxa" w:w="1060"/>
            <w:shd w:fill="FFFFFF"/>
            <w:tcMar>
              <w:top w:w="45" w:type="dxa"/>
              <w:bottom w:w="45" w:type="dxa"/>
              <w:left w:w="30" w:type="dxa"/>
              <w:right w:w="30" w:type="dxa"/>
            </w:tcMar>
          </w:tcPr>
          <w:p>
            <w:pPr>
              <w:jc w:val="right"/>
            </w:pPr>
            <w:r>
              <w:rPr>
                <w:sz w:val="16"/>
              </w:rPr>
              <w:t>169</w:t>
            </w:r>
          </w:p>
        </w:tc>
        <w:tc>
          <w:tcPr>
            <w:tcW w:type="dxa" w:w="1060"/>
            <w:shd w:fill="FFFFFF"/>
            <w:tcMar>
              <w:top w:w="45" w:type="dxa"/>
              <w:bottom w:w="45" w:type="dxa"/>
              <w:left w:w="30" w:type="dxa"/>
              <w:right w:w="30" w:type="dxa"/>
            </w:tcMar>
          </w:tcPr>
          <w:p>
            <w:pPr>
              <w:jc w:val="right"/>
            </w:pPr>
            <w:r>
              <w:rPr>
                <w:sz w:val="16"/>
              </w:rPr>
              <w:t>119</w:t>
            </w:r>
          </w:p>
        </w:tc>
        <w:tc>
          <w:tcPr>
            <w:tcW w:type="dxa" w:w="1060"/>
            <w:shd w:fill="FFFFFF"/>
            <w:tcMar>
              <w:top w:w="45" w:type="dxa"/>
              <w:bottom w:w="45" w:type="dxa"/>
              <w:left w:w="30" w:type="dxa"/>
              <w:right w:w="30" w:type="dxa"/>
            </w:tcMar>
          </w:tcPr>
          <w:p>
            <w:pPr>
              <w:jc w:val="right"/>
            </w:pPr>
            <w:r>
              <w:rPr>
                <w:sz w:val="16"/>
              </w:rPr>
              <w:t>250</w:t>
            </w:r>
          </w:p>
        </w:tc>
        <w:tc>
          <w:tcPr>
            <w:tcW w:type="dxa" w:w="1060"/>
            <w:shd w:fill="FFFFFF"/>
            <w:tcMar>
              <w:top w:w="45" w:type="dxa"/>
              <w:bottom w:w="45" w:type="dxa"/>
              <w:left w:w="30" w:type="dxa"/>
              <w:right w:w="30" w:type="dxa"/>
            </w:tcMar>
          </w:tcPr>
          <w:p>
            <w:pPr>
              <w:jc w:val="right"/>
            </w:pPr>
            <w:r>
              <w:rPr>
                <w:sz w:val="16"/>
              </w:rPr>
              <w:t>175</w:t>
            </w:r>
          </w:p>
        </w:tc>
        <w:tc>
          <w:tcPr>
            <w:tcW w:type="dxa" w:w="1060"/>
            <w:shd w:fill="FFFFFF"/>
            <w:tcMar>
              <w:top w:w="45" w:type="dxa"/>
              <w:bottom w:w="45" w:type="dxa"/>
              <w:left w:w="30" w:type="dxa"/>
              <w:right w:w="30" w:type="dxa"/>
            </w:tcMar>
          </w:tcPr>
          <w:p>
            <w:pPr>
              <w:jc w:val="right"/>
            </w:pPr>
            <w:r>
              <w:rPr>
                <w:b/>
                <w:sz w:val="16"/>
              </w:rPr>
              <w:t>220</w:t>
            </w:r>
          </w:p>
        </w:tc>
        <w:tc>
          <w:tcPr>
            <w:tcW w:type="dxa" w:w="1224"/>
            <w:shd w:fill="FFFFFF"/>
            <w:tcMar>
              <w:top w:w="45" w:type="dxa"/>
              <w:bottom w:w="45" w:type="dxa"/>
              <w:left w:w="30" w:type="dxa"/>
              <w:right w:w="30" w:type="dxa"/>
            </w:tcMar>
          </w:tcPr>
          <w:p>
            <w:pPr>
              <w:jc w:val="right"/>
            </w:pPr>
            <w:r>
              <w:rPr>
                <w:color w:val="27AE60"/>
                <w:sz w:val="16"/>
              </w:rPr>
              <w:t>+45</w:t>
            </w:r>
          </w:p>
        </w:tc>
        <w:tc>
          <w:tcPr>
            <w:tcW w:type="dxa" w:w="1080"/>
            <w:shd w:fill="FFFFFF"/>
            <w:tcMar>
              <w:top w:w="45" w:type="dxa"/>
              <w:bottom w:w="45" w:type="dxa"/>
              <w:left w:w="30" w:type="dxa"/>
              <w:right w:w="30" w:type="dxa"/>
            </w:tcMar>
          </w:tcPr>
          <w:p>
            <w:pPr>
              <w:jc w:val="center"/>
            </w:pPr>
            <w:r>
              <w:rPr>
                <w:b/>
                <w:color w:val="27AE60"/>
                <w:sz w:val="16"/>
              </w:rPr>
              <w:t>+25.7%</w:t>
            </w:r>
          </w:p>
        </w:tc>
      </w:tr>
      <w:tr>
        <w:tc>
          <w:tcPr>
            <w:tcW w:type="dxa" w:w="504"/>
            <w:shd w:fill="F9FBFB"/>
            <w:tcMar>
              <w:top w:w="45" w:type="dxa"/>
              <w:bottom w:w="45" w:type="dxa"/>
              <w:left w:w="30" w:type="dxa"/>
              <w:right w:w="30" w:type="dxa"/>
            </w:tcMar>
          </w:tcPr>
          <w:p>
            <w:pPr>
              <w:jc w:val="center"/>
            </w:pPr>
            <w:r>
              <w:rPr>
                <w:sz w:val="16"/>
              </w:rPr>
              <w:t>46</w:t>
            </w:r>
          </w:p>
        </w:tc>
        <w:tc>
          <w:tcPr>
            <w:tcW w:type="dxa" w:w="936"/>
            <w:shd w:fill="F9FBFB"/>
            <w:tcMar>
              <w:top w:w="45" w:type="dxa"/>
              <w:bottom w:w="45" w:type="dxa"/>
              <w:left w:w="30" w:type="dxa"/>
              <w:right w:w="30" w:type="dxa"/>
            </w:tcMar>
          </w:tcPr>
          <w:p>
            <w:pPr>
              <w:jc w:val="left"/>
            </w:pPr>
            <w:r>
              <w:rPr>
                <w:sz w:val="16"/>
              </w:rPr>
              <w:t>KH1786</w:t>
            </w:r>
          </w:p>
        </w:tc>
        <w:tc>
          <w:tcPr>
            <w:tcW w:type="dxa" w:w="2880"/>
            <w:shd w:fill="F9FBFB"/>
            <w:tcMar>
              <w:top w:w="45" w:type="dxa"/>
              <w:bottom w:w="45" w:type="dxa"/>
              <w:left w:w="30" w:type="dxa"/>
              <w:right w:w="30" w:type="dxa"/>
            </w:tcMar>
          </w:tcPr>
          <w:p>
            <w:pPr>
              <w:jc w:val="left"/>
            </w:pPr>
            <w:r>
              <w:rPr>
                <w:sz w:val="16"/>
              </w:rPr>
              <w:t>CÔNG TY TNHH PQ FURNITURE</w:t>
            </w:r>
          </w:p>
        </w:tc>
        <w:tc>
          <w:tcPr>
            <w:tcW w:type="dxa" w:w="1060"/>
            <w:shd w:fill="F9FBFB"/>
            <w:tcMar>
              <w:top w:w="45" w:type="dxa"/>
              <w:bottom w:w="45" w:type="dxa"/>
              <w:left w:w="30" w:type="dxa"/>
              <w:right w:w="30" w:type="dxa"/>
            </w:tcMar>
          </w:tcPr>
          <w:p>
            <w:pPr>
              <w:jc w:val="right"/>
            </w:pPr>
            <w:r>
              <w:rPr>
                <w:sz w:val="16"/>
              </w:rPr>
              <w:t>187</w:t>
            </w:r>
          </w:p>
        </w:tc>
        <w:tc>
          <w:tcPr>
            <w:tcW w:type="dxa" w:w="1060"/>
            <w:shd w:fill="F9FBFB"/>
            <w:tcMar>
              <w:top w:w="45" w:type="dxa"/>
              <w:bottom w:w="45" w:type="dxa"/>
              <w:left w:w="30" w:type="dxa"/>
              <w:right w:w="30" w:type="dxa"/>
            </w:tcMar>
          </w:tcPr>
          <w:p>
            <w:pPr>
              <w:jc w:val="right"/>
            </w:pPr>
            <w:r>
              <w:rPr>
                <w:sz w:val="16"/>
              </w:rPr>
              <w:t>168</w:t>
            </w:r>
          </w:p>
        </w:tc>
        <w:tc>
          <w:tcPr>
            <w:tcW w:type="dxa" w:w="1060"/>
            <w:shd w:fill="F9FBFB"/>
            <w:tcMar>
              <w:top w:w="45" w:type="dxa"/>
              <w:bottom w:w="45" w:type="dxa"/>
              <w:left w:w="30" w:type="dxa"/>
              <w:right w:w="30" w:type="dxa"/>
            </w:tcMar>
          </w:tcPr>
          <w:p>
            <w:pPr>
              <w:jc w:val="right"/>
            </w:pPr>
            <w:r>
              <w:rPr>
                <w:sz w:val="16"/>
              </w:rPr>
              <w:t>160</w:t>
            </w:r>
          </w:p>
        </w:tc>
        <w:tc>
          <w:tcPr>
            <w:tcW w:type="dxa" w:w="1060"/>
            <w:shd w:fill="F9FBFB"/>
            <w:tcMar>
              <w:top w:w="45" w:type="dxa"/>
              <w:bottom w:w="45" w:type="dxa"/>
              <w:left w:w="30" w:type="dxa"/>
              <w:right w:w="30" w:type="dxa"/>
            </w:tcMar>
          </w:tcPr>
          <w:p>
            <w:pPr>
              <w:jc w:val="right"/>
            </w:pPr>
            <w:r>
              <w:rPr>
                <w:sz w:val="16"/>
              </w:rPr>
              <w:t>172</w:t>
            </w:r>
          </w:p>
        </w:tc>
        <w:tc>
          <w:tcPr>
            <w:tcW w:type="dxa" w:w="1060"/>
            <w:shd w:fill="F9FBFB"/>
            <w:tcMar>
              <w:top w:w="45" w:type="dxa"/>
              <w:bottom w:w="45" w:type="dxa"/>
              <w:left w:w="30" w:type="dxa"/>
              <w:right w:w="30" w:type="dxa"/>
            </w:tcMar>
          </w:tcPr>
          <w:p>
            <w:pPr>
              <w:jc w:val="right"/>
            </w:pPr>
            <w:r>
              <w:rPr>
                <w:sz w:val="16"/>
              </w:rPr>
              <w:t>132</w:t>
            </w:r>
          </w:p>
        </w:tc>
        <w:tc>
          <w:tcPr>
            <w:tcW w:type="dxa" w:w="1060"/>
            <w:shd w:fill="F9FBFB"/>
            <w:tcMar>
              <w:top w:w="45" w:type="dxa"/>
              <w:bottom w:w="45" w:type="dxa"/>
              <w:left w:w="30" w:type="dxa"/>
              <w:right w:w="30" w:type="dxa"/>
            </w:tcMar>
          </w:tcPr>
          <w:p>
            <w:pPr>
              <w:jc w:val="right"/>
            </w:pPr>
            <w:r>
              <w:rPr>
                <w:sz w:val="16"/>
              </w:rPr>
              <w:t>176</w:t>
            </w:r>
          </w:p>
        </w:tc>
        <w:tc>
          <w:tcPr>
            <w:tcW w:type="dxa" w:w="1060"/>
            <w:shd w:fill="F9FBFB"/>
            <w:tcMar>
              <w:top w:w="45" w:type="dxa"/>
              <w:bottom w:w="45" w:type="dxa"/>
              <w:left w:w="30" w:type="dxa"/>
              <w:right w:w="30" w:type="dxa"/>
            </w:tcMar>
          </w:tcPr>
          <w:p>
            <w:pPr>
              <w:jc w:val="right"/>
            </w:pPr>
            <w:r>
              <w:rPr>
                <w:sz w:val="16"/>
              </w:rPr>
              <w:t>186</w:t>
            </w:r>
          </w:p>
        </w:tc>
        <w:tc>
          <w:tcPr>
            <w:tcW w:type="dxa" w:w="1060"/>
            <w:shd w:fill="F9FBFB"/>
            <w:tcMar>
              <w:top w:w="45" w:type="dxa"/>
              <w:bottom w:w="45" w:type="dxa"/>
              <w:left w:w="30" w:type="dxa"/>
              <w:right w:w="30" w:type="dxa"/>
            </w:tcMar>
          </w:tcPr>
          <w:p>
            <w:pPr>
              <w:jc w:val="right"/>
            </w:pPr>
            <w:r>
              <w:rPr>
                <w:b/>
                <w:sz w:val="16"/>
              </w:rPr>
              <w:t>220</w:t>
            </w:r>
          </w:p>
        </w:tc>
        <w:tc>
          <w:tcPr>
            <w:tcW w:type="dxa" w:w="1224"/>
            <w:shd w:fill="F9FBFB"/>
            <w:tcMar>
              <w:top w:w="45" w:type="dxa"/>
              <w:bottom w:w="45" w:type="dxa"/>
              <w:left w:w="30" w:type="dxa"/>
              <w:right w:w="30" w:type="dxa"/>
            </w:tcMar>
          </w:tcPr>
          <w:p>
            <w:pPr>
              <w:jc w:val="right"/>
            </w:pPr>
            <w:r>
              <w:rPr>
                <w:color w:val="27AE60"/>
                <w:sz w:val="16"/>
              </w:rPr>
              <w:t>+34</w:t>
            </w:r>
          </w:p>
        </w:tc>
        <w:tc>
          <w:tcPr>
            <w:tcW w:type="dxa" w:w="1080"/>
            <w:shd w:fill="F9FBFB"/>
            <w:tcMar>
              <w:top w:w="45" w:type="dxa"/>
              <w:bottom w:w="45" w:type="dxa"/>
              <w:left w:w="30" w:type="dxa"/>
              <w:right w:w="30" w:type="dxa"/>
            </w:tcMar>
          </w:tcPr>
          <w:p>
            <w:pPr>
              <w:jc w:val="center"/>
            </w:pPr>
            <w:r>
              <w:rPr>
                <w:b/>
                <w:color w:val="27AE60"/>
                <w:sz w:val="16"/>
              </w:rPr>
              <w:t>+18.3%</w:t>
            </w:r>
          </w:p>
        </w:tc>
      </w:tr>
      <w:tr>
        <w:tc>
          <w:tcPr>
            <w:tcW w:type="dxa" w:w="504"/>
            <w:shd w:fill="FFFFFF"/>
            <w:tcMar>
              <w:top w:w="45" w:type="dxa"/>
              <w:bottom w:w="45" w:type="dxa"/>
              <w:left w:w="30" w:type="dxa"/>
              <w:right w:w="30" w:type="dxa"/>
            </w:tcMar>
          </w:tcPr>
          <w:p>
            <w:pPr>
              <w:jc w:val="center"/>
            </w:pPr>
            <w:r>
              <w:rPr>
                <w:sz w:val="16"/>
              </w:rPr>
              <w:t>47</w:t>
            </w:r>
          </w:p>
        </w:tc>
        <w:tc>
          <w:tcPr>
            <w:tcW w:type="dxa" w:w="936"/>
            <w:shd w:fill="FFFFFF"/>
            <w:tcMar>
              <w:top w:w="45" w:type="dxa"/>
              <w:bottom w:w="45" w:type="dxa"/>
              <w:left w:w="30" w:type="dxa"/>
              <w:right w:w="30" w:type="dxa"/>
            </w:tcMar>
          </w:tcPr>
          <w:p>
            <w:pPr>
              <w:jc w:val="left"/>
            </w:pPr>
            <w:r>
              <w:rPr>
                <w:sz w:val="16"/>
              </w:rPr>
              <w:t>KH0450</w:t>
            </w:r>
          </w:p>
        </w:tc>
        <w:tc>
          <w:tcPr>
            <w:tcW w:type="dxa" w:w="2880"/>
            <w:shd w:fill="FFFFFF"/>
            <w:tcMar>
              <w:top w:w="45" w:type="dxa"/>
              <w:bottom w:w="45" w:type="dxa"/>
              <w:left w:w="30" w:type="dxa"/>
              <w:right w:w="30" w:type="dxa"/>
            </w:tcMar>
          </w:tcPr>
          <w:p>
            <w:pPr>
              <w:jc w:val="left"/>
            </w:pPr>
            <w:r>
              <w:rPr>
                <w:sz w:val="16"/>
              </w:rPr>
              <w:t>CÔNG TY TNHH PHẠM NHẬT ANH</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34</w:t>
            </w:r>
          </w:p>
        </w:tc>
        <w:tc>
          <w:tcPr>
            <w:tcW w:type="dxa" w:w="1060"/>
            <w:shd w:fill="FFFFFF"/>
            <w:tcMar>
              <w:top w:w="45" w:type="dxa"/>
              <w:bottom w:w="45" w:type="dxa"/>
              <w:left w:w="30" w:type="dxa"/>
              <w:right w:w="30" w:type="dxa"/>
            </w:tcMar>
          </w:tcPr>
          <w:p>
            <w:pPr>
              <w:jc w:val="right"/>
            </w:pPr>
            <w:r>
              <w:rPr>
                <w:sz w:val="16"/>
              </w:rPr>
              <w:t>135</w:t>
            </w:r>
          </w:p>
        </w:tc>
        <w:tc>
          <w:tcPr>
            <w:tcW w:type="dxa" w:w="1060"/>
            <w:shd w:fill="FFFFFF"/>
            <w:tcMar>
              <w:top w:w="45" w:type="dxa"/>
              <w:bottom w:w="45" w:type="dxa"/>
              <w:left w:w="30" w:type="dxa"/>
              <w:right w:w="30" w:type="dxa"/>
            </w:tcMar>
          </w:tcPr>
          <w:p>
            <w:pPr>
              <w:jc w:val="right"/>
            </w:pPr>
            <w:r>
              <w:rPr>
                <w:sz w:val="16"/>
              </w:rPr>
              <w:t>515</w:t>
            </w:r>
          </w:p>
        </w:tc>
        <w:tc>
          <w:tcPr>
            <w:tcW w:type="dxa" w:w="1060"/>
            <w:shd w:fill="FFFFFF"/>
            <w:tcMar>
              <w:top w:w="45" w:type="dxa"/>
              <w:bottom w:w="45" w:type="dxa"/>
              <w:left w:w="30" w:type="dxa"/>
              <w:right w:w="30" w:type="dxa"/>
            </w:tcMar>
          </w:tcPr>
          <w:p>
            <w:pPr>
              <w:jc w:val="right"/>
            </w:pPr>
            <w:r>
              <w:rPr>
                <w:sz w:val="16"/>
              </w:rPr>
              <w:t>313</w:t>
            </w:r>
          </w:p>
        </w:tc>
        <w:tc>
          <w:tcPr>
            <w:tcW w:type="dxa" w:w="1060"/>
            <w:shd w:fill="FFFFFF"/>
            <w:tcMar>
              <w:top w:w="45" w:type="dxa"/>
              <w:bottom w:w="45" w:type="dxa"/>
              <w:left w:w="30" w:type="dxa"/>
              <w:right w:w="30" w:type="dxa"/>
            </w:tcMar>
          </w:tcPr>
          <w:p>
            <w:pPr>
              <w:jc w:val="right"/>
            </w:pPr>
            <w:r>
              <w:rPr>
                <w:b/>
                <w:sz w:val="16"/>
              </w:rPr>
              <w:t>320</w:t>
            </w:r>
          </w:p>
        </w:tc>
        <w:tc>
          <w:tcPr>
            <w:tcW w:type="dxa" w:w="1224"/>
            <w:shd w:fill="FFFFFF"/>
            <w:tcMar>
              <w:top w:w="45" w:type="dxa"/>
              <w:bottom w:w="45" w:type="dxa"/>
              <w:left w:w="30" w:type="dxa"/>
              <w:right w:w="30" w:type="dxa"/>
            </w:tcMar>
          </w:tcPr>
          <w:p>
            <w:pPr>
              <w:jc w:val="right"/>
            </w:pPr>
            <w:r>
              <w:rPr>
                <w:color w:val="27AE60"/>
                <w:sz w:val="16"/>
              </w:rPr>
              <w:t>+7</w:t>
            </w:r>
          </w:p>
        </w:tc>
        <w:tc>
          <w:tcPr>
            <w:tcW w:type="dxa" w:w="1080"/>
            <w:shd w:fill="FFFFFF"/>
            <w:tcMar>
              <w:top w:w="45" w:type="dxa"/>
              <w:bottom w:w="45" w:type="dxa"/>
              <w:left w:w="30" w:type="dxa"/>
              <w:right w:w="30" w:type="dxa"/>
            </w:tcMar>
          </w:tcPr>
          <w:p>
            <w:pPr>
              <w:jc w:val="center"/>
            </w:pPr>
            <w:r>
              <w:rPr>
                <w:b/>
                <w:color w:val="27AE60"/>
                <w:sz w:val="16"/>
              </w:rPr>
              <w:t>+2.2%</w:t>
            </w:r>
          </w:p>
        </w:tc>
      </w:tr>
      <w:tr>
        <w:tc>
          <w:tcPr>
            <w:tcW w:type="dxa" w:w="504"/>
            <w:shd w:fill="F9FBFB"/>
            <w:tcMar>
              <w:top w:w="45" w:type="dxa"/>
              <w:bottom w:w="45" w:type="dxa"/>
              <w:left w:w="30" w:type="dxa"/>
              <w:right w:w="30" w:type="dxa"/>
            </w:tcMar>
          </w:tcPr>
          <w:p>
            <w:pPr>
              <w:jc w:val="center"/>
            </w:pPr>
            <w:r>
              <w:rPr>
                <w:sz w:val="16"/>
              </w:rPr>
              <w:t>48</w:t>
            </w:r>
          </w:p>
        </w:tc>
        <w:tc>
          <w:tcPr>
            <w:tcW w:type="dxa" w:w="936"/>
            <w:shd w:fill="F9FBFB"/>
            <w:tcMar>
              <w:top w:w="45" w:type="dxa"/>
              <w:bottom w:w="45" w:type="dxa"/>
              <w:left w:w="30" w:type="dxa"/>
              <w:right w:w="30" w:type="dxa"/>
            </w:tcMar>
          </w:tcPr>
          <w:p>
            <w:pPr>
              <w:jc w:val="left"/>
            </w:pPr>
            <w:r>
              <w:rPr>
                <w:sz w:val="16"/>
              </w:rPr>
              <w:t>KH1946</w:t>
            </w:r>
          </w:p>
        </w:tc>
        <w:tc>
          <w:tcPr>
            <w:tcW w:type="dxa" w:w="2880"/>
            <w:shd w:fill="F9FBFB"/>
            <w:tcMar>
              <w:top w:w="45" w:type="dxa"/>
              <w:bottom w:w="45" w:type="dxa"/>
              <w:left w:w="30" w:type="dxa"/>
              <w:right w:w="30" w:type="dxa"/>
            </w:tcMar>
          </w:tcPr>
          <w:p>
            <w:pPr>
              <w:jc w:val="left"/>
            </w:pPr>
            <w:r>
              <w:rPr>
                <w:sz w:val="16"/>
              </w:rPr>
              <w:t>CÔNG TY TNHH GEUTHER VIỆT NAM</w:t>
            </w:r>
          </w:p>
        </w:tc>
        <w:tc>
          <w:tcPr>
            <w:tcW w:type="dxa" w:w="1060"/>
            <w:shd w:fill="F9FBFB"/>
            <w:tcMar>
              <w:top w:w="45" w:type="dxa"/>
              <w:bottom w:w="45" w:type="dxa"/>
              <w:left w:w="30" w:type="dxa"/>
              <w:right w:w="30" w:type="dxa"/>
            </w:tcMar>
          </w:tcPr>
          <w:p>
            <w:pPr>
              <w:jc w:val="right"/>
            </w:pPr>
            <w:r>
              <w:rPr>
                <w:sz w:val="16"/>
              </w:rPr>
              <w:t>187</w:t>
            </w:r>
          </w:p>
        </w:tc>
        <w:tc>
          <w:tcPr>
            <w:tcW w:type="dxa" w:w="1060"/>
            <w:shd w:fill="F9FBFB"/>
            <w:tcMar>
              <w:top w:w="45" w:type="dxa"/>
              <w:bottom w:w="45" w:type="dxa"/>
              <w:left w:w="30" w:type="dxa"/>
              <w:right w:w="30" w:type="dxa"/>
            </w:tcMar>
          </w:tcPr>
          <w:p>
            <w:pPr>
              <w:jc w:val="right"/>
            </w:pPr>
            <w:r>
              <w:rPr>
                <w:sz w:val="16"/>
              </w:rPr>
              <w:t>55</w:t>
            </w:r>
          </w:p>
        </w:tc>
        <w:tc>
          <w:tcPr>
            <w:tcW w:type="dxa" w:w="1060"/>
            <w:shd w:fill="F9FBFB"/>
            <w:tcMar>
              <w:top w:w="45" w:type="dxa"/>
              <w:bottom w:w="45" w:type="dxa"/>
              <w:left w:w="30" w:type="dxa"/>
              <w:right w:w="30" w:type="dxa"/>
            </w:tcMar>
          </w:tcPr>
          <w:p>
            <w:pPr>
              <w:jc w:val="right"/>
            </w:pPr>
            <w:r>
              <w:rPr>
                <w:sz w:val="16"/>
              </w:rPr>
              <w:t>123</w:t>
            </w:r>
          </w:p>
        </w:tc>
        <w:tc>
          <w:tcPr>
            <w:tcW w:type="dxa" w:w="1060"/>
            <w:shd w:fill="F9FBFB"/>
            <w:tcMar>
              <w:top w:w="45" w:type="dxa"/>
              <w:bottom w:w="45" w:type="dxa"/>
              <w:left w:w="30" w:type="dxa"/>
              <w:right w:w="30" w:type="dxa"/>
            </w:tcMar>
          </w:tcPr>
          <w:p>
            <w:pPr>
              <w:jc w:val="right"/>
            </w:pPr>
            <w:r>
              <w:rPr>
                <w:sz w:val="16"/>
              </w:rPr>
              <w:t>190</w:t>
            </w:r>
          </w:p>
        </w:tc>
        <w:tc>
          <w:tcPr>
            <w:tcW w:type="dxa" w:w="1060"/>
            <w:shd w:fill="F9FBFB"/>
            <w:tcMar>
              <w:top w:w="45" w:type="dxa"/>
              <w:bottom w:w="45" w:type="dxa"/>
              <w:left w:w="30" w:type="dxa"/>
              <w:right w:w="30" w:type="dxa"/>
            </w:tcMar>
          </w:tcPr>
          <w:p>
            <w:pPr>
              <w:jc w:val="right"/>
            </w:pPr>
            <w:r>
              <w:rPr>
                <w:sz w:val="16"/>
              </w:rPr>
              <w:t>161</w:t>
            </w:r>
          </w:p>
        </w:tc>
        <w:tc>
          <w:tcPr>
            <w:tcW w:type="dxa" w:w="1060"/>
            <w:shd w:fill="F9FBFB"/>
            <w:tcMar>
              <w:top w:w="45" w:type="dxa"/>
              <w:bottom w:w="45" w:type="dxa"/>
              <w:left w:w="30" w:type="dxa"/>
              <w:right w:w="30" w:type="dxa"/>
            </w:tcMar>
          </w:tcPr>
          <w:p>
            <w:pPr>
              <w:jc w:val="right"/>
            </w:pPr>
            <w:r>
              <w:rPr>
                <w:sz w:val="16"/>
              </w:rPr>
              <w:t>181</w:t>
            </w:r>
          </w:p>
        </w:tc>
        <w:tc>
          <w:tcPr>
            <w:tcW w:type="dxa" w:w="1060"/>
            <w:shd w:fill="F9FBFB"/>
            <w:tcMar>
              <w:top w:w="45" w:type="dxa"/>
              <w:bottom w:w="45" w:type="dxa"/>
              <w:left w:w="30" w:type="dxa"/>
              <w:right w:w="30" w:type="dxa"/>
            </w:tcMar>
          </w:tcPr>
          <w:p>
            <w:pPr>
              <w:jc w:val="right"/>
            </w:pPr>
            <w:r>
              <w:rPr>
                <w:sz w:val="16"/>
              </w:rPr>
              <w:t>173</w:t>
            </w:r>
          </w:p>
        </w:tc>
        <w:tc>
          <w:tcPr>
            <w:tcW w:type="dxa" w:w="1060"/>
            <w:shd w:fill="F9FBFB"/>
            <w:tcMar>
              <w:top w:w="45" w:type="dxa"/>
              <w:bottom w:w="45" w:type="dxa"/>
              <w:left w:w="30" w:type="dxa"/>
              <w:right w:w="30" w:type="dxa"/>
            </w:tcMar>
          </w:tcPr>
          <w:p>
            <w:pPr>
              <w:jc w:val="right"/>
            </w:pPr>
            <w:r>
              <w:rPr>
                <w:b/>
                <w:sz w:val="16"/>
              </w:rPr>
              <w:t>202</w:t>
            </w:r>
          </w:p>
        </w:tc>
        <w:tc>
          <w:tcPr>
            <w:tcW w:type="dxa" w:w="1224"/>
            <w:shd w:fill="F9FBFB"/>
            <w:tcMar>
              <w:top w:w="45" w:type="dxa"/>
              <w:bottom w:w="45" w:type="dxa"/>
              <w:left w:w="30" w:type="dxa"/>
              <w:right w:w="30" w:type="dxa"/>
            </w:tcMar>
          </w:tcPr>
          <w:p>
            <w:pPr>
              <w:jc w:val="right"/>
            </w:pPr>
            <w:r>
              <w:rPr>
                <w:color w:val="27AE60"/>
                <w:sz w:val="16"/>
              </w:rPr>
              <w:t>+29</w:t>
            </w:r>
          </w:p>
        </w:tc>
        <w:tc>
          <w:tcPr>
            <w:tcW w:type="dxa" w:w="1080"/>
            <w:shd w:fill="F9FBFB"/>
            <w:tcMar>
              <w:top w:w="45" w:type="dxa"/>
              <w:bottom w:w="45" w:type="dxa"/>
              <w:left w:w="30" w:type="dxa"/>
              <w:right w:w="30" w:type="dxa"/>
            </w:tcMar>
          </w:tcPr>
          <w:p>
            <w:pPr>
              <w:jc w:val="center"/>
            </w:pPr>
            <w:r>
              <w:rPr>
                <w:b/>
                <w:color w:val="27AE60"/>
                <w:sz w:val="16"/>
              </w:rPr>
              <w:t>+16.8%</w:t>
            </w:r>
          </w:p>
        </w:tc>
      </w:tr>
      <w:tr>
        <w:tc>
          <w:tcPr>
            <w:tcW w:type="dxa" w:w="504"/>
            <w:shd w:fill="FFFFFF"/>
            <w:tcMar>
              <w:top w:w="45" w:type="dxa"/>
              <w:bottom w:w="45" w:type="dxa"/>
              <w:left w:w="30" w:type="dxa"/>
              <w:right w:w="30" w:type="dxa"/>
            </w:tcMar>
          </w:tcPr>
          <w:p>
            <w:pPr>
              <w:jc w:val="center"/>
            </w:pPr>
            <w:r>
              <w:rPr>
                <w:sz w:val="16"/>
              </w:rPr>
              <w:t>49</w:t>
            </w:r>
          </w:p>
        </w:tc>
        <w:tc>
          <w:tcPr>
            <w:tcW w:type="dxa" w:w="936"/>
            <w:shd w:fill="FFFFFF"/>
            <w:tcMar>
              <w:top w:w="45" w:type="dxa"/>
              <w:bottom w:w="45" w:type="dxa"/>
              <w:left w:w="30" w:type="dxa"/>
              <w:right w:w="30" w:type="dxa"/>
            </w:tcMar>
          </w:tcPr>
          <w:p>
            <w:pPr>
              <w:jc w:val="left"/>
            </w:pPr>
            <w:r>
              <w:rPr>
                <w:sz w:val="16"/>
              </w:rPr>
              <w:t>KH0697</w:t>
            </w:r>
          </w:p>
        </w:tc>
        <w:tc>
          <w:tcPr>
            <w:tcW w:type="dxa" w:w="2880"/>
            <w:shd w:fill="FFFFFF"/>
            <w:tcMar>
              <w:top w:w="45" w:type="dxa"/>
              <w:bottom w:w="45" w:type="dxa"/>
              <w:left w:w="30" w:type="dxa"/>
              <w:right w:w="30" w:type="dxa"/>
            </w:tcMar>
          </w:tcPr>
          <w:p>
            <w:pPr>
              <w:jc w:val="left"/>
            </w:pPr>
            <w:r>
              <w:rPr>
                <w:sz w:val="16"/>
              </w:rPr>
              <w:t>CÔNG TY TNHH TRƯỜNG SƠN</w:t>
            </w:r>
          </w:p>
        </w:tc>
        <w:tc>
          <w:tcPr>
            <w:tcW w:type="dxa" w:w="1060"/>
            <w:shd w:fill="FFFFFF"/>
            <w:tcMar>
              <w:top w:w="45" w:type="dxa"/>
              <w:bottom w:w="45" w:type="dxa"/>
              <w:left w:w="30" w:type="dxa"/>
              <w:right w:w="30" w:type="dxa"/>
            </w:tcMar>
          </w:tcPr>
          <w:p>
            <w:pPr>
              <w:jc w:val="right"/>
            </w:pPr>
            <w:r>
              <w:rPr>
                <w:sz w:val="16"/>
              </w:rPr>
              <w:t>167</w:t>
            </w:r>
          </w:p>
        </w:tc>
        <w:tc>
          <w:tcPr>
            <w:tcW w:type="dxa" w:w="1060"/>
            <w:shd w:fill="FFFFFF"/>
            <w:tcMar>
              <w:top w:w="45" w:type="dxa"/>
              <w:bottom w:w="45" w:type="dxa"/>
              <w:left w:w="30" w:type="dxa"/>
              <w:right w:w="30" w:type="dxa"/>
            </w:tcMar>
          </w:tcPr>
          <w:p>
            <w:pPr>
              <w:jc w:val="right"/>
            </w:pPr>
            <w:r>
              <w:rPr>
                <w:sz w:val="16"/>
              </w:rPr>
              <w:t>123</w:t>
            </w:r>
          </w:p>
        </w:tc>
        <w:tc>
          <w:tcPr>
            <w:tcW w:type="dxa" w:w="1060"/>
            <w:shd w:fill="FFFFFF"/>
            <w:tcMar>
              <w:top w:w="45" w:type="dxa"/>
              <w:bottom w:w="45" w:type="dxa"/>
              <w:left w:w="30" w:type="dxa"/>
              <w:right w:w="30" w:type="dxa"/>
            </w:tcMar>
          </w:tcPr>
          <w:p>
            <w:pPr>
              <w:jc w:val="right"/>
            </w:pPr>
            <w:r>
              <w:rPr>
                <w:sz w:val="16"/>
              </w:rPr>
              <w:t>439</w:t>
            </w:r>
          </w:p>
        </w:tc>
        <w:tc>
          <w:tcPr>
            <w:tcW w:type="dxa" w:w="1060"/>
            <w:shd w:fill="FFFFFF"/>
            <w:tcMar>
              <w:top w:w="45" w:type="dxa"/>
              <w:bottom w:w="45" w:type="dxa"/>
              <w:left w:w="30" w:type="dxa"/>
              <w:right w:w="30" w:type="dxa"/>
            </w:tcMar>
          </w:tcPr>
          <w:p>
            <w:pPr>
              <w:jc w:val="right"/>
            </w:pPr>
            <w:r>
              <w:rPr>
                <w:sz w:val="16"/>
              </w:rPr>
              <w:t>59</w:t>
            </w:r>
          </w:p>
        </w:tc>
        <w:tc>
          <w:tcPr>
            <w:tcW w:type="dxa" w:w="1060"/>
            <w:shd w:fill="FFFFFF"/>
            <w:tcMar>
              <w:top w:w="45" w:type="dxa"/>
              <w:bottom w:w="45" w:type="dxa"/>
              <w:left w:w="30" w:type="dxa"/>
              <w:right w:w="30" w:type="dxa"/>
            </w:tcMar>
          </w:tcPr>
          <w:p>
            <w:pPr>
              <w:jc w:val="right"/>
            </w:pPr>
            <w:r>
              <w:rPr>
                <w:sz w:val="16"/>
              </w:rPr>
              <w:t>31</w:t>
            </w:r>
          </w:p>
        </w:tc>
        <w:tc>
          <w:tcPr>
            <w:tcW w:type="dxa" w:w="1060"/>
            <w:shd w:fill="FFFFFF"/>
            <w:tcMar>
              <w:top w:w="45" w:type="dxa"/>
              <w:bottom w:w="45" w:type="dxa"/>
              <w:left w:w="30" w:type="dxa"/>
              <w:right w:w="30" w:type="dxa"/>
            </w:tcMar>
          </w:tcPr>
          <w:p>
            <w:pPr>
              <w:jc w:val="right"/>
            </w:pPr>
            <w:r>
              <w:rPr>
                <w:sz w:val="16"/>
              </w:rPr>
              <w:t>16</w:t>
            </w:r>
          </w:p>
        </w:tc>
        <w:tc>
          <w:tcPr>
            <w:tcW w:type="dxa" w:w="1060"/>
            <w:shd w:fill="FFFFFF"/>
            <w:tcMar>
              <w:top w:w="45" w:type="dxa"/>
              <w:bottom w:w="45" w:type="dxa"/>
              <w:left w:w="30" w:type="dxa"/>
              <w:right w:w="30" w:type="dxa"/>
            </w:tcMar>
          </w:tcPr>
          <w:p>
            <w:pPr>
              <w:jc w:val="right"/>
            </w:pPr>
            <w:r>
              <w:rPr>
                <w:sz w:val="16"/>
              </w:rPr>
              <w:t>195</w:t>
            </w:r>
          </w:p>
        </w:tc>
        <w:tc>
          <w:tcPr>
            <w:tcW w:type="dxa" w:w="1060"/>
            <w:shd w:fill="FFFFFF"/>
            <w:tcMar>
              <w:top w:w="45" w:type="dxa"/>
              <w:bottom w:w="45" w:type="dxa"/>
              <w:left w:w="30" w:type="dxa"/>
              <w:right w:w="30" w:type="dxa"/>
            </w:tcMar>
          </w:tcPr>
          <w:p>
            <w:pPr>
              <w:jc w:val="right"/>
            </w:pPr>
            <w:r>
              <w:rPr>
                <w:b/>
                <w:sz w:val="16"/>
              </w:rPr>
              <w:t>162</w:t>
            </w:r>
          </w:p>
        </w:tc>
        <w:tc>
          <w:tcPr>
            <w:tcW w:type="dxa" w:w="1224"/>
            <w:shd w:fill="FFFFFF"/>
            <w:tcMar>
              <w:top w:w="45" w:type="dxa"/>
              <w:bottom w:w="45" w:type="dxa"/>
              <w:left w:w="30" w:type="dxa"/>
              <w:right w:w="30" w:type="dxa"/>
            </w:tcMar>
          </w:tcPr>
          <w:p>
            <w:pPr>
              <w:jc w:val="right"/>
            </w:pPr>
            <w:r>
              <w:rPr>
                <w:color w:val="C0392B"/>
                <w:sz w:val="16"/>
              </w:rPr>
              <w:t>-33</w:t>
            </w:r>
          </w:p>
        </w:tc>
        <w:tc>
          <w:tcPr>
            <w:tcW w:type="dxa" w:w="1080"/>
            <w:shd w:fill="FFFFFF"/>
            <w:tcMar>
              <w:top w:w="45" w:type="dxa"/>
              <w:bottom w:w="45" w:type="dxa"/>
              <w:left w:w="30" w:type="dxa"/>
              <w:right w:w="30" w:type="dxa"/>
            </w:tcMar>
          </w:tcPr>
          <w:p>
            <w:pPr>
              <w:jc w:val="center"/>
            </w:pPr>
            <w:r>
              <w:rPr>
                <w:b/>
                <w:color w:val="C0392B"/>
                <w:sz w:val="16"/>
              </w:rPr>
              <w:t>-16.9%</w:t>
            </w:r>
          </w:p>
        </w:tc>
      </w:tr>
      <w:tr>
        <w:tc>
          <w:tcPr>
            <w:tcW w:type="dxa" w:w="504"/>
            <w:shd w:fill="F9FBFB"/>
            <w:tcMar>
              <w:top w:w="45" w:type="dxa"/>
              <w:bottom w:w="45" w:type="dxa"/>
              <w:left w:w="30" w:type="dxa"/>
              <w:right w:w="30" w:type="dxa"/>
            </w:tcMar>
          </w:tcPr>
          <w:p>
            <w:pPr>
              <w:jc w:val="center"/>
            </w:pPr>
            <w:r>
              <w:rPr>
                <w:sz w:val="16"/>
              </w:rPr>
              <w:t>50</w:t>
            </w:r>
          </w:p>
        </w:tc>
        <w:tc>
          <w:tcPr>
            <w:tcW w:type="dxa" w:w="936"/>
            <w:shd w:fill="F9FBFB"/>
            <w:tcMar>
              <w:top w:w="45" w:type="dxa"/>
              <w:bottom w:w="45" w:type="dxa"/>
              <w:left w:w="30" w:type="dxa"/>
              <w:right w:w="30" w:type="dxa"/>
            </w:tcMar>
          </w:tcPr>
          <w:p>
            <w:pPr>
              <w:jc w:val="left"/>
            </w:pPr>
            <w:r>
              <w:rPr>
                <w:sz w:val="16"/>
              </w:rPr>
              <w:t>KH1795</w:t>
            </w:r>
          </w:p>
        </w:tc>
        <w:tc>
          <w:tcPr>
            <w:tcW w:type="dxa" w:w="2880"/>
            <w:shd w:fill="F9FBFB"/>
            <w:tcMar>
              <w:top w:w="45" w:type="dxa"/>
              <w:bottom w:w="45" w:type="dxa"/>
              <w:left w:w="30" w:type="dxa"/>
              <w:right w:w="30" w:type="dxa"/>
            </w:tcMar>
          </w:tcPr>
          <w:p>
            <w:pPr>
              <w:jc w:val="left"/>
            </w:pPr>
            <w:r>
              <w:rPr>
                <w:sz w:val="16"/>
              </w:rPr>
              <w:t>CÔNG TY TNHH KHAI THÁC VÀ CHẾ BIẾN GỖ VŨ HOÀNG PHÁT</w:t>
            </w:r>
          </w:p>
        </w:tc>
        <w:tc>
          <w:tcPr>
            <w:tcW w:type="dxa" w:w="1060"/>
            <w:shd w:fill="F9FBFB"/>
            <w:tcMar>
              <w:top w:w="45" w:type="dxa"/>
              <w:bottom w:w="45" w:type="dxa"/>
              <w:left w:w="30" w:type="dxa"/>
              <w:right w:w="30" w:type="dxa"/>
            </w:tcMar>
          </w:tcPr>
          <w:p>
            <w:pPr>
              <w:jc w:val="right"/>
            </w:pPr>
            <w:r>
              <w:rPr>
                <w:sz w:val="16"/>
              </w:rPr>
              <w:t>136</w:t>
            </w:r>
          </w:p>
        </w:tc>
        <w:tc>
          <w:tcPr>
            <w:tcW w:type="dxa" w:w="1060"/>
            <w:shd w:fill="F9FBFB"/>
            <w:tcMar>
              <w:top w:w="45" w:type="dxa"/>
              <w:bottom w:w="45" w:type="dxa"/>
              <w:left w:w="30" w:type="dxa"/>
              <w:right w:w="30" w:type="dxa"/>
            </w:tcMar>
          </w:tcPr>
          <w:p>
            <w:pPr>
              <w:jc w:val="right"/>
            </w:pPr>
            <w:r>
              <w:rPr>
                <w:sz w:val="16"/>
              </w:rPr>
              <w:t>54</w:t>
            </w:r>
          </w:p>
        </w:tc>
        <w:tc>
          <w:tcPr>
            <w:tcW w:type="dxa" w:w="1060"/>
            <w:shd w:fill="F9FBFB"/>
            <w:tcMar>
              <w:top w:w="45" w:type="dxa"/>
              <w:bottom w:w="45" w:type="dxa"/>
              <w:left w:w="30" w:type="dxa"/>
              <w:right w:w="30" w:type="dxa"/>
            </w:tcMar>
          </w:tcPr>
          <w:p>
            <w:pPr>
              <w:jc w:val="right"/>
            </w:pPr>
            <w:r>
              <w:rPr>
                <w:sz w:val="16"/>
              </w:rPr>
              <w:t>180</w:t>
            </w:r>
          </w:p>
        </w:tc>
        <w:tc>
          <w:tcPr>
            <w:tcW w:type="dxa" w:w="1060"/>
            <w:shd w:fill="F9FBFB"/>
            <w:tcMar>
              <w:top w:w="45" w:type="dxa"/>
              <w:bottom w:w="45" w:type="dxa"/>
              <w:left w:w="30" w:type="dxa"/>
              <w:right w:w="30" w:type="dxa"/>
            </w:tcMar>
          </w:tcPr>
          <w:p>
            <w:pPr>
              <w:jc w:val="right"/>
            </w:pPr>
            <w:r>
              <w:rPr>
                <w:sz w:val="16"/>
              </w:rPr>
              <w:t>202</w:t>
            </w:r>
          </w:p>
        </w:tc>
        <w:tc>
          <w:tcPr>
            <w:tcW w:type="dxa" w:w="1060"/>
            <w:shd w:fill="F9FBFB"/>
            <w:tcMar>
              <w:top w:w="45" w:type="dxa"/>
              <w:bottom w:w="45" w:type="dxa"/>
              <w:left w:w="30" w:type="dxa"/>
              <w:right w:w="30" w:type="dxa"/>
            </w:tcMar>
          </w:tcPr>
          <w:p>
            <w:pPr>
              <w:jc w:val="right"/>
            </w:pPr>
            <w:r>
              <w:rPr>
                <w:sz w:val="16"/>
              </w:rPr>
              <w:t>81</w:t>
            </w:r>
          </w:p>
        </w:tc>
        <w:tc>
          <w:tcPr>
            <w:tcW w:type="dxa" w:w="1060"/>
            <w:shd w:fill="F9FBFB"/>
            <w:tcMar>
              <w:top w:w="45" w:type="dxa"/>
              <w:bottom w:w="45" w:type="dxa"/>
              <w:left w:w="30" w:type="dxa"/>
              <w:right w:w="30" w:type="dxa"/>
            </w:tcMar>
          </w:tcPr>
          <w:p>
            <w:pPr>
              <w:jc w:val="right"/>
            </w:pPr>
            <w:r>
              <w:rPr>
                <w:sz w:val="16"/>
              </w:rPr>
              <w:t>156</w:t>
            </w:r>
          </w:p>
        </w:tc>
        <w:tc>
          <w:tcPr>
            <w:tcW w:type="dxa" w:w="1060"/>
            <w:shd w:fill="F9FBFB"/>
            <w:tcMar>
              <w:top w:w="45" w:type="dxa"/>
              <w:bottom w:w="45" w:type="dxa"/>
              <w:left w:w="30" w:type="dxa"/>
              <w:right w:w="30" w:type="dxa"/>
            </w:tcMar>
          </w:tcPr>
          <w:p>
            <w:pPr>
              <w:jc w:val="right"/>
            </w:pPr>
            <w:r>
              <w:rPr>
                <w:sz w:val="16"/>
              </w:rPr>
              <w:t>154</w:t>
            </w:r>
          </w:p>
        </w:tc>
        <w:tc>
          <w:tcPr>
            <w:tcW w:type="dxa" w:w="1060"/>
            <w:shd w:fill="F9FBFB"/>
            <w:tcMar>
              <w:top w:w="45" w:type="dxa"/>
              <w:bottom w:w="45" w:type="dxa"/>
              <w:left w:w="30" w:type="dxa"/>
              <w:right w:w="30" w:type="dxa"/>
            </w:tcMar>
          </w:tcPr>
          <w:p>
            <w:pPr>
              <w:jc w:val="right"/>
            </w:pPr>
            <w:r>
              <w:rPr>
                <w:b/>
                <w:sz w:val="16"/>
              </w:rPr>
              <w:t>146</w:t>
            </w:r>
          </w:p>
        </w:tc>
        <w:tc>
          <w:tcPr>
            <w:tcW w:type="dxa" w:w="1224"/>
            <w:shd w:fill="F9FBFB"/>
            <w:tcMar>
              <w:top w:w="45" w:type="dxa"/>
              <w:bottom w:w="45" w:type="dxa"/>
              <w:left w:w="30" w:type="dxa"/>
              <w:right w:w="30" w:type="dxa"/>
            </w:tcMar>
          </w:tcPr>
          <w:p>
            <w:pPr>
              <w:jc w:val="right"/>
            </w:pPr>
            <w:r>
              <w:rPr>
                <w:color w:val="C0392B"/>
                <w:sz w:val="16"/>
              </w:rPr>
              <w:t>-8</w:t>
            </w:r>
          </w:p>
        </w:tc>
        <w:tc>
          <w:tcPr>
            <w:tcW w:type="dxa" w:w="1080"/>
            <w:shd w:fill="F9FBFB"/>
            <w:tcMar>
              <w:top w:w="45" w:type="dxa"/>
              <w:bottom w:w="45" w:type="dxa"/>
              <w:left w:w="30" w:type="dxa"/>
              <w:right w:w="30" w:type="dxa"/>
            </w:tcMar>
          </w:tcPr>
          <w:p>
            <w:pPr>
              <w:jc w:val="center"/>
            </w:pPr>
            <w:r>
              <w:rPr>
                <w:b/>
                <w:color w:val="C0392B"/>
                <w:sz w:val="16"/>
              </w:rPr>
              <w:t>-5.2%</w:t>
            </w:r>
          </w:p>
        </w:tc>
      </w:tr>
      <w:tr>
        <w:tc>
          <w:tcPr>
            <w:tcW w:type="dxa" w:w="504"/>
            <w:shd w:fill="FFFFFF"/>
            <w:tcMar>
              <w:top w:w="45" w:type="dxa"/>
              <w:bottom w:w="45" w:type="dxa"/>
              <w:left w:w="30" w:type="dxa"/>
              <w:right w:w="30" w:type="dxa"/>
            </w:tcMar>
          </w:tcPr>
          <w:p>
            <w:pPr>
              <w:jc w:val="center"/>
            </w:pPr>
            <w:r>
              <w:rPr>
                <w:sz w:val="16"/>
              </w:rPr>
              <w:t>51</w:t>
            </w:r>
          </w:p>
        </w:tc>
        <w:tc>
          <w:tcPr>
            <w:tcW w:type="dxa" w:w="936"/>
            <w:shd w:fill="FFFFFF"/>
            <w:tcMar>
              <w:top w:w="45" w:type="dxa"/>
              <w:bottom w:w="45" w:type="dxa"/>
              <w:left w:w="30" w:type="dxa"/>
              <w:right w:w="30" w:type="dxa"/>
            </w:tcMar>
          </w:tcPr>
          <w:p>
            <w:pPr>
              <w:jc w:val="left"/>
            </w:pPr>
            <w:r>
              <w:rPr>
                <w:sz w:val="16"/>
              </w:rPr>
              <w:t>KH0787</w:t>
            </w:r>
          </w:p>
        </w:tc>
        <w:tc>
          <w:tcPr>
            <w:tcW w:type="dxa" w:w="2880"/>
            <w:shd w:fill="FFFFFF"/>
            <w:tcMar>
              <w:top w:w="45" w:type="dxa"/>
              <w:bottom w:w="45" w:type="dxa"/>
              <w:left w:w="30" w:type="dxa"/>
              <w:right w:w="30" w:type="dxa"/>
            </w:tcMar>
          </w:tcPr>
          <w:p>
            <w:pPr>
              <w:jc w:val="left"/>
            </w:pPr>
            <w:r>
              <w:rPr>
                <w:sz w:val="16"/>
              </w:rPr>
              <w:t>CÔNG TY TNHH ĐỨC TOÀN</w:t>
            </w:r>
          </w:p>
        </w:tc>
        <w:tc>
          <w:tcPr>
            <w:tcW w:type="dxa" w:w="1060"/>
            <w:shd w:fill="FFFFFF"/>
            <w:tcMar>
              <w:top w:w="45" w:type="dxa"/>
              <w:bottom w:w="45" w:type="dxa"/>
              <w:left w:w="30" w:type="dxa"/>
              <w:right w:w="30" w:type="dxa"/>
            </w:tcMar>
          </w:tcPr>
          <w:p>
            <w:pPr>
              <w:jc w:val="right"/>
            </w:pPr>
            <w:r>
              <w:rPr>
                <w:sz w:val="16"/>
              </w:rPr>
              <w:t>235</w:t>
            </w:r>
          </w:p>
        </w:tc>
        <w:tc>
          <w:tcPr>
            <w:tcW w:type="dxa" w:w="1060"/>
            <w:shd w:fill="FFFFFF"/>
            <w:tcMar>
              <w:top w:w="45" w:type="dxa"/>
              <w:bottom w:w="45" w:type="dxa"/>
              <w:left w:w="30" w:type="dxa"/>
              <w:right w:w="30" w:type="dxa"/>
            </w:tcMar>
          </w:tcPr>
          <w:p>
            <w:pPr>
              <w:jc w:val="right"/>
            </w:pPr>
            <w:r>
              <w:rPr>
                <w:sz w:val="16"/>
              </w:rPr>
              <w:t>160</w:t>
            </w:r>
          </w:p>
        </w:tc>
        <w:tc>
          <w:tcPr>
            <w:tcW w:type="dxa" w:w="1060"/>
            <w:shd w:fill="FFFFFF"/>
            <w:tcMar>
              <w:top w:w="45" w:type="dxa"/>
              <w:bottom w:w="45" w:type="dxa"/>
              <w:left w:w="30" w:type="dxa"/>
              <w:right w:w="30" w:type="dxa"/>
            </w:tcMar>
          </w:tcPr>
          <w:p>
            <w:pPr>
              <w:jc w:val="right"/>
            </w:pPr>
            <w:r>
              <w:rPr>
                <w:sz w:val="16"/>
              </w:rPr>
              <w:t>116</w:t>
            </w:r>
          </w:p>
        </w:tc>
        <w:tc>
          <w:tcPr>
            <w:tcW w:type="dxa" w:w="1060"/>
            <w:shd w:fill="FFFFFF"/>
            <w:tcMar>
              <w:top w:w="45" w:type="dxa"/>
              <w:bottom w:w="45" w:type="dxa"/>
              <w:left w:w="30" w:type="dxa"/>
              <w:right w:w="30" w:type="dxa"/>
            </w:tcMar>
          </w:tcPr>
          <w:p>
            <w:pPr>
              <w:jc w:val="right"/>
            </w:pPr>
            <w:r>
              <w:rPr>
                <w:sz w:val="16"/>
              </w:rPr>
              <w:t>8</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126</w:t>
            </w:r>
          </w:p>
        </w:tc>
        <w:tc>
          <w:tcPr>
            <w:tcW w:type="dxa" w:w="1060"/>
            <w:shd w:fill="FFFFFF"/>
            <w:tcMar>
              <w:top w:w="45" w:type="dxa"/>
              <w:bottom w:w="45" w:type="dxa"/>
              <w:left w:w="30" w:type="dxa"/>
              <w:right w:w="30" w:type="dxa"/>
            </w:tcMar>
          </w:tcPr>
          <w:p>
            <w:pPr>
              <w:jc w:val="right"/>
            </w:pPr>
            <w:r>
              <w:rPr>
                <w:b/>
                <w:sz w:val="16"/>
              </w:rPr>
              <w:t>444</w:t>
            </w:r>
          </w:p>
        </w:tc>
        <w:tc>
          <w:tcPr>
            <w:tcW w:type="dxa" w:w="1224"/>
            <w:shd w:fill="FFFFFF"/>
            <w:tcMar>
              <w:top w:w="45" w:type="dxa"/>
              <w:bottom w:w="45" w:type="dxa"/>
              <w:left w:w="30" w:type="dxa"/>
              <w:right w:w="30" w:type="dxa"/>
            </w:tcMar>
          </w:tcPr>
          <w:p>
            <w:pPr>
              <w:jc w:val="right"/>
            </w:pPr>
            <w:r>
              <w:rPr>
                <w:color w:val="27AE60"/>
                <w:sz w:val="16"/>
              </w:rPr>
              <w:t>+318</w:t>
            </w:r>
          </w:p>
        </w:tc>
        <w:tc>
          <w:tcPr>
            <w:tcW w:type="dxa" w:w="1080"/>
            <w:shd w:fill="FFFFFF"/>
            <w:tcMar>
              <w:top w:w="45" w:type="dxa"/>
              <w:bottom w:w="45" w:type="dxa"/>
              <w:left w:w="30" w:type="dxa"/>
              <w:right w:w="30" w:type="dxa"/>
            </w:tcMar>
          </w:tcPr>
          <w:p>
            <w:pPr>
              <w:jc w:val="center"/>
            </w:pPr>
            <w:r>
              <w:rPr>
                <w:b/>
                <w:color w:val="27AE60"/>
                <w:sz w:val="16"/>
              </w:rPr>
              <w:t>+252.4%</w:t>
            </w:r>
          </w:p>
        </w:tc>
      </w:tr>
      <w:tr>
        <w:tc>
          <w:tcPr>
            <w:tcW w:type="dxa" w:w="504"/>
            <w:shd w:fill="F9FBFB"/>
            <w:tcMar>
              <w:top w:w="45" w:type="dxa"/>
              <w:bottom w:w="45" w:type="dxa"/>
              <w:left w:w="30" w:type="dxa"/>
              <w:right w:w="30" w:type="dxa"/>
            </w:tcMar>
          </w:tcPr>
          <w:p>
            <w:pPr>
              <w:jc w:val="center"/>
            </w:pPr>
            <w:r>
              <w:rPr>
                <w:sz w:val="16"/>
              </w:rPr>
              <w:t>52</w:t>
            </w:r>
          </w:p>
        </w:tc>
        <w:tc>
          <w:tcPr>
            <w:tcW w:type="dxa" w:w="936"/>
            <w:shd w:fill="F9FBFB"/>
            <w:tcMar>
              <w:top w:w="45" w:type="dxa"/>
              <w:bottom w:w="45" w:type="dxa"/>
              <w:left w:w="30" w:type="dxa"/>
              <w:right w:w="30" w:type="dxa"/>
            </w:tcMar>
          </w:tcPr>
          <w:p>
            <w:pPr>
              <w:jc w:val="left"/>
            </w:pPr>
            <w:r>
              <w:rPr>
                <w:sz w:val="16"/>
              </w:rPr>
              <w:t>KH0788</w:t>
            </w:r>
          </w:p>
        </w:tc>
        <w:tc>
          <w:tcPr>
            <w:tcW w:type="dxa" w:w="2880"/>
            <w:shd w:fill="F9FBFB"/>
            <w:tcMar>
              <w:top w:w="45" w:type="dxa"/>
              <w:bottom w:w="45" w:type="dxa"/>
              <w:left w:w="30" w:type="dxa"/>
              <w:right w:w="30" w:type="dxa"/>
            </w:tcMar>
          </w:tcPr>
          <w:p>
            <w:pPr>
              <w:jc w:val="left"/>
            </w:pPr>
            <w:r>
              <w:rPr>
                <w:sz w:val="16"/>
              </w:rPr>
              <w:t>CÔNG TY TNHH SẢN XUẤT-XUẤT NHẬP KHẨU VIỆT MỸ</w:t>
            </w:r>
          </w:p>
        </w:tc>
        <w:tc>
          <w:tcPr>
            <w:tcW w:type="dxa" w:w="1060"/>
            <w:shd w:fill="F9FBFB"/>
            <w:tcMar>
              <w:top w:w="45" w:type="dxa"/>
              <w:bottom w:w="45" w:type="dxa"/>
              <w:left w:w="30" w:type="dxa"/>
              <w:right w:w="30" w:type="dxa"/>
            </w:tcMar>
          </w:tcPr>
          <w:p>
            <w:pPr>
              <w:jc w:val="right"/>
            </w:pPr>
            <w:r>
              <w:rPr>
                <w:sz w:val="16"/>
              </w:rPr>
              <w:t>183</w:t>
            </w:r>
          </w:p>
        </w:tc>
        <w:tc>
          <w:tcPr>
            <w:tcW w:type="dxa" w:w="1060"/>
            <w:shd w:fill="F9FBFB"/>
            <w:tcMar>
              <w:top w:w="45" w:type="dxa"/>
              <w:bottom w:w="45" w:type="dxa"/>
              <w:left w:w="30" w:type="dxa"/>
              <w:right w:w="30" w:type="dxa"/>
            </w:tcMar>
          </w:tcPr>
          <w:p>
            <w:pPr>
              <w:jc w:val="right"/>
            </w:pPr>
            <w:r>
              <w:rPr>
                <w:sz w:val="16"/>
              </w:rPr>
              <w:t>49</w:t>
            </w:r>
          </w:p>
        </w:tc>
        <w:tc>
          <w:tcPr>
            <w:tcW w:type="dxa" w:w="1060"/>
            <w:shd w:fill="F9FBFB"/>
            <w:tcMar>
              <w:top w:w="45" w:type="dxa"/>
              <w:bottom w:w="45" w:type="dxa"/>
              <w:left w:w="30" w:type="dxa"/>
              <w:right w:w="30" w:type="dxa"/>
            </w:tcMar>
          </w:tcPr>
          <w:p>
            <w:pPr>
              <w:jc w:val="right"/>
            </w:pPr>
            <w:r>
              <w:rPr>
                <w:sz w:val="16"/>
              </w:rPr>
              <w:t>131</w:t>
            </w:r>
          </w:p>
        </w:tc>
        <w:tc>
          <w:tcPr>
            <w:tcW w:type="dxa" w:w="1060"/>
            <w:shd w:fill="F9FBFB"/>
            <w:tcMar>
              <w:top w:w="45" w:type="dxa"/>
              <w:bottom w:w="45" w:type="dxa"/>
              <w:left w:w="30" w:type="dxa"/>
              <w:right w:w="30" w:type="dxa"/>
            </w:tcMar>
          </w:tcPr>
          <w:p>
            <w:pPr>
              <w:jc w:val="right"/>
            </w:pPr>
            <w:r>
              <w:rPr>
                <w:sz w:val="16"/>
              </w:rPr>
              <w:t>139</w:t>
            </w:r>
          </w:p>
        </w:tc>
        <w:tc>
          <w:tcPr>
            <w:tcW w:type="dxa" w:w="1060"/>
            <w:shd w:fill="F9FBFB"/>
            <w:tcMar>
              <w:top w:w="45" w:type="dxa"/>
              <w:bottom w:w="45" w:type="dxa"/>
              <w:left w:w="30" w:type="dxa"/>
              <w:right w:w="30" w:type="dxa"/>
            </w:tcMar>
          </w:tcPr>
          <w:p>
            <w:pPr>
              <w:jc w:val="right"/>
            </w:pPr>
            <w:r>
              <w:rPr>
                <w:sz w:val="16"/>
              </w:rPr>
              <w:t>103</w:t>
            </w:r>
          </w:p>
        </w:tc>
        <w:tc>
          <w:tcPr>
            <w:tcW w:type="dxa" w:w="1060"/>
            <w:shd w:fill="F9FBFB"/>
            <w:tcMar>
              <w:top w:w="45" w:type="dxa"/>
              <w:bottom w:w="45" w:type="dxa"/>
              <w:left w:w="30" w:type="dxa"/>
              <w:right w:w="30" w:type="dxa"/>
            </w:tcMar>
          </w:tcPr>
          <w:p>
            <w:pPr>
              <w:jc w:val="right"/>
            </w:pPr>
            <w:r>
              <w:rPr>
                <w:sz w:val="16"/>
              </w:rPr>
              <w:t>148</w:t>
            </w:r>
          </w:p>
        </w:tc>
        <w:tc>
          <w:tcPr>
            <w:tcW w:type="dxa" w:w="1060"/>
            <w:shd w:fill="F9FBFB"/>
            <w:tcMar>
              <w:top w:w="45" w:type="dxa"/>
              <w:bottom w:w="45" w:type="dxa"/>
              <w:left w:w="30" w:type="dxa"/>
              <w:right w:w="30" w:type="dxa"/>
            </w:tcMar>
          </w:tcPr>
          <w:p>
            <w:pPr>
              <w:jc w:val="right"/>
            </w:pPr>
            <w:r>
              <w:rPr>
                <w:sz w:val="16"/>
              </w:rPr>
              <w:t>202</w:t>
            </w:r>
          </w:p>
        </w:tc>
        <w:tc>
          <w:tcPr>
            <w:tcW w:type="dxa" w:w="1060"/>
            <w:shd w:fill="F9FBFB"/>
            <w:tcMar>
              <w:top w:w="45" w:type="dxa"/>
              <w:bottom w:w="45" w:type="dxa"/>
              <w:left w:w="30" w:type="dxa"/>
              <w:right w:w="30" w:type="dxa"/>
            </w:tcMar>
          </w:tcPr>
          <w:p>
            <w:pPr>
              <w:jc w:val="right"/>
            </w:pPr>
            <w:r>
              <w:rPr>
                <w:b/>
                <w:sz w:val="16"/>
              </w:rPr>
              <w:t>113</w:t>
            </w:r>
          </w:p>
        </w:tc>
        <w:tc>
          <w:tcPr>
            <w:tcW w:type="dxa" w:w="1224"/>
            <w:shd w:fill="F9FBFB"/>
            <w:tcMar>
              <w:top w:w="45" w:type="dxa"/>
              <w:bottom w:w="45" w:type="dxa"/>
              <w:left w:w="30" w:type="dxa"/>
              <w:right w:w="30" w:type="dxa"/>
            </w:tcMar>
          </w:tcPr>
          <w:p>
            <w:pPr>
              <w:jc w:val="right"/>
            </w:pPr>
            <w:r>
              <w:rPr>
                <w:color w:val="C0392B"/>
                <w:sz w:val="16"/>
              </w:rPr>
              <w:t>-89</w:t>
            </w:r>
          </w:p>
        </w:tc>
        <w:tc>
          <w:tcPr>
            <w:tcW w:type="dxa" w:w="1080"/>
            <w:shd w:fill="F9FBFB"/>
            <w:tcMar>
              <w:top w:w="45" w:type="dxa"/>
              <w:bottom w:w="45" w:type="dxa"/>
              <w:left w:w="30" w:type="dxa"/>
              <w:right w:w="30" w:type="dxa"/>
            </w:tcMar>
          </w:tcPr>
          <w:p>
            <w:pPr>
              <w:jc w:val="center"/>
            </w:pPr>
            <w:r>
              <w:rPr>
                <w:b/>
                <w:color w:val="C0392B"/>
                <w:sz w:val="16"/>
              </w:rPr>
              <w:t>-44.1%</w:t>
            </w:r>
          </w:p>
        </w:tc>
      </w:tr>
      <w:tr>
        <w:tc>
          <w:tcPr>
            <w:tcW w:type="dxa" w:w="504"/>
            <w:shd w:fill="FFFFFF"/>
            <w:tcMar>
              <w:top w:w="45" w:type="dxa"/>
              <w:bottom w:w="45" w:type="dxa"/>
              <w:left w:w="30" w:type="dxa"/>
              <w:right w:w="30" w:type="dxa"/>
            </w:tcMar>
          </w:tcPr>
          <w:p>
            <w:pPr>
              <w:jc w:val="center"/>
            </w:pPr>
            <w:r>
              <w:rPr>
                <w:sz w:val="16"/>
              </w:rPr>
              <w:t>53</w:t>
            </w:r>
          </w:p>
        </w:tc>
        <w:tc>
          <w:tcPr>
            <w:tcW w:type="dxa" w:w="936"/>
            <w:shd w:fill="FFFFFF"/>
            <w:tcMar>
              <w:top w:w="45" w:type="dxa"/>
              <w:bottom w:w="45" w:type="dxa"/>
              <w:left w:w="30" w:type="dxa"/>
              <w:right w:w="30" w:type="dxa"/>
            </w:tcMar>
          </w:tcPr>
          <w:p>
            <w:pPr>
              <w:jc w:val="left"/>
            </w:pPr>
            <w:r>
              <w:rPr>
                <w:sz w:val="16"/>
              </w:rPr>
              <w:t>KH0243</w:t>
            </w:r>
          </w:p>
        </w:tc>
        <w:tc>
          <w:tcPr>
            <w:tcW w:type="dxa" w:w="2880"/>
            <w:shd w:fill="FFFFFF"/>
            <w:tcMar>
              <w:top w:w="45" w:type="dxa"/>
              <w:bottom w:w="45" w:type="dxa"/>
              <w:left w:w="30" w:type="dxa"/>
              <w:right w:w="30" w:type="dxa"/>
            </w:tcMar>
          </w:tcPr>
          <w:p>
            <w:pPr>
              <w:jc w:val="left"/>
            </w:pPr>
            <w:r>
              <w:rPr>
                <w:sz w:val="16"/>
              </w:rPr>
              <w:t>CÔNG TY TNHH FARM HOUSE</w:t>
            </w:r>
          </w:p>
        </w:tc>
        <w:tc>
          <w:tcPr>
            <w:tcW w:type="dxa" w:w="1060"/>
            <w:shd w:fill="FFFFFF"/>
            <w:tcMar>
              <w:top w:w="45" w:type="dxa"/>
              <w:bottom w:w="45" w:type="dxa"/>
              <w:left w:w="30" w:type="dxa"/>
              <w:right w:w="30" w:type="dxa"/>
            </w:tcMar>
          </w:tcPr>
          <w:p>
            <w:pPr>
              <w:jc w:val="right"/>
            </w:pPr>
            <w:r>
              <w:rPr>
                <w:sz w:val="16"/>
              </w:rPr>
              <w:t>145</w:t>
            </w:r>
          </w:p>
        </w:tc>
        <w:tc>
          <w:tcPr>
            <w:tcW w:type="dxa" w:w="1060"/>
            <w:shd w:fill="FFFFFF"/>
            <w:tcMar>
              <w:top w:w="45" w:type="dxa"/>
              <w:bottom w:w="45" w:type="dxa"/>
              <w:left w:w="30" w:type="dxa"/>
              <w:right w:w="30" w:type="dxa"/>
            </w:tcMar>
          </w:tcPr>
          <w:p>
            <w:pPr>
              <w:jc w:val="right"/>
            </w:pPr>
            <w:r>
              <w:rPr>
                <w:sz w:val="16"/>
              </w:rPr>
              <w:t>113</w:t>
            </w:r>
          </w:p>
        </w:tc>
        <w:tc>
          <w:tcPr>
            <w:tcW w:type="dxa" w:w="1060"/>
            <w:shd w:fill="FFFFFF"/>
            <w:tcMar>
              <w:top w:w="45" w:type="dxa"/>
              <w:bottom w:w="45" w:type="dxa"/>
              <w:left w:w="30" w:type="dxa"/>
              <w:right w:w="30" w:type="dxa"/>
            </w:tcMar>
          </w:tcPr>
          <w:p>
            <w:pPr>
              <w:jc w:val="right"/>
            </w:pPr>
            <w:r>
              <w:rPr>
                <w:sz w:val="16"/>
              </w:rPr>
              <w:t>51</w:t>
            </w:r>
          </w:p>
        </w:tc>
        <w:tc>
          <w:tcPr>
            <w:tcW w:type="dxa" w:w="1060"/>
            <w:shd w:fill="FFFFFF"/>
            <w:tcMar>
              <w:top w:w="45" w:type="dxa"/>
              <w:bottom w:w="45" w:type="dxa"/>
              <w:left w:w="30" w:type="dxa"/>
              <w:right w:w="30" w:type="dxa"/>
            </w:tcMar>
          </w:tcPr>
          <w:p>
            <w:pPr>
              <w:jc w:val="right"/>
            </w:pPr>
            <w:r>
              <w:rPr>
                <w:sz w:val="16"/>
              </w:rPr>
              <w:t>165</w:t>
            </w:r>
          </w:p>
        </w:tc>
        <w:tc>
          <w:tcPr>
            <w:tcW w:type="dxa" w:w="1060"/>
            <w:shd w:fill="FFFFFF"/>
            <w:tcMar>
              <w:top w:w="45" w:type="dxa"/>
              <w:bottom w:w="45" w:type="dxa"/>
              <w:left w:w="30" w:type="dxa"/>
              <w:right w:w="30" w:type="dxa"/>
            </w:tcMar>
          </w:tcPr>
          <w:p>
            <w:pPr>
              <w:jc w:val="right"/>
            </w:pPr>
            <w:r>
              <w:rPr>
                <w:sz w:val="16"/>
              </w:rPr>
              <w:t>106</w:t>
            </w:r>
          </w:p>
        </w:tc>
        <w:tc>
          <w:tcPr>
            <w:tcW w:type="dxa" w:w="1060"/>
            <w:shd w:fill="FFFFFF"/>
            <w:tcMar>
              <w:top w:w="45" w:type="dxa"/>
              <w:bottom w:w="45" w:type="dxa"/>
              <w:left w:w="30" w:type="dxa"/>
              <w:right w:w="30" w:type="dxa"/>
            </w:tcMar>
          </w:tcPr>
          <w:p>
            <w:pPr>
              <w:jc w:val="right"/>
            </w:pPr>
            <w:r>
              <w:rPr>
                <w:sz w:val="16"/>
              </w:rPr>
              <w:t>210</w:t>
            </w:r>
          </w:p>
        </w:tc>
        <w:tc>
          <w:tcPr>
            <w:tcW w:type="dxa" w:w="1060"/>
            <w:shd w:fill="FFFFFF"/>
            <w:tcMar>
              <w:top w:w="45" w:type="dxa"/>
              <w:bottom w:w="45" w:type="dxa"/>
              <w:left w:w="30" w:type="dxa"/>
              <w:right w:w="30" w:type="dxa"/>
            </w:tcMar>
          </w:tcPr>
          <w:p>
            <w:pPr>
              <w:jc w:val="right"/>
            </w:pPr>
            <w:r>
              <w:rPr>
                <w:sz w:val="16"/>
              </w:rPr>
              <w:t>145</w:t>
            </w:r>
          </w:p>
        </w:tc>
        <w:tc>
          <w:tcPr>
            <w:tcW w:type="dxa" w:w="1060"/>
            <w:shd w:fill="FFFFFF"/>
            <w:tcMar>
              <w:top w:w="45" w:type="dxa"/>
              <w:bottom w:w="45" w:type="dxa"/>
              <w:left w:w="30" w:type="dxa"/>
              <w:right w:w="30" w:type="dxa"/>
            </w:tcMar>
          </w:tcPr>
          <w:p>
            <w:pPr>
              <w:jc w:val="right"/>
            </w:pPr>
            <w:r>
              <w:rPr>
                <w:b/>
                <w:sz w:val="16"/>
              </w:rPr>
              <w:t>124</w:t>
            </w:r>
          </w:p>
        </w:tc>
        <w:tc>
          <w:tcPr>
            <w:tcW w:type="dxa" w:w="1224"/>
            <w:shd w:fill="FFFFFF"/>
            <w:tcMar>
              <w:top w:w="45" w:type="dxa"/>
              <w:bottom w:w="45" w:type="dxa"/>
              <w:left w:w="30" w:type="dxa"/>
              <w:right w:w="30" w:type="dxa"/>
            </w:tcMar>
          </w:tcPr>
          <w:p>
            <w:pPr>
              <w:jc w:val="right"/>
            </w:pPr>
            <w:r>
              <w:rPr>
                <w:color w:val="C0392B"/>
                <w:sz w:val="16"/>
              </w:rPr>
              <w:t>-21</w:t>
            </w:r>
          </w:p>
        </w:tc>
        <w:tc>
          <w:tcPr>
            <w:tcW w:type="dxa" w:w="1080"/>
            <w:shd w:fill="FFFFFF"/>
            <w:tcMar>
              <w:top w:w="45" w:type="dxa"/>
              <w:bottom w:w="45" w:type="dxa"/>
              <w:left w:w="30" w:type="dxa"/>
              <w:right w:w="30" w:type="dxa"/>
            </w:tcMar>
          </w:tcPr>
          <w:p>
            <w:pPr>
              <w:jc w:val="center"/>
            </w:pPr>
            <w:r>
              <w:rPr>
                <w:b/>
                <w:color w:val="C0392B"/>
                <w:sz w:val="16"/>
              </w:rPr>
              <w:t>-14.5%</w:t>
            </w:r>
          </w:p>
        </w:tc>
      </w:tr>
      <w:tr>
        <w:tc>
          <w:tcPr>
            <w:tcW w:type="dxa" w:w="504"/>
            <w:shd w:fill="F9FBFB"/>
            <w:tcMar>
              <w:top w:w="45" w:type="dxa"/>
              <w:bottom w:w="45" w:type="dxa"/>
              <w:left w:w="30" w:type="dxa"/>
              <w:right w:w="30" w:type="dxa"/>
            </w:tcMar>
          </w:tcPr>
          <w:p>
            <w:pPr>
              <w:jc w:val="center"/>
            </w:pPr>
            <w:r>
              <w:rPr>
                <w:sz w:val="16"/>
              </w:rPr>
              <w:t>54</w:t>
            </w:r>
          </w:p>
        </w:tc>
        <w:tc>
          <w:tcPr>
            <w:tcW w:type="dxa" w:w="936"/>
            <w:shd w:fill="F9FBFB"/>
            <w:tcMar>
              <w:top w:w="45" w:type="dxa"/>
              <w:bottom w:w="45" w:type="dxa"/>
              <w:left w:w="30" w:type="dxa"/>
              <w:right w:w="30" w:type="dxa"/>
            </w:tcMar>
          </w:tcPr>
          <w:p>
            <w:pPr>
              <w:jc w:val="left"/>
            </w:pPr>
            <w:r>
              <w:rPr>
                <w:sz w:val="16"/>
              </w:rPr>
              <w:t>KH2009</w:t>
            </w:r>
          </w:p>
        </w:tc>
        <w:tc>
          <w:tcPr>
            <w:tcW w:type="dxa" w:w="2880"/>
            <w:shd w:fill="F9FBFB"/>
            <w:tcMar>
              <w:top w:w="45" w:type="dxa"/>
              <w:bottom w:w="45" w:type="dxa"/>
              <w:left w:w="30" w:type="dxa"/>
              <w:right w:w="30" w:type="dxa"/>
            </w:tcMar>
          </w:tcPr>
          <w:p>
            <w:pPr>
              <w:jc w:val="left"/>
            </w:pPr>
            <w:r>
              <w:rPr>
                <w:sz w:val="16"/>
              </w:rPr>
              <w:t>CÔNG TY CỔ PHẦN SẢN XUẤT THƯƠNG MẠI CHẾ BIẾN GỖ QUANG TRUNG</w:t>
            </w:r>
          </w:p>
        </w:tc>
        <w:tc>
          <w:tcPr>
            <w:tcW w:type="dxa" w:w="1060"/>
            <w:shd w:fill="F9FBFB"/>
            <w:tcMar>
              <w:top w:w="45" w:type="dxa"/>
              <w:bottom w:w="45" w:type="dxa"/>
              <w:left w:w="30" w:type="dxa"/>
              <w:right w:w="30" w:type="dxa"/>
            </w:tcMar>
          </w:tcPr>
          <w:p>
            <w:pPr>
              <w:jc w:val="right"/>
            </w:pPr>
            <w:r>
              <w:rPr>
                <w:sz w:val="16"/>
              </w:rPr>
              <w:t>118</w:t>
            </w:r>
          </w:p>
        </w:tc>
        <w:tc>
          <w:tcPr>
            <w:tcW w:type="dxa" w:w="1060"/>
            <w:shd w:fill="F9FBFB"/>
            <w:tcMar>
              <w:top w:w="45" w:type="dxa"/>
              <w:bottom w:w="45" w:type="dxa"/>
              <w:left w:w="30" w:type="dxa"/>
              <w:right w:w="30" w:type="dxa"/>
            </w:tcMar>
          </w:tcPr>
          <w:p>
            <w:pPr>
              <w:jc w:val="right"/>
            </w:pPr>
            <w:r>
              <w:rPr>
                <w:sz w:val="16"/>
              </w:rPr>
              <w:t>18</w:t>
            </w:r>
          </w:p>
        </w:tc>
        <w:tc>
          <w:tcPr>
            <w:tcW w:type="dxa" w:w="1060"/>
            <w:shd w:fill="F9FBFB"/>
            <w:tcMar>
              <w:top w:w="45" w:type="dxa"/>
              <w:bottom w:w="45" w:type="dxa"/>
              <w:left w:w="30" w:type="dxa"/>
              <w:right w:w="30" w:type="dxa"/>
            </w:tcMar>
          </w:tcPr>
          <w:p>
            <w:pPr>
              <w:jc w:val="right"/>
            </w:pPr>
            <w:r>
              <w:rPr>
                <w:sz w:val="16"/>
              </w:rPr>
              <w:t>163</w:t>
            </w:r>
          </w:p>
        </w:tc>
        <w:tc>
          <w:tcPr>
            <w:tcW w:type="dxa" w:w="1060"/>
            <w:shd w:fill="F9FBFB"/>
            <w:tcMar>
              <w:top w:w="45" w:type="dxa"/>
              <w:bottom w:w="45" w:type="dxa"/>
              <w:left w:w="30" w:type="dxa"/>
              <w:right w:w="30" w:type="dxa"/>
            </w:tcMar>
          </w:tcPr>
          <w:p>
            <w:pPr>
              <w:jc w:val="right"/>
            </w:pPr>
            <w:r>
              <w:rPr>
                <w:sz w:val="16"/>
              </w:rPr>
              <w:t>149</w:t>
            </w:r>
          </w:p>
        </w:tc>
        <w:tc>
          <w:tcPr>
            <w:tcW w:type="dxa" w:w="1060"/>
            <w:shd w:fill="F9FBFB"/>
            <w:tcMar>
              <w:top w:w="45" w:type="dxa"/>
              <w:bottom w:w="45" w:type="dxa"/>
              <w:left w:w="30" w:type="dxa"/>
              <w:right w:w="30" w:type="dxa"/>
            </w:tcMar>
          </w:tcPr>
          <w:p>
            <w:pPr>
              <w:jc w:val="right"/>
            </w:pPr>
            <w:r>
              <w:rPr>
                <w:sz w:val="16"/>
              </w:rPr>
              <w:t>96</w:t>
            </w:r>
          </w:p>
        </w:tc>
        <w:tc>
          <w:tcPr>
            <w:tcW w:type="dxa" w:w="1060"/>
            <w:shd w:fill="F9FBFB"/>
            <w:tcMar>
              <w:top w:w="45" w:type="dxa"/>
              <w:bottom w:w="45" w:type="dxa"/>
              <w:left w:w="30" w:type="dxa"/>
              <w:right w:w="30" w:type="dxa"/>
            </w:tcMar>
          </w:tcPr>
          <w:p>
            <w:pPr>
              <w:jc w:val="right"/>
            </w:pPr>
            <w:r>
              <w:rPr>
                <w:sz w:val="16"/>
              </w:rPr>
              <w:t>162</w:t>
            </w:r>
          </w:p>
        </w:tc>
        <w:tc>
          <w:tcPr>
            <w:tcW w:type="dxa" w:w="1060"/>
            <w:shd w:fill="F9FBFB"/>
            <w:tcMar>
              <w:top w:w="45" w:type="dxa"/>
              <w:bottom w:w="45" w:type="dxa"/>
              <w:left w:w="30" w:type="dxa"/>
              <w:right w:w="30" w:type="dxa"/>
            </w:tcMar>
          </w:tcPr>
          <w:p>
            <w:pPr>
              <w:jc w:val="right"/>
            </w:pPr>
            <w:r>
              <w:rPr>
                <w:sz w:val="16"/>
              </w:rPr>
              <w:t>187</w:t>
            </w:r>
          </w:p>
        </w:tc>
        <w:tc>
          <w:tcPr>
            <w:tcW w:type="dxa" w:w="1060"/>
            <w:shd w:fill="F9FBFB"/>
            <w:tcMar>
              <w:top w:w="45" w:type="dxa"/>
              <w:bottom w:w="45" w:type="dxa"/>
              <w:left w:w="30" w:type="dxa"/>
              <w:right w:w="30" w:type="dxa"/>
            </w:tcMar>
          </w:tcPr>
          <w:p>
            <w:pPr>
              <w:jc w:val="right"/>
            </w:pPr>
            <w:r>
              <w:rPr>
                <w:b/>
                <w:sz w:val="16"/>
              </w:rPr>
              <w:t>144</w:t>
            </w:r>
          </w:p>
        </w:tc>
        <w:tc>
          <w:tcPr>
            <w:tcW w:type="dxa" w:w="1224"/>
            <w:shd w:fill="F9FBFB"/>
            <w:tcMar>
              <w:top w:w="45" w:type="dxa"/>
              <w:bottom w:w="45" w:type="dxa"/>
              <w:left w:w="30" w:type="dxa"/>
              <w:right w:w="30" w:type="dxa"/>
            </w:tcMar>
          </w:tcPr>
          <w:p>
            <w:pPr>
              <w:jc w:val="right"/>
            </w:pPr>
            <w:r>
              <w:rPr>
                <w:color w:val="C0392B"/>
                <w:sz w:val="16"/>
              </w:rPr>
              <w:t>-43</w:t>
            </w:r>
          </w:p>
        </w:tc>
        <w:tc>
          <w:tcPr>
            <w:tcW w:type="dxa" w:w="1080"/>
            <w:shd w:fill="F9FBFB"/>
            <w:tcMar>
              <w:top w:w="45" w:type="dxa"/>
              <w:bottom w:w="45" w:type="dxa"/>
              <w:left w:w="30" w:type="dxa"/>
              <w:right w:w="30" w:type="dxa"/>
            </w:tcMar>
          </w:tcPr>
          <w:p>
            <w:pPr>
              <w:jc w:val="center"/>
            </w:pPr>
            <w:r>
              <w:rPr>
                <w:b/>
                <w:color w:val="C0392B"/>
                <w:sz w:val="16"/>
              </w:rPr>
              <w:t>-23.0%</w:t>
            </w:r>
          </w:p>
        </w:tc>
      </w:tr>
      <w:tr>
        <w:tc>
          <w:tcPr>
            <w:tcW w:type="dxa" w:w="504"/>
            <w:shd w:fill="FFFFFF"/>
            <w:tcMar>
              <w:top w:w="45" w:type="dxa"/>
              <w:bottom w:w="45" w:type="dxa"/>
              <w:left w:w="30" w:type="dxa"/>
              <w:right w:w="30" w:type="dxa"/>
            </w:tcMar>
          </w:tcPr>
          <w:p>
            <w:pPr>
              <w:jc w:val="center"/>
            </w:pPr>
            <w:r>
              <w:rPr>
                <w:sz w:val="16"/>
              </w:rPr>
              <w:t>55</w:t>
            </w:r>
          </w:p>
        </w:tc>
        <w:tc>
          <w:tcPr>
            <w:tcW w:type="dxa" w:w="936"/>
            <w:shd w:fill="FFFFFF"/>
            <w:tcMar>
              <w:top w:w="45" w:type="dxa"/>
              <w:bottom w:w="45" w:type="dxa"/>
              <w:left w:w="30" w:type="dxa"/>
              <w:right w:w="30" w:type="dxa"/>
            </w:tcMar>
          </w:tcPr>
          <w:p>
            <w:pPr>
              <w:jc w:val="left"/>
            </w:pPr>
            <w:r>
              <w:rPr>
                <w:sz w:val="16"/>
              </w:rPr>
              <w:t>KH1739</w:t>
            </w:r>
          </w:p>
        </w:tc>
        <w:tc>
          <w:tcPr>
            <w:tcW w:type="dxa" w:w="2880"/>
            <w:shd w:fill="FFFFFF"/>
            <w:tcMar>
              <w:top w:w="45" w:type="dxa"/>
              <w:bottom w:w="45" w:type="dxa"/>
              <w:left w:w="30" w:type="dxa"/>
              <w:right w:w="30" w:type="dxa"/>
            </w:tcMar>
          </w:tcPr>
          <w:p>
            <w:pPr>
              <w:jc w:val="left"/>
            </w:pPr>
            <w:r>
              <w:rPr>
                <w:sz w:val="16"/>
              </w:rPr>
              <w:t>CÔNG TY TNHH WESBROOK VIỆT NAM</w:t>
            </w:r>
          </w:p>
        </w:tc>
        <w:tc>
          <w:tcPr>
            <w:tcW w:type="dxa" w:w="1060"/>
            <w:shd w:fill="FFFFFF"/>
            <w:tcMar>
              <w:top w:w="45" w:type="dxa"/>
              <w:bottom w:w="45" w:type="dxa"/>
              <w:left w:w="30" w:type="dxa"/>
              <w:right w:w="30" w:type="dxa"/>
            </w:tcMar>
          </w:tcPr>
          <w:p>
            <w:pPr>
              <w:jc w:val="right"/>
            </w:pPr>
            <w:r>
              <w:rPr>
                <w:sz w:val="16"/>
              </w:rPr>
              <w:t>192</w:t>
            </w:r>
          </w:p>
        </w:tc>
        <w:tc>
          <w:tcPr>
            <w:tcW w:type="dxa" w:w="1060"/>
            <w:shd w:fill="FFFFFF"/>
            <w:tcMar>
              <w:top w:w="45" w:type="dxa"/>
              <w:bottom w:w="45" w:type="dxa"/>
              <w:left w:w="30" w:type="dxa"/>
              <w:right w:w="30" w:type="dxa"/>
            </w:tcMar>
          </w:tcPr>
          <w:p>
            <w:pPr>
              <w:jc w:val="right"/>
            </w:pPr>
            <w:r>
              <w:rPr>
                <w:sz w:val="16"/>
              </w:rPr>
              <w:t>50</w:t>
            </w:r>
          </w:p>
        </w:tc>
        <w:tc>
          <w:tcPr>
            <w:tcW w:type="dxa" w:w="1060"/>
            <w:shd w:fill="FFFFFF"/>
            <w:tcMar>
              <w:top w:w="45" w:type="dxa"/>
              <w:bottom w:w="45" w:type="dxa"/>
              <w:left w:w="30" w:type="dxa"/>
              <w:right w:w="30" w:type="dxa"/>
            </w:tcMar>
          </w:tcPr>
          <w:p>
            <w:pPr>
              <w:jc w:val="right"/>
            </w:pPr>
            <w:r>
              <w:rPr>
                <w:sz w:val="16"/>
              </w:rPr>
              <w:t>179</w:t>
            </w:r>
          </w:p>
        </w:tc>
        <w:tc>
          <w:tcPr>
            <w:tcW w:type="dxa" w:w="1060"/>
            <w:shd w:fill="FFFFFF"/>
            <w:tcMar>
              <w:top w:w="45" w:type="dxa"/>
              <w:bottom w:w="45" w:type="dxa"/>
              <w:left w:w="30" w:type="dxa"/>
              <w:right w:w="30" w:type="dxa"/>
            </w:tcMar>
          </w:tcPr>
          <w:p>
            <w:pPr>
              <w:jc w:val="right"/>
            </w:pPr>
            <w:r>
              <w:rPr>
                <w:sz w:val="16"/>
              </w:rPr>
              <w:t>153</w:t>
            </w:r>
          </w:p>
        </w:tc>
        <w:tc>
          <w:tcPr>
            <w:tcW w:type="dxa" w:w="1060"/>
            <w:shd w:fill="FFFFFF"/>
            <w:tcMar>
              <w:top w:w="45" w:type="dxa"/>
              <w:bottom w:w="45" w:type="dxa"/>
              <w:left w:w="30" w:type="dxa"/>
              <w:right w:w="30" w:type="dxa"/>
            </w:tcMar>
          </w:tcPr>
          <w:p>
            <w:pPr>
              <w:jc w:val="right"/>
            </w:pPr>
            <w:r>
              <w:rPr>
                <w:sz w:val="16"/>
              </w:rPr>
              <w:t>101</w:t>
            </w:r>
          </w:p>
        </w:tc>
        <w:tc>
          <w:tcPr>
            <w:tcW w:type="dxa" w:w="1060"/>
            <w:shd w:fill="FFFFFF"/>
            <w:tcMar>
              <w:top w:w="45" w:type="dxa"/>
              <w:bottom w:w="45" w:type="dxa"/>
              <w:left w:w="30" w:type="dxa"/>
              <w:right w:w="30" w:type="dxa"/>
            </w:tcMar>
          </w:tcPr>
          <w:p>
            <w:pPr>
              <w:jc w:val="right"/>
            </w:pPr>
            <w:r>
              <w:rPr>
                <w:sz w:val="16"/>
              </w:rPr>
              <w:t>155</w:t>
            </w:r>
          </w:p>
        </w:tc>
        <w:tc>
          <w:tcPr>
            <w:tcW w:type="dxa" w:w="1060"/>
            <w:shd w:fill="FFFFFF"/>
            <w:tcMar>
              <w:top w:w="45" w:type="dxa"/>
              <w:bottom w:w="45" w:type="dxa"/>
              <w:left w:w="30" w:type="dxa"/>
              <w:right w:w="30" w:type="dxa"/>
            </w:tcMar>
          </w:tcPr>
          <w:p>
            <w:pPr>
              <w:jc w:val="right"/>
            </w:pPr>
            <w:r>
              <w:rPr>
                <w:sz w:val="16"/>
              </w:rPr>
              <w:t>109</w:t>
            </w:r>
          </w:p>
        </w:tc>
        <w:tc>
          <w:tcPr>
            <w:tcW w:type="dxa" w:w="1060"/>
            <w:shd w:fill="FFFFFF"/>
            <w:tcMar>
              <w:top w:w="45" w:type="dxa"/>
              <w:bottom w:w="45" w:type="dxa"/>
              <w:left w:w="30" w:type="dxa"/>
              <w:right w:w="30" w:type="dxa"/>
            </w:tcMar>
          </w:tcPr>
          <w:p>
            <w:pPr>
              <w:jc w:val="right"/>
            </w:pPr>
            <w:r>
              <w:rPr>
                <w:b/>
                <w:sz w:val="16"/>
              </w:rPr>
              <w:t>87</w:t>
            </w:r>
          </w:p>
        </w:tc>
        <w:tc>
          <w:tcPr>
            <w:tcW w:type="dxa" w:w="1224"/>
            <w:shd w:fill="FFFFFF"/>
            <w:tcMar>
              <w:top w:w="45" w:type="dxa"/>
              <w:bottom w:w="45" w:type="dxa"/>
              <w:left w:w="30" w:type="dxa"/>
              <w:right w:w="30" w:type="dxa"/>
            </w:tcMar>
          </w:tcPr>
          <w:p>
            <w:pPr>
              <w:jc w:val="right"/>
            </w:pPr>
            <w:r>
              <w:rPr>
                <w:color w:val="C0392B"/>
                <w:sz w:val="16"/>
              </w:rPr>
              <w:t>-22</w:t>
            </w:r>
          </w:p>
        </w:tc>
        <w:tc>
          <w:tcPr>
            <w:tcW w:type="dxa" w:w="1080"/>
            <w:shd w:fill="FFFFFF"/>
            <w:tcMar>
              <w:top w:w="45" w:type="dxa"/>
              <w:bottom w:w="45" w:type="dxa"/>
              <w:left w:w="30" w:type="dxa"/>
              <w:right w:w="30" w:type="dxa"/>
            </w:tcMar>
          </w:tcPr>
          <w:p>
            <w:pPr>
              <w:jc w:val="center"/>
            </w:pPr>
            <w:r>
              <w:rPr>
                <w:b/>
                <w:color w:val="C0392B"/>
                <w:sz w:val="16"/>
              </w:rPr>
              <w:t>-20.2%</w:t>
            </w:r>
          </w:p>
        </w:tc>
      </w:tr>
      <w:tr>
        <w:tc>
          <w:tcPr>
            <w:tcW w:type="dxa" w:w="504"/>
            <w:shd w:fill="F9FBFB"/>
            <w:tcMar>
              <w:top w:w="45" w:type="dxa"/>
              <w:bottom w:w="45" w:type="dxa"/>
              <w:left w:w="30" w:type="dxa"/>
              <w:right w:w="30" w:type="dxa"/>
            </w:tcMar>
          </w:tcPr>
          <w:p>
            <w:pPr>
              <w:jc w:val="center"/>
            </w:pPr>
            <w:r>
              <w:rPr>
                <w:sz w:val="16"/>
              </w:rPr>
              <w:t>56</w:t>
            </w:r>
          </w:p>
        </w:tc>
        <w:tc>
          <w:tcPr>
            <w:tcW w:type="dxa" w:w="936"/>
            <w:shd w:fill="F9FBFB"/>
            <w:tcMar>
              <w:top w:w="45" w:type="dxa"/>
              <w:bottom w:w="45" w:type="dxa"/>
              <w:left w:w="30" w:type="dxa"/>
              <w:right w:w="30" w:type="dxa"/>
            </w:tcMar>
          </w:tcPr>
          <w:p>
            <w:pPr>
              <w:jc w:val="left"/>
            </w:pPr>
            <w:r>
              <w:rPr>
                <w:sz w:val="16"/>
              </w:rPr>
              <w:t>KH0349</w:t>
            </w:r>
          </w:p>
        </w:tc>
        <w:tc>
          <w:tcPr>
            <w:tcW w:type="dxa" w:w="2880"/>
            <w:shd w:fill="F9FBFB"/>
            <w:tcMar>
              <w:top w:w="45" w:type="dxa"/>
              <w:bottom w:w="45" w:type="dxa"/>
              <w:left w:w="30" w:type="dxa"/>
              <w:right w:w="30" w:type="dxa"/>
            </w:tcMar>
          </w:tcPr>
          <w:p>
            <w:pPr>
              <w:jc w:val="left"/>
            </w:pPr>
            <w:r>
              <w:rPr>
                <w:sz w:val="16"/>
              </w:rPr>
              <w:t>CÔNG TY TNHH MEUBLES DEMEYERE VIỆT NAM</w:t>
            </w:r>
          </w:p>
        </w:tc>
        <w:tc>
          <w:tcPr>
            <w:tcW w:type="dxa" w:w="1060"/>
            <w:shd w:fill="F9FBFB"/>
            <w:tcMar>
              <w:top w:w="45" w:type="dxa"/>
              <w:bottom w:w="45" w:type="dxa"/>
              <w:left w:w="30" w:type="dxa"/>
              <w:right w:w="30" w:type="dxa"/>
            </w:tcMar>
          </w:tcPr>
          <w:p>
            <w:pPr>
              <w:jc w:val="right"/>
            </w:pPr>
            <w:r>
              <w:rPr>
                <w:sz w:val="16"/>
              </w:rPr>
              <w:t>12</w:t>
            </w:r>
          </w:p>
        </w:tc>
        <w:tc>
          <w:tcPr>
            <w:tcW w:type="dxa" w:w="1060"/>
            <w:shd w:fill="F9FBFB"/>
            <w:tcMar>
              <w:top w:w="45" w:type="dxa"/>
              <w:bottom w:w="45" w:type="dxa"/>
              <w:left w:w="30" w:type="dxa"/>
              <w:right w:w="30" w:type="dxa"/>
            </w:tcMar>
          </w:tcPr>
          <w:p>
            <w:pPr>
              <w:jc w:val="right"/>
            </w:pPr>
            <w:r>
              <w:rPr>
                <w:sz w:val="16"/>
              </w:rPr>
              <w:t>102</w:t>
            </w:r>
          </w:p>
        </w:tc>
        <w:tc>
          <w:tcPr>
            <w:tcW w:type="dxa" w:w="1060"/>
            <w:shd w:fill="F9FBFB"/>
            <w:tcMar>
              <w:top w:w="45" w:type="dxa"/>
              <w:bottom w:w="45" w:type="dxa"/>
              <w:left w:w="30" w:type="dxa"/>
              <w:right w:w="30" w:type="dxa"/>
            </w:tcMar>
          </w:tcPr>
          <w:p>
            <w:pPr>
              <w:jc w:val="right"/>
            </w:pPr>
            <w:r>
              <w:rPr>
                <w:sz w:val="16"/>
              </w:rPr>
              <w:t>112</w:t>
            </w:r>
          </w:p>
        </w:tc>
        <w:tc>
          <w:tcPr>
            <w:tcW w:type="dxa" w:w="1060"/>
            <w:shd w:fill="F9FBFB"/>
            <w:tcMar>
              <w:top w:w="45" w:type="dxa"/>
              <w:bottom w:w="45" w:type="dxa"/>
              <w:left w:w="30" w:type="dxa"/>
              <w:right w:w="30" w:type="dxa"/>
            </w:tcMar>
          </w:tcPr>
          <w:p>
            <w:pPr>
              <w:jc w:val="right"/>
            </w:pPr>
            <w:r>
              <w:rPr>
                <w:sz w:val="16"/>
              </w:rPr>
              <w:t>360</w:t>
            </w:r>
          </w:p>
        </w:tc>
        <w:tc>
          <w:tcPr>
            <w:tcW w:type="dxa" w:w="1060"/>
            <w:shd w:fill="F9FBFB"/>
            <w:tcMar>
              <w:top w:w="45" w:type="dxa"/>
              <w:bottom w:w="45" w:type="dxa"/>
              <w:left w:w="30" w:type="dxa"/>
              <w:right w:w="30" w:type="dxa"/>
            </w:tcMar>
          </w:tcPr>
          <w:p>
            <w:pPr>
              <w:jc w:val="right"/>
            </w:pPr>
            <w:r>
              <w:rPr>
                <w:sz w:val="16"/>
              </w:rPr>
              <w:t>170</w:t>
            </w:r>
          </w:p>
        </w:tc>
        <w:tc>
          <w:tcPr>
            <w:tcW w:type="dxa" w:w="1060"/>
            <w:shd w:fill="F9FBFB"/>
            <w:tcMar>
              <w:top w:w="45" w:type="dxa"/>
              <w:bottom w:w="45" w:type="dxa"/>
              <w:left w:w="30" w:type="dxa"/>
              <w:right w:w="30" w:type="dxa"/>
            </w:tcMar>
          </w:tcPr>
          <w:p>
            <w:pPr>
              <w:jc w:val="right"/>
            </w:pPr>
            <w:r>
              <w:rPr>
                <w:sz w:val="16"/>
              </w:rPr>
              <w:t>123</w:t>
            </w:r>
          </w:p>
        </w:tc>
        <w:tc>
          <w:tcPr>
            <w:tcW w:type="dxa" w:w="1060"/>
            <w:shd w:fill="F9FBFB"/>
            <w:tcMar>
              <w:top w:w="45" w:type="dxa"/>
              <w:bottom w:w="45" w:type="dxa"/>
              <w:left w:w="30" w:type="dxa"/>
              <w:right w:w="30" w:type="dxa"/>
            </w:tcMar>
          </w:tcPr>
          <w:p>
            <w:pPr>
              <w:jc w:val="right"/>
            </w:pPr>
            <w:r>
              <w:rPr>
                <w:sz w:val="16"/>
              </w:rPr>
              <w:t>111</w:t>
            </w:r>
          </w:p>
        </w:tc>
        <w:tc>
          <w:tcPr>
            <w:tcW w:type="dxa" w:w="1060"/>
            <w:shd w:fill="F9FBFB"/>
            <w:tcMar>
              <w:top w:w="45" w:type="dxa"/>
              <w:bottom w:w="45" w:type="dxa"/>
              <w:left w:w="30" w:type="dxa"/>
              <w:right w:w="30" w:type="dxa"/>
            </w:tcMar>
          </w:tcPr>
          <w:p>
            <w:pPr>
              <w:jc w:val="right"/>
            </w:pPr>
            <w:r>
              <w:rPr>
                <w:b/>
                <w:sz w:val="16"/>
              </w:rPr>
              <w:t>40</w:t>
            </w:r>
          </w:p>
        </w:tc>
        <w:tc>
          <w:tcPr>
            <w:tcW w:type="dxa" w:w="1224"/>
            <w:shd w:fill="F9FBFB"/>
            <w:tcMar>
              <w:top w:w="45" w:type="dxa"/>
              <w:bottom w:w="45" w:type="dxa"/>
              <w:left w:w="30" w:type="dxa"/>
              <w:right w:w="30" w:type="dxa"/>
            </w:tcMar>
          </w:tcPr>
          <w:p>
            <w:pPr>
              <w:jc w:val="right"/>
            </w:pPr>
            <w:r>
              <w:rPr>
                <w:color w:val="C0392B"/>
                <w:sz w:val="16"/>
              </w:rPr>
              <w:t>-71</w:t>
            </w:r>
          </w:p>
        </w:tc>
        <w:tc>
          <w:tcPr>
            <w:tcW w:type="dxa" w:w="1080"/>
            <w:shd w:fill="F9FBFB"/>
            <w:tcMar>
              <w:top w:w="45" w:type="dxa"/>
              <w:bottom w:w="45" w:type="dxa"/>
              <w:left w:w="30" w:type="dxa"/>
              <w:right w:w="30" w:type="dxa"/>
            </w:tcMar>
          </w:tcPr>
          <w:p>
            <w:pPr>
              <w:jc w:val="center"/>
            </w:pPr>
            <w:r>
              <w:rPr>
                <w:b/>
                <w:color w:val="C0392B"/>
                <w:sz w:val="16"/>
              </w:rPr>
              <w:t>-64.0%</w:t>
            </w:r>
          </w:p>
        </w:tc>
      </w:tr>
      <w:tr>
        <w:tc>
          <w:tcPr>
            <w:tcW w:type="dxa" w:w="504"/>
            <w:shd w:fill="FFFFFF"/>
            <w:tcMar>
              <w:top w:w="45" w:type="dxa"/>
              <w:bottom w:w="45" w:type="dxa"/>
              <w:left w:w="30" w:type="dxa"/>
              <w:right w:w="30" w:type="dxa"/>
            </w:tcMar>
          </w:tcPr>
          <w:p>
            <w:pPr>
              <w:jc w:val="center"/>
            </w:pPr>
            <w:r>
              <w:rPr>
                <w:sz w:val="16"/>
              </w:rPr>
              <w:t>57</w:t>
            </w:r>
          </w:p>
        </w:tc>
        <w:tc>
          <w:tcPr>
            <w:tcW w:type="dxa" w:w="936"/>
            <w:shd w:fill="FFFFFF"/>
            <w:tcMar>
              <w:top w:w="45" w:type="dxa"/>
              <w:bottom w:w="45" w:type="dxa"/>
              <w:left w:w="30" w:type="dxa"/>
              <w:right w:w="30" w:type="dxa"/>
            </w:tcMar>
          </w:tcPr>
          <w:p>
            <w:pPr>
              <w:jc w:val="left"/>
            </w:pPr>
            <w:r>
              <w:rPr>
                <w:sz w:val="16"/>
              </w:rPr>
              <w:t>KH0279</w:t>
            </w:r>
          </w:p>
        </w:tc>
        <w:tc>
          <w:tcPr>
            <w:tcW w:type="dxa" w:w="2880"/>
            <w:shd w:fill="FFFFFF"/>
            <w:tcMar>
              <w:top w:w="45" w:type="dxa"/>
              <w:bottom w:w="45" w:type="dxa"/>
              <w:left w:w="30" w:type="dxa"/>
              <w:right w:w="30" w:type="dxa"/>
            </w:tcMar>
          </w:tcPr>
          <w:p>
            <w:pPr>
              <w:jc w:val="left"/>
            </w:pPr>
            <w:r>
              <w:rPr>
                <w:sz w:val="16"/>
              </w:rPr>
              <w:t>CÔNG TY TNHH HOÀNG HƯNG</w:t>
            </w:r>
          </w:p>
        </w:tc>
        <w:tc>
          <w:tcPr>
            <w:tcW w:type="dxa" w:w="1060"/>
            <w:shd w:fill="FFFFFF"/>
            <w:tcMar>
              <w:top w:w="45" w:type="dxa"/>
              <w:bottom w:w="45" w:type="dxa"/>
              <w:left w:w="30" w:type="dxa"/>
              <w:right w:w="30" w:type="dxa"/>
            </w:tcMar>
          </w:tcPr>
          <w:p>
            <w:pPr>
              <w:jc w:val="right"/>
            </w:pPr>
            <w:r>
              <w:rPr>
                <w:sz w:val="16"/>
              </w:rPr>
              <w:t>378</w:t>
            </w:r>
          </w:p>
        </w:tc>
        <w:tc>
          <w:tcPr>
            <w:tcW w:type="dxa" w:w="1060"/>
            <w:shd w:fill="FFFFFF"/>
            <w:tcMar>
              <w:top w:w="45" w:type="dxa"/>
              <w:bottom w:w="45" w:type="dxa"/>
              <w:left w:w="30" w:type="dxa"/>
              <w:right w:w="30" w:type="dxa"/>
            </w:tcMar>
          </w:tcPr>
          <w:p>
            <w:pPr>
              <w:jc w:val="right"/>
            </w:pPr>
            <w:r>
              <w:rPr>
                <w:sz w:val="16"/>
              </w:rPr>
              <w:t>82</w:t>
            </w:r>
          </w:p>
        </w:tc>
        <w:tc>
          <w:tcPr>
            <w:tcW w:type="dxa" w:w="1060"/>
            <w:shd w:fill="FFFFFF"/>
            <w:tcMar>
              <w:top w:w="45" w:type="dxa"/>
              <w:bottom w:w="45" w:type="dxa"/>
              <w:left w:w="30" w:type="dxa"/>
              <w:right w:w="30" w:type="dxa"/>
            </w:tcMar>
          </w:tcPr>
          <w:p>
            <w:pPr>
              <w:jc w:val="right"/>
            </w:pPr>
            <w:r>
              <w:rPr>
                <w:sz w:val="16"/>
              </w:rPr>
              <w:t>163</w:t>
            </w:r>
          </w:p>
        </w:tc>
        <w:tc>
          <w:tcPr>
            <w:tcW w:type="dxa" w:w="1060"/>
            <w:shd w:fill="FFFFFF"/>
            <w:tcMar>
              <w:top w:w="45" w:type="dxa"/>
              <w:bottom w:w="45" w:type="dxa"/>
              <w:left w:w="30" w:type="dxa"/>
              <w:right w:w="30" w:type="dxa"/>
            </w:tcMar>
          </w:tcPr>
          <w:p>
            <w:pPr>
              <w:jc w:val="right"/>
            </w:pPr>
            <w:r>
              <w:rPr>
                <w:sz w:val="16"/>
              </w:rPr>
              <w:t>11</w:t>
            </w:r>
          </w:p>
        </w:tc>
        <w:tc>
          <w:tcPr>
            <w:tcW w:type="dxa" w:w="1060"/>
            <w:shd w:fill="FFFFFF"/>
            <w:tcMar>
              <w:top w:w="45" w:type="dxa"/>
              <w:bottom w:w="45" w:type="dxa"/>
              <w:left w:w="30" w:type="dxa"/>
              <w:right w:w="30" w:type="dxa"/>
            </w:tcMar>
          </w:tcPr>
          <w:p>
            <w:pPr>
              <w:jc w:val="right"/>
            </w:pPr>
            <w:r>
              <w:rPr>
                <w:sz w:val="16"/>
              </w:rPr>
              <w:t>19</w:t>
            </w:r>
          </w:p>
        </w:tc>
        <w:tc>
          <w:tcPr>
            <w:tcW w:type="dxa" w:w="1060"/>
            <w:shd w:fill="FFFFFF"/>
            <w:tcMar>
              <w:top w:w="45" w:type="dxa"/>
              <w:bottom w:w="45" w:type="dxa"/>
              <w:left w:w="30" w:type="dxa"/>
              <w:right w:w="30" w:type="dxa"/>
            </w:tcMar>
          </w:tcPr>
          <w:p>
            <w:pPr>
              <w:jc w:val="right"/>
            </w:pPr>
            <w:r>
              <w:rPr>
                <w:sz w:val="16"/>
              </w:rPr>
              <w:t>9</w:t>
            </w:r>
          </w:p>
        </w:tc>
        <w:tc>
          <w:tcPr>
            <w:tcW w:type="dxa" w:w="1060"/>
            <w:shd w:fill="FFFFFF"/>
            <w:tcMar>
              <w:top w:w="45" w:type="dxa"/>
              <w:bottom w:w="45" w:type="dxa"/>
              <w:left w:w="30" w:type="dxa"/>
              <w:right w:w="30" w:type="dxa"/>
            </w:tcMar>
          </w:tcPr>
          <w:p>
            <w:pPr>
              <w:jc w:val="right"/>
            </w:pPr>
            <w:r>
              <w:rPr>
                <w:sz w:val="16"/>
              </w:rPr>
              <w:t>203</w:t>
            </w:r>
          </w:p>
        </w:tc>
        <w:tc>
          <w:tcPr>
            <w:tcW w:type="dxa" w:w="1060"/>
            <w:shd w:fill="FFFFFF"/>
            <w:tcMar>
              <w:top w:w="45" w:type="dxa"/>
              <w:bottom w:w="45" w:type="dxa"/>
              <w:left w:w="30" w:type="dxa"/>
              <w:right w:w="30" w:type="dxa"/>
            </w:tcMar>
          </w:tcPr>
          <w:p>
            <w:pPr>
              <w:jc w:val="right"/>
            </w:pPr>
            <w:r>
              <w:rPr>
                <w:b/>
                <w:sz w:val="16"/>
              </w:rPr>
              <w:t>142</w:t>
            </w:r>
          </w:p>
        </w:tc>
        <w:tc>
          <w:tcPr>
            <w:tcW w:type="dxa" w:w="1224"/>
            <w:shd w:fill="FFFFFF"/>
            <w:tcMar>
              <w:top w:w="45" w:type="dxa"/>
              <w:bottom w:w="45" w:type="dxa"/>
              <w:left w:w="30" w:type="dxa"/>
              <w:right w:w="30" w:type="dxa"/>
            </w:tcMar>
          </w:tcPr>
          <w:p>
            <w:pPr>
              <w:jc w:val="right"/>
            </w:pPr>
            <w:r>
              <w:rPr>
                <w:color w:val="C0392B"/>
                <w:sz w:val="16"/>
              </w:rPr>
              <w:t>-61</w:t>
            </w:r>
          </w:p>
        </w:tc>
        <w:tc>
          <w:tcPr>
            <w:tcW w:type="dxa" w:w="1080"/>
            <w:shd w:fill="FFFFFF"/>
            <w:tcMar>
              <w:top w:w="45" w:type="dxa"/>
              <w:bottom w:w="45" w:type="dxa"/>
              <w:left w:w="30" w:type="dxa"/>
              <w:right w:w="30" w:type="dxa"/>
            </w:tcMar>
          </w:tcPr>
          <w:p>
            <w:pPr>
              <w:jc w:val="center"/>
            </w:pPr>
            <w:r>
              <w:rPr>
                <w:b/>
                <w:color w:val="C0392B"/>
                <w:sz w:val="16"/>
              </w:rPr>
              <w:t>-30.0%</w:t>
            </w:r>
          </w:p>
        </w:tc>
      </w:tr>
      <w:tr>
        <w:tc>
          <w:tcPr>
            <w:tcW w:type="dxa" w:w="504"/>
            <w:shd w:fill="F9FBFB"/>
            <w:tcMar>
              <w:top w:w="45" w:type="dxa"/>
              <w:bottom w:w="45" w:type="dxa"/>
              <w:left w:w="30" w:type="dxa"/>
              <w:right w:w="30" w:type="dxa"/>
            </w:tcMar>
          </w:tcPr>
          <w:p>
            <w:pPr>
              <w:jc w:val="center"/>
            </w:pPr>
            <w:r>
              <w:rPr>
                <w:sz w:val="16"/>
              </w:rPr>
              <w:t>58</w:t>
            </w:r>
          </w:p>
        </w:tc>
        <w:tc>
          <w:tcPr>
            <w:tcW w:type="dxa" w:w="936"/>
            <w:shd w:fill="F9FBFB"/>
            <w:tcMar>
              <w:top w:w="45" w:type="dxa"/>
              <w:bottom w:w="45" w:type="dxa"/>
              <w:left w:w="30" w:type="dxa"/>
              <w:right w:w="30" w:type="dxa"/>
            </w:tcMar>
          </w:tcPr>
          <w:p>
            <w:pPr>
              <w:jc w:val="left"/>
            </w:pPr>
            <w:r>
              <w:rPr>
                <w:sz w:val="16"/>
              </w:rPr>
              <w:t>KH1242</w:t>
            </w:r>
          </w:p>
        </w:tc>
        <w:tc>
          <w:tcPr>
            <w:tcW w:type="dxa" w:w="2880"/>
            <w:shd w:fill="F9FBFB"/>
            <w:tcMar>
              <w:top w:w="45" w:type="dxa"/>
              <w:bottom w:w="45" w:type="dxa"/>
              <w:left w:w="30" w:type="dxa"/>
              <w:right w:w="30" w:type="dxa"/>
            </w:tcMar>
          </w:tcPr>
          <w:p>
            <w:pPr>
              <w:jc w:val="left"/>
            </w:pPr>
            <w:r>
              <w:rPr>
                <w:sz w:val="16"/>
              </w:rPr>
              <w:t>CÔNG TY CỔ PHẦN GỖ AN CƯỜNG</w:t>
            </w:r>
          </w:p>
        </w:tc>
        <w:tc>
          <w:tcPr>
            <w:tcW w:type="dxa" w:w="1060"/>
            <w:shd w:fill="F9FBFB"/>
            <w:tcMar>
              <w:top w:w="45" w:type="dxa"/>
              <w:bottom w:w="45" w:type="dxa"/>
              <w:left w:w="30" w:type="dxa"/>
              <w:right w:w="30" w:type="dxa"/>
            </w:tcMar>
          </w:tcPr>
          <w:p>
            <w:pPr>
              <w:jc w:val="right"/>
            </w:pPr>
            <w:r>
              <w:rPr>
                <w:sz w:val="16"/>
              </w:rPr>
              <w:t>98</w:t>
            </w:r>
          </w:p>
        </w:tc>
        <w:tc>
          <w:tcPr>
            <w:tcW w:type="dxa" w:w="1060"/>
            <w:shd w:fill="F9FBFB"/>
            <w:tcMar>
              <w:top w:w="45" w:type="dxa"/>
              <w:bottom w:w="45" w:type="dxa"/>
              <w:left w:w="30" w:type="dxa"/>
              <w:right w:w="30" w:type="dxa"/>
            </w:tcMar>
          </w:tcPr>
          <w:p>
            <w:pPr>
              <w:jc w:val="right"/>
            </w:pPr>
            <w:r>
              <w:rPr>
                <w:sz w:val="16"/>
              </w:rPr>
              <w:t>62</w:t>
            </w:r>
          </w:p>
        </w:tc>
        <w:tc>
          <w:tcPr>
            <w:tcW w:type="dxa" w:w="1060"/>
            <w:shd w:fill="F9FBFB"/>
            <w:tcMar>
              <w:top w:w="45" w:type="dxa"/>
              <w:bottom w:w="45" w:type="dxa"/>
              <w:left w:w="30" w:type="dxa"/>
              <w:right w:w="30" w:type="dxa"/>
            </w:tcMar>
          </w:tcPr>
          <w:p>
            <w:pPr>
              <w:jc w:val="right"/>
            </w:pPr>
            <w:r>
              <w:rPr>
                <w:sz w:val="16"/>
              </w:rPr>
              <w:t>175</w:t>
            </w:r>
          </w:p>
        </w:tc>
        <w:tc>
          <w:tcPr>
            <w:tcW w:type="dxa" w:w="1060"/>
            <w:shd w:fill="F9FBFB"/>
            <w:tcMar>
              <w:top w:w="45" w:type="dxa"/>
              <w:bottom w:w="45" w:type="dxa"/>
              <w:left w:w="30" w:type="dxa"/>
              <w:right w:w="30" w:type="dxa"/>
            </w:tcMar>
          </w:tcPr>
          <w:p>
            <w:pPr>
              <w:jc w:val="right"/>
            </w:pPr>
            <w:r>
              <w:rPr>
                <w:sz w:val="16"/>
              </w:rPr>
              <w:t>51</w:t>
            </w:r>
          </w:p>
        </w:tc>
        <w:tc>
          <w:tcPr>
            <w:tcW w:type="dxa" w:w="1060"/>
            <w:shd w:fill="F9FBFB"/>
            <w:tcMar>
              <w:top w:w="45" w:type="dxa"/>
              <w:bottom w:w="45" w:type="dxa"/>
              <w:left w:w="30" w:type="dxa"/>
              <w:right w:w="30" w:type="dxa"/>
            </w:tcMar>
          </w:tcPr>
          <w:p>
            <w:pPr>
              <w:jc w:val="right"/>
            </w:pPr>
            <w:r>
              <w:rPr>
                <w:sz w:val="16"/>
              </w:rPr>
              <w:t>126</w:t>
            </w:r>
          </w:p>
        </w:tc>
        <w:tc>
          <w:tcPr>
            <w:tcW w:type="dxa" w:w="1060"/>
            <w:shd w:fill="F9FBFB"/>
            <w:tcMar>
              <w:top w:w="45" w:type="dxa"/>
              <w:bottom w:w="45" w:type="dxa"/>
              <w:left w:w="30" w:type="dxa"/>
              <w:right w:w="30" w:type="dxa"/>
            </w:tcMar>
          </w:tcPr>
          <w:p>
            <w:pPr>
              <w:jc w:val="right"/>
            </w:pPr>
            <w:r>
              <w:rPr>
                <w:sz w:val="16"/>
              </w:rPr>
              <w:t>174</w:t>
            </w:r>
          </w:p>
        </w:tc>
        <w:tc>
          <w:tcPr>
            <w:tcW w:type="dxa" w:w="1060"/>
            <w:shd w:fill="F9FBFB"/>
            <w:tcMar>
              <w:top w:w="45" w:type="dxa"/>
              <w:bottom w:w="45" w:type="dxa"/>
              <w:left w:w="30" w:type="dxa"/>
              <w:right w:w="30" w:type="dxa"/>
            </w:tcMar>
          </w:tcPr>
          <w:p>
            <w:pPr>
              <w:jc w:val="right"/>
            </w:pPr>
            <w:r>
              <w:rPr>
                <w:sz w:val="16"/>
              </w:rPr>
              <w:t>242</w:t>
            </w:r>
          </w:p>
        </w:tc>
        <w:tc>
          <w:tcPr>
            <w:tcW w:type="dxa" w:w="1060"/>
            <w:shd w:fill="F9FBFB"/>
            <w:tcMar>
              <w:top w:w="45" w:type="dxa"/>
              <w:bottom w:w="45" w:type="dxa"/>
              <w:left w:w="30" w:type="dxa"/>
              <w:right w:w="30" w:type="dxa"/>
            </w:tcMar>
          </w:tcPr>
          <w:p>
            <w:pPr>
              <w:jc w:val="right"/>
            </w:pPr>
            <w:r>
              <w:rPr>
                <w:b/>
                <w:sz w:val="16"/>
              </w:rPr>
              <w:t>53</w:t>
            </w:r>
          </w:p>
        </w:tc>
        <w:tc>
          <w:tcPr>
            <w:tcW w:type="dxa" w:w="1224"/>
            <w:shd w:fill="F9FBFB"/>
            <w:tcMar>
              <w:top w:w="45" w:type="dxa"/>
              <w:bottom w:w="45" w:type="dxa"/>
              <w:left w:w="30" w:type="dxa"/>
              <w:right w:w="30" w:type="dxa"/>
            </w:tcMar>
          </w:tcPr>
          <w:p>
            <w:pPr>
              <w:jc w:val="right"/>
            </w:pPr>
            <w:r>
              <w:rPr>
                <w:color w:val="C0392B"/>
                <w:sz w:val="16"/>
              </w:rPr>
              <w:t>-189</w:t>
            </w:r>
          </w:p>
        </w:tc>
        <w:tc>
          <w:tcPr>
            <w:tcW w:type="dxa" w:w="1080"/>
            <w:shd w:fill="F9FBFB"/>
            <w:tcMar>
              <w:top w:w="45" w:type="dxa"/>
              <w:bottom w:w="45" w:type="dxa"/>
              <w:left w:w="30" w:type="dxa"/>
              <w:right w:w="30" w:type="dxa"/>
            </w:tcMar>
          </w:tcPr>
          <w:p>
            <w:pPr>
              <w:jc w:val="center"/>
            </w:pPr>
            <w:r>
              <w:rPr>
                <w:b/>
                <w:color w:val="C0392B"/>
                <w:sz w:val="16"/>
              </w:rPr>
              <w:t>-78.1%</w:t>
            </w:r>
          </w:p>
        </w:tc>
      </w:tr>
      <w:tr>
        <w:tc>
          <w:tcPr>
            <w:tcW w:type="dxa" w:w="504"/>
            <w:shd w:fill="FFFFFF"/>
            <w:tcMar>
              <w:top w:w="45" w:type="dxa"/>
              <w:bottom w:w="45" w:type="dxa"/>
              <w:left w:w="30" w:type="dxa"/>
              <w:right w:w="30" w:type="dxa"/>
            </w:tcMar>
          </w:tcPr>
          <w:p>
            <w:pPr>
              <w:jc w:val="center"/>
            </w:pPr>
            <w:r>
              <w:rPr>
                <w:sz w:val="16"/>
              </w:rPr>
              <w:t>59</w:t>
            </w:r>
          </w:p>
        </w:tc>
        <w:tc>
          <w:tcPr>
            <w:tcW w:type="dxa" w:w="936"/>
            <w:shd w:fill="FFFFFF"/>
            <w:tcMar>
              <w:top w:w="45" w:type="dxa"/>
              <w:bottom w:w="45" w:type="dxa"/>
              <w:left w:w="30" w:type="dxa"/>
              <w:right w:w="30" w:type="dxa"/>
            </w:tcMar>
          </w:tcPr>
          <w:p>
            <w:pPr>
              <w:jc w:val="left"/>
            </w:pPr>
            <w:r>
              <w:rPr>
                <w:sz w:val="16"/>
              </w:rPr>
              <w:t>KH1068</w:t>
            </w:r>
          </w:p>
        </w:tc>
        <w:tc>
          <w:tcPr>
            <w:tcW w:type="dxa" w:w="2880"/>
            <w:shd w:fill="FFFFFF"/>
            <w:tcMar>
              <w:top w:w="45" w:type="dxa"/>
              <w:bottom w:w="45" w:type="dxa"/>
              <w:left w:w="30" w:type="dxa"/>
              <w:right w:w="30" w:type="dxa"/>
            </w:tcMar>
          </w:tcPr>
          <w:p>
            <w:pPr>
              <w:jc w:val="left"/>
            </w:pPr>
            <w:r>
              <w:rPr>
                <w:sz w:val="16"/>
              </w:rPr>
              <w:t>XUẤT HÀNG LÀM MẪU</w:t>
            </w:r>
          </w:p>
        </w:tc>
        <w:tc>
          <w:tcPr>
            <w:tcW w:type="dxa" w:w="1060"/>
            <w:shd w:fill="FFFFFF"/>
            <w:tcMar>
              <w:top w:w="45" w:type="dxa"/>
              <w:bottom w:w="45" w:type="dxa"/>
              <w:left w:w="30" w:type="dxa"/>
              <w:right w:w="30" w:type="dxa"/>
            </w:tcMar>
          </w:tcPr>
          <w:p>
            <w:pPr>
              <w:jc w:val="right"/>
            </w:pPr>
            <w:r>
              <w:rPr>
                <w:sz w:val="16"/>
              </w:rPr>
              <w:t>133</w:t>
            </w:r>
          </w:p>
        </w:tc>
        <w:tc>
          <w:tcPr>
            <w:tcW w:type="dxa" w:w="1060"/>
            <w:shd w:fill="FFFFFF"/>
            <w:tcMar>
              <w:top w:w="45" w:type="dxa"/>
              <w:bottom w:w="45" w:type="dxa"/>
              <w:left w:w="30" w:type="dxa"/>
              <w:right w:w="30" w:type="dxa"/>
            </w:tcMar>
          </w:tcPr>
          <w:p>
            <w:pPr>
              <w:jc w:val="right"/>
            </w:pPr>
            <w:r>
              <w:rPr>
                <w:sz w:val="16"/>
              </w:rPr>
              <w:t>97</w:t>
            </w:r>
          </w:p>
        </w:tc>
        <w:tc>
          <w:tcPr>
            <w:tcW w:type="dxa" w:w="1060"/>
            <w:shd w:fill="FFFFFF"/>
            <w:tcMar>
              <w:top w:w="45" w:type="dxa"/>
              <w:bottom w:w="45" w:type="dxa"/>
              <w:left w:w="30" w:type="dxa"/>
              <w:right w:w="30" w:type="dxa"/>
            </w:tcMar>
          </w:tcPr>
          <w:p>
            <w:pPr>
              <w:jc w:val="right"/>
            </w:pPr>
            <w:r>
              <w:rPr>
                <w:sz w:val="16"/>
              </w:rPr>
              <w:t>149</w:t>
            </w:r>
          </w:p>
        </w:tc>
        <w:tc>
          <w:tcPr>
            <w:tcW w:type="dxa" w:w="1060"/>
            <w:shd w:fill="FFFFFF"/>
            <w:tcMar>
              <w:top w:w="45" w:type="dxa"/>
              <w:bottom w:w="45" w:type="dxa"/>
              <w:left w:w="30" w:type="dxa"/>
              <w:right w:w="30" w:type="dxa"/>
            </w:tcMar>
          </w:tcPr>
          <w:p>
            <w:pPr>
              <w:jc w:val="right"/>
            </w:pPr>
            <w:r>
              <w:rPr>
                <w:sz w:val="16"/>
              </w:rPr>
              <w:t>228</w:t>
            </w:r>
          </w:p>
        </w:tc>
        <w:tc>
          <w:tcPr>
            <w:tcW w:type="dxa" w:w="1060"/>
            <w:shd w:fill="FFFFFF"/>
            <w:tcMar>
              <w:top w:w="45" w:type="dxa"/>
              <w:bottom w:w="45" w:type="dxa"/>
              <w:left w:w="30" w:type="dxa"/>
              <w:right w:w="30" w:type="dxa"/>
            </w:tcMar>
          </w:tcPr>
          <w:p>
            <w:pPr>
              <w:jc w:val="right"/>
            </w:pPr>
            <w:r>
              <w:rPr>
                <w:sz w:val="16"/>
              </w:rPr>
              <w:t>105</w:t>
            </w:r>
          </w:p>
        </w:tc>
        <w:tc>
          <w:tcPr>
            <w:tcW w:type="dxa" w:w="1060"/>
            <w:shd w:fill="FFFFFF"/>
            <w:tcMar>
              <w:top w:w="45" w:type="dxa"/>
              <w:bottom w:w="45" w:type="dxa"/>
              <w:left w:w="30" w:type="dxa"/>
              <w:right w:w="30" w:type="dxa"/>
            </w:tcMar>
          </w:tcPr>
          <w:p>
            <w:pPr>
              <w:jc w:val="right"/>
            </w:pPr>
            <w:r>
              <w:rPr>
                <w:sz w:val="16"/>
              </w:rPr>
              <w:t>88</w:t>
            </w:r>
          </w:p>
        </w:tc>
        <w:tc>
          <w:tcPr>
            <w:tcW w:type="dxa" w:w="1060"/>
            <w:shd w:fill="FFFFFF"/>
            <w:tcMar>
              <w:top w:w="45" w:type="dxa"/>
              <w:bottom w:w="45" w:type="dxa"/>
              <w:left w:w="30" w:type="dxa"/>
              <w:right w:w="30" w:type="dxa"/>
            </w:tcMar>
          </w:tcPr>
          <w:p>
            <w:pPr>
              <w:jc w:val="right"/>
            </w:pPr>
            <w:r>
              <w:rPr>
                <w:sz w:val="16"/>
              </w:rPr>
              <w:t>99</w:t>
            </w:r>
          </w:p>
        </w:tc>
        <w:tc>
          <w:tcPr>
            <w:tcW w:type="dxa" w:w="1060"/>
            <w:shd w:fill="FFFFFF"/>
            <w:tcMar>
              <w:top w:w="45" w:type="dxa"/>
              <w:bottom w:w="45" w:type="dxa"/>
              <w:left w:w="30" w:type="dxa"/>
              <w:right w:w="30" w:type="dxa"/>
            </w:tcMar>
          </w:tcPr>
          <w:p>
            <w:pPr>
              <w:jc w:val="right"/>
            </w:pPr>
            <w:r>
              <w:rPr>
                <w:b/>
                <w:sz w:val="16"/>
              </w:rPr>
              <w:t>65</w:t>
            </w:r>
          </w:p>
        </w:tc>
        <w:tc>
          <w:tcPr>
            <w:tcW w:type="dxa" w:w="1224"/>
            <w:shd w:fill="FFFFFF"/>
            <w:tcMar>
              <w:top w:w="45" w:type="dxa"/>
              <w:bottom w:w="45" w:type="dxa"/>
              <w:left w:w="30" w:type="dxa"/>
              <w:right w:w="30" w:type="dxa"/>
            </w:tcMar>
          </w:tcPr>
          <w:p>
            <w:pPr>
              <w:jc w:val="right"/>
            </w:pPr>
            <w:r>
              <w:rPr>
                <w:color w:val="C0392B"/>
                <w:sz w:val="16"/>
              </w:rPr>
              <w:t>-34</w:t>
            </w:r>
          </w:p>
        </w:tc>
        <w:tc>
          <w:tcPr>
            <w:tcW w:type="dxa" w:w="1080"/>
            <w:shd w:fill="FFFFFF"/>
            <w:tcMar>
              <w:top w:w="45" w:type="dxa"/>
              <w:bottom w:w="45" w:type="dxa"/>
              <w:left w:w="30" w:type="dxa"/>
              <w:right w:w="30" w:type="dxa"/>
            </w:tcMar>
          </w:tcPr>
          <w:p>
            <w:pPr>
              <w:jc w:val="center"/>
            </w:pPr>
            <w:r>
              <w:rPr>
                <w:b/>
                <w:color w:val="C0392B"/>
                <w:sz w:val="16"/>
              </w:rPr>
              <w:t>-34.3%</w:t>
            </w:r>
          </w:p>
        </w:tc>
      </w:tr>
      <w:tr>
        <w:tc>
          <w:tcPr>
            <w:tcW w:type="dxa" w:w="504"/>
            <w:shd w:fill="F9FBFB"/>
            <w:tcMar>
              <w:top w:w="45" w:type="dxa"/>
              <w:bottom w:w="45" w:type="dxa"/>
              <w:left w:w="30" w:type="dxa"/>
              <w:right w:w="30" w:type="dxa"/>
            </w:tcMar>
          </w:tcPr>
          <w:p>
            <w:pPr>
              <w:jc w:val="center"/>
            </w:pPr>
            <w:r>
              <w:rPr>
                <w:sz w:val="16"/>
              </w:rPr>
              <w:t>60</w:t>
            </w:r>
          </w:p>
        </w:tc>
        <w:tc>
          <w:tcPr>
            <w:tcW w:type="dxa" w:w="936"/>
            <w:shd w:fill="F9FBFB"/>
            <w:tcMar>
              <w:top w:w="45" w:type="dxa"/>
              <w:bottom w:w="45" w:type="dxa"/>
              <w:left w:w="30" w:type="dxa"/>
              <w:right w:w="30" w:type="dxa"/>
            </w:tcMar>
          </w:tcPr>
          <w:p>
            <w:pPr>
              <w:jc w:val="left"/>
            </w:pPr>
            <w:r>
              <w:rPr>
                <w:sz w:val="16"/>
              </w:rPr>
              <w:t>KH0269</w:t>
            </w:r>
          </w:p>
        </w:tc>
        <w:tc>
          <w:tcPr>
            <w:tcW w:type="dxa" w:w="2880"/>
            <w:shd w:fill="F9FBFB"/>
            <w:tcMar>
              <w:top w:w="45" w:type="dxa"/>
              <w:bottom w:w="45" w:type="dxa"/>
              <w:left w:w="30" w:type="dxa"/>
              <w:right w:w="30" w:type="dxa"/>
            </w:tcMar>
          </w:tcPr>
          <w:p>
            <w:pPr>
              <w:jc w:val="left"/>
            </w:pPr>
            <w:r>
              <w:rPr>
                <w:sz w:val="16"/>
              </w:rPr>
              <w:t>CÔNG TY TNHH GỖ VIỆT TÍN</w:t>
            </w:r>
          </w:p>
        </w:tc>
        <w:tc>
          <w:tcPr>
            <w:tcW w:type="dxa" w:w="1060"/>
            <w:shd w:fill="F9FBFB"/>
            <w:tcMar>
              <w:top w:w="45" w:type="dxa"/>
              <w:bottom w:w="45" w:type="dxa"/>
              <w:left w:w="30" w:type="dxa"/>
              <w:right w:w="30" w:type="dxa"/>
            </w:tcMar>
          </w:tcPr>
          <w:p>
            <w:pPr>
              <w:jc w:val="right"/>
            </w:pPr>
            <w:r>
              <w:rPr>
                <w:sz w:val="16"/>
              </w:rPr>
              <w:t>84</w:t>
            </w:r>
          </w:p>
        </w:tc>
        <w:tc>
          <w:tcPr>
            <w:tcW w:type="dxa" w:w="1060"/>
            <w:shd w:fill="F9FBFB"/>
            <w:tcMar>
              <w:top w:w="45" w:type="dxa"/>
              <w:bottom w:w="45" w:type="dxa"/>
              <w:left w:w="30" w:type="dxa"/>
              <w:right w:w="30" w:type="dxa"/>
            </w:tcMar>
          </w:tcPr>
          <w:p>
            <w:pPr>
              <w:jc w:val="right"/>
            </w:pPr>
            <w:r>
              <w:rPr>
                <w:sz w:val="16"/>
              </w:rPr>
              <w:t>63</w:t>
            </w:r>
          </w:p>
        </w:tc>
        <w:tc>
          <w:tcPr>
            <w:tcW w:type="dxa" w:w="1060"/>
            <w:shd w:fill="F9FBFB"/>
            <w:tcMar>
              <w:top w:w="45" w:type="dxa"/>
              <w:bottom w:w="45" w:type="dxa"/>
              <w:left w:w="30" w:type="dxa"/>
              <w:right w:w="30" w:type="dxa"/>
            </w:tcMar>
          </w:tcPr>
          <w:p>
            <w:pPr>
              <w:jc w:val="right"/>
            </w:pPr>
            <w:r>
              <w:rPr>
                <w:sz w:val="16"/>
              </w:rPr>
              <w:t>79</w:t>
            </w:r>
          </w:p>
        </w:tc>
        <w:tc>
          <w:tcPr>
            <w:tcW w:type="dxa" w:w="1060"/>
            <w:shd w:fill="F9FBFB"/>
            <w:tcMar>
              <w:top w:w="45" w:type="dxa"/>
              <w:bottom w:w="45" w:type="dxa"/>
              <w:left w:w="30" w:type="dxa"/>
              <w:right w:w="30" w:type="dxa"/>
            </w:tcMar>
          </w:tcPr>
          <w:p>
            <w:pPr>
              <w:jc w:val="right"/>
            </w:pPr>
            <w:r>
              <w:rPr>
                <w:sz w:val="16"/>
              </w:rPr>
              <w:t>40</w:t>
            </w:r>
          </w:p>
        </w:tc>
        <w:tc>
          <w:tcPr>
            <w:tcW w:type="dxa" w:w="1060"/>
            <w:shd w:fill="F9FBFB"/>
            <w:tcMar>
              <w:top w:w="45" w:type="dxa"/>
              <w:bottom w:w="45" w:type="dxa"/>
              <w:left w:w="30" w:type="dxa"/>
              <w:right w:w="30" w:type="dxa"/>
            </w:tcMar>
          </w:tcPr>
          <w:p>
            <w:pPr>
              <w:jc w:val="right"/>
            </w:pPr>
            <w:r>
              <w:rPr>
                <w:sz w:val="16"/>
              </w:rPr>
              <w:t>85</w:t>
            </w:r>
          </w:p>
        </w:tc>
        <w:tc>
          <w:tcPr>
            <w:tcW w:type="dxa" w:w="1060"/>
            <w:shd w:fill="F9FBFB"/>
            <w:tcMar>
              <w:top w:w="45" w:type="dxa"/>
              <w:bottom w:w="45" w:type="dxa"/>
              <w:left w:w="30" w:type="dxa"/>
              <w:right w:w="30" w:type="dxa"/>
            </w:tcMar>
          </w:tcPr>
          <w:p>
            <w:pPr>
              <w:jc w:val="right"/>
            </w:pPr>
            <w:r>
              <w:rPr>
                <w:sz w:val="16"/>
              </w:rPr>
              <w:t>85</w:t>
            </w:r>
          </w:p>
        </w:tc>
        <w:tc>
          <w:tcPr>
            <w:tcW w:type="dxa" w:w="1060"/>
            <w:shd w:fill="F9FBFB"/>
            <w:tcMar>
              <w:top w:w="45" w:type="dxa"/>
              <w:bottom w:w="45" w:type="dxa"/>
              <w:left w:w="30" w:type="dxa"/>
              <w:right w:w="30" w:type="dxa"/>
            </w:tcMar>
          </w:tcPr>
          <w:p>
            <w:pPr>
              <w:jc w:val="right"/>
            </w:pPr>
            <w:r>
              <w:rPr>
                <w:sz w:val="16"/>
              </w:rPr>
              <w:t>253</w:t>
            </w:r>
          </w:p>
        </w:tc>
        <w:tc>
          <w:tcPr>
            <w:tcW w:type="dxa" w:w="1060"/>
            <w:shd w:fill="F9FBFB"/>
            <w:tcMar>
              <w:top w:w="45" w:type="dxa"/>
              <w:bottom w:w="45" w:type="dxa"/>
              <w:left w:w="30" w:type="dxa"/>
              <w:right w:w="30" w:type="dxa"/>
            </w:tcMar>
          </w:tcPr>
          <w:p>
            <w:pPr>
              <w:jc w:val="right"/>
            </w:pPr>
            <w:r>
              <w:rPr>
                <w:b/>
                <w:sz w:val="16"/>
              </w:rPr>
              <w:t>226</w:t>
            </w:r>
          </w:p>
        </w:tc>
        <w:tc>
          <w:tcPr>
            <w:tcW w:type="dxa" w:w="1224"/>
            <w:shd w:fill="F9FBFB"/>
            <w:tcMar>
              <w:top w:w="45" w:type="dxa"/>
              <w:bottom w:w="45" w:type="dxa"/>
              <w:left w:w="30" w:type="dxa"/>
              <w:right w:w="30" w:type="dxa"/>
            </w:tcMar>
          </w:tcPr>
          <w:p>
            <w:pPr>
              <w:jc w:val="right"/>
            </w:pPr>
            <w:r>
              <w:rPr>
                <w:color w:val="C0392B"/>
                <w:sz w:val="16"/>
              </w:rPr>
              <w:t>-27</w:t>
            </w:r>
          </w:p>
        </w:tc>
        <w:tc>
          <w:tcPr>
            <w:tcW w:type="dxa" w:w="1080"/>
            <w:shd w:fill="F9FBFB"/>
            <w:tcMar>
              <w:top w:w="45" w:type="dxa"/>
              <w:bottom w:w="45" w:type="dxa"/>
              <w:left w:w="30" w:type="dxa"/>
              <w:right w:w="30" w:type="dxa"/>
            </w:tcMar>
          </w:tcPr>
          <w:p>
            <w:pPr>
              <w:jc w:val="center"/>
            </w:pPr>
            <w:r>
              <w:rPr>
                <w:b/>
                <w:color w:val="C0392B"/>
                <w:sz w:val="16"/>
              </w:rPr>
              <w:t>-10.7%</w:t>
            </w:r>
          </w:p>
        </w:tc>
      </w:tr>
      <w:tr>
        <w:tc>
          <w:tcPr>
            <w:tcW w:type="dxa" w:w="504"/>
            <w:shd w:fill="FFFFFF"/>
            <w:tcMar>
              <w:top w:w="45" w:type="dxa"/>
              <w:bottom w:w="45" w:type="dxa"/>
              <w:left w:w="30" w:type="dxa"/>
              <w:right w:w="30" w:type="dxa"/>
            </w:tcMar>
          </w:tcPr>
          <w:p>
            <w:pPr>
              <w:jc w:val="center"/>
            </w:pPr>
            <w:r>
              <w:rPr>
                <w:sz w:val="16"/>
              </w:rPr>
              <w:t>61</w:t>
            </w:r>
          </w:p>
        </w:tc>
        <w:tc>
          <w:tcPr>
            <w:tcW w:type="dxa" w:w="936"/>
            <w:shd w:fill="FFFFFF"/>
            <w:tcMar>
              <w:top w:w="45" w:type="dxa"/>
              <w:bottom w:w="45" w:type="dxa"/>
              <w:left w:w="30" w:type="dxa"/>
              <w:right w:w="30" w:type="dxa"/>
            </w:tcMar>
          </w:tcPr>
          <w:p>
            <w:pPr>
              <w:jc w:val="left"/>
            </w:pPr>
            <w:r>
              <w:rPr>
                <w:sz w:val="16"/>
              </w:rPr>
              <w:t>KH2182</w:t>
            </w:r>
          </w:p>
        </w:tc>
        <w:tc>
          <w:tcPr>
            <w:tcW w:type="dxa" w:w="2880"/>
            <w:shd w:fill="FFFFFF"/>
            <w:tcMar>
              <w:top w:w="45" w:type="dxa"/>
              <w:bottom w:w="45" w:type="dxa"/>
              <w:left w:w="30" w:type="dxa"/>
              <w:right w:w="30" w:type="dxa"/>
            </w:tcMar>
          </w:tcPr>
          <w:p>
            <w:pPr>
              <w:jc w:val="left"/>
            </w:pPr>
            <w:r>
              <w:rPr>
                <w:sz w:val="16"/>
              </w:rPr>
              <w:t>CÔNG TY CỔ PHẦN CHẾ BIẾN GỖ THÀNH LONG</w:t>
            </w:r>
          </w:p>
        </w:tc>
        <w:tc>
          <w:tcPr>
            <w:tcW w:type="dxa" w:w="1060"/>
            <w:shd w:fill="FFFFFF"/>
            <w:tcMar>
              <w:top w:w="45" w:type="dxa"/>
              <w:bottom w:w="45" w:type="dxa"/>
              <w:left w:w="30" w:type="dxa"/>
              <w:right w:w="30" w:type="dxa"/>
            </w:tcMar>
          </w:tcPr>
          <w:p>
            <w:pPr>
              <w:jc w:val="right"/>
            </w:pPr>
            <w:r>
              <w:rPr>
                <w:sz w:val="16"/>
              </w:rPr>
              <w:t>38</w:t>
            </w:r>
          </w:p>
        </w:tc>
        <w:tc>
          <w:tcPr>
            <w:tcW w:type="dxa" w:w="1060"/>
            <w:shd w:fill="FFFFFF"/>
            <w:tcMar>
              <w:top w:w="45" w:type="dxa"/>
              <w:bottom w:w="45" w:type="dxa"/>
              <w:left w:w="30" w:type="dxa"/>
              <w:right w:w="30" w:type="dxa"/>
            </w:tcMar>
          </w:tcPr>
          <w:p>
            <w:pPr>
              <w:jc w:val="right"/>
            </w:pPr>
            <w:r>
              <w:rPr>
                <w:sz w:val="16"/>
              </w:rPr>
              <w:t>14</w:t>
            </w:r>
          </w:p>
        </w:tc>
        <w:tc>
          <w:tcPr>
            <w:tcW w:type="dxa" w:w="1060"/>
            <w:shd w:fill="FFFFFF"/>
            <w:tcMar>
              <w:top w:w="45" w:type="dxa"/>
              <w:bottom w:w="45" w:type="dxa"/>
              <w:left w:w="30" w:type="dxa"/>
              <w:right w:w="30" w:type="dxa"/>
            </w:tcMar>
          </w:tcPr>
          <w:p>
            <w:pPr>
              <w:jc w:val="right"/>
            </w:pPr>
            <w:r>
              <w:rPr>
                <w:sz w:val="16"/>
              </w:rPr>
              <w:t>108</w:t>
            </w:r>
          </w:p>
        </w:tc>
        <w:tc>
          <w:tcPr>
            <w:tcW w:type="dxa" w:w="1060"/>
            <w:shd w:fill="FFFFFF"/>
            <w:tcMar>
              <w:top w:w="45" w:type="dxa"/>
              <w:bottom w:w="45" w:type="dxa"/>
              <w:left w:w="30" w:type="dxa"/>
              <w:right w:w="30" w:type="dxa"/>
            </w:tcMar>
          </w:tcPr>
          <w:p>
            <w:pPr>
              <w:jc w:val="right"/>
            </w:pPr>
            <w:r>
              <w:rPr>
                <w:sz w:val="16"/>
              </w:rPr>
              <w:t>52</w:t>
            </w:r>
          </w:p>
        </w:tc>
        <w:tc>
          <w:tcPr>
            <w:tcW w:type="dxa" w:w="1060"/>
            <w:shd w:fill="FFFFFF"/>
            <w:tcMar>
              <w:top w:w="45" w:type="dxa"/>
              <w:bottom w:w="45" w:type="dxa"/>
              <w:left w:w="30" w:type="dxa"/>
              <w:right w:w="30" w:type="dxa"/>
            </w:tcMar>
          </w:tcPr>
          <w:p>
            <w:pPr>
              <w:jc w:val="right"/>
            </w:pPr>
            <w:r>
              <w:rPr>
                <w:sz w:val="16"/>
              </w:rPr>
              <w:t>129</w:t>
            </w:r>
          </w:p>
        </w:tc>
        <w:tc>
          <w:tcPr>
            <w:tcW w:type="dxa" w:w="1060"/>
            <w:shd w:fill="FFFFFF"/>
            <w:tcMar>
              <w:top w:w="45" w:type="dxa"/>
              <w:bottom w:w="45" w:type="dxa"/>
              <w:left w:w="30" w:type="dxa"/>
              <w:right w:w="30" w:type="dxa"/>
            </w:tcMar>
          </w:tcPr>
          <w:p>
            <w:pPr>
              <w:jc w:val="right"/>
            </w:pPr>
            <w:r>
              <w:rPr>
                <w:sz w:val="16"/>
              </w:rPr>
              <w:t>148</w:t>
            </w:r>
          </w:p>
        </w:tc>
        <w:tc>
          <w:tcPr>
            <w:tcW w:type="dxa" w:w="1060"/>
            <w:shd w:fill="FFFFFF"/>
            <w:tcMar>
              <w:top w:w="45" w:type="dxa"/>
              <w:bottom w:w="45" w:type="dxa"/>
              <w:left w:w="30" w:type="dxa"/>
              <w:right w:w="30" w:type="dxa"/>
            </w:tcMar>
          </w:tcPr>
          <w:p>
            <w:pPr>
              <w:jc w:val="right"/>
            </w:pPr>
            <w:r>
              <w:rPr>
                <w:sz w:val="16"/>
              </w:rPr>
              <w:t>167</w:t>
            </w:r>
          </w:p>
        </w:tc>
        <w:tc>
          <w:tcPr>
            <w:tcW w:type="dxa" w:w="1060"/>
            <w:shd w:fill="FFFFFF"/>
            <w:tcMar>
              <w:top w:w="45" w:type="dxa"/>
              <w:bottom w:w="45" w:type="dxa"/>
              <w:left w:w="30" w:type="dxa"/>
              <w:right w:w="30" w:type="dxa"/>
            </w:tcMar>
          </w:tcPr>
          <w:p>
            <w:pPr>
              <w:jc w:val="right"/>
            </w:pPr>
            <w:r>
              <w:rPr>
                <w:b/>
                <w:sz w:val="16"/>
              </w:rPr>
              <w:t>221</w:t>
            </w:r>
          </w:p>
        </w:tc>
        <w:tc>
          <w:tcPr>
            <w:tcW w:type="dxa" w:w="1224"/>
            <w:shd w:fill="FFFFFF"/>
            <w:tcMar>
              <w:top w:w="45" w:type="dxa"/>
              <w:bottom w:w="45" w:type="dxa"/>
              <w:left w:w="30" w:type="dxa"/>
              <w:right w:w="30" w:type="dxa"/>
            </w:tcMar>
          </w:tcPr>
          <w:p>
            <w:pPr>
              <w:jc w:val="right"/>
            </w:pPr>
            <w:r>
              <w:rPr>
                <w:color w:val="27AE60"/>
                <w:sz w:val="16"/>
              </w:rPr>
              <w:t>+54</w:t>
            </w:r>
          </w:p>
        </w:tc>
        <w:tc>
          <w:tcPr>
            <w:tcW w:type="dxa" w:w="1080"/>
            <w:shd w:fill="FFFFFF"/>
            <w:tcMar>
              <w:top w:w="45" w:type="dxa"/>
              <w:bottom w:w="45" w:type="dxa"/>
              <w:left w:w="30" w:type="dxa"/>
              <w:right w:w="30" w:type="dxa"/>
            </w:tcMar>
          </w:tcPr>
          <w:p>
            <w:pPr>
              <w:jc w:val="center"/>
            </w:pPr>
            <w:r>
              <w:rPr>
                <w:b/>
                <w:color w:val="27AE60"/>
                <w:sz w:val="16"/>
              </w:rPr>
              <w:t>+32.3%</w:t>
            </w:r>
          </w:p>
        </w:tc>
      </w:tr>
      <w:tr>
        <w:tc>
          <w:tcPr>
            <w:tcW w:type="dxa" w:w="504"/>
            <w:shd w:fill="F9FBFB"/>
            <w:tcMar>
              <w:top w:w="45" w:type="dxa"/>
              <w:bottom w:w="45" w:type="dxa"/>
              <w:left w:w="30" w:type="dxa"/>
              <w:right w:w="30" w:type="dxa"/>
            </w:tcMar>
          </w:tcPr>
          <w:p>
            <w:pPr>
              <w:jc w:val="center"/>
            </w:pPr>
            <w:r>
              <w:rPr>
                <w:sz w:val="16"/>
              </w:rPr>
              <w:t>62</w:t>
            </w:r>
          </w:p>
        </w:tc>
        <w:tc>
          <w:tcPr>
            <w:tcW w:type="dxa" w:w="936"/>
            <w:shd w:fill="F9FBFB"/>
            <w:tcMar>
              <w:top w:w="45" w:type="dxa"/>
              <w:bottom w:w="45" w:type="dxa"/>
              <w:left w:w="30" w:type="dxa"/>
              <w:right w:w="30" w:type="dxa"/>
            </w:tcMar>
          </w:tcPr>
          <w:p>
            <w:pPr>
              <w:jc w:val="left"/>
            </w:pPr>
            <w:r>
              <w:rPr>
                <w:sz w:val="16"/>
              </w:rPr>
              <w:t>KH1488</w:t>
            </w:r>
          </w:p>
        </w:tc>
        <w:tc>
          <w:tcPr>
            <w:tcW w:type="dxa" w:w="2880"/>
            <w:shd w:fill="F9FBFB"/>
            <w:tcMar>
              <w:top w:w="45" w:type="dxa"/>
              <w:bottom w:w="45" w:type="dxa"/>
              <w:left w:w="30" w:type="dxa"/>
              <w:right w:w="30" w:type="dxa"/>
            </w:tcMar>
          </w:tcPr>
          <w:p>
            <w:pPr>
              <w:jc w:val="left"/>
            </w:pPr>
            <w:r>
              <w:rPr>
                <w:sz w:val="16"/>
              </w:rPr>
              <w:t>CÔNG TY TNHH MỘT THÀNH VIÊN TIẾN THÀNH SƠN</w:t>
            </w:r>
          </w:p>
        </w:tc>
        <w:tc>
          <w:tcPr>
            <w:tcW w:type="dxa" w:w="1060"/>
            <w:shd w:fill="F9FBFB"/>
            <w:tcMar>
              <w:top w:w="45" w:type="dxa"/>
              <w:bottom w:w="45" w:type="dxa"/>
              <w:left w:w="30" w:type="dxa"/>
              <w:right w:w="30" w:type="dxa"/>
            </w:tcMar>
          </w:tcPr>
          <w:p>
            <w:pPr>
              <w:jc w:val="right"/>
            </w:pPr>
            <w:r>
              <w:rPr>
                <w:sz w:val="16"/>
              </w:rPr>
              <w:t>162</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142</w:t>
            </w:r>
          </w:p>
        </w:tc>
        <w:tc>
          <w:tcPr>
            <w:tcW w:type="dxa" w:w="1060"/>
            <w:shd w:fill="F9FBFB"/>
            <w:tcMar>
              <w:top w:w="45" w:type="dxa"/>
              <w:bottom w:w="45" w:type="dxa"/>
              <w:left w:w="30" w:type="dxa"/>
              <w:right w:w="30" w:type="dxa"/>
            </w:tcMar>
          </w:tcPr>
          <w:p>
            <w:pPr>
              <w:jc w:val="right"/>
            </w:pPr>
            <w:r>
              <w:rPr>
                <w:sz w:val="16"/>
              </w:rPr>
              <w:t>124</w:t>
            </w:r>
          </w:p>
        </w:tc>
        <w:tc>
          <w:tcPr>
            <w:tcW w:type="dxa" w:w="1060"/>
            <w:shd w:fill="F9FBFB"/>
            <w:tcMar>
              <w:top w:w="45" w:type="dxa"/>
              <w:bottom w:w="45" w:type="dxa"/>
              <w:left w:w="30" w:type="dxa"/>
              <w:right w:w="30" w:type="dxa"/>
            </w:tcMar>
          </w:tcPr>
          <w:p>
            <w:pPr>
              <w:jc w:val="right"/>
            </w:pPr>
            <w:r>
              <w:rPr>
                <w:sz w:val="16"/>
              </w:rPr>
              <w:t>126</w:t>
            </w:r>
          </w:p>
        </w:tc>
        <w:tc>
          <w:tcPr>
            <w:tcW w:type="dxa" w:w="1060"/>
            <w:shd w:fill="F9FBFB"/>
            <w:tcMar>
              <w:top w:w="45" w:type="dxa"/>
              <w:bottom w:w="45" w:type="dxa"/>
              <w:left w:w="30" w:type="dxa"/>
              <w:right w:w="30" w:type="dxa"/>
            </w:tcMar>
          </w:tcPr>
          <w:p>
            <w:pPr>
              <w:jc w:val="right"/>
            </w:pPr>
            <w:r>
              <w:rPr>
                <w:sz w:val="16"/>
              </w:rPr>
              <w:t>137</w:t>
            </w:r>
          </w:p>
        </w:tc>
        <w:tc>
          <w:tcPr>
            <w:tcW w:type="dxa" w:w="1060"/>
            <w:shd w:fill="F9FBFB"/>
            <w:tcMar>
              <w:top w:w="45" w:type="dxa"/>
              <w:bottom w:w="45" w:type="dxa"/>
              <w:left w:w="30" w:type="dxa"/>
              <w:right w:w="30" w:type="dxa"/>
            </w:tcMar>
          </w:tcPr>
          <w:p>
            <w:pPr>
              <w:jc w:val="right"/>
            </w:pPr>
            <w:r>
              <w:rPr>
                <w:sz w:val="16"/>
              </w:rPr>
              <w:t>83</w:t>
            </w:r>
          </w:p>
        </w:tc>
        <w:tc>
          <w:tcPr>
            <w:tcW w:type="dxa" w:w="1060"/>
            <w:shd w:fill="F9FBFB"/>
            <w:tcMar>
              <w:top w:w="45" w:type="dxa"/>
              <w:bottom w:w="45" w:type="dxa"/>
              <w:left w:w="30" w:type="dxa"/>
              <w:right w:w="30" w:type="dxa"/>
            </w:tcMar>
          </w:tcPr>
          <w:p>
            <w:pPr>
              <w:jc w:val="right"/>
            </w:pPr>
            <w:r>
              <w:rPr>
                <w:b/>
                <w:sz w:val="16"/>
              </w:rPr>
              <w:t>82</w:t>
            </w:r>
          </w:p>
        </w:tc>
        <w:tc>
          <w:tcPr>
            <w:tcW w:type="dxa" w:w="1224"/>
            <w:shd w:fill="F9FBFB"/>
            <w:tcMar>
              <w:top w:w="45" w:type="dxa"/>
              <w:bottom w:w="45" w:type="dxa"/>
              <w:left w:w="30" w:type="dxa"/>
              <w:right w:w="30" w:type="dxa"/>
            </w:tcMar>
          </w:tcPr>
          <w:p>
            <w:pPr>
              <w:jc w:val="right"/>
            </w:pPr>
            <w:r>
              <w:rPr>
                <w:color w:val="C0392B"/>
                <w:sz w:val="16"/>
              </w:rPr>
              <w:t>-1</w:t>
            </w:r>
          </w:p>
        </w:tc>
        <w:tc>
          <w:tcPr>
            <w:tcW w:type="dxa" w:w="1080"/>
            <w:shd w:fill="F9FBFB"/>
            <w:tcMar>
              <w:top w:w="45" w:type="dxa"/>
              <w:bottom w:w="45" w:type="dxa"/>
              <w:left w:w="30" w:type="dxa"/>
              <w:right w:w="30" w:type="dxa"/>
            </w:tcMar>
          </w:tcPr>
          <w:p>
            <w:pPr>
              <w:jc w:val="center"/>
            </w:pPr>
            <w:r>
              <w:rPr>
                <w:b/>
                <w:color w:val="C0392B"/>
                <w:sz w:val="16"/>
              </w:rPr>
              <w:t>-1.2%</w:t>
            </w:r>
          </w:p>
        </w:tc>
      </w:tr>
      <w:tr>
        <w:tc>
          <w:tcPr>
            <w:tcW w:type="dxa" w:w="504"/>
            <w:shd w:fill="FFFFFF"/>
            <w:tcMar>
              <w:top w:w="45" w:type="dxa"/>
              <w:bottom w:w="45" w:type="dxa"/>
              <w:left w:w="30" w:type="dxa"/>
              <w:right w:w="30" w:type="dxa"/>
            </w:tcMar>
          </w:tcPr>
          <w:p>
            <w:pPr>
              <w:jc w:val="center"/>
            </w:pPr>
            <w:r>
              <w:rPr>
                <w:sz w:val="16"/>
              </w:rPr>
              <w:t>63</w:t>
            </w:r>
          </w:p>
        </w:tc>
        <w:tc>
          <w:tcPr>
            <w:tcW w:type="dxa" w:w="936"/>
            <w:shd w:fill="FFFFFF"/>
            <w:tcMar>
              <w:top w:w="45" w:type="dxa"/>
              <w:bottom w:w="45" w:type="dxa"/>
              <w:left w:w="30" w:type="dxa"/>
              <w:right w:w="30" w:type="dxa"/>
            </w:tcMar>
          </w:tcPr>
          <w:p>
            <w:pPr>
              <w:jc w:val="left"/>
            </w:pPr>
            <w:r>
              <w:rPr>
                <w:sz w:val="16"/>
              </w:rPr>
              <w:t>KH0776</w:t>
            </w:r>
          </w:p>
        </w:tc>
        <w:tc>
          <w:tcPr>
            <w:tcW w:type="dxa" w:w="2880"/>
            <w:shd w:fill="FFFFFF"/>
            <w:tcMar>
              <w:top w:w="45" w:type="dxa"/>
              <w:bottom w:w="45" w:type="dxa"/>
              <w:left w:w="30" w:type="dxa"/>
              <w:right w:w="30" w:type="dxa"/>
            </w:tcMar>
          </w:tcPr>
          <w:p>
            <w:pPr>
              <w:jc w:val="left"/>
            </w:pPr>
            <w:r>
              <w:rPr>
                <w:sz w:val="16"/>
              </w:rPr>
              <w:t>CÔNG TY TNHH ĐỒ GỖ ĐỨC THỊNH</w:t>
            </w:r>
          </w:p>
        </w:tc>
        <w:tc>
          <w:tcPr>
            <w:tcW w:type="dxa" w:w="1060"/>
            <w:shd w:fill="FFFFFF"/>
            <w:tcMar>
              <w:top w:w="45" w:type="dxa"/>
              <w:bottom w:w="45" w:type="dxa"/>
              <w:left w:w="30" w:type="dxa"/>
              <w:right w:w="30" w:type="dxa"/>
            </w:tcMar>
          </w:tcPr>
          <w:p>
            <w:pPr>
              <w:jc w:val="right"/>
            </w:pPr>
            <w:r>
              <w:rPr>
                <w:sz w:val="16"/>
              </w:rPr>
              <w:t>187</w:t>
            </w:r>
          </w:p>
        </w:tc>
        <w:tc>
          <w:tcPr>
            <w:tcW w:type="dxa" w:w="1060"/>
            <w:shd w:fill="FFFFFF"/>
            <w:tcMar>
              <w:top w:w="45" w:type="dxa"/>
              <w:bottom w:w="45" w:type="dxa"/>
              <w:left w:w="30" w:type="dxa"/>
              <w:right w:w="30" w:type="dxa"/>
            </w:tcMar>
          </w:tcPr>
          <w:p>
            <w:pPr>
              <w:jc w:val="right"/>
            </w:pPr>
            <w:r>
              <w:rPr>
                <w:sz w:val="16"/>
              </w:rPr>
              <w:t>107</w:t>
            </w:r>
          </w:p>
        </w:tc>
        <w:tc>
          <w:tcPr>
            <w:tcW w:type="dxa" w:w="1060"/>
            <w:shd w:fill="FFFFFF"/>
            <w:tcMar>
              <w:top w:w="45" w:type="dxa"/>
              <w:bottom w:w="45" w:type="dxa"/>
              <w:left w:w="30" w:type="dxa"/>
              <w:right w:w="30" w:type="dxa"/>
            </w:tcMar>
          </w:tcPr>
          <w:p>
            <w:pPr>
              <w:jc w:val="right"/>
            </w:pPr>
            <w:r>
              <w:rPr>
                <w:sz w:val="16"/>
              </w:rPr>
              <w:t>146</w:t>
            </w:r>
          </w:p>
        </w:tc>
        <w:tc>
          <w:tcPr>
            <w:tcW w:type="dxa" w:w="1060"/>
            <w:shd w:fill="FFFFFF"/>
            <w:tcMar>
              <w:top w:w="45" w:type="dxa"/>
              <w:bottom w:w="45" w:type="dxa"/>
              <w:left w:w="30" w:type="dxa"/>
              <w:right w:w="30" w:type="dxa"/>
            </w:tcMar>
          </w:tcPr>
          <w:p>
            <w:pPr>
              <w:jc w:val="right"/>
            </w:pPr>
            <w:r>
              <w:rPr>
                <w:sz w:val="16"/>
              </w:rPr>
              <w:t>63</w:t>
            </w:r>
          </w:p>
        </w:tc>
        <w:tc>
          <w:tcPr>
            <w:tcW w:type="dxa" w:w="1060"/>
            <w:shd w:fill="FFFFFF"/>
            <w:tcMar>
              <w:top w:w="45" w:type="dxa"/>
              <w:bottom w:w="45" w:type="dxa"/>
              <w:left w:w="30" w:type="dxa"/>
              <w:right w:w="30" w:type="dxa"/>
            </w:tcMar>
          </w:tcPr>
          <w:p>
            <w:pPr>
              <w:jc w:val="right"/>
            </w:pPr>
            <w:r>
              <w:rPr>
                <w:sz w:val="16"/>
              </w:rPr>
              <w:t>30</w:t>
            </w:r>
          </w:p>
        </w:tc>
        <w:tc>
          <w:tcPr>
            <w:tcW w:type="dxa" w:w="1060"/>
            <w:shd w:fill="FFFFFF"/>
            <w:tcMar>
              <w:top w:w="45" w:type="dxa"/>
              <w:bottom w:w="45" w:type="dxa"/>
              <w:left w:w="30" w:type="dxa"/>
              <w:right w:w="30" w:type="dxa"/>
            </w:tcMar>
          </w:tcPr>
          <w:p>
            <w:pPr>
              <w:jc w:val="right"/>
            </w:pPr>
            <w:r>
              <w:rPr>
                <w:sz w:val="16"/>
              </w:rPr>
              <w:t>55</w:t>
            </w:r>
          </w:p>
        </w:tc>
        <w:tc>
          <w:tcPr>
            <w:tcW w:type="dxa" w:w="1060"/>
            <w:shd w:fill="FFFFFF"/>
            <w:tcMar>
              <w:top w:w="45" w:type="dxa"/>
              <w:bottom w:w="45" w:type="dxa"/>
              <w:left w:w="30" w:type="dxa"/>
              <w:right w:w="30" w:type="dxa"/>
            </w:tcMar>
          </w:tcPr>
          <w:p>
            <w:pPr>
              <w:jc w:val="right"/>
            </w:pPr>
            <w:r>
              <w:rPr>
                <w:sz w:val="16"/>
              </w:rPr>
              <w:t>76</w:t>
            </w:r>
          </w:p>
        </w:tc>
        <w:tc>
          <w:tcPr>
            <w:tcW w:type="dxa" w:w="1060"/>
            <w:shd w:fill="FFFFFF"/>
            <w:tcMar>
              <w:top w:w="45" w:type="dxa"/>
              <w:bottom w:w="45" w:type="dxa"/>
              <w:left w:w="30" w:type="dxa"/>
              <w:right w:w="30" w:type="dxa"/>
            </w:tcMar>
          </w:tcPr>
          <w:p>
            <w:pPr>
              <w:jc w:val="right"/>
            </w:pPr>
            <w:r>
              <w:rPr>
                <w:b/>
                <w:sz w:val="16"/>
              </w:rPr>
              <w:t>185</w:t>
            </w:r>
          </w:p>
        </w:tc>
        <w:tc>
          <w:tcPr>
            <w:tcW w:type="dxa" w:w="1224"/>
            <w:shd w:fill="FFFFFF"/>
            <w:tcMar>
              <w:top w:w="45" w:type="dxa"/>
              <w:bottom w:w="45" w:type="dxa"/>
              <w:left w:w="30" w:type="dxa"/>
              <w:right w:w="30" w:type="dxa"/>
            </w:tcMar>
          </w:tcPr>
          <w:p>
            <w:pPr>
              <w:jc w:val="right"/>
            </w:pPr>
            <w:r>
              <w:rPr>
                <w:color w:val="27AE60"/>
                <w:sz w:val="16"/>
              </w:rPr>
              <w:t>+109</w:t>
            </w:r>
          </w:p>
        </w:tc>
        <w:tc>
          <w:tcPr>
            <w:tcW w:type="dxa" w:w="1080"/>
            <w:shd w:fill="FFFFFF"/>
            <w:tcMar>
              <w:top w:w="45" w:type="dxa"/>
              <w:bottom w:w="45" w:type="dxa"/>
              <w:left w:w="30" w:type="dxa"/>
              <w:right w:w="30" w:type="dxa"/>
            </w:tcMar>
          </w:tcPr>
          <w:p>
            <w:pPr>
              <w:jc w:val="center"/>
            </w:pPr>
            <w:r>
              <w:rPr>
                <w:b/>
                <w:color w:val="27AE60"/>
                <w:sz w:val="16"/>
              </w:rPr>
              <w:t>+143.4%</w:t>
            </w:r>
          </w:p>
        </w:tc>
      </w:tr>
      <w:tr>
        <w:tc>
          <w:tcPr>
            <w:tcW w:type="dxa" w:w="504"/>
            <w:shd w:fill="F9FBFB"/>
            <w:tcMar>
              <w:top w:w="45" w:type="dxa"/>
              <w:bottom w:w="45" w:type="dxa"/>
              <w:left w:w="30" w:type="dxa"/>
              <w:right w:w="30" w:type="dxa"/>
            </w:tcMar>
          </w:tcPr>
          <w:p>
            <w:pPr>
              <w:jc w:val="center"/>
            </w:pPr>
            <w:r>
              <w:rPr>
                <w:sz w:val="16"/>
              </w:rPr>
              <w:t>64</w:t>
            </w:r>
          </w:p>
        </w:tc>
        <w:tc>
          <w:tcPr>
            <w:tcW w:type="dxa" w:w="936"/>
            <w:shd w:fill="F9FBFB"/>
            <w:tcMar>
              <w:top w:w="45" w:type="dxa"/>
              <w:bottom w:w="45" w:type="dxa"/>
              <w:left w:w="30" w:type="dxa"/>
              <w:right w:w="30" w:type="dxa"/>
            </w:tcMar>
          </w:tcPr>
          <w:p>
            <w:pPr>
              <w:jc w:val="left"/>
            </w:pPr>
            <w:r>
              <w:rPr>
                <w:sz w:val="16"/>
              </w:rPr>
              <w:t>KH2157</w:t>
            </w:r>
          </w:p>
        </w:tc>
        <w:tc>
          <w:tcPr>
            <w:tcW w:type="dxa" w:w="2880"/>
            <w:shd w:fill="F9FBFB"/>
            <w:tcMar>
              <w:top w:w="45" w:type="dxa"/>
              <w:bottom w:w="45" w:type="dxa"/>
              <w:left w:w="30" w:type="dxa"/>
              <w:right w:w="30" w:type="dxa"/>
            </w:tcMar>
          </w:tcPr>
          <w:p>
            <w:pPr>
              <w:jc w:val="left"/>
            </w:pPr>
            <w:r>
              <w:rPr>
                <w:sz w:val="16"/>
              </w:rPr>
              <w:t>CÔNG TY TNHH SAINT MARIA</w:t>
            </w:r>
          </w:p>
        </w:tc>
        <w:tc>
          <w:tcPr>
            <w:tcW w:type="dxa" w:w="1060"/>
            <w:shd w:fill="F9FBFB"/>
            <w:tcMar>
              <w:top w:w="45" w:type="dxa"/>
              <w:bottom w:w="45" w:type="dxa"/>
              <w:left w:w="30" w:type="dxa"/>
              <w:right w:w="30" w:type="dxa"/>
            </w:tcMar>
          </w:tcPr>
          <w:p>
            <w:pPr>
              <w:jc w:val="right"/>
            </w:pPr>
            <w:r>
              <w:rPr>
                <w:sz w:val="16"/>
              </w:rPr>
              <w:t>184</w:t>
            </w:r>
          </w:p>
        </w:tc>
        <w:tc>
          <w:tcPr>
            <w:tcW w:type="dxa" w:w="1060"/>
            <w:shd w:fill="F9FBFB"/>
            <w:tcMar>
              <w:top w:w="45" w:type="dxa"/>
              <w:bottom w:w="45" w:type="dxa"/>
              <w:left w:w="30" w:type="dxa"/>
              <w:right w:w="30" w:type="dxa"/>
            </w:tcMar>
          </w:tcPr>
          <w:p>
            <w:pPr>
              <w:jc w:val="right"/>
            </w:pPr>
            <w:r>
              <w:rPr>
                <w:sz w:val="16"/>
              </w:rPr>
              <w:t>9</w:t>
            </w:r>
          </w:p>
        </w:tc>
        <w:tc>
          <w:tcPr>
            <w:tcW w:type="dxa" w:w="1060"/>
            <w:shd w:fill="F9FBFB"/>
            <w:tcMar>
              <w:top w:w="45" w:type="dxa"/>
              <w:bottom w:w="45" w:type="dxa"/>
              <w:left w:w="30" w:type="dxa"/>
              <w:right w:w="30" w:type="dxa"/>
            </w:tcMar>
          </w:tcPr>
          <w:p>
            <w:pPr>
              <w:jc w:val="right"/>
            </w:pPr>
            <w:r>
              <w:rPr>
                <w:sz w:val="16"/>
              </w:rPr>
              <w:t>113</w:t>
            </w:r>
          </w:p>
        </w:tc>
        <w:tc>
          <w:tcPr>
            <w:tcW w:type="dxa" w:w="1060"/>
            <w:shd w:fill="F9FBFB"/>
            <w:tcMar>
              <w:top w:w="45" w:type="dxa"/>
              <w:bottom w:w="45" w:type="dxa"/>
              <w:left w:w="30" w:type="dxa"/>
              <w:right w:w="30" w:type="dxa"/>
            </w:tcMar>
          </w:tcPr>
          <w:p>
            <w:pPr>
              <w:jc w:val="right"/>
            </w:pPr>
            <w:r>
              <w:rPr>
                <w:sz w:val="16"/>
              </w:rPr>
              <w:t>145</w:t>
            </w:r>
          </w:p>
        </w:tc>
        <w:tc>
          <w:tcPr>
            <w:tcW w:type="dxa" w:w="1060"/>
            <w:shd w:fill="F9FBFB"/>
            <w:tcMar>
              <w:top w:w="45" w:type="dxa"/>
              <w:bottom w:w="45" w:type="dxa"/>
              <w:left w:w="30" w:type="dxa"/>
              <w:right w:w="30" w:type="dxa"/>
            </w:tcMar>
          </w:tcPr>
          <w:p>
            <w:pPr>
              <w:jc w:val="right"/>
            </w:pPr>
            <w:r>
              <w:rPr>
                <w:sz w:val="16"/>
              </w:rPr>
              <w:t>79</w:t>
            </w:r>
          </w:p>
        </w:tc>
        <w:tc>
          <w:tcPr>
            <w:tcW w:type="dxa" w:w="1060"/>
            <w:shd w:fill="F9FBFB"/>
            <w:tcMar>
              <w:top w:w="45" w:type="dxa"/>
              <w:bottom w:w="45" w:type="dxa"/>
              <w:left w:w="30" w:type="dxa"/>
              <w:right w:w="30" w:type="dxa"/>
            </w:tcMar>
          </w:tcPr>
          <w:p>
            <w:pPr>
              <w:jc w:val="right"/>
            </w:pPr>
            <w:r>
              <w:rPr>
                <w:sz w:val="16"/>
              </w:rPr>
              <w:t>137</w:t>
            </w:r>
          </w:p>
        </w:tc>
        <w:tc>
          <w:tcPr>
            <w:tcW w:type="dxa" w:w="1060"/>
            <w:shd w:fill="F9FBFB"/>
            <w:tcMar>
              <w:top w:w="45" w:type="dxa"/>
              <w:bottom w:w="45" w:type="dxa"/>
              <w:left w:w="30" w:type="dxa"/>
              <w:right w:w="30" w:type="dxa"/>
            </w:tcMar>
          </w:tcPr>
          <w:p>
            <w:pPr>
              <w:jc w:val="right"/>
            </w:pPr>
            <w:r>
              <w:rPr>
                <w:sz w:val="16"/>
              </w:rPr>
              <w:t>55</w:t>
            </w:r>
          </w:p>
        </w:tc>
        <w:tc>
          <w:tcPr>
            <w:tcW w:type="dxa" w:w="1060"/>
            <w:shd w:fill="F9FBFB"/>
            <w:tcMar>
              <w:top w:w="45" w:type="dxa"/>
              <w:bottom w:w="45" w:type="dxa"/>
              <w:left w:w="30" w:type="dxa"/>
              <w:right w:w="30" w:type="dxa"/>
            </w:tcMar>
          </w:tcPr>
          <w:p>
            <w:pPr>
              <w:jc w:val="right"/>
            </w:pPr>
            <w:r>
              <w:rPr>
                <w:b/>
                <w:sz w:val="16"/>
              </w:rPr>
              <w:t>116</w:t>
            </w:r>
          </w:p>
        </w:tc>
        <w:tc>
          <w:tcPr>
            <w:tcW w:type="dxa" w:w="1224"/>
            <w:shd w:fill="F9FBFB"/>
            <w:tcMar>
              <w:top w:w="45" w:type="dxa"/>
              <w:bottom w:w="45" w:type="dxa"/>
              <w:left w:w="30" w:type="dxa"/>
              <w:right w:w="30" w:type="dxa"/>
            </w:tcMar>
          </w:tcPr>
          <w:p>
            <w:pPr>
              <w:jc w:val="right"/>
            </w:pPr>
            <w:r>
              <w:rPr>
                <w:color w:val="27AE60"/>
                <w:sz w:val="16"/>
              </w:rPr>
              <w:t>+61</w:t>
            </w:r>
          </w:p>
        </w:tc>
        <w:tc>
          <w:tcPr>
            <w:tcW w:type="dxa" w:w="1080"/>
            <w:shd w:fill="F9FBFB"/>
            <w:tcMar>
              <w:top w:w="45" w:type="dxa"/>
              <w:bottom w:w="45" w:type="dxa"/>
              <w:left w:w="30" w:type="dxa"/>
              <w:right w:w="30" w:type="dxa"/>
            </w:tcMar>
          </w:tcPr>
          <w:p>
            <w:pPr>
              <w:jc w:val="center"/>
            </w:pPr>
            <w:r>
              <w:rPr>
                <w:b/>
                <w:color w:val="27AE60"/>
                <w:sz w:val="16"/>
              </w:rPr>
              <w:t>+110.9%</w:t>
            </w:r>
          </w:p>
        </w:tc>
      </w:tr>
      <w:tr>
        <w:tc>
          <w:tcPr>
            <w:tcW w:type="dxa" w:w="504"/>
            <w:shd w:fill="FFFFFF"/>
            <w:tcMar>
              <w:top w:w="45" w:type="dxa"/>
              <w:bottom w:w="45" w:type="dxa"/>
              <w:left w:w="30" w:type="dxa"/>
              <w:right w:w="30" w:type="dxa"/>
            </w:tcMar>
          </w:tcPr>
          <w:p>
            <w:pPr>
              <w:jc w:val="center"/>
            </w:pPr>
            <w:r>
              <w:rPr>
                <w:sz w:val="16"/>
              </w:rPr>
              <w:t>65</w:t>
            </w:r>
          </w:p>
        </w:tc>
        <w:tc>
          <w:tcPr>
            <w:tcW w:type="dxa" w:w="936"/>
            <w:shd w:fill="FFFFFF"/>
            <w:tcMar>
              <w:top w:w="45" w:type="dxa"/>
              <w:bottom w:w="45" w:type="dxa"/>
              <w:left w:w="30" w:type="dxa"/>
              <w:right w:w="30" w:type="dxa"/>
            </w:tcMar>
          </w:tcPr>
          <w:p>
            <w:pPr>
              <w:jc w:val="left"/>
            </w:pPr>
            <w:r>
              <w:rPr>
                <w:sz w:val="16"/>
              </w:rPr>
              <w:t>KH0561</w:t>
            </w:r>
          </w:p>
        </w:tc>
        <w:tc>
          <w:tcPr>
            <w:tcW w:type="dxa" w:w="2880"/>
            <w:shd w:fill="FFFFFF"/>
            <w:tcMar>
              <w:top w:w="45" w:type="dxa"/>
              <w:bottom w:w="45" w:type="dxa"/>
              <w:left w:w="30" w:type="dxa"/>
              <w:right w:w="30" w:type="dxa"/>
            </w:tcMar>
          </w:tcPr>
          <w:p>
            <w:pPr>
              <w:jc w:val="left"/>
            </w:pPr>
            <w:r>
              <w:rPr>
                <w:sz w:val="16"/>
              </w:rPr>
              <w:t>CÔNG TY TNHH SẢN XUẤT-THƯƠNG MẠI MÔ TÔ KIỀU HOÀNG SƠN</w:t>
            </w:r>
          </w:p>
        </w:tc>
        <w:tc>
          <w:tcPr>
            <w:tcW w:type="dxa" w:w="1060"/>
            <w:shd w:fill="FFFFFF"/>
            <w:tcMar>
              <w:top w:w="45" w:type="dxa"/>
              <w:bottom w:w="45" w:type="dxa"/>
              <w:left w:w="30" w:type="dxa"/>
              <w:right w:w="30" w:type="dxa"/>
            </w:tcMar>
          </w:tcPr>
          <w:p>
            <w:pPr>
              <w:jc w:val="right"/>
            </w:pPr>
            <w:r>
              <w:rPr>
                <w:sz w:val="16"/>
              </w:rPr>
              <w:t>211</w:t>
            </w:r>
          </w:p>
        </w:tc>
        <w:tc>
          <w:tcPr>
            <w:tcW w:type="dxa" w:w="1060"/>
            <w:shd w:fill="FFFFFF"/>
            <w:tcMar>
              <w:top w:w="45" w:type="dxa"/>
              <w:bottom w:w="45" w:type="dxa"/>
              <w:left w:w="30" w:type="dxa"/>
              <w:right w:w="30" w:type="dxa"/>
            </w:tcMar>
          </w:tcPr>
          <w:p>
            <w:pPr>
              <w:jc w:val="right"/>
            </w:pPr>
            <w:r>
              <w:rPr>
                <w:sz w:val="16"/>
              </w:rPr>
              <w:t>175</w:t>
            </w:r>
          </w:p>
        </w:tc>
        <w:tc>
          <w:tcPr>
            <w:tcW w:type="dxa" w:w="1060"/>
            <w:shd w:fill="FFFFFF"/>
            <w:tcMar>
              <w:top w:w="45" w:type="dxa"/>
              <w:bottom w:w="45" w:type="dxa"/>
              <w:left w:w="30" w:type="dxa"/>
              <w:right w:w="30" w:type="dxa"/>
            </w:tcMar>
          </w:tcPr>
          <w:p>
            <w:pPr>
              <w:jc w:val="right"/>
            </w:pPr>
            <w:r>
              <w:rPr>
                <w:sz w:val="16"/>
              </w:rPr>
              <w:t>105</w:t>
            </w:r>
          </w:p>
        </w:tc>
        <w:tc>
          <w:tcPr>
            <w:tcW w:type="dxa" w:w="1060"/>
            <w:shd w:fill="FFFFFF"/>
            <w:tcMar>
              <w:top w:w="45" w:type="dxa"/>
              <w:bottom w:w="45" w:type="dxa"/>
              <w:left w:w="30" w:type="dxa"/>
              <w:right w:w="30" w:type="dxa"/>
            </w:tcMar>
          </w:tcPr>
          <w:p>
            <w:pPr>
              <w:jc w:val="right"/>
            </w:pPr>
            <w:r>
              <w:rPr>
                <w:sz w:val="16"/>
              </w:rPr>
              <w:t>164</w:t>
            </w:r>
          </w:p>
        </w:tc>
        <w:tc>
          <w:tcPr>
            <w:tcW w:type="dxa" w:w="1060"/>
            <w:shd w:fill="FFFFFF"/>
            <w:tcMar>
              <w:top w:w="45" w:type="dxa"/>
              <w:bottom w:w="45" w:type="dxa"/>
              <w:left w:w="30" w:type="dxa"/>
              <w:right w:w="30" w:type="dxa"/>
            </w:tcMar>
          </w:tcPr>
          <w:p>
            <w:pPr>
              <w:jc w:val="right"/>
            </w:pPr>
            <w:r>
              <w:rPr>
                <w:sz w:val="16"/>
              </w:rPr>
              <w:t>53</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52</w:t>
            </w:r>
          </w:p>
        </w:tc>
        <w:tc>
          <w:tcPr>
            <w:tcW w:type="dxa" w:w="1060"/>
            <w:shd w:fill="FFFFFF"/>
            <w:tcMar>
              <w:top w:w="45" w:type="dxa"/>
              <w:bottom w:w="45" w:type="dxa"/>
              <w:left w:w="30" w:type="dxa"/>
              <w:right w:w="30" w:type="dxa"/>
            </w:tcMar>
          </w:tcPr>
          <w:p>
            <w:pPr>
              <w:jc w:val="right"/>
            </w:pPr>
            <w:r>
              <w:rPr>
                <w:b/>
                <w:sz w:val="16"/>
              </w:rPr>
              <w:t>53</w:t>
            </w:r>
          </w:p>
        </w:tc>
        <w:tc>
          <w:tcPr>
            <w:tcW w:type="dxa" w:w="1224"/>
            <w:shd w:fill="FFFFFF"/>
            <w:tcMar>
              <w:top w:w="45" w:type="dxa"/>
              <w:bottom w:w="45" w:type="dxa"/>
              <w:left w:w="30" w:type="dxa"/>
              <w:right w:w="30" w:type="dxa"/>
            </w:tcMar>
          </w:tcPr>
          <w:p>
            <w:pPr>
              <w:jc w:val="right"/>
            </w:pPr>
            <w:r>
              <w:rPr>
                <w:color w:val="27AE60"/>
                <w:sz w:val="16"/>
              </w:rPr>
              <w:t>+1</w:t>
            </w:r>
          </w:p>
        </w:tc>
        <w:tc>
          <w:tcPr>
            <w:tcW w:type="dxa" w:w="1080"/>
            <w:shd w:fill="FFFFFF"/>
            <w:tcMar>
              <w:top w:w="45" w:type="dxa"/>
              <w:bottom w:w="45" w:type="dxa"/>
              <w:left w:w="30" w:type="dxa"/>
              <w:right w:w="30" w:type="dxa"/>
            </w:tcMar>
          </w:tcPr>
          <w:p>
            <w:pPr>
              <w:jc w:val="center"/>
            </w:pPr>
            <w:r>
              <w:rPr>
                <w:b/>
                <w:color w:val="27AE60"/>
                <w:sz w:val="16"/>
              </w:rPr>
              <w:t>+1.9%</w:t>
            </w:r>
          </w:p>
        </w:tc>
      </w:tr>
      <w:tr>
        <w:tc>
          <w:tcPr>
            <w:tcW w:type="dxa" w:w="504"/>
            <w:shd w:fill="F9FBFB"/>
            <w:tcMar>
              <w:top w:w="45" w:type="dxa"/>
              <w:bottom w:w="45" w:type="dxa"/>
              <w:left w:w="30" w:type="dxa"/>
              <w:right w:w="30" w:type="dxa"/>
            </w:tcMar>
          </w:tcPr>
          <w:p>
            <w:pPr>
              <w:jc w:val="center"/>
            </w:pPr>
            <w:r>
              <w:rPr>
                <w:sz w:val="16"/>
              </w:rPr>
              <w:t>66</w:t>
            </w:r>
          </w:p>
        </w:tc>
        <w:tc>
          <w:tcPr>
            <w:tcW w:type="dxa" w:w="936"/>
            <w:shd w:fill="F9FBFB"/>
            <w:tcMar>
              <w:top w:w="45" w:type="dxa"/>
              <w:bottom w:w="45" w:type="dxa"/>
              <w:left w:w="30" w:type="dxa"/>
              <w:right w:w="30" w:type="dxa"/>
            </w:tcMar>
          </w:tcPr>
          <w:p>
            <w:pPr>
              <w:jc w:val="left"/>
            </w:pPr>
            <w:r>
              <w:rPr>
                <w:sz w:val="16"/>
              </w:rPr>
              <w:t>KH1899</w:t>
            </w:r>
          </w:p>
        </w:tc>
        <w:tc>
          <w:tcPr>
            <w:tcW w:type="dxa" w:w="2880"/>
            <w:shd w:fill="F9FBFB"/>
            <w:tcMar>
              <w:top w:w="45" w:type="dxa"/>
              <w:bottom w:w="45" w:type="dxa"/>
              <w:left w:w="30" w:type="dxa"/>
              <w:right w:w="30" w:type="dxa"/>
            </w:tcMar>
          </w:tcPr>
          <w:p>
            <w:pPr>
              <w:jc w:val="left"/>
            </w:pPr>
            <w:r>
              <w:rPr>
                <w:sz w:val="16"/>
              </w:rPr>
              <w:t>CÔNG TY TNHH MTV GỖ PHÚ TÀI BÌNH ĐỊNH.</w:t>
            </w:r>
          </w:p>
        </w:tc>
        <w:tc>
          <w:tcPr>
            <w:tcW w:type="dxa" w:w="1060"/>
            <w:shd w:fill="F9FBFB"/>
            <w:tcMar>
              <w:top w:w="45" w:type="dxa"/>
              <w:bottom w:w="45" w:type="dxa"/>
              <w:left w:w="30" w:type="dxa"/>
              <w:right w:w="30" w:type="dxa"/>
            </w:tcMar>
          </w:tcPr>
          <w:p>
            <w:pPr>
              <w:jc w:val="right"/>
            </w:pPr>
            <w:r>
              <w:rPr>
                <w:sz w:val="16"/>
              </w:rPr>
              <w:t>11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194</w:t>
            </w:r>
          </w:p>
        </w:tc>
        <w:tc>
          <w:tcPr>
            <w:tcW w:type="dxa" w:w="1060"/>
            <w:shd w:fill="F9FBFB"/>
            <w:tcMar>
              <w:top w:w="45" w:type="dxa"/>
              <w:bottom w:w="45" w:type="dxa"/>
              <w:left w:w="30" w:type="dxa"/>
              <w:right w:w="30" w:type="dxa"/>
            </w:tcMar>
          </w:tcPr>
          <w:p>
            <w:pPr>
              <w:jc w:val="right"/>
            </w:pPr>
            <w:r>
              <w:rPr>
                <w:sz w:val="16"/>
              </w:rPr>
              <w:t>383</w:t>
            </w:r>
          </w:p>
        </w:tc>
        <w:tc>
          <w:tcPr>
            <w:tcW w:type="dxa" w:w="1060"/>
            <w:shd w:fill="F9FBFB"/>
            <w:tcMar>
              <w:top w:w="45" w:type="dxa"/>
              <w:bottom w:w="45" w:type="dxa"/>
              <w:left w:w="30" w:type="dxa"/>
              <w:right w:w="30" w:type="dxa"/>
            </w:tcMar>
          </w:tcPr>
          <w:p>
            <w:pPr>
              <w:jc w:val="right"/>
            </w:pPr>
            <w:r>
              <w:rPr>
                <w:b/>
                <w:sz w:val="16"/>
              </w:rPr>
              <w:t>207</w:t>
            </w:r>
          </w:p>
        </w:tc>
        <w:tc>
          <w:tcPr>
            <w:tcW w:type="dxa" w:w="1224"/>
            <w:shd w:fill="F9FBFB"/>
            <w:tcMar>
              <w:top w:w="45" w:type="dxa"/>
              <w:bottom w:w="45" w:type="dxa"/>
              <w:left w:w="30" w:type="dxa"/>
              <w:right w:w="30" w:type="dxa"/>
            </w:tcMar>
          </w:tcPr>
          <w:p>
            <w:pPr>
              <w:jc w:val="right"/>
            </w:pPr>
            <w:r>
              <w:rPr>
                <w:color w:val="C0392B"/>
                <w:sz w:val="16"/>
              </w:rPr>
              <w:t>-176</w:t>
            </w:r>
          </w:p>
        </w:tc>
        <w:tc>
          <w:tcPr>
            <w:tcW w:type="dxa" w:w="1080"/>
            <w:shd w:fill="F9FBFB"/>
            <w:tcMar>
              <w:top w:w="45" w:type="dxa"/>
              <w:bottom w:w="45" w:type="dxa"/>
              <w:left w:w="30" w:type="dxa"/>
              <w:right w:w="30" w:type="dxa"/>
            </w:tcMar>
          </w:tcPr>
          <w:p>
            <w:pPr>
              <w:jc w:val="center"/>
            </w:pPr>
            <w:r>
              <w:rPr>
                <w:b/>
                <w:color w:val="C0392B"/>
                <w:sz w:val="16"/>
              </w:rPr>
              <w:t>-46.0%</w:t>
            </w:r>
          </w:p>
        </w:tc>
      </w:tr>
      <w:tr>
        <w:tc>
          <w:tcPr>
            <w:tcW w:type="dxa" w:w="504"/>
            <w:shd w:fill="FFFFFF"/>
            <w:tcMar>
              <w:top w:w="45" w:type="dxa"/>
              <w:bottom w:w="45" w:type="dxa"/>
              <w:left w:w="30" w:type="dxa"/>
              <w:right w:w="30" w:type="dxa"/>
            </w:tcMar>
          </w:tcPr>
          <w:p>
            <w:pPr>
              <w:jc w:val="center"/>
            </w:pPr>
            <w:r>
              <w:rPr>
                <w:sz w:val="16"/>
              </w:rPr>
              <w:t>67</w:t>
            </w:r>
          </w:p>
        </w:tc>
        <w:tc>
          <w:tcPr>
            <w:tcW w:type="dxa" w:w="936"/>
            <w:shd w:fill="FFFFFF"/>
            <w:tcMar>
              <w:top w:w="45" w:type="dxa"/>
              <w:bottom w:w="45" w:type="dxa"/>
              <w:left w:w="30" w:type="dxa"/>
              <w:right w:w="30" w:type="dxa"/>
            </w:tcMar>
          </w:tcPr>
          <w:p>
            <w:pPr>
              <w:jc w:val="left"/>
            </w:pPr>
            <w:r>
              <w:rPr>
                <w:sz w:val="16"/>
              </w:rPr>
              <w:t>KH0136</w:t>
            </w:r>
          </w:p>
        </w:tc>
        <w:tc>
          <w:tcPr>
            <w:tcW w:type="dxa" w:w="2880"/>
            <w:shd w:fill="FFFFFF"/>
            <w:tcMar>
              <w:top w:w="45" w:type="dxa"/>
              <w:bottom w:w="45" w:type="dxa"/>
              <w:left w:w="30" w:type="dxa"/>
              <w:right w:w="30" w:type="dxa"/>
            </w:tcMar>
          </w:tcPr>
          <w:p>
            <w:pPr>
              <w:jc w:val="left"/>
            </w:pPr>
            <w:r>
              <w:rPr>
                <w:sz w:val="16"/>
              </w:rPr>
              <w:t>CÔNG TY CỔ PHẦN KỸ NGHỆ GỖ LONG VIỆT</w:t>
            </w:r>
          </w:p>
        </w:tc>
        <w:tc>
          <w:tcPr>
            <w:tcW w:type="dxa" w:w="1060"/>
            <w:shd w:fill="FFFFFF"/>
            <w:tcMar>
              <w:top w:w="45" w:type="dxa"/>
              <w:bottom w:w="45" w:type="dxa"/>
              <w:left w:w="30" w:type="dxa"/>
              <w:right w:w="30" w:type="dxa"/>
            </w:tcMar>
          </w:tcPr>
          <w:p>
            <w:pPr>
              <w:jc w:val="right"/>
            </w:pPr>
            <w:r>
              <w:rPr>
                <w:sz w:val="16"/>
              </w:rPr>
              <w:t>137</w:t>
            </w:r>
          </w:p>
        </w:tc>
        <w:tc>
          <w:tcPr>
            <w:tcW w:type="dxa" w:w="1060"/>
            <w:shd w:fill="FFFFFF"/>
            <w:tcMar>
              <w:top w:w="45" w:type="dxa"/>
              <w:bottom w:w="45" w:type="dxa"/>
              <w:left w:w="30" w:type="dxa"/>
              <w:right w:w="30" w:type="dxa"/>
            </w:tcMar>
          </w:tcPr>
          <w:p>
            <w:pPr>
              <w:jc w:val="right"/>
            </w:pPr>
            <w:r>
              <w:rPr>
                <w:sz w:val="16"/>
              </w:rPr>
              <w:t>54</w:t>
            </w:r>
          </w:p>
        </w:tc>
        <w:tc>
          <w:tcPr>
            <w:tcW w:type="dxa" w:w="1060"/>
            <w:shd w:fill="FFFFFF"/>
            <w:tcMar>
              <w:top w:w="45" w:type="dxa"/>
              <w:bottom w:w="45" w:type="dxa"/>
              <w:left w:w="30" w:type="dxa"/>
              <w:right w:w="30" w:type="dxa"/>
            </w:tcMar>
          </w:tcPr>
          <w:p>
            <w:pPr>
              <w:jc w:val="right"/>
            </w:pPr>
            <w:r>
              <w:rPr>
                <w:sz w:val="16"/>
              </w:rPr>
              <w:t>126</w:t>
            </w:r>
          </w:p>
        </w:tc>
        <w:tc>
          <w:tcPr>
            <w:tcW w:type="dxa" w:w="1060"/>
            <w:shd w:fill="FFFFFF"/>
            <w:tcMar>
              <w:top w:w="45" w:type="dxa"/>
              <w:bottom w:w="45" w:type="dxa"/>
              <w:left w:w="30" w:type="dxa"/>
              <w:right w:w="30" w:type="dxa"/>
            </w:tcMar>
          </w:tcPr>
          <w:p>
            <w:pPr>
              <w:jc w:val="right"/>
            </w:pPr>
            <w:r>
              <w:rPr>
                <w:sz w:val="16"/>
              </w:rPr>
              <w:t>118</w:t>
            </w:r>
          </w:p>
        </w:tc>
        <w:tc>
          <w:tcPr>
            <w:tcW w:type="dxa" w:w="1060"/>
            <w:shd w:fill="FFFFFF"/>
            <w:tcMar>
              <w:top w:w="45" w:type="dxa"/>
              <w:bottom w:w="45" w:type="dxa"/>
              <w:left w:w="30" w:type="dxa"/>
              <w:right w:w="30" w:type="dxa"/>
            </w:tcMar>
          </w:tcPr>
          <w:p>
            <w:pPr>
              <w:jc w:val="right"/>
            </w:pPr>
            <w:r>
              <w:rPr>
                <w:sz w:val="16"/>
              </w:rPr>
              <w:t>127</w:t>
            </w:r>
          </w:p>
        </w:tc>
        <w:tc>
          <w:tcPr>
            <w:tcW w:type="dxa" w:w="1060"/>
            <w:shd w:fill="FFFFFF"/>
            <w:tcMar>
              <w:top w:w="45" w:type="dxa"/>
              <w:bottom w:w="45" w:type="dxa"/>
              <w:left w:w="30" w:type="dxa"/>
              <w:right w:w="30" w:type="dxa"/>
            </w:tcMar>
          </w:tcPr>
          <w:p>
            <w:pPr>
              <w:jc w:val="right"/>
            </w:pPr>
            <w:r>
              <w:rPr>
                <w:sz w:val="16"/>
              </w:rPr>
              <w:t>103</w:t>
            </w:r>
          </w:p>
        </w:tc>
        <w:tc>
          <w:tcPr>
            <w:tcW w:type="dxa" w:w="1060"/>
            <w:shd w:fill="FFFFFF"/>
            <w:tcMar>
              <w:top w:w="45" w:type="dxa"/>
              <w:bottom w:w="45" w:type="dxa"/>
              <w:left w:w="30" w:type="dxa"/>
              <w:right w:w="30" w:type="dxa"/>
            </w:tcMar>
          </w:tcPr>
          <w:p>
            <w:pPr>
              <w:jc w:val="right"/>
            </w:pPr>
            <w:r>
              <w:rPr>
                <w:sz w:val="16"/>
              </w:rPr>
              <w:t>87</w:t>
            </w:r>
          </w:p>
        </w:tc>
        <w:tc>
          <w:tcPr>
            <w:tcW w:type="dxa" w:w="1060"/>
            <w:shd w:fill="FFFFFF"/>
            <w:tcMar>
              <w:top w:w="45" w:type="dxa"/>
              <w:bottom w:w="45" w:type="dxa"/>
              <w:left w:w="30" w:type="dxa"/>
              <w:right w:w="30" w:type="dxa"/>
            </w:tcMar>
          </w:tcPr>
          <w:p>
            <w:pPr>
              <w:jc w:val="right"/>
            </w:pPr>
            <w:r>
              <w:rPr>
                <w:b/>
                <w:sz w:val="16"/>
              </w:rPr>
              <w:t>46</w:t>
            </w:r>
          </w:p>
        </w:tc>
        <w:tc>
          <w:tcPr>
            <w:tcW w:type="dxa" w:w="1224"/>
            <w:shd w:fill="FFFFFF"/>
            <w:tcMar>
              <w:top w:w="45" w:type="dxa"/>
              <w:bottom w:w="45" w:type="dxa"/>
              <w:left w:w="30" w:type="dxa"/>
              <w:right w:w="30" w:type="dxa"/>
            </w:tcMar>
          </w:tcPr>
          <w:p>
            <w:pPr>
              <w:jc w:val="right"/>
            </w:pPr>
            <w:r>
              <w:rPr>
                <w:color w:val="C0392B"/>
                <w:sz w:val="16"/>
              </w:rPr>
              <w:t>-41</w:t>
            </w:r>
          </w:p>
        </w:tc>
        <w:tc>
          <w:tcPr>
            <w:tcW w:type="dxa" w:w="1080"/>
            <w:shd w:fill="FFFFFF"/>
            <w:tcMar>
              <w:top w:w="45" w:type="dxa"/>
              <w:bottom w:w="45" w:type="dxa"/>
              <w:left w:w="30" w:type="dxa"/>
              <w:right w:w="30" w:type="dxa"/>
            </w:tcMar>
          </w:tcPr>
          <w:p>
            <w:pPr>
              <w:jc w:val="center"/>
            </w:pPr>
            <w:r>
              <w:rPr>
                <w:b/>
                <w:color w:val="C0392B"/>
                <w:sz w:val="16"/>
              </w:rPr>
              <w:t>-47.1%</w:t>
            </w:r>
          </w:p>
        </w:tc>
      </w:tr>
      <w:tr>
        <w:tc>
          <w:tcPr>
            <w:tcW w:type="dxa" w:w="504"/>
            <w:shd w:fill="F9FBFB"/>
            <w:tcMar>
              <w:top w:w="45" w:type="dxa"/>
              <w:bottom w:w="45" w:type="dxa"/>
              <w:left w:w="30" w:type="dxa"/>
              <w:right w:w="30" w:type="dxa"/>
            </w:tcMar>
          </w:tcPr>
          <w:p>
            <w:pPr>
              <w:jc w:val="center"/>
            </w:pPr>
            <w:r>
              <w:rPr>
                <w:sz w:val="16"/>
              </w:rPr>
              <w:t>68</w:t>
            </w:r>
          </w:p>
        </w:tc>
        <w:tc>
          <w:tcPr>
            <w:tcW w:type="dxa" w:w="936"/>
            <w:shd w:fill="F9FBFB"/>
            <w:tcMar>
              <w:top w:w="45" w:type="dxa"/>
              <w:bottom w:w="45" w:type="dxa"/>
              <w:left w:w="30" w:type="dxa"/>
              <w:right w:w="30" w:type="dxa"/>
            </w:tcMar>
          </w:tcPr>
          <w:p>
            <w:pPr>
              <w:jc w:val="left"/>
            </w:pPr>
            <w:r>
              <w:rPr>
                <w:sz w:val="16"/>
              </w:rPr>
              <w:t>KH2199</w:t>
            </w:r>
          </w:p>
        </w:tc>
        <w:tc>
          <w:tcPr>
            <w:tcW w:type="dxa" w:w="2880"/>
            <w:shd w:fill="F9FBFB"/>
            <w:tcMar>
              <w:top w:w="45" w:type="dxa"/>
              <w:bottom w:w="45" w:type="dxa"/>
              <w:left w:w="30" w:type="dxa"/>
              <w:right w:w="30" w:type="dxa"/>
            </w:tcMar>
          </w:tcPr>
          <w:p>
            <w:pPr>
              <w:jc w:val="left"/>
            </w:pPr>
            <w:r>
              <w:rPr>
                <w:sz w:val="16"/>
              </w:rPr>
              <w:t>CÔNG TY CỔ PHẦN AN PHÁT CƯỜNG</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71</w:t>
            </w:r>
          </w:p>
        </w:tc>
        <w:tc>
          <w:tcPr>
            <w:tcW w:type="dxa" w:w="1060"/>
            <w:shd w:fill="F9FBFB"/>
            <w:tcMar>
              <w:top w:w="45" w:type="dxa"/>
              <w:bottom w:w="45" w:type="dxa"/>
              <w:left w:w="30" w:type="dxa"/>
              <w:right w:w="30" w:type="dxa"/>
            </w:tcMar>
          </w:tcPr>
          <w:p>
            <w:pPr>
              <w:jc w:val="right"/>
            </w:pPr>
            <w:r>
              <w:rPr>
                <w:sz w:val="16"/>
              </w:rPr>
              <w:t>165</w:t>
            </w:r>
          </w:p>
        </w:tc>
        <w:tc>
          <w:tcPr>
            <w:tcW w:type="dxa" w:w="1060"/>
            <w:shd w:fill="F9FBFB"/>
            <w:tcMar>
              <w:top w:w="45" w:type="dxa"/>
              <w:bottom w:w="45" w:type="dxa"/>
              <w:left w:w="30" w:type="dxa"/>
              <w:right w:w="30" w:type="dxa"/>
            </w:tcMar>
          </w:tcPr>
          <w:p>
            <w:pPr>
              <w:jc w:val="right"/>
            </w:pPr>
            <w:r>
              <w:rPr>
                <w:sz w:val="16"/>
              </w:rPr>
              <w:t>168</w:t>
            </w:r>
          </w:p>
        </w:tc>
        <w:tc>
          <w:tcPr>
            <w:tcW w:type="dxa" w:w="1060"/>
            <w:shd w:fill="F9FBFB"/>
            <w:tcMar>
              <w:top w:w="45" w:type="dxa"/>
              <w:bottom w:w="45" w:type="dxa"/>
              <w:left w:w="30" w:type="dxa"/>
              <w:right w:w="30" w:type="dxa"/>
            </w:tcMar>
          </w:tcPr>
          <w:p>
            <w:pPr>
              <w:jc w:val="right"/>
            </w:pPr>
            <w:r>
              <w:rPr>
                <w:b/>
                <w:sz w:val="16"/>
              </w:rPr>
              <w:t>381</w:t>
            </w:r>
          </w:p>
        </w:tc>
        <w:tc>
          <w:tcPr>
            <w:tcW w:type="dxa" w:w="1224"/>
            <w:shd w:fill="F9FBFB"/>
            <w:tcMar>
              <w:top w:w="45" w:type="dxa"/>
              <w:bottom w:w="45" w:type="dxa"/>
              <w:left w:w="30" w:type="dxa"/>
              <w:right w:w="30" w:type="dxa"/>
            </w:tcMar>
          </w:tcPr>
          <w:p>
            <w:pPr>
              <w:jc w:val="right"/>
            </w:pPr>
            <w:r>
              <w:rPr>
                <w:color w:val="27AE60"/>
                <w:sz w:val="16"/>
              </w:rPr>
              <w:t>+213</w:t>
            </w:r>
          </w:p>
        </w:tc>
        <w:tc>
          <w:tcPr>
            <w:tcW w:type="dxa" w:w="1080"/>
            <w:shd w:fill="F9FBFB"/>
            <w:tcMar>
              <w:top w:w="45" w:type="dxa"/>
              <w:bottom w:w="45" w:type="dxa"/>
              <w:left w:w="30" w:type="dxa"/>
              <w:right w:w="30" w:type="dxa"/>
            </w:tcMar>
          </w:tcPr>
          <w:p>
            <w:pPr>
              <w:jc w:val="center"/>
            </w:pPr>
            <w:r>
              <w:rPr>
                <w:b/>
                <w:color w:val="27AE60"/>
                <w:sz w:val="16"/>
              </w:rPr>
              <w:t>+126.8%</w:t>
            </w:r>
          </w:p>
        </w:tc>
      </w:tr>
      <w:tr>
        <w:tc>
          <w:tcPr>
            <w:tcW w:type="dxa" w:w="504"/>
            <w:shd w:fill="FFFFFF"/>
            <w:tcMar>
              <w:top w:w="45" w:type="dxa"/>
              <w:bottom w:w="45" w:type="dxa"/>
              <w:left w:w="30" w:type="dxa"/>
              <w:right w:w="30" w:type="dxa"/>
            </w:tcMar>
          </w:tcPr>
          <w:p>
            <w:pPr>
              <w:jc w:val="center"/>
            </w:pPr>
            <w:r>
              <w:rPr>
                <w:sz w:val="16"/>
              </w:rPr>
              <w:t>69</w:t>
            </w:r>
          </w:p>
        </w:tc>
        <w:tc>
          <w:tcPr>
            <w:tcW w:type="dxa" w:w="936"/>
            <w:shd w:fill="FFFFFF"/>
            <w:tcMar>
              <w:top w:w="45" w:type="dxa"/>
              <w:bottom w:w="45" w:type="dxa"/>
              <w:left w:w="30" w:type="dxa"/>
              <w:right w:w="30" w:type="dxa"/>
            </w:tcMar>
          </w:tcPr>
          <w:p>
            <w:pPr>
              <w:jc w:val="left"/>
            </w:pPr>
            <w:r>
              <w:rPr>
                <w:sz w:val="16"/>
              </w:rPr>
              <w:t>KH2172</w:t>
            </w:r>
          </w:p>
        </w:tc>
        <w:tc>
          <w:tcPr>
            <w:tcW w:type="dxa" w:w="2880"/>
            <w:shd w:fill="FFFFFF"/>
            <w:tcMar>
              <w:top w:w="45" w:type="dxa"/>
              <w:bottom w:w="45" w:type="dxa"/>
              <w:left w:w="30" w:type="dxa"/>
              <w:right w:w="30" w:type="dxa"/>
            </w:tcMar>
          </w:tcPr>
          <w:p>
            <w:pPr>
              <w:jc w:val="left"/>
            </w:pPr>
            <w:r>
              <w:rPr>
                <w:sz w:val="16"/>
              </w:rPr>
              <w:t>CÔNG TY TNHH THƯƠNG MẠI CHẾ BIẾN GỖ XUẤT KHẨU THANH HÙNG</w:t>
            </w:r>
          </w:p>
        </w:tc>
        <w:tc>
          <w:tcPr>
            <w:tcW w:type="dxa" w:w="1060"/>
            <w:shd w:fill="FFFFFF"/>
            <w:tcMar>
              <w:top w:w="45" w:type="dxa"/>
              <w:bottom w:w="45" w:type="dxa"/>
              <w:left w:w="30" w:type="dxa"/>
              <w:right w:w="30" w:type="dxa"/>
            </w:tcMar>
          </w:tcPr>
          <w:p>
            <w:pPr>
              <w:jc w:val="right"/>
            </w:pPr>
            <w:r>
              <w:rPr>
                <w:sz w:val="16"/>
              </w:rPr>
              <w:t>126</w:t>
            </w:r>
          </w:p>
        </w:tc>
        <w:tc>
          <w:tcPr>
            <w:tcW w:type="dxa" w:w="1060"/>
            <w:shd w:fill="FFFFFF"/>
            <w:tcMar>
              <w:top w:w="45" w:type="dxa"/>
              <w:bottom w:w="45" w:type="dxa"/>
              <w:left w:w="30" w:type="dxa"/>
              <w:right w:w="30" w:type="dxa"/>
            </w:tcMar>
          </w:tcPr>
          <w:p>
            <w:pPr>
              <w:jc w:val="right"/>
            </w:pPr>
            <w:r>
              <w:rPr>
                <w:sz w:val="16"/>
              </w:rPr>
              <w:t>22</w:t>
            </w:r>
          </w:p>
        </w:tc>
        <w:tc>
          <w:tcPr>
            <w:tcW w:type="dxa" w:w="1060"/>
            <w:shd w:fill="FFFFFF"/>
            <w:tcMar>
              <w:top w:w="45" w:type="dxa"/>
              <w:bottom w:w="45" w:type="dxa"/>
              <w:left w:w="30" w:type="dxa"/>
              <w:right w:w="30" w:type="dxa"/>
            </w:tcMar>
          </w:tcPr>
          <w:p>
            <w:pPr>
              <w:jc w:val="right"/>
            </w:pPr>
            <w:r>
              <w:rPr>
                <w:sz w:val="16"/>
              </w:rPr>
              <w:t>194</w:t>
            </w:r>
          </w:p>
        </w:tc>
        <w:tc>
          <w:tcPr>
            <w:tcW w:type="dxa" w:w="1060"/>
            <w:shd w:fill="FFFFFF"/>
            <w:tcMar>
              <w:top w:w="45" w:type="dxa"/>
              <w:bottom w:w="45" w:type="dxa"/>
              <w:left w:w="30" w:type="dxa"/>
              <w:right w:w="30" w:type="dxa"/>
            </w:tcMar>
          </w:tcPr>
          <w:p>
            <w:pPr>
              <w:jc w:val="right"/>
            </w:pPr>
            <w:r>
              <w:rPr>
                <w:sz w:val="16"/>
              </w:rPr>
              <w:t>40</w:t>
            </w:r>
          </w:p>
        </w:tc>
        <w:tc>
          <w:tcPr>
            <w:tcW w:type="dxa" w:w="1060"/>
            <w:shd w:fill="FFFFFF"/>
            <w:tcMar>
              <w:top w:w="45" w:type="dxa"/>
              <w:bottom w:w="45" w:type="dxa"/>
              <w:left w:w="30" w:type="dxa"/>
              <w:right w:w="30" w:type="dxa"/>
            </w:tcMar>
          </w:tcPr>
          <w:p>
            <w:pPr>
              <w:jc w:val="right"/>
            </w:pPr>
            <w:r>
              <w:rPr>
                <w:sz w:val="16"/>
              </w:rPr>
              <w:t>134</w:t>
            </w:r>
          </w:p>
        </w:tc>
        <w:tc>
          <w:tcPr>
            <w:tcW w:type="dxa" w:w="1060"/>
            <w:shd w:fill="FFFFFF"/>
            <w:tcMar>
              <w:top w:w="45" w:type="dxa"/>
              <w:bottom w:w="45" w:type="dxa"/>
              <w:left w:w="30" w:type="dxa"/>
              <w:right w:w="30" w:type="dxa"/>
            </w:tcMar>
          </w:tcPr>
          <w:p>
            <w:pPr>
              <w:jc w:val="right"/>
            </w:pPr>
            <w:r>
              <w:rPr>
                <w:sz w:val="16"/>
              </w:rPr>
              <w:t>146</w:t>
            </w:r>
          </w:p>
        </w:tc>
        <w:tc>
          <w:tcPr>
            <w:tcW w:type="dxa" w:w="1060"/>
            <w:shd w:fill="FFFFFF"/>
            <w:tcMar>
              <w:top w:w="45" w:type="dxa"/>
              <w:bottom w:w="45" w:type="dxa"/>
              <w:left w:w="30" w:type="dxa"/>
              <w:right w:w="30" w:type="dxa"/>
            </w:tcMar>
          </w:tcPr>
          <w:p>
            <w:pPr>
              <w:jc w:val="right"/>
            </w:pPr>
            <w:r>
              <w:rPr>
                <w:sz w:val="16"/>
              </w:rPr>
              <w:t>122</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-122</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70</w:t>
            </w:r>
          </w:p>
        </w:tc>
        <w:tc>
          <w:tcPr>
            <w:tcW w:type="dxa" w:w="936"/>
            <w:shd w:fill="F9FBFB"/>
            <w:tcMar>
              <w:top w:w="45" w:type="dxa"/>
              <w:bottom w:w="45" w:type="dxa"/>
              <w:left w:w="30" w:type="dxa"/>
              <w:right w:w="30" w:type="dxa"/>
            </w:tcMar>
          </w:tcPr>
          <w:p>
            <w:pPr>
              <w:jc w:val="left"/>
            </w:pPr>
            <w:r>
              <w:rPr>
                <w:sz w:val="16"/>
              </w:rPr>
              <w:t>KH2189</w:t>
            </w:r>
          </w:p>
        </w:tc>
        <w:tc>
          <w:tcPr>
            <w:tcW w:type="dxa" w:w="2880"/>
            <w:shd w:fill="F9FBFB"/>
            <w:tcMar>
              <w:top w:w="45" w:type="dxa"/>
              <w:bottom w:w="45" w:type="dxa"/>
              <w:left w:w="30" w:type="dxa"/>
              <w:right w:w="30" w:type="dxa"/>
            </w:tcMar>
          </w:tcPr>
          <w:p>
            <w:pPr>
              <w:jc w:val="left"/>
            </w:pPr>
            <w:r>
              <w:rPr>
                <w:sz w:val="16"/>
              </w:rPr>
              <w:t>HỘ KINH DOANH SONG LINH</w:t>
            </w:r>
          </w:p>
        </w:tc>
        <w:tc>
          <w:tcPr>
            <w:tcW w:type="dxa" w:w="1060"/>
            <w:shd w:fill="F9FBFB"/>
            <w:tcMar>
              <w:top w:w="45" w:type="dxa"/>
              <w:bottom w:w="45" w:type="dxa"/>
              <w:left w:w="30" w:type="dxa"/>
              <w:right w:w="30" w:type="dxa"/>
            </w:tcMar>
          </w:tcPr>
          <w:p>
            <w:pPr>
              <w:jc w:val="right"/>
            </w:pPr>
            <w:r>
              <w:rPr>
                <w:sz w:val="16"/>
              </w:rPr>
              <w:t>299</w:t>
            </w:r>
          </w:p>
        </w:tc>
        <w:tc>
          <w:tcPr>
            <w:tcW w:type="dxa" w:w="1060"/>
            <w:shd w:fill="F9FBFB"/>
            <w:tcMar>
              <w:top w:w="45" w:type="dxa"/>
              <w:bottom w:w="45" w:type="dxa"/>
              <w:left w:w="30" w:type="dxa"/>
              <w:right w:w="30" w:type="dxa"/>
            </w:tcMar>
          </w:tcPr>
          <w:p>
            <w:pPr>
              <w:jc w:val="right"/>
            </w:pPr>
            <w:r>
              <w:rPr>
                <w:sz w:val="16"/>
              </w:rPr>
              <w:t>32</w:t>
            </w:r>
          </w:p>
        </w:tc>
        <w:tc>
          <w:tcPr>
            <w:tcW w:type="dxa" w:w="1060"/>
            <w:shd w:fill="F9FBFB"/>
            <w:tcMar>
              <w:top w:w="45" w:type="dxa"/>
              <w:bottom w:w="45" w:type="dxa"/>
              <w:left w:w="30" w:type="dxa"/>
              <w:right w:w="30" w:type="dxa"/>
            </w:tcMar>
          </w:tcPr>
          <w:p>
            <w:pPr>
              <w:jc w:val="right"/>
            </w:pPr>
            <w:r>
              <w:rPr>
                <w:sz w:val="16"/>
              </w:rPr>
              <w:t>97</w:t>
            </w:r>
          </w:p>
        </w:tc>
        <w:tc>
          <w:tcPr>
            <w:tcW w:type="dxa" w:w="1060"/>
            <w:shd w:fill="F9FBFB"/>
            <w:tcMar>
              <w:top w:w="45" w:type="dxa"/>
              <w:bottom w:w="45" w:type="dxa"/>
              <w:left w:w="30" w:type="dxa"/>
              <w:right w:w="30" w:type="dxa"/>
            </w:tcMar>
          </w:tcPr>
          <w:p>
            <w:pPr>
              <w:jc w:val="right"/>
            </w:pPr>
            <w:r>
              <w:rPr>
                <w:sz w:val="16"/>
              </w:rPr>
              <w:t>60</w:t>
            </w:r>
          </w:p>
        </w:tc>
        <w:tc>
          <w:tcPr>
            <w:tcW w:type="dxa" w:w="1060"/>
            <w:shd w:fill="F9FBFB"/>
            <w:tcMar>
              <w:top w:w="45" w:type="dxa"/>
              <w:bottom w:w="45" w:type="dxa"/>
              <w:left w:w="30" w:type="dxa"/>
              <w:right w:w="30" w:type="dxa"/>
            </w:tcMar>
          </w:tcPr>
          <w:p>
            <w:pPr>
              <w:jc w:val="right"/>
            </w:pPr>
            <w:r>
              <w:rPr>
                <w:sz w:val="16"/>
              </w:rPr>
              <w:t>72</w:t>
            </w:r>
          </w:p>
        </w:tc>
        <w:tc>
          <w:tcPr>
            <w:tcW w:type="dxa" w:w="1060"/>
            <w:shd w:fill="F9FBFB"/>
            <w:tcMar>
              <w:top w:w="45" w:type="dxa"/>
              <w:bottom w:w="45" w:type="dxa"/>
              <w:left w:w="30" w:type="dxa"/>
              <w:right w:w="30" w:type="dxa"/>
            </w:tcMar>
          </w:tcPr>
          <w:p>
            <w:pPr>
              <w:jc w:val="right"/>
            </w:pPr>
            <w:r>
              <w:rPr>
                <w:sz w:val="16"/>
              </w:rPr>
              <w:t>161</w:t>
            </w:r>
          </w:p>
        </w:tc>
        <w:tc>
          <w:tcPr>
            <w:tcW w:type="dxa" w:w="1060"/>
            <w:shd w:fill="F9FBFB"/>
            <w:tcMar>
              <w:top w:w="45" w:type="dxa"/>
              <w:bottom w:w="45" w:type="dxa"/>
              <w:left w:w="30" w:type="dxa"/>
              <w:right w:w="30" w:type="dxa"/>
            </w:tcMar>
          </w:tcPr>
          <w:p>
            <w:pPr>
              <w:jc w:val="right"/>
            </w:pPr>
            <w:r>
              <w:rPr>
                <w:sz w:val="16"/>
              </w:rPr>
              <w:t>35</w:t>
            </w:r>
          </w:p>
        </w:tc>
        <w:tc>
          <w:tcPr>
            <w:tcW w:type="dxa" w:w="1060"/>
            <w:shd w:fill="F9FBFB"/>
            <w:tcMar>
              <w:top w:w="45" w:type="dxa"/>
              <w:bottom w:w="45" w:type="dxa"/>
              <w:left w:w="30" w:type="dxa"/>
              <w:right w:w="30" w:type="dxa"/>
            </w:tcMar>
          </w:tcPr>
          <w:p>
            <w:pPr>
              <w:jc w:val="right"/>
            </w:pPr>
            <w:r>
              <w:rPr>
                <w:b/>
                <w:sz w:val="16"/>
              </w:rPr>
              <w:t>29</w:t>
            </w:r>
          </w:p>
        </w:tc>
        <w:tc>
          <w:tcPr>
            <w:tcW w:type="dxa" w:w="1224"/>
            <w:shd w:fill="F9FBFB"/>
            <w:tcMar>
              <w:top w:w="45" w:type="dxa"/>
              <w:bottom w:w="45" w:type="dxa"/>
              <w:left w:w="30" w:type="dxa"/>
              <w:right w:w="30" w:type="dxa"/>
            </w:tcMar>
          </w:tcPr>
          <w:p>
            <w:pPr>
              <w:jc w:val="right"/>
            </w:pPr>
            <w:r>
              <w:rPr>
                <w:color w:val="C0392B"/>
                <w:sz w:val="16"/>
              </w:rPr>
              <w:t>-6</w:t>
            </w:r>
          </w:p>
        </w:tc>
        <w:tc>
          <w:tcPr>
            <w:tcW w:type="dxa" w:w="1080"/>
            <w:shd w:fill="F9FBFB"/>
            <w:tcMar>
              <w:top w:w="45" w:type="dxa"/>
              <w:bottom w:w="45" w:type="dxa"/>
              <w:left w:w="30" w:type="dxa"/>
              <w:right w:w="30" w:type="dxa"/>
            </w:tcMar>
          </w:tcPr>
          <w:p>
            <w:pPr>
              <w:jc w:val="center"/>
            </w:pPr>
            <w:r>
              <w:rPr>
                <w:b/>
                <w:color w:val="C0392B"/>
                <w:sz w:val="16"/>
              </w:rPr>
              <w:t>-17.1%</w:t>
            </w:r>
          </w:p>
        </w:tc>
      </w:tr>
      <w:tr>
        <w:tc>
          <w:tcPr>
            <w:tcW w:type="dxa" w:w="504"/>
            <w:shd w:fill="FFFFFF"/>
            <w:tcMar>
              <w:top w:w="45" w:type="dxa"/>
              <w:bottom w:w="45" w:type="dxa"/>
              <w:left w:w="30" w:type="dxa"/>
              <w:right w:w="30" w:type="dxa"/>
            </w:tcMar>
          </w:tcPr>
          <w:p>
            <w:pPr>
              <w:jc w:val="center"/>
            </w:pPr>
            <w:r>
              <w:rPr>
                <w:sz w:val="16"/>
              </w:rPr>
              <w:t>71</w:t>
            </w:r>
          </w:p>
        </w:tc>
        <w:tc>
          <w:tcPr>
            <w:tcW w:type="dxa" w:w="936"/>
            <w:shd w:fill="FFFFFF"/>
            <w:tcMar>
              <w:top w:w="45" w:type="dxa"/>
              <w:bottom w:w="45" w:type="dxa"/>
              <w:left w:w="30" w:type="dxa"/>
              <w:right w:w="30" w:type="dxa"/>
            </w:tcMar>
          </w:tcPr>
          <w:p>
            <w:pPr>
              <w:jc w:val="left"/>
            </w:pPr>
            <w:r>
              <w:rPr>
                <w:sz w:val="16"/>
              </w:rPr>
              <w:t>KH1246</w:t>
            </w:r>
          </w:p>
        </w:tc>
        <w:tc>
          <w:tcPr>
            <w:tcW w:type="dxa" w:w="2880"/>
            <w:shd w:fill="FFFFFF"/>
            <w:tcMar>
              <w:top w:w="45" w:type="dxa"/>
              <w:bottom w:w="45" w:type="dxa"/>
              <w:left w:w="30" w:type="dxa"/>
              <w:right w:w="30" w:type="dxa"/>
            </w:tcMar>
          </w:tcPr>
          <w:p>
            <w:pPr>
              <w:jc w:val="left"/>
            </w:pPr>
            <w:r>
              <w:rPr>
                <w:sz w:val="16"/>
              </w:rPr>
              <w:t>CÔNG TY TRÁCH NHIỆM HỮU HẠN SẢN XUẤT THƯƠNG MẠI TÂM PHÚ</w:t>
            </w:r>
          </w:p>
        </w:tc>
        <w:tc>
          <w:tcPr>
            <w:tcW w:type="dxa" w:w="1060"/>
            <w:shd w:fill="FFFFFF"/>
            <w:tcMar>
              <w:top w:w="45" w:type="dxa"/>
              <w:bottom w:w="45" w:type="dxa"/>
              <w:left w:w="30" w:type="dxa"/>
              <w:right w:w="30" w:type="dxa"/>
            </w:tcMar>
          </w:tcPr>
          <w:p>
            <w:pPr>
              <w:jc w:val="right"/>
            </w:pPr>
            <w:r>
              <w:rPr>
                <w:sz w:val="16"/>
              </w:rPr>
              <w:t>36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55</w:t>
            </w:r>
          </w:p>
        </w:tc>
        <w:tc>
          <w:tcPr>
            <w:tcW w:type="dxa" w:w="1060"/>
            <w:shd w:fill="FFFFFF"/>
            <w:tcMar>
              <w:top w:w="45" w:type="dxa"/>
              <w:bottom w:w="45" w:type="dxa"/>
              <w:left w:w="30" w:type="dxa"/>
              <w:right w:w="30" w:type="dxa"/>
            </w:tcMar>
          </w:tcPr>
          <w:p>
            <w:pPr>
              <w:jc w:val="right"/>
            </w:pPr>
            <w:r>
              <w:rPr>
                <w:sz w:val="16"/>
              </w:rPr>
              <w:t>112</w:t>
            </w:r>
          </w:p>
        </w:tc>
        <w:tc>
          <w:tcPr>
            <w:tcW w:type="dxa" w:w="1060"/>
            <w:shd w:fill="FFFFFF"/>
            <w:tcMar>
              <w:top w:w="45" w:type="dxa"/>
              <w:bottom w:w="45" w:type="dxa"/>
              <w:left w:w="30" w:type="dxa"/>
              <w:right w:w="30" w:type="dxa"/>
            </w:tcMar>
          </w:tcPr>
          <w:p>
            <w:pPr>
              <w:jc w:val="right"/>
            </w:pPr>
            <w:r>
              <w:rPr>
                <w:sz w:val="16"/>
              </w:rPr>
              <w:t>30</w:t>
            </w:r>
          </w:p>
        </w:tc>
        <w:tc>
          <w:tcPr>
            <w:tcW w:type="dxa" w:w="1060"/>
            <w:shd w:fill="FFFFFF"/>
            <w:tcMar>
              <w:top w:w="45" w:type="dxa"/>
              <w:bottom w:w="45" w:type="dxa"/>
              <w:left w:w="30" w:type="dxa"/>
              <w:right w:w="30" w:type="dxa"/>
            </w:tcMar>
          </w:tcPr>
          <w:p>
            <w:pPr>
              <w:jc w:val="right"/>
            </w:pPr>
            <w:r>
              <w:rPr>
                <w:sz w:val="16"/>
              </w:rPr>
              <w:t>6</w:t>
            </w:r>
          </w:p>
        </w:tc>
        <w:tc>
          <w:tcPr>
            <w:tcW w:type="dxa" w:w="1060"/>
            <w:shd w:fill="FFFFFF"/>
            <w:tcMar>
              <w:top w:w="45" w:type="dxa"/>
              <w:bottom w:w="45" w:type="dxa"/>
              <w:left w:w="30" w:type="dxa"/>
              <w:right w:w="30" w:type="dxa"/>
            </w:tcMar>
          </w:tcPr>
          <w:p>
            <w:pPr>
              <w:jc w:val="right"/>
            </w:pPr>
            <w:r>
              <w:rPr>
                <w:sz w:val="16"/>
              </w:rPr>
              <w:t>212</w:t>
            </w:r>
          </w:p>
        </w:tc>
        <w:tc>
          <w:tcPr>
            <w:tcW w:type="dxa" w:w="1060"/>
            <w:shd w:fill="FFFFFF"/>
            <w:tcMar>
              <w:top w:w="45" w:type="dxa"/>
              <w:bottom w:w="45" w:type="dxa"/>
              <w:left w:w="30" w:type="dxa"/>
              <w:right w:w="30" w:type="dxa"/>
            </w:tcMar>
          </w:tcPr>
          <w:p>
            <w:pPr>
              <w:jc w:val="right"/>
            </w:pPr>
            <w:r>
              <w:rPr>
                <w:b/>
                <w:sz w:val="16"/>
              </w:rPr>
              <w:t>308</w:t>
            </w:r>
          </w:p>
        </w:tc>
        <w:tc>
          <w:tcPr>
            <w:tcW w:type="dxa" w:w="1224"/>
            <w:shd w:fill="FFFFFF"/>
            <w:tcMar>
              <w:top w:w="45" w:type="dxa"/>
              <w:bottom w:w="45" w:type="dxa"/>
              <w:left w:w="30" w:type="dxa"/>
              <w:right w:w="30" w:type="dxa"/>
            </w:tcMar>
          </w:tcPr>
          <w:p>
            <w:pPr>
              <w:jc w:val="right"/>
            </w:pPr>
            <w:r>
              <w:rPr>
                <w:color w:val="27AE60"/>
                <w:sz w:val="16"/>
              </w:rPr>
              <w:t>+96</w:t>
            </w:r>
          </w:p>
        </w:tc>
        <w:tc>
          <w:tcPr>
            <w:tcW w:type="dxa" w:w="1080"/>
            <w:shd w:fill="FFFFFF"/>
            <w:tcMar>
              <w:top w:w="45" w:type="dxa"/>
              <w:bottom w:w="45" w:type="dxa"/>
              <w:left w:w="30" w:type="dxa"/>
              <w:right w:w="30" w:type="dxa"/>
            </w:tcMar>
          </w:tcPr>
          <w:p>
            <w:pPr>
              <w:jc w:val="center"/>
            </w:pPr>
            <w:r>
              <w:rPr>
                <w:b/>
                <w:color w:val="27AE60"/>
                <w:sz w:val="16"/>
              </w:rPr>
              <w:t>+45.3%</w:t>
            </w:r>
          </w:p>
        </w:tc>
      </w:tr>
      <w:tr>
        <w:tc>
          <w:tcPr>
            <w:tcW w:type="dxa" w:w="504"/>
            <w:shd w:fill="F9FBFB"/>
            <w:tcMar>
              <w:top w:w="45" w:type="dxa"/>
              <w:bottom w:w="45" w:type="dxa"/>
              <w:left w:w="30" w:type="dxa"/>
              <w:right w:w="30" w:type="dxa"/>
            </w:tcMar>
          </w:tcPr>
          <w:p>
            <w:pPr>
              <w:jc w:val="center"/>
            </w:pPr>
            <w:r>
              <w:rPr>
                <w:sz w:val="16"/>
              </w:rPr>
              <w:t>72</w:t>
            </w:r>
          </w:p>
        </w:tc>
        <w:tc>
          <w:tcPr>
            <w:tcW w:type="dxa" w:w="936"/>
            <w:shd w:fill="F9FBFB"/>
            <w:tcMar>
              <w:top w:w="45" w:type="dxa"/>
              <w:bottom w:w="45" w:type="dxa"/>
              <w:left w:w="30" w:type="dxa"/>
              <w:right w:w="30" w:type="dxa"/>
            </w:tcMar>
          </w:tcPr>
          <w:p>
            <w:pPr>
              <w:jc w:val="left"/>
            </w:pPr>
            <w:r>
              <w:rPr>
                <w:sz w:val="16"/>
              </w:rPr>
              <w:t>KH0949</w:t>
            </w:r>
          </w:p>
        </w:tc>
        <w:tc>
          <w:tcPr>
            <w:tcW w:type="dxa" w:w="2880"/>
            <w:shd w:fill="F9FBFB"/>
            <w:tcMar>
              <w:top w:w="45" w:type="dxa"/>
              <w:bottom w:w="45" w:type="dxa"/>
              <w:left w:w="30" w:type="dxa"/>
              <w:right w:w="30" w:type="dxa"/>
            </w:tcMar>
          </w:tcPr>
          <w:p>
            <w:pPr>
              <w:jc w:val="left"/>
            </w:pPr>
            <w:r>
              <w:rPr>
                <w:sz w:val="16"/>
              </w:rPr>
              <w:t>CÔNG TY TNHH MTV SX - TM - DV QUANG DŨNG</w:t>
            </w:r>
          </w:p>
        </w:tc>
        <w:tc>
          <w:tcPr>
            <w:tcW w:type="dxa" w:w="1060"/>
            <w:shd w:fill="F9FBFB"/>
            <w:tcMar>
              <w:top w:w="45" w:type="dxa"/>
              <w:bottom w:w="45" w:type="dxa"/>
              <w:left w:w="30" w:type="dxa"/>
              <w:right w:w="30" w:type="dxa"/>
            </w:tcMar>
          </w:tcPr>
          <w:p>
            <w:pPr>
              <w:jc w:val="right"/>
            </w:pPr>
            <w:r>
              <w:rPr>
                <w:sz w:val="16"/>
              </w:rPr>
              <w:t>124</w:t>
            </w:r>
          </w:p>
        </w:tc>
        <w:tc>
          <w:tcPr>
            <w:tcW w:type="dxa" w:w="1060"/>
            <w:shd w:fill="F9FBFB"/>
            <w:tcMar>
              <w:top w:w="45" w:type="dxa"/>
              <w:bottom w:w="45" w:type="dxa"/>
              <w:left w:w="30" w:type="dxa"/>
              <w:right w:w="30" w:type="dxa"/>
            </w:tcMar>
          </w:tcPr>
          <w:p>
            <w:pPr>
              <w:jc w:val="right"/>
            </w:pPr>
            <w:r>
              <w:rPr>
                <w:sz w:val="16"/>
              </w:rPr>
              <w:t>62</w:t>
            </w:r>
          </w:p>
        </w:tc>
        <w:tc>
          <w:tcPr>
            <w:tcW w:type="dxa" w:w="1060"/>
            <w:shd w:fill="F9FBFB"/>
            <w:tcMar>
              <w:top w:w="45" w:type="dxa"/>
              <w:bottom w:w="45" w:type="dxa"/>
              <w:left w:w="30" w:type="dxa"/>
              <w:right w:w="30" w:type="dxa"/>
            </w:tcMar>
          </w:tcPr>
          <w:p>
            <w:pPr>
              <w:jc w:val="right"/>
            </w:pPr>
            <w:r>
              <w:rPr>
                <w:sz w:val="16"/>
              </w:rPr>
              <w:t>55</w:t>
            </w:r>
          </w:p>
        </w:tc>
        <w:tc>
          <w:tcPr>
            <w:tcW w:type="dxa" w:w="1060"/>
            <w:shd w:fill="F9FBFB"/>
            <w:tcMar>
              <w:top w:w="45" w:type="dxa"/>
              <w:bottom w:w="45" w:type="dxa"/>
              <w:left w:w="30" w:type="dxa"/>
              <w:right w:w="30" w:type="dxa"/>
            </w:tcMar>
          </w:tcPr>
          <w:p>
            <w:pPr>
              <w:jc w:val="right"/>
            </w:pPr>
            <w:r>
              <w:rPr>
                <w:sz w:val="16"/>
              </w:rPr>
              <w:t>27</w:t>
            </w:r>
          </w:p>
        </w:tc>
        <w:tc>
          <w:tcPr>
            <w:tcW w:type="dxa" w:w="1060"/>
            <w:shd w:fill="F9FBFB"/>
            <w:tcMar>
              <w:top w:w="45" w:type="dxa"/>
              <w:bottom w:w="45" w:type="dxa"/>
              <w:left w:w="30" w:type="dxa"/>
              <w:right w:w="30" w:type="dxa"/>
            </w:tcMar>
          </w:tcPr>
          <w:p>
            <w:pPr>
              <w:jc w:val="right"/>
            </w:pPr>
            <w:r>
              <w:rPr>
                <w:sz w:val="16"/>
              </w:rPr>
              <w:t>54</w:t>
            </w:r>
          </w:p>
        </w:tc>
        <w:tc>
          <w:tcPr>
            <w:tcW w:type="dxa" w:w="1060"/>
            <w:shd w:fill="F9FBFB"/>
            <w:tcMar>
              <w:top w:w="45" w:type="dxa"/>
              <w:bottom w:w="45" w:type="dxa"/>
              <w:left w:w="30" w:type="dxa"/>
              <w:right w:w="30" w:type="dxa"/>
            </w:tcMar>
          </w:tcPr>
          <w:p>
            <w:pPr>
              <w:jc w:val="right"/>
            </w:pPr>
            <w:r>
              <w:rPr>
                <w:sz w:val="16"/>
              </w:rPr>
              <w:t>169</w:t>
            </w:r>
          </w:p>
        </w:tc>
        <w:tc>
          <w:tcPr>
            <w:tcW w:type="dxa" w:w="1060"/>
            <w:shd w:fill="F9FBFB"/>
            <w:tcMar>
              <w:top w:w="45" w:type="dxa"/>
              <w:bottom w:w="45" w:type="dxa"/>
              <w:left w:w="30" w:type="dxa"/>
              <w:right w:w="30" w:type="dxa"/>
            </w:tcMar>
          </w:tcPr>
          <w:p>
            <w:pPr>
              <w:jc w:val="right"/>
            </w:pPr>
            <w:r>
              <w:rPr>
                <w:sz w:val="16"/>
              </w:rPr>
              <w:t>133</w:t>
            </w:r>
          </w:p>
        </w:tc>
        <w:tc>
          <w:tcPr>
            <w:tcW w:type="dxa" w:w="1060"/>
            <w:shd w:fill="F9FBFB"/>
            <w:tcMar>
              <w:top w:w="45" w:type="dxa"/>
              <w:bottom w:w="45" w:type="dxa"/>
              <w:left w:w="30" w:type="dxa"/>
              <w:right w:w="30" w:type="dxa"/>
            </w:tcMar>
          </w:tcPr>
          <w:p>
            <w:pPr>
              <w:jc w:val="right"/>
            </w:pPr>
            <w:r>
              <w:rPr>
                <w:b/>
                <w:sz w:val="16"/>
              </w:rPr>
              <w:t>125</w:t>
            </w:r>
          </w:p>
        </w:tc>
        <w:tc>
          <w:tcPr>
            <w:tcW w:type="dxa" w:w="1224"/>
            <w:shd w:fill="F9FBFB"/>
            <w:tcMar>
              <w:top w:w="45" w:type="dxa"/>
              <w:bottom w:w="45" w:type="dxa"/>
              <w:left w:w="30" w:type="dxa"/>
              <w:right w:w="30" w:type="dxa"/>
            </w:tcMar>
          </w:tcPr>
          <w:p>
            <w:pPr>
              <w:jc w:val="right"/>
            </w:pPr>
            <w:r>
              <w:rPr>
                <w:color w:val="C0392B"/>
                <w:sz w:val="16"/>
              </w:rPr>
              <w:t>-8</w:t>
            </w:r>
          </w:p>
        </w:tc>
        <w:tc>
          <w:tcPr>
            <w:tcW w:type="dxa" w:w="1080"/>
            <w:shd w:fill="F9FBFB"/>
            <w:tcMar>
              <w:top w:w="45" w:type="dxa"/>
              <w:bottom w:w="45" w:type="dxa"/>
              <w:left w:w="30" w:type="dxa"/>
              <w:right w:w="30" w:type="dxa"/>
            </w:tcMar>
          </w:tcPr>
          <w:p>
            <w:pPr>
              <w:jc w:val="center"/>
            </w:pPr>
            <w:r>
              <w:rPr>
                <w:b/>
                <w:color w:val="C0392B"/>
                <w:sz w:val="16"/>
              </w:rPr>
              <w:t>-6.0%</w:t>
            </w:r>
          </w:p>
        </w:tc>
      </w:tr>
      <w:tr>
        <w:tc>
          <w:tcPr>
            <w:tcW w:type="dxa" w:w="504"/>
            <w:shd w:fill="FFFFFF"/>
            <w:tcMar>
              <w:top w:w="45" w:type="dxa"/>
              <w:bottom w:w="45" w:type="dxa"/>
              <w:left w:w="30" w:type="dxa"/>
              <w:right w:w="30" w:type="dxa"/>
            </w:tcMar>
          </w:tcPr>
          <w:p>
            <w:pPr>
              <w:jc w:val="center"/>
            </w:pPr>
            <w:r>
              <w:rPr>
                <w:sz w:val="16"/>
              </w:rPr>
              <w:t>73</w:t>
            </w:r>
          </w:p>
        </w:tc>
        <w:tc>
          <w:tcPr>
            <w:tcW w:type="dxa" w:w="936"/>
            <w:shd w:fill="FFFFFF"/>
            <w:tcMar>
              <w:top w:w="45" w:type="dxa"/>
              <w:bottom w:w="45" w:type="dxa"/>
              <w:left w:w="30" w:type="dxa"/>
              <w:right w:w="30" w:type="dxa"/>
            </w:tcMar>
          </w:tcPr>
          <w:p>
            <w:pPr>
              <w:jc w:val="left"/>
            </w:pPr>
            <w:r>
              <w:rPr>
                <w:sz w:val="16"/>
              </w:rPr>
              <w:t>KH0792</w:t>
            </w:r>
          </w:p>
        </w:tc>
        <w:tc>
          <w:tcPr>
            <w:tcW w:type="dxa" w:w="2880"/>
            <w:shd w:fill="FFFFFF"/>
            <w:tcMar>
              <w:top w:w="45" w:type="dxa"/>
              <w:bottom w:w="45" w:type="dxa"/>
              <w:left w:w="30" w:type="dxa"/>
              <w:right w:w="30" w:type="dxa"/>
            </w:tcMar>
          </w:tcPr>
          <w:p>
            <w:pPr>
              <w:jc w:val="left"/>
            </w:pPr>
            <w:r>
              <w:rPr>
                <w:sz w:val="16"/>
              </w:rPr>
              <w:t>CÔNG TY CỔ PHẨN CHẾ BIẾN GỖ NỘI THẤT THÀNH TÂM</w:t>
            </w:r>
          </w:p>
        </w:tc>
        <w:tc>
          <w:tcPr>
            <w:tcW w:type="dxa" w:w="1060"/>
            <w:shd w:fill="FFFFFF"/>
            <w:tcMar>
              <w:top w:w="45" w:type="dxa"/>
              <w:bottom w:w="45" w:type="dxa"/>
              <w:left w:w="30" w:type="dxa"/>
              <w:right w:w="30" w:type="dxa"/>
            </w:tcMar>
          </w:tcPr>
          <w:p>
            <w:pPr>
              <w:jc w:val="right"/>
            </w:pPr>
            <w:r>
              <w:rPr>
                <w:sz w:val="16"/>
              </w:rPr>
              <w:t>64</w:t>
            </w:r>
          </w:p>
        </w:tc>
        <w:tc>
          <w:tcPr>
            <w:tcW w:type="dxa" w:w="1060"/>
            <w:shd w:fill="FFFFFF"/>
            <w:tcMar>
              <w:top w:w="45" w:type="dxa"/>
              <w:bottom w:w="45" w:type="dxa"/>
              <w:left w:w="30" w:type="dxa"/>
              <w:right w:w="30" w:type="dxa"/>
            </w:tcMar>
          </w:tcPr>
          <w:p>
            <w:pPr>
              <w:jc w:val="right"/>
            </w:pPr>
            <w:r>
              <w:rPr>
                <w:sz w:val="16"/>
              </w:rPr>
              <w:t>60</w:t>
            </w:r>
          </w:p>
        </w:tc>
        <w:tc>
          <w:tcPr>
            <w:tcW w:type="dxa" w:w="1060"/>
            <w:shd w:fill="FFFFFF"/>
            <w:tcMar>
              <w:top w:w="45" w:type="dxa"/>
              <w:bottom w:w="45" w:type="dxa"/>
              <w:left w:w="30" w:type="dxa"/>
              <w:right w:w="30" w:type="dxa"/>
            </w:tcMar>
          </w:tcPr>
          <w:p>
            <w:pPr>
              <w:jc w:val="right"/>
            </w:pPr>
            <w:r>
              <w:rPr>
                <w:sz w:val="16"/>
              </w:rPr>
              <w:t>37</w:t>
            </w:r>
          </w:p>
        </w:tc>
        <w:tc>
          <w:tcPr>
            <w:tcW w:type="dxa" w:w="1060"/>
            <w:shd w:fill="FFFFFF"/>
            <w:tcMar>
              <w:top w:w="45" w:type="dxa"/>
              <w:bottom w:w="45" w:type="dxa"/>
              <w:left w:w="30" w:type="dxa"/>
              <w:right w:w="30" w:type="dxa"/>
            </w:tcMar>
          </w:tcPr>
          <w:p>
            <w:pPr>
              <w:jc w:val="right"/>
            </w:pPr>
            <w:r>
              <w:rPr>
                <w:sz w:val="16"/>
              </w:rPr>
              <w:t>132</w:t>
            </w:r>
          </w:p>
        </w:tc>
        <w:tc>
          <w:tcPr>
            <w:tcW w:type="dxa" w:w="1060"/>
            <w:shd w:fill="FFFFFF"/>
            <w:tcMar>
              <w:top w:w="45" w:type="dxa"/>
              <w:bottom w:w="45" w:type="dxa"/>
              <w:left w:w="30" w:type="dxa"/>
              <w:right w:w="30" w:type="dxa"/>
            </w:tcMar>
          </w:tcPr>
          <w:p>
            <w:pPr>
              <w:jc w:val="right"/>
            </w:pPr>
            <w:r>
              <w:rPr>
                <w:sz w:val="16"/>
              </w:rPr>
              <w:t>96</w:t>
            </w:r>
          </w:p>
        </w:tc>
        <w:tc>
          <w:tcPr>
            <w:tcW w:type="dxa" w:w="1060"/>
            <w:shd w:fill="FFFFFF"/>
            <w:tcMar>
              <w:top w:w="45" w:type="dxa"/>
              <w:bottom w:w="45" w:type="dxa"/>
              <w:left w:w="30" w:type="dxa"/>
              <w:right w:w="30" w:type="dxa"/>
            </w:tcMar>
          </w:tcPr>
          <w:p>
            <w:pPr>
              <w:jc w:val="right"/>
            </w:pPr>
            <w:r>
              <w:rPr>
                <w:sz w:val="16"/>
              </w:rPr>
              <w:t>53</w:t>
            </w:r>
          </w:p>
        </w:tc>
        <w:tc>
          <w:tcPr>
            <w:tcW w:type="dxa" w:w="1060"/>
            <w:shd w:fill="FFFFFF"/>
            <w:tcMar>
              <w:top w:w="45" w:type="dxa"/>
              <w:bottom w:w="45" w:type="dxa"/>
              <w:left w:w="30" w:type="dxa"/>
              <w:right w:w="30" w:type="dxa"/>
            </w:tcMar>
          </w:tcPr>
          <w:p>
            <w:pPr>
              <w:jc w:val="right"/>
            </w:pPr>
            <w:r>
              <w:rPr>
                <w:sz w:val="16"/>
              </w:rPr>
              <w:t>55</w:t>
            </w:r>
          </w:p>
        </w:tc>
        <w:tc>
          <w:tcPr>
            <w:tcW w:type="dxa" w:w="1060"/>
            <w:shd w:fill="FFFFFF"/>
            <w:tcMar>
              <w:top w:w="45" w:type="dxa"/>
              <w:bottom w:w="45" w:type="dxa"/>
              <w:left w:w="30" w:type="dxa"/>
              <w:right w:w="30" w:type="dxa"/>
            </w:tcMar>
          </w:tcPr>
          <w:p>
            <w:pPr>
              <w:jc w:val="right"/>
            </w:pPr>
            <w:r>
              <w:rPr>
                <w:b/>
                <w:sz w:val="16"/>
              </w:rPr>
              <w:t>23</w:t>
            </w:r>
          </w:p>
        </w:tc>
        <w:tc>
          <w:tcPr>
            <w:tcW w:type="dxa" w:w="1224"/>
            <w:shd w:fill="FFFFFF"/>
            <w:tcMar>
              <w:top w:w="45" w:type="dxa"/>
              <w:bottom w:w="45" w:type="dxa"/>
              <w:left w:w="30" w:type="dxa"/>
              <w:right w:w="30" w:type="dxa"/>
            </w:tcMar>
          </w:tcPr>
          <w:p>
            <w:pPr>
              <w:jc w:val="right"/>
            </w:pPr>
            <w:r>
              <w:rPr>
                <w:color w:val="C0392B"/>
                <w:sz w:val="16"/>
              </w:rPr>
              <w:t>-32</w:t>
            </w:r>
          </w:p>
        </w:tc>
        <w:tc>
          <w:tcPr>
            <w:tcW w:type="dxa" w:w="1080"/>
            <w:shd w:fill="FFFFFF"/>
            <w:tcMar>
              <w:top w:w="45" w:type="dxa"/>
              <w:bottom w:w="45" w:type="dxa"/>
              <w:left w:w="30" w:type="dxa"/>
              <w:right w:w="30" w:type="dxa"/>
            </w:tcMar>
          </w:tcPr>
          <w:p>
            <w:pPr>
              <w:jc w:val="center"/>
            </w:pPr>
            <w:r>
              <w:rPr>
                <w:b/>
                <w:color w:val="C0392B"/>
                <w:sz w:val="16"/>
              </w:rPr>
              <w:t>-58.2%</w:t>
            </w:r>
          </w:p>
        </w:tc>
      </w:tr>
      <w:tr>
        <w:tc>
          <w:tcPr>
            <w:tcW w:type="dxa" w:w="504"/>
            <w:shd w:fill="F9FBFB"/>
            <w:tcMar>
              <w:top w:w="45" w:type="dxa"/>
              <w:bottom w:w="45" w:type="dxa"/>
              <w:left w:w="30" w:type="dxa"/>
              <w:right w:w="30" w:type="dxa"/>
            </w:tcMar>
          </w:tcPr>
          <w:p>
            <w:pPr>
              <w:jc w:val="center"/>
            </w:pPr>
            <w:r>
              <w:rPr>
                <w:sz w:val="16"/>
              </w:rPr>
              <w:t>74</w:t>
            </w:r>
          </w:p>
        </w:tc>
        <w:tc>
          <w:tcPr>
            <w:tcW w:type="dxa" w:w="936"/>
            <w:shd w:fill="F9FBFB"/>
            <w:tcMar>
              <w:top w:w="45" w:type="dxa"/>
              <w:bottom w:w="45" w:type="dxa"/>
              <w:left w:w="30" w:type="dxa"/>
              <w:right w:w="30" w:type="dxa"/>
            </w:tcMar>
          </w:tcPr>
          <w:p>
            <w:pPr>
              <w:jc w:val="left"/>
            </w:pPr>
            <w:r>
              <w:rPr>
                <w:sz w:val="16"/>
              </w:rPr>
              <w:t>KH0475</w:t>
            </w:r>
          </w:p>
        </w:tc>
        <w:tc>
          <w:tcPr>
            <w:tcW w:type="dxa" w:w="2880"/>
            <w:shd w:fill="F9FBFB"/>
            <w:tcMar>
              <w:top w:w="45" w:type="dxa"/>
              <w:bottom w:w="45" w:type="dxa"/>
              <w:left w:w="30" w:type="dxa"/>
              <w:right w:w="30" w:type="dxa"/>
            </w:tcMar>
          </w:tcPr>
          <w:p>
            <w:pPr>
              <w:jc w:val="left"/>
            </w:pPr>
            <w:r>
              <w:rPr>
                <w:sz w:val="16"/>
              </w:rPr>
              <w:t>CÔNG TY TNHH PMA INDUSTRIER VIỆT NAM</w:t>
            </w:r>
          </w:p>
        </w:tc>
        <w:tc>
          <w:tcPr>
            <w:tcW w:type="dxa" w:w="1060"/>
            <w:shd w:fill="F9FBFB"/>
            <w:tcMar>
              <w:top w:w="45" w:type="dxa"/>
              <w:bottom w:w="45" w:type="dxa"/>
              <w:left w:w="30" w:type="dxa"/>
              <w:right w:w="30" w:type="dxa"/>
            </w:tcMar>
          </w:tcPr>
          <w:p>
            <w:pPr>
              <w:jc w:val="right"/>
            </w:pPr>
            <w:r>
              <w:rPr>
                <w:sz w:val="16"/>
              </w:rPr>
              <w:t>101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24</w:t>
            </w:r>
          </w:p>
        </w:tc>
        <w:tc>
          <w:tcPr>
            <w:tcW w:type="dxa" w:w="1060"/>
            <w:shd w:fill="F9FBFB"/>
            <w:tcMar>
              <w:top w:w="45" w:type="dxa"/>
              <w:bottom w:w="45" w:type="dxa"/>
              <w:left w:w="30" w:type="dxa"/>
              <w:right w:w="30" w:type="dxa"/>
            </w:tcMar>
          </w:tcPr>
          <w:p>
            <w:pPr>
              <w:jc w:val="right"/>
            </w:pPr>
            <w:r>
              <w:rPr>
                <w:sz w:val="16"/>
              </w:rPr>
              <w:t>242</w:t>
            </w:r>
          </w:p>
        </w:tc>
        <w:tc>
          <w:tcPr>
            <w:tcW w:type="dxa" w:w="1060"/>
            <w:shd w:fill="F9FBFB"/>
            <w:tcMar>
              <w:top w:w="45" w:type="dxa"/>
              <w:bottom w:w="45" w:type="dxa"/>
              <w:left w:w="30" w:type="dxa"/>
              <w:right w:w="30" w:type="dxa"/>
            </w:tcMar>
          </w:tcPr>
          <w:p>
            <w:pPr>
              <w:jc w:val="right"/>
            </w:pPr>
            <w:r>
              <w:rPr>
                <w:sz w:val="16"/>
              </w:rPr>
              <w:t>4</w:t>
            </w:r>
          </w:p>
        </w:tc>
        <w:tc>
          <w:tcPr>
            <w:tcW w:type="dxa" w:w="1060"/>
            <w:shd w:fill="F9FBFB"/>
            <w:tcMar>
              <w:top w:w="45" w:type="dxa"/>
              <w:bottom w:w="45" w:type="dxa"/>
              <w:left w:w="30" w:type="dxa"/>
              <w:right w:w="30" w:type="dxa"/>
            </w:tcMar>
          </w:tcPr>
          <w:p>
            <w:pPr>
              <w:jc w:val="right"/>
            </w:pPr>
            <w:r>
              <w:rPr>
                <w:sz w:val="16"/>
              </w:rPr>
              <w:t>23</w:t>
            </w:r>
          </w:p>
        </w:tc>
        <w:tc>
          <w:tcPr>
            <w:tcW w:type="dxa" w:w="1060"/>
            <w:shd w:fill="F9FBFB"/>
            <w:tcMar>
              <w:top w:w="45" w:type="dxa"/>
              <w:bottom w:w="45" w:type="dxa"/>
              <w:left w:w="30" w:type="dxa"/>
              <w:right w:w="30" w:type="dxa"/>
            </w:tcMar>
          </w:tcPr>
          <w:p>
            <w:pPr>
              <w:jc w:val="right"/>
            </w:pPr>
            <w:r>
              <w:rPr>
                <w:sz w:val="16"/>
              </w:rPr>
              <w:t>70</w:t>
            </w:r>
          </w:p>
        </w:tc>
        <w:tc>
          <w:tcPr>
            <w:tcW w:type="dxa" w:w="1060"/>
            <w:shd w:fill="F9FBFB"/>
            <w:tcMar>
              <w:top w:w="45" w:type="dxa"/>
              <w:bottom w:w="45" w:type="dxa"/>
              <w:left w:w="30" w:type="dxa"/>
              <w:right w:w="30" w:type="dxa"/>
            </w:tcMar>
          </w:tcPr>
          <w:p>
            <w:pPr>
              <w:jc w:val="right"/>
            </w:pPr>
            <w:r>
              <w:rPr>
                <w:b/>
                <w:sz w:val="16"/>
              </w:rPr>
              <w:t>13</w:t>
            </w:r>
          </w:p>
        </w:tc>
        <w:tc>
          <w:tcPr>
            <w:tcW w:type="dxa" w:w="1224"/>
            <w:shd w:fill="F9FBFB"/>
            <w:tcMar>
              <w:top w:w="45" w:type="dxa"/>
              <w:bottom w:w="45" w:type="dxa"/>
              <w:left w:w="30" w:type="dxa"/>
              <w:right w:w="30" w:type="dxa"/>
            </w:tcMar>
          </w:tcPr>
          <w:p>
            <w:pPr>
              <w:jc w:val="right"/>
            </w:pPr>
            <w:r>
              <w:rPr>
                <w:color w:val="C0392B"/>
                <w:sz w:val="16"/>
              </w:rPr>
              <w:t>-57</w:t>
            </w:r>
          </w:p>
        </w:tc>
        <w:tc>
          <w:tcPr>
            <w:tcW w:type="dxa" w:w="1080"/>
            <w:shd w:fill="F9FBFB"/>
            <w:tcMar>
              <w:top w:w="45" w:type="dxa"/>
              <w:bottom w:w="45" w:type="dxa"/>
              <w:left w:w="30" w:type="dxa"/>
              <w:right w:w="30" w:type="dxa"/>
            </w:tcMar>
          </w:tcPr>
          <w:p>
            <w:pPr>
              <w:jc w:val="center"/>
            </w:pPr>
            <w:r>
              <w:rPr>
                <w:b/>
                <w:color w:val="C0392B"/>
                <w:sz w:val="16"/>
              </w:rPr>
              <w:t>-81.4%</w:t>
            </w:r>
          </w:p>
        </w:tc>
      </w:tr>
      <w:tr>
        <w:tc>
          <w:tcPr>
            <w:tcW w:type="dxa" w:w="504"/>
            <w:shd w:fill="FFFFFF"/>
            <w:tcMar>
              <w:top w:w="45" w:type="dxa"/>
              <w:bottom w:w="45" w:type="dxa"/>
              <w:left w:w="30" w:type="dxa"/>
              <w:right w:w="30" w:type="dxa"/>
            </w:tcMar>
          </w:tcPr>
          <w:p>
            <w:pPr>
              <w:jc w:val="center"/>
            </w:pPr>
            <w:r>
              <w:rPr>
                <w:sz w:val="16"/>
              </w:rPr>
              <w:t>75</w:t>
            </w:r>
          </w:p>
        </w:tc>
        <w:tc>
          <w:tcPr>
            <w:tcW w:type="dxa" w:w="936"/>
            <w:shd w:fill="FFFFFF"/>
            <w:tcMar>
              <w:top w:w="45" w:type="dxa"/>
              <w:bottom w:w="45" w:type="dxa"/>
              <w:left w:w="30" w:type="dxa"/>
              <w:right w:w="30" w:type="dxa"/>
            </w:tcMar>
          </w:tcPr>
          <w:p>
            <w:pPr>
              <w:jc w:val="left"/>
            </w:pPr>
            <w:r>
              <w:rPr>
                <w:sz w:val="16"/>
              </w:rPr>
              <w:t>KH1960</w:t>
            </w:r>
          </w:p>
        </w:tc>
        <w:tc>
          <w:tcPr>
            <w:tcW w:type="dxa" w:w="2880"/>
            <w:shd w:fill="FFFFFF"/>
            <w:tcMar>
              <w:top w:w="45" w:type="dxa"/>
              <w:bottom w:w="45" w:type="dxa"/>
              <w:left w:w="30" w:type="dxa"/>
              <w:right w:w="30" w:type="dxa"/>
            </w:tcMar>
          </w:tcPr>
          <w:p>
            <w:pPr>
              <w:jc w:val="left"/>
            </w:pPr>
            <w:r>
              <w:rPr>
                <w:sz w:val="16"/>
              </w:rPr>
              <w:t>CÔNG TY TNHH THƯƠNG MẠI HOÀNG GIANG</w:t>
            </w:r>
          </w:p>
        </w:tc>
        <w:tc>
          <w:tcPr>
            <w:tcW w:type="dxa" w:w="1060"/>
            <w:shd w:fill="FFFFFF"/>
            <w:tcMar>
              <w:top w:w="45" w:type="dxa"/>
              <w:bottom w:w="45" w:type="dxa"/>
              <w:left w:w="30" w:type="dxa"/>
              <w:right w:w="30" w:type="dxa"/>
            </w:tcMar>
          </w:tcPr>
          <w:p>
            <w:pPr>
              <w:jc w:val="right"/>
            </w:pPr>
            <w:r>
              <w:rPr>
                <w:sz w:val="16"/>
              </w:rPr>
              <w:t>137</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69</w:t>
            </w:r>
          </w:p>
        </w:tc>
        <w:tc>
          <w:tcPr>
            <w:tcW w:type="dxa" w:w="1060"/>
            <w:shd w:fill="FFFFFF"/>
            <w:tcMar>
              <w:top w:w="45" w:type="dxa"/>
              <w:bottom w:w="45" w:type="dxa"/>
              <w:left w:w="30" w:type="dxa"/>
              <w:right w:w="30" w:type="dxa"/>
            </w:tcMar>
          </w:tcPr>
          <w:p>
            <w:pPr>
              <w:jc w:val="right"/>
            </w:pPr>
            <w:r>
              <w:rPr>
                <w:sz w:val="16"/>
              </w:rPr>
              <w:t>55</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51</w:t>
            </w:r>
          </w:p>
        </w:tc>
        <w:tc>
          <w:tcPr>
            <w:tcW w:type="dxa" w:w="1060"/>
            <w:shd w:fill="FFFFFF"/>
            <w:tcMar>
              <w:top w:w="45" w:type="dxa"/>
              <w:bottom w:w="45" w:type="dxa"/>
              <w:left w:w="30" w:type="dxa"/>
              <w:right w:w="30" w:type="dxa"/>
            </w:tcMar>
          </w:tcPr>
          <w:p>
            <w:pPr>
              <w:jc w:val="right"/>
            </w:pPr>
            <w:r>
              <w:rPr>
                <w:sz w:val="16"/>
              </w:rPr>
              <w:t>60</w:t>
            </w:r>
          </w:p>
        </w:tc>
        <w:tc>
          <w:tcPr>
            <w:tcW w:type="dxa" w:w="1060"/>
            <w:shd w:fill="FFFFFF"/>
            <w:tcMar>
              <w:top w:w="45" w:type="dxa"/>
              <w:bottom w:w="45" w:type="dxa"/>
              <w:left w:w="30" w:type="dxa"/>
              <w:right w:w="30" w:type="dxa"/>
            </w:tcMar>
          </w:tcPr>
          <w:p>
            <w:pPr>
              <w:jc w:val="right"/>
            </w:pPr>
            <w:r>
              <w:rPr>
                <w:b/>
                <w:sz w:val="16"/>
              </w:rPr>
              <w:t>77</w:t>
            </w:r>
          </w:p>
        </w:tc>
        <w:tc>
          <w:tcPr>
            <w:tcW w:type="dxa" w:w="1224"/>
            <w:shd w:fill="FFFFFF"/>
            <w:tcMar>
              <w:top w:w="45" w:type="dxa"/>
              <w:bottom w:w="45" w:type="dxa"/>
              <w:left w:w="30" w:type="dxa"/>
              <w:right w:w="30" w:type="dxa"/>
            </w:tcMar>
          </w:tcPr>
          <w:p>
            <w:pPr>
              <w:jc w:val="right"/>
            </w:pPr>
            <w:r>
              <w:rPr>
                <w:color w:val="27AE60"/>
                <w:sz w:val="16"/>
              </w:rPr>
              <w:t>+17</w:t>
            </w:r>
          </w:p>
        </w:tc>
        <w:tc>
          <w:tcPr>
            <w:tcW w:type="dxa" w:w="1080"/>
            <w:shd w:fill="FFFFFF"/>
            <w:tcMar>
              <w:top w:w="45" w:type="dxa"/>
              <w:bottom w:w="45" w:type="dxa"/>
              <w:left w:w="30" w:type="dxa"/>
              <w:right w:w="30" w:type="dxa"/>
            </w:tcMar>
          </w:tcPr>
          <w:p>
            <w:pPr>
              <w:jc w:val="center"/>
            </w:pPr>
            <w:r>
              <w:rPr>
                <w:b/>
                <w:color w:val="27AE60"/>
                <w:sz w:val="16"/>
              </w:rPr>
              <w:t>+28.3%</w:t>
            </w:r>
          </w:p>
        </w:tc>
      </w:tr>
      <w:tr>
        <w:tc>
          <w:tcPr>
            <w:tcW w:type="dxa" w:w="504"/>
            <w:shd w:fill="F9FBFB"/>
            <w:tcMar>
              <w:top w:w="45" w:type="dxa"/>
              <w:bottom w:w="45" w:type="dxa"/>
              <w:left w:w="30" w:type="dxa"/>
              <w:right w:w="30" w:type="dxa"/>
            </w:tcMar>
          </w:tcPr>
          <w:p>
            <w:pPr>
              <w:jc w:val="center"/>
            </w:pPr>
            <w:r>
              <w:rPr>
                <w:sz w:val="16"/>
              </w:rPr>
              <w:t>76</w:t>
            </w:r>
          </w:p>
        </w:tc>
        <w:tc>
          <w:tcPr>
            <w:tcW w:type="dxa" w:w="936"/>
            <w:shd w:fill="F9FBFB"/>
            <w:tcMar>
              <w:top w:w="45" w:type="dxa"/>
              <w:bottom w:w="45" w:type="dxa"/>
              <w:left w:w="30" w:type="dxa"/>
              <w:right w:w="30" w:type="dxa"/>
            </w:tcMar>
          </w:tcPr>
          <w:p>
            <w:pPr>
              <w:jc w:val="left"/>
            </w:pPr>
            <w:r>
              <w:rPr>
                <w:sz w:val="16"/>
              </w:rPr>
              <w:t>KH0073</w:t>
            </w:r>
          </w:p>
        </w:tc>
        <w:tc>
          <w:tcPr>
            <w:tcW w:type="dxa" w:w="2880"/>
            <w:shd w:fill="F9FBFB"/>
            <w:tcMar>
              <w:top w:w="45" w:type="dxa"/>
              <w:bottom w:w="45" w:type="dxa"/>
              <w:left w:w="30" w:type="dxa"/>
              <w:right w:w="30" w:type="dxa"/>
            </w:tcMar>
          </w:tcPr>
          <w:p>
            <w:pPr>
              <w:jc w:val="left"/>
            </w:pPr>
            <w:r>
              <w:rPr>
                <w:sz w:val="16"/>
              </w:rPr>
              <w:t>CÔNG TY CỔ PHẦN LÂM VIỆT</w:t>
            </w:r>
          </w:p>
        </w:tc>
        <w:tc>
          <w:tcPr>
            <w:tcW w:type="dxa" w:w="1060"/>
            <w:shd w:fill="F9FBFB"/>
            <w:tcMar>
              <w:top w:w="45" w:type="dxa"/>
              <w:bottom w:w="45" w:type="dxa"/>
              <w:left w:w="30" w:type="dxa"/>
              <w:right w:w="30" w:type="dxa"/>
            </w:tcMar>
          </w:tcPr>
          <w:p>
            <w:pPr>
              <w:jc w:val="right"/>
            </w:pPr>
            <w:r>
              <w:rPr>
                <w:sz w:val="16"/>
              </w:rPr>
              <w:t>27</w:t>
            </w:r>
          </w:p>
        </w:tc>
        <w:tc>
          <w:tcPr>
            <w:tcW w:type="dxa" w:w="1060"/>
            <w:shd w:fill="F9FBFB"/>
            <w:tcMar>
              <w:top w:w="45" w:type="dxa"/>
              <w:bottom w:w="45" w:type="dxa"/>
              <w:left w:w="30" w:type="dxa"/>
              <w:right w:w="30" w:type="dxa"/>
            </w:tcMar>
          </w:tcPr>
          <w:p>
            <w:pPr>
              <w:jc w:val="right"/>
            </w:pPr>
            <w:r>
              <w:rPr>
                <w:sz w:val="16"/>
              </w:rPr>
              <w:t>35</w:t>
            </w:r>
          </w:p>
        </w:tc>
        <w:tc>
          <w:tcPr>
            <w:tcW w:type="dxa" w:w="1060"/>
            <w:shd w:fill="F9FBFB"/>
            <w:tcMar>
              <w:top w:w="45" w:type="dxa"/>
              <w:bottom w:w="45" w:type="dxa"/>
              <w:left w:w="30" w:type="dxa"/>
              <w:right w:w="30" w:type="dxa"/>
            </w:tcMar>
          </w:tcPr>
          <w:p>
            <w:pPr>
              <w:jc w:val="right"/>
            </w:pPr>
            <w:r>
              <w:rPr>
                <w:sz w:val="16"/>
              </w:rPr>
              <w:t>94</w:t>
            </w:r>
          </w:p>
        </w:tc>
        <w:tc>
          <w:tcPr>
            <w:tcW w:type="dxa" w:w="1060"/>
            <w:shd w:fill="F9FBFB"/>
            <w:tcMar>
              <w:top w:w="45" w:type="dxa"/>
              <w:bottom w:w="45" w:type="dxa"/>
              <w:left w:w="30" w:type="dxa"/>
              <w:right w:w="30" w:type="dxa"/>
            </w:tcMar>
          </w:tcPr>
          <w:p>
            <w:pPr>
              <w:jc w:val="right"/>
            </w:pPr>
            <w:r>
              <w:rPr>
                <w:sz w:val="16"/>
              </w:rPr>
              <w:t>44</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76</w:t>
            </w:r>
          </w:p>
        </w:tc>
        <w:tc>
          <w:tcPr>
            <w:tcW w:type="dxa" w:w="1060"/>
            <w:shd w:fill="F9FBFB"/>
            <w:tcMar>
              <w:top w:w="45" w:type="dxa"/>
              <w:bottom w:w="45" w:type="dxa"/>
              <w:left w:w="30" w:type="dxa"/>
              <w:right w:w="30" w:type="dxa"/>
            </w:tcMar>
          </w:tcPr>
          <w:p>
            <w:pPr>
              <w:jc w:val="right"/>
            </w:pPr>
            <w:r>
              <w:rPr>
                <w:sz w:val="16"/>
              </w:rPr>
              <w:t>69</w:t>
            </w:r>
          </w:p>
        </w:tc>
        <w:tc>
          <w:tcPr>
            <w:tcW w:type="dxa" w:w="1060"/>
            <w:shd w:fill="F9FBFB"/>
            <w:tcMar>
              <w:top w:w="45" w:type="dxa"/>
              <w:bottom w:w="45" w:type="dxa"/>
              <w:left w:w="30" w:type="dxa"/>
              <w:right w:w="30" w:type="dxa"/>
            </w:tcMar>
          </w:tcPr>
          <w:p>
            <w:pPr>
              <w:jc w:val="right"/>
            </w:pPr>
            <w:r>
              <w:rPr>
                <w:b/>
                <w:sz w:val="16"/>
              </w:rPr>
              <w:t>90</w:t>
            </w:r>
          </w:p>
        </w:tc>
        <w:tc>
          <w:tcPr>
            <w:tcW w:type="dxa" w:w="1224"/>
            <w:shd w:fill="F9FBFB"/>
            <w:tcMar>
              <w:top w:w="45" w:type="dxa"/>
              <w:bottom w:w="45" w:type="dxa"/>
              <w:left w:w="30" w:type="dxa"/>
              <w:right w:w="30" w:type="dxa"/>
            </w:tcMar>
          </w:tcPr>
          <w:p>
            <w:pPr>
              <w:jc w:val="right"/>
            </w:pPr>
            <w:r>
              <w:rPr>
                <w:color w:val="27AE60"/>
                <w:sz w:val="16"/>
              </w:rPr>
              <w:t>+21</w:t>
            </w:r>
          </w:p>
        </w:tc>
        <w:tc>
          <w:tcPr>
            <w:tcW w:type="dxa" w:w="1080"/>
            <w:shd w:fill="F9FBFB"/>
            <w:tcMar>
              <w:top w:w="45" w:type="dxa"/>
              <w:bottom w:w="45" w:type="dxa"/>
              <w:left w:w="30" w:type="dxa"/>
              <w:right w:w="30" w:type="dxa"/>
            </w:tcMar>
          </w:tcPr>
          <w:p>
            <w:pPr>
              <w:jc w:val="center"/>
            </w:pPr>
            <w:r>
              <w:rPr>
                <w:b/>
                <w:color w:val="27AE60"/>
                <w:sz w:val="16"/>
              </w:rPr>
              <w:t>+30.4%</w:t>
            </w:r>
          </w:p>
        </w:tc>
      </w:tr>
      <w:tr>
        <w:tc>
          <w:tcPr>
            <w:tcW w:type="dxa" w:w="504"/>
            <w:shd w:fill="FFFFFF"/>
            <w:tcMar>
              <w:top w:w="45" w:type="dxa"/>
              <w:bottom w:w="45" w:type="dxa"/>
              <w:left w:w="30" w:type="dxa"/>
              <w:right w:w="30" w:type="dxa"/>
            </w:tcMar>
          </w:tcPr>
          <w:p>
            <w:pPr>
              <w:jc w:val="center"/>
            </w:pPr>
            <w:r>
              <w:rPr>
                <w:sz w:val="16"/>
              </w:rPr>
              <w:t>77</w:t>
            </w:r>
          </w:p>
        </w:tc>
        <w:tc>
          <w:tcPr>
            <w:tcW w:type="dxa" w:w="936"/>
            <w:shd w:fill="FFFFFF"/>
            <w:tcMar>
              <w:top w:w="45" w:type="dxa"/>
              <w:bottom w:w="45" w:type="dxa"/>
              <w:left w:w="30" w:type="dxa"/>
              <w:right w:w="30" w:type="dxa"/>
            </w:tcMar>
          </w:tcPr>
          <w:p>
            <w:pPr>
              <w:jc w:val="left"/>
            </w:pPr>
            <w:r>
              <w:rPr>
                <w:sz w:val="16"/>
              </w:rPr>
              <w:t>KH2080</w:t>
            </w:r>
          </w:p>
        </w:tc>
        <w:tc>
          <w:tcPr>
            <w:tcW w:type="dxa" w:w="2880"/>
            <w:shd w:fill="FFFFFF"/>
            <w:tcMar>
              <w:top w:w="45" w:type="dxa"/>
              <w:bottom w:w="45" w:type="dxa"/>
              <w:left w:w="30" w:type="dxa"/>
              <w:right w:w="30" w:type="dxa"/>
            </w:tcMar>
          </w:tcPr>
          <w:p>
            <w:pPr>
              <w:jc w:val="left"/>
            </w:pPr>
            <w:r>
              <w:rPr>
                <w:sz w:val="16"/>
              </w:rPr>
              <w:t>CÔNG TY TNHH SẢN XUẤT THƯƠNG MẠI XUẤT NHẬP KHẨU ÂU VIỆT FURNITURE</w:t>
            </w:r>
          </w:p>
        </w:tc>
        <w:tc>
          <w:tcPr>
            <w:tcW w:type="dxa" w:w="1060"/>
            <w:shd w:fill="FFFFFF"/>
            <w:tcMar>
              <w:top w:w="45" w:type="dxa"/>
              <w:bottom w:w="45" w:type="dxa"/>
              <w:left w:w="30" w:type="dxa"/>
              <w:right w:w="30" w:type="dxa"/>
            </w:tcMar>
          </w:tcPr>
          <w:p>
            <w:pPr>
              <w:jc w:val="right"/>
            </w:pPr>
            <w:r>
              <w:rPr>
                <w:sz w:val="16"/>
              </w:rPr>
              <w:t>73</w:t>
            </w:r>
          </w:p>
        </w:tc>
        <w:tc>
          <w:tcPr>
            <w:tcW w:type="dxa" w:w="1060"/>
            <w:shd w:fill="FFFFFF"/>
            <w:tcMar>
              <w:top w:w="45" w:type="dxa"/>
              <w:bottom w:w="45" w:type="dxa"/>
              <w:left w:w="30" w:type="dxa"/>
              <w:right w:w="30" w:type="dxa"/>
            </w:tcMar>
          </w:tcPr>
          <w:p>
            <w:pPr>
              <w:jc w:val="right"/>
            </w:pPr>
            <w:r>
              <w:rPr>
                <w:sz w:val="16"/>
              </w:rPr>
              <w:t>40</w:t>
            </w:r>
          </w:p>
        </w:tc>
        <w:tc>
          <w:tcPr>
            <w:tcW w:type="dxa" w:w="1060"/>
            <w:shd w:fill="FFFFFF"/>
            <w:tcMar>
              <w:top w:w="45" w:type="dxa"/>
              <w:bottom w:w="45" w:type="dxa"/>
              <w:left w:w="30" w:type="dxa"/>
              <w:right w:w="30" w:type="dxa"/>
            </w:tcMar>
          </w:tcPr>
          <w:p>
            <w:pPr>
              <w:jc w:val="right"/>
            </w:pPr>
            <w:r>
              <w:rPr>
                <w:sz w:val="16"/>
              </w:rPr>
              <w:t>16</w:t>
            </w:r>
          </w:p>
        </w:tc>
        <w:tc>
          <w:tcPr>
            <w:tcW w:type="dxa" w:w="1060"/>
            <w:shd w:fill="FFFFFF"/>
            <w:tcMar>
              <w:top w:w="45" w:type="dxa"/>
              <w:bottom w:w="45" w:type="dxa"/>
              <w:left w:w="30" w:type="dxa"/>
              <w:right w:w="30" w:type="dxa"/>
            </w:tcMar>
          </w:tcPr>
          <w:p>
            <w:pPr>
              <w:jc w:val="right"/>
            </w:pPr>
            <w:r>
              <w:rPr>
                <w:sz w:val="16"/>
              </w:rPr>
              <w:t>64</w:t>
            </w:r>
          </w:p>
        </w:tc>
        <w:tc>
          <w:tcPr>
            <w:tcW w:type="dxa" w:w="1060"/>
            <w:shd w:fill="FFFFFF"/>
            <w:tcMar>
              <w:top w:w="45" w:type="dxa"/>
              <w:bottom w:w="45" w:type="dxa"/>
              <w:left w:w="30" w:type="dxa"/>
              <w:right w:w="30" w:type="dxa"/>
            </w:tcMar>
          </w:tcPr>
          <w:p>
            <w:pPr>
              <w:jc w:val="right"/>
            </w:pPr>
            <w:r>
              <w:rPr>
                <w:sz w:val="16"/>
              </w:rPr>
              <w:t>34</w:t>
            </w:r>
          </w:p>
        </w:tc>
        <w:tc>
          <w:tcPr>
            <w:tcW w:type="dxa" w:w="1060"/>
            <w:shd w:fill="FFFFFF"/>
            <w:tcMar>
              <w:top w:w="45" w:type="dxa"/>
              <w:bottom w:w="45" w:type="dxa"/>
              <w:left w:w="30" w:type="dxa"/>
              <w:right w:w="30" w:type="dxa"/>
            </w:tcMar>
          </w:tcPr>
          <w:p>
            <w:pPr>
              <w:jc w:val="right"/>
            </w:pPr>
            <w:r>
              <w:rPr>
                <w:sz w:val="16"/>
              </w:rPr>
              <w:t>160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49</w:t>
            </w:r>
          </w:p>
        </w:tc>
        <w:tc>
          <w:tcPr>
            <w:tcW w:type="dxa" w:w="1224"/>
            <w:shd w:fill="FFFFFF"/>
            <w:tcMar>
              <w:top w:w="45" w:type="dxa"/>
              <w:bottom w:w="45" w:type="dxa"/>
              <w:left w:w="30" w:type="dxa"/>
              <w:right w:w="30" w:type="dxa"/>
            </w:tcMar>
          </w:tcPr>
          <w:p>
            <w:pPr>
              <w:jc w:val="right"/>
            </w:pPr>
            <w:r>
              <w:rPr>
                <w:color w:val="27AE60"/>
                <w:sz w:val="16"/>
              </w:rPr>
              <w:t>+49</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78</w:t>
            </w:r>
          </w:p>
        </w:tc>
        <w:tc>
          <w:tcPr>
            <w:tcW w:type="dxa" w:w="936"/>
            <w:shd w:fill="F9FBFB"/>
            <w:tcMar>
              <w:top w:w="45" w:type="dxa"/>
              <w:bottom w:w="45" w:type="dxa"/>
              <w:left w:w="30" w:type="dxa"/>
              <w:right w:w="30" w:type="dxa"/>
            </w:tcMar>
          </w:tcPr>
          <w:p>
            <w:pPr>
              <w:jc w:val="left"/>
            </w:pPr>
            <w:r>
              <w:rPr>
                <w:sz w:val="16"/>
              </w:rPr>
              <w:t>KH0503</w:t>
            </w:r>
          </w:p>
        </w:tc>
        <w:tc>
          <w:tcPr>
            <w:tcW w:type="dxa" w:w="2880"/>
            <w:shd w:fill="F9FBFB"/>
            <w:tcMar>
              <w:top w:w="45" w:type="dxa"/>
              <w:bottom w:w="45" w:type="dxa"/>
              <w:left w:w="30" w:type="dxa"/>
              <w:right w:w="30" w:type="dxa"/>
            </w:tcMar>
          </w:tcPr>
          <w:p>
            <w:pPr>
              <w:jc w:val="left"/>
            </w:pPr>
            <w:r>
              <w:rPr>
                <w:sz w:val="16"/>
              </w:rPr>
              <w:t>CÔNG TY TNHH SCANSIA PACIFIC</w:t>
            </w:r>
          </w:p>
        </w:tc>
        <w:tc>
          <w:tcPr>
            <w:tcW w:type="dxa" w:w="1060"/>
            <w:shd w:fill="F9FBFB"/>
            <w:tcMar>
              <w:top w:w="45" w:type="dxa"/>
              <w:bottom w:w="45" w:type="dxa"/>
              <w:left w:w="30" w:type="dxa"/>
              <w:right w:w="30" w:type="dxa"/>
            </w:tcMar>
          </w:tcPr>
          <w:p>
            <w:pPr>
              <w:jc w:val="right"/>
            </w:pPr>
            <w:r>
              <w:rPr>
                <w:sz w:val="16"/>
              </w:rPr>
              <w:t>59</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18</w:t>
            </w:r>
          </w:p>
        </w:tc>
        <w:tc>
          <w:tcPr>
            <w:tcW w:type="dxa" w:w="1060"/>
            <w:shd w:fill="F9FBFB"/>
            <w:tcMar>
              <w:top w:w="45" w:type="dxa"/>
              <w:bottom w:w="45" w:type="dxa"/>
              <w:left w:w="30" w:type="dxa"/>
              <w:right w:w="30" w:type="dxa"/>
            </w:tcMar>
          </w:tcPr>
          <w:p>
            <w:pPr>
              <w:jc w:val="right"/>
            </w:pPr>
            <w:r>
              <w:rPr>
                <w:sz w:val="16"/>
              </w:rPr>
              <w:t>129</w:t>
            </w:r>
          </w:p>
        </w:tc>
        <w:tc>
          <w:tcPr>
            <w:tcW w:type="dxa" w:w="1060"/>
            <w:shd w:fill="F9FBFB"/>
            <w:tcMar>
              <w:top w:w="45" w:type="dxa"/>
              <w:bottom w:w="45" w:type="dxa"/>
              <w:left w:w="30" w:type="dxa"/>
              <w:right w:w="30" w:type="dxa"/>
            </w:tcMar>
          </w:tcPr>
          <w:p>
            <w:pPr>
              <w:jc w:val="right"/>
            </w:pPr>
            <w:r>
              <w:rPr>
                <w:sz w:val="16"/>
              </w:rPr>
              <w:t>35</w:t>
            </w:r>
          </w:p>
        </w:tc>
        <w:tc>
          <w:tcPr>
            <w:tcW w:type="dxa" w:w="1060"/>
            <w:shd w:fill="F9FBFB"/>
            <w:tcMar>
              <w:top w:w="45" w:type="dxa"/>
              <w:bottom w:w="45" w:type="dxa"/>
              <w:left w:w="30" w:type="dxa"/>
              <w:right w:w="30" w:type="dxa"/>
            </w:tcMar>
          </w:tcPr>
          <w:p>
            <w:pPr>
              <w:jc w:val="right"/>
            </w:pPr>
            <w:r>
              <w:rPr>
                <w:sz w:val="16"/>
              </w:rPr>
              <w:t>26</w:t>
            </w:r>
          </w:p>
        </w:tc>
        <w:tc>
          <w:tcPr>
            <w:tcW w:type="dxa" w:w="1060"/>
            <w:shd w:fill="F9FBFB"/>
            <w:tcMar>
              <w:top w:w="45" w:type="dxa"/>
              <w:bottom w:w="45" w:type="dxa"/>
              <w:left w:w="30" w:type="dxa"/>
              <w:right w:w="30" w:type="dxa"/>
            </w:tcMar>
          </w:tcPr>
          <w:p>
            <w:pPr>
              <w:jc w:val="right"/>
            </w:pPr>
            <w:r>
              <w:rPr>
                <w:sz w:val="16"/>
              </w:rPr>
              <w:t>42</w:t>
            </w:r>
          </w:p>
        </w:tc>
        <w:tc>
          <w:tcPr>
            <w:tcW w:type="dxa" w:w="1060"/>
            <w:shd w:fill="F9FBFB"/>
            <w:tcMar>
              <w:top w:w="45" w:type="dxa"/>
              <w:bottom w:w="45" w:type="dxa"/>
              <w:left w:w="30" w:type="dxa"/>
              <w:right w:w="30" w:type="dxa"/>
            </w:tcMar>
          </w:tcPr>
          <w:p>
            <w:pPr>
              <w:jc w:val="right"/>
            </w:pPr>
            <w:r>
              <w:rPr>
                <w:b/>
                <w:sz w:val="16"/>
              </w:rPr>
              <w:t>97</w:t>
            </w:r>
          </w:p>
        </w:tc>
        <w:tc>
          <w:tcPr>
            <w:tcW w:type="dxa" w:w="1224"/>
            <w:shd w:fill="F9FBFB"/>
            <w:tcMar>
              <w:top w:w="45" w:type="dxa"/>
              <w:bottom w:w="45" w:type="dxa"/>
              <w:left w:w="30" w:type="dxa"/>
              <w:right w:w="30" w:type="dxa"/>
            </w:tcMar>
          </w:tcPr>
          <w:p>
            <w:pPr>
              <w:jc w:val="right"/>
            </w:pPr>
            <w:r>
              <w:rPr>
                <w:color w:val="27AE60"/>
                <w:sz w:val="16"/>
              </w:rPr>
              <w:t>+55</w:t>
            </w:r>
          </w:p>
        </w:tc>
        <w:tc>
          <w:tcPr>
            <w:tcW w:type="dxa" w:w="1080"/>
            <w:shd w:fill="F9FBFB"/>
            <w:tcMar>
              <w:top w:w="45" w:type="dxa"/>
              <w:bottom w:w="45" w:type="dxa"/>
              <w:left w:w="30" w:type="dxa"/>
              <w:right w:w="30" w:type="dxa"/>
            </w:tcMar>
          </w:tcPr>
          <w:p>
            <w:pPr>
              <w:jc w:val="center"/>
            </w:pPr>
            <w:r>
              <w:rPr>
                <w:b/>
                <w:color w:val="27AE60"/>
                <w:sz w:val="16"/>
              </w:rPr>
              <w:t>+131.0%</w:t>
            </w:r>
          </w:p>
        </w:tc>
      </w:tr>
      <w:tr>
        <w:tc>
          <w:tcPr>
            <w:tcW w:type="dxa" w:w="504"/>
            <w:shd w:fill="FFFFFF"/>
            <w:tcMar>
              <w:top w:w="45" w:type="dxa"/>
              <w:bottom w:w="45" w:type="dxa"/>
              <w:left w:w="30" w:type="dxa"/>
              <w:right w:w="30" w:type="dxa"/>
            </w:tcMar>
          </w:tcPr>
          <w:p>
            <w:pPr>
              <w:jc w:val="center"/>
            </w:pPr>
            <w:r>
              <w:rPr>
                <w:sz w:val="16"/>
              </w:rPr>
              <w:t>79</w:t>
            </w:r>
          </w:p>
        </w:tc>
        <w:tc>
          <w:tcPr>
            <w:tcW w:type="dxa" w:w="936"/>
            <w:shd w:fill="FFFFFF"/>
            <w:tcMar>
              <w:top w:w="45" w:type="dxa"/>
              <w:bottom w:w="45" w:type="dxa"/>
              <w:left w:w="30" w:type="dxa"/>
              <w:right w:w="30" w:type="dxa"/>
            </w:tcMar>
          </w:tcPr>
          <w:p>
            <w:pPr>
              <w:jc w:val="left"/>
            </w:pPr>
            <w:r>
              <w:rPr>
                <w:sz w:val="16"/>
              </w:rPr>
              <w:t>KH0789</w:t>
            </w:r>
          </w:p>
        </w:tc>
        <w:tc>
          <w:tcPr>
            <w:tcW w:type="dxa" w:w="2880"/>
            <w:shd w:fill="FFFFFF"/>
            <w:tcMar>
              <w:top w:w="45" w:type="dxa"/>
              <w:bottom w:w="45" w:type="dxa"/>
              <w:left w:w="30" w:type="dxa"/>
              <w:right w:w="30" w:type="dxa"/>
            </w:tcMar>
          </w:tcPr>
          <w:p>
            <w:pPr>
              <w:jc w:val="left"/>
            </w:pPr>
            <w:r>
              <w:rPr>
                <w:sz w:val="16"/>
              </w:rPr>
              <w:t>CÔNG TY TRÁCH NHIỆM HỮU HẠN LIÊN THANH</w:t>
            </w:r>
          </w:p>
        </w:tc>
        <w:tc>
          <w:tcPr>
            <w:tcW w:type="dxa" w:w="1060"/>
            <w:shd w:fill="FFFFFF"/>
            <w:tcMar>
              <w:top w:w="45" w:type="dxa"/>
              <w:bottom w:w="45" w:type="dxa"/>
              <w:left w:w="30" w:type="dxa"/>
              <w:right w:w="30" w:type="dxa"/>
            </w:tcMar>
          </w:tcPr>
          <w:p>
            <w:pPr>
              <w:jc w:val="right"/>
            </w:pPr>
            <w:r>
              <w:rPr>
                <w:sz w:val="16"/>
              </w:rPr>
              <w:t>108</w:t>
            </w:r>
          </w:p>
        </w:tc>
        <w:tc>
          <w:tcPr>
            <w:tcW w:type="dxa" w:w="1060"/>
            <w:shd w:fill="FFFFFF"/>
            <w:tcMar>
              <w:top w:w="45" w:type="dxa"/>
              <w:bottom w:w="45" w:type="dxa"/>
              <w:left w:w="30" w:type="dxa"/>
              <w:right w:w="30" w:type="dxa"/>
            </w:tcMar>
          </w:tcPr>
          <w:p>
            <w:pPr>
              <w:jc w:val="right"/>
            </w:pPr>
            <w:r>
              <w:rPr>
                <w:sz w:val="16"/>
              </w:rPr>
              <w:t>23</w:t>
            </w:r>
          </w:p>
        </w:tc>
        <w:tc>
          <w:tcPr>
            <w:tcW w:type="dxa" w:w="1060"/>
            <w:shd w:fill="FFFFFF"/>
            <w:tcMar>
              <w:top w:w="45" w:type="dxa"/>
              <w:bottom w:w="45" w:type="dxa"/>
              <w:left w:w="30" w:type="dxa"/>
              <w:right w:w="30" w:type="dxa"/>
            </w:tcMar>
          </w:tcPr>
          <w:p>
            <w:pPr>
              <w:jc w:val="right"/>
            </w:pPr>
            <w:r>
              <w:rPr>
                <w:sz w:val="16"/>
              </w:rPr>
              <w:t>78</w:t>
            </w:r>
          </w:p>
        </w:tc>
        <w:tc>
          <w:tcPr>
            <w:tcW w:type="dxa" w:w="1060"/>
            <w:shd w:fill="FFFFFF"/>
            <w:tcMar>
              <w:top w:w="45" w:type="dxa"/>
              <w:bottom w:w="45" w:type="dxa"/>
              <w:left w:w="30" w:type="dxa"/>
              <w:right w:w="30" w:type="dxa"/>
            </w:tcMar>
          </w:tcPr>
          <w:p>
            <w:pPr>
              <w:jc w:val="right"/>
            </w:pPr>
            <w:r>
              <w:rPr>
                <w:sz w:val="16"/>
              </w:rPr>
              <w:t>31</w:t>
            </w:r>
          </w:p>
        </w:tc>
        <w:tc>
          <w:tcPr>
            <w:tcW w:type="dxa" w:w="1060"/>
            <w:shd w:fill="FFFFFF"/>
            <w:tcMar>
              <w:top w:w="45" w:type="dxa"/>
              <w:bottom w:w="45" w:type="dxa"/>
              <w:left w:w="30" w:type="dxa"/>
              <w:right w:w="30" w:type="dxa"/>
            </w:tcMar>
          </w:tcPr>
          <w:p>
            <w:pPr>
              <w:jc w:val="right"/>
            </w:pPr>
            <w:r>
              <w:rPr>
                <w:sz w:val="16"/>
              </w:rPr>
              <w:t>47</w:t>
            </w:r>
          </w:p>
        </w:tc>
        <w:tc>
          <w:tcPr>
            <w:tcW w:type="dxa" w:w="1060"/>
            <w:shd w:fill="FFFFFF"/>
            <w:tcMar>
              <w:top w:w="45" w:type="dxa"/>
              <w:bottom w:w="45" w:type="dxa"/>
              <w:left w:w="30" w:type="dxa"/>
              <w:right w:w="30" w:type="dxa"/>
            </w:tcMar>
          </w:tcPr>
          <w:p>
            <w:pPr>
              <w:jc w:val="right"/>
            </w:pPr>
            <w:r>
              <w:rPr>
                <w:sz w:val="16"/>
              </w:rPr>
              <w:t>45</w:t>
            </w:r>
          </w:p>
        </w:tc>
        <w:tc>
          <w:tcPr>
            <w:tcW w:type="dxa" w:w="1060"/>
            <w:shd w:fill="FFFFFF"/>
            <w:tcMar>
              <w:top w:w="45" w:type="dxa"/>
              <w:bottom w:w="45" w:type="dxa"/>
              <w:left w:w="30" w:type="dxa"/>
              <w:right w:w="30" w:type="dxa"/>
            </w:tcMar>
          </w:tcPr>
          <w:p>
            <w:pPr>
              <w:jc w:val="right"/>
            </w:pPr>
            <w:r>
              <w:rPr>
                <w:sz w:val="16"/>
              </w:rPr>
              <w:t>6</w:t>
            </w:r>
          </w:p>
        </w:tc>
        <w:tc>
          <w:tcPr>
            <w:tcW w:type="dxa" w:w="1060"/>
            <w:shd w:fill="FFFFFF"/>
            <w:tcMar>
              <w:top w:w="45" w:type="dxa"/>
              <w:bottom w:w="45" w:type="dxa"/>
              <w:left w:w="30" w:type="dxa"/>
              <w:right w:w="30" w:type="dxa"/>
            </w:tcMar>
          </w:tcPr>
          <w:p>
            <w:pPr>
              <w:jc w:val="right"/>
            </w:pPr>
            <w:r>
              <w:rPr>
                <w:b/>
                <w:sz w:val="16"/>
              </w:rPr>
              <w:t>41</w:t>
            </w:r>
          </w:p>
        </w:tc>
        <w:tc>
          <w:tcPr>
            <w:tcW w:type="dxa" w:w="1224"/>
            <w:shd w:fill="FFFFFF"/>
            <w:tcMar>
              <w:top w:w="45" w:type="dxa"/>
              <w:bottom w:w="45" w:type="dxa"/>
              <w:left w:w="30" w:type="dxa"/>
              <w:right w:w="30" w:type="dxa"/>
            </w:tcMar>
          </w:tcPr>
          <w:p>
            <w:pPr>
              <w:jc w:val="right"/>
            </w:pPr>
            <w:r>
              <w:rPr>
                <w:color w:val="27AE60"/>
                <w:sz w:val="16"/>
              </w:rPr>
              <w:t>+35</w:t>
            </w:r>
          </w:p>
        </w:tc>
        <w:tc>
          <w:tcPr>
            <w:tcW w:type="dxa" w:w="1080"/>
            <w:shd w:fill="FFFFFF"/>
            <w:tcMar>
              <w:top w:w="45" w:type="dxa"/>
              <w:bottom w:w="45" w:type="dxa"/>
              <w:left w:w="30" w:type="dxa"/>
              <w:right w:w="30" w:type="dxa"/>
            </w:tcMar>
          </w:tcPr>
          <w:p>
            <w:pPr>
              <w:jc w:val="center"/>
            </w:pPr>
            <w:r>
              <w:rPr>
                <w:b/>
                <w:color w:val="27AE60"/>
                <w:sz w:val="16"/>
              </w:rPr>
              <w:t>+583.3%</w:t>
            </w:r>
          </w:p>
        </w:tc>
      </w:tr>
      <w:tr>
        <w:tc>
          <w:tcPr>
            <w:tcW w:type="dxa" w:w="504"/>
            <w:shd w:fill="F9FBFB"/>
            <w:tcMar>
              <w:top w:w="45" w:type="dxa"/>
              <w:bottom w:w="45" w:type="dxa"/>
              <w:left w:w="30" w:type="dxa"/>
              <w:right w:w="30" w:type="dxa"/>
            </w:tcMar>
          </w:tcPr>
          <w:p>
            <w:pPr>
              <w:jc w:val="center"/>
            </w:pPr>
            <w:r>
              <w:rPr>
                <w:sz w:val="16"/>
              </w:rPr>
              <w:t>80</w:t>
            </w:r>
          </w:p>
        </w:tc>
        <w:tc>
          <w:tcPr>
            <w:tcW w:type="dxa" w:w="936"/>
            <w:shd w:fill="F9FBFB"/>
            <w:tcMar>
              <w:top w:w="45" w:type="dxa"/>
              <w:bottom w:w="45" w:type="dxa"/>
              <w:left w:w="30" w:type="dxa"/>
              <w:right w:w="30" w:type="dxa"/>
            </w:tcMar>
          </w:tcPr>
          <w:p>
            <w:pPr>
              <w:jc w:val="left"/>
            </w:pPr>
            <w:r>
              <w:rPr>
                <w:sz w:val="16"/>
              </w:rPr>
              <w:t>KH0639</w:t>
            </w:r>
          </w:p>
        </w:tc>
        <w:tc>
          <w:tcPr>
            <w:tcW w:type="dxa" w:w="2880"/>
            <w:shd w:fill="F9FBFB"/>
            <w:tcMar>
              <w:top w:w="45" w:type="dxa"/>
              <w:bottom w:w="45" w:type="dxa"/>
              <w:left w:w="30" w:type="dxa"/>
              <w:right w:w="30" w:type="dxa"/>
            </w:tcMar>
          </w:tcPr>
          <w:p>
            <w:pPr>
              <w:jc w:val="left"/>
            </w:pPr>
            <w:r>
              <w:rPr>
                <w:sz w:val="16"/>
              </w:rPr>
              <w:t>CÔNG TY TNHH THƯƠNG MẠI VÀ SẢN XUẤT GỖ THIÊN ĐỊNH</w:t>
            </w:r>
          </w:p>
        </w:tc>
        <w:tc>
          <w:tcPr>
            <w:tcW w:type="dxa" w:w="1060"/>
            <w:shd w:fill="F9FBFB"/>
            <w:tcMar>
              <w:top w:w="45" w:type="dxa"/>
              <w:bottom w:w="45" w:type="dxa"/>
              <w:left w:w="30" w:type="dxa"/>
              <w:right w:w="30" w:type="dxa"/>
            </w:tcMar>
          </w:tcPr>
          <w:p>
            <w:pPr>
              <w:jc w:val="right"/>
            </w:pPr>
            <w:r>
              <w:rPr>
                <w:sz w:val="16"/>
              </w:rPr>
              <w:t>88</w:t>
            </w:r>
          </w:p>
        </w:tc>
        <w:tc>
          <w:tcPr>
            <w:tcW w:type="dxa" w:w="1060"/>
            <w:shd w:fill="F9FBFB"/>
            <w:tcMar>
              <w:top w:w="45" w:type="dxa"/>
              <w:bottom w:w="45" w:type="dxa"/>
              <w:left w:w="30" w:type="dxa"/>
              <w:right w:w="30" w:type="dxa"/>
            </w:tcMar>
          </w:tcPr>
          <w:p>
            <w:pPr>
              <w:jc w:val="right"/>
            </w:pPr>
            <w:r>
              <w:rPr>
                <w:sz w:val="16"/>
              </w:rPr>
              <w:t>10</w:t>
            </w:r>
          </w:p>
        </w:tc>
        <w:tc>
          <w:tcPr>
            <w:tcW w:type="dxa" w:w="1060"/>
            <w:shd w:fill="F9FBFB"/>
            <w:tcMar>
              <w:top w:w="45" w:type="dxa"/>
              <w:bottom w:w="45" w:type="dxa"/>
              <w:left w:w="30" w:type="dxa"/>
              <w:right w:w="30" w:type="dxa"/>
            </w:tcMar>
          </w:tcPr>
          <w:p>
            <w:pPr>
              <w:jc w:val="right"/>
            </w:pPr>
            <w:r>
              <w:rPr>
                <w:sz w:val="16"/>
              </w:rPr>
              <w:t>64</w:t>
            </w:r>
          </w:p>
        </w:tc>
        <w:tc>
          <w:tcPr>
            <w:tcW w:type="dxa" w:w="1060"/>
            <w:shd w:fill="F9FBFB"/>
            <w:tcMar>
              <w:top w:w="45" w:type="dxa"/>
              <w:bottom w:w="45" w:type="dxa"/>
              <w:left w:w="30" w:type="dxa"/>
              <w:right w:w="30" w:type="dxa"/>
            </w:tcMar>
          </w:tcPr>
          <w:p>
            <w:pPr>
              <w:jc w:val="right"/>
            </w:pPr>
            <w:r>
              <w:rPr>
                <w:sz w:val="16"/>
              </w:rPr>
              <w:t>78</w:t>
            </w:r>
          </w:p>
        </w:tc>
        <w:tc>
          <w:tcPr>
            <w:tcW w:type="dxa" w:w="1060"/>
            <w:shd w:fill="F9FBFB"/>
            <w:tcMar>
              <w:top w:w="45" w:type="dxa"/>
              <w:bottom w:w="45" w:type="dxa"/>
              <w:left w:w="30" w:type="dxa"/>
              <w:right w:w="30" w:type="dxa"/>
            </w:tcMar>
          </w:tcPr>
          <w:p>
            <w:pPr>
              <w:jc w:val="right"/>
            </w:pPr>
            <w:r>
              <w:rPr>
                <w:sz w:val="16"/>
              </w:rPr>
              <w:t>38</w:t>
            </w:r>
          </w:p>
        </w:tc>
        <w:tc>
          <w:tcPr>
            <w:tcW w:type="dxa" w:w="1060"/>
            <w:shd w:fill="F9FBFB"/>
            <w:tcMar>
              <w:top w:w="45" w:type="dxa"/>
              <w:bottom w:w="45" w:type="dxa"/>
              <w:left w:w="30" w:type="dxa"/>
              <w:right w:w="30" w:type="dxa"/>
            </w:tcMar>
          </w:tcPr>
          <w:p>
            <w:pPr>
              <w:jc w:val="right"/>
            </w:pPr>
            <w:r>
              <w:rPr>
                <w:sz w:val="16"/>
              </w:rPr>
              <w:t>47</w:t>
            </w:r>
          </w:p>
        </w:tc>
        <w:tc>
          <w:tcPr>
            <w:tcW w:type="dxa" w:w="1060"/>
            <w:shd w:fill="F9FBFB"/>
            <w:tcMar>
              <w:top w:w="45" w:type="dxa"/>
              <w:bottom w:w="45" w:type="dxa"/>
              <w:left w:w="30" w:type="dxa"/>
              <w:right w:w="30" w:type="dxa"/>
            </w:tcMar>
          </w:tcPr>
          <w:p>
            <w:pPr>
              <w:jc w:val="right"/>
            </w:pPr>
            <w:r>
              <w:rPr>
                <w:sz w:val="16"/>
              </w:rPr>
              <w:t>51</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-51</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81</w:t>
            </w:r>
          </w:p>
        </w:tc>
        <w:tc>
          <w:tcPr>
            <w:tcW w:type="dxa" w:w="936"/>
            <w:shd w:fill="FFFFFF"/>
            <w:tcMar>
              <w:top w:w="45" w:type="dxa"/>
              <w:bottom w:w="45" w:type="dxa"/>
              <w:left w:w="30" w:type="dxa"/>
              <w:right w:w="30" w:type="dxa"/>
            </w:tcMar>
          </w:tcPr>
          <w:p>
            <w:pPr>
              <w:jc w:val="left"/>
            </w:pPr>
            <w:r>
              <w:rPr>
                <w:sz w:val="16"/>
              </w:rPr>
              <w:t>KH1713</w:t>
            </w:r>
          </w:p>
        </w:tc>
        <w:tc>
          <w:tcPr>
            <w:tcW w:type="dxa" w:w="2880"/>
            <w:shd w:fill="FFFFFF"/>
            <w:tcMar>
              <w:top w:w="45" w:type="dxa"/>
              <w:bottom w:w="45" w:type="dxa"/>
              <w:left w:w="30" w:type="dxa"/>
              <w:right w:w="30" w:type="dxa"/>
            </w:tcMar>
          </w:tcPr>
          <w:p>
            <w:pPr>
              <w:jc w:val="left"/>
            </w:pPr>
            <w:r>
              <w:rPr>
                <w:sz w:val="16"/>
              </w:rPr>
              <w:t>CÔNG TY CỔ PHẦN SẢN XUẤT THƯƠNG MẠI NỘI THẤT VĂN PHÒNG TAV</w:t>
            </w:r>
          </w:p>
        </w:tc>
        <w:tc>
          <w:tcPr>
            <w:tcW w:type="dxa" w:w="1060"/>
            <w:shd w:fill="FFFFFF"/>
            <w:tcMar>
              <w:top w:w="45" w:type="dxa"/>
              <w:bottom w:w="45" w:type="dxa"/>
              <w:left w:w="30" w:type="dxa"/>
              <w:right w:w="30" w:type="dxa"/>
            </w:tcMar>
          </w:tcPr>
          <w:p>
            <w:pPr>
              <w:jc w:val="right"/>
            </w:pPr>
            <w:r>
              <w:rPr>
                <w:sz w:val="16"/>
              </w:rPr>
              <w:t>81</w:t>
            </w:r>
          </w:p>
        </w:tc>
        <w:tc>
          <w:tcPr>
            <w:tcW w:type="dxa" w:w="1060"/>
            <w:shd w:fill="FFFFFF"/>
            <w:tcMar>
              <w:top w:w="45" w:type="dxa"/>
              <w:bottom w:w="45" w:type="dxa"/>
              <w:left w:w="30" w:type="dxa"/>
              <w:right w:w="30" w:type="dxa"/>
            </w:tcMar>
          </w:tcPr>
          <w:p>
            <w:pPr>
              <w:jc w:val="right"/>
            </w:pPr>
            <w:r>
              <w:rPr>
                <w:sz w:val="16"/>
              </w:rPr>
              <w:t>41</w:t>
            </w:r>
          </w:p>
        </w:tc>
        <w:tc>
          <w:tcPr>
            <w:tcW w:type="dxa" w:w="1060"/>
            <w:shd w:fill="FFFFFF"/>
            <w:tcMar>
              <w:top w:w="45" w:type="dxa"/>
              <w:bottom w:w="45" w:type="dxa"/>
              <w:left w:w="30" w:type="dxa"/>
              <w:right w:w="30" w:type="dxa"/>
            </w:tcMar>
          </w:tcPr>
          <w:p>
            <w:pPr>
              <w:jc w:val="right"/>
            </w:pPr>
            <w:r>
              <w:rPr>
                <w:sz w:val="16"/>
              </w:rPr>
              <w:t>111</w:t>
            </w:r>
          </w:p>
        </w:tc>
        <w:tc>
          <w:tcPr>
            <w:tcW w:type="dxa" w:w="1060"/>
            <w:shd w:fill="FFFFFF"/>
            <w:tcMar>
              <w:top w:w="45" w:type="dxa"/>
              <w:bottom w:w="45" w:type="dxa"/>
              <w:left w:w="30" w:type="dxa"/>
              <w:right w:w="30" w:type="dxa"/>
            </w:tcMar>
          </w:tcPr>
          <w:p>
            <w:pPr>
              <w:jc w:val="right"/>
            </w:pPr>
            <w:r>
              <w:rPr>
                <w:sz w:val="16"/>
              </w:rPr>
              <w:t>34</w:t>
            </w:r>
          </w:p>
        </w:tc>
        <w:tc>
          <w:tcPr>
            <w:tcW w:type="dxa" w:w="1060"/>
            <w:shd w:fill="FFFFFF"/>
            <w:tcMar>
              <w:top w:w="45" w:type="dxa"/>
              <w:bottom w:w="45" w:type="dxa"/>
              <w:left w:w="30" w:type="dxa"/>
              <w:right w:w="30" w:type="dxa"/>
            </w:tcMar>
          </w:tcPr>
          <w:p>
            <w:pPr>
              <w:jc w:val="right"/>
            </w:pPr>
            <w:r>
              <w:rPr>
                <w:sz w:val="16"/>
              </w:rPr>
              <w:t>27</w:t>
            </w:r>
          </w:p>
        </w:tc>
        <w:tc>
          <w:tcPr>
            <w:tcW w:type="dxa" w:w="1060"/>
            <w:shd w:fill="FFFFFF"/>
            <w:tcMar>
              <w:top w:w="45" w:type="dxa"/>
              <w:bottom w:w="45" w:type="dxa"/>
              <w:left w:w="30" w:type="dxa"/>
              <w:right w:w="30" w:type="dxa"/>
            </w:tcMar>
          </w:tcPr>
          <w:p>
            <w:pPr>
              <w:jc w:val="right"/>
            </w:pPr>
            <w:r>
              <w:rPr>
                <w:sz w:val="16"/>
              </w:rPr>
              <w:t>38</w:t>
            </w:r>
          </w:p>
        </w:tc>
        <w:tc>
          <w:tcPr>
            <w:tcW w:type="dxa" w:w="1060"/>
            <w:shd w:fill="FFFFFF"/>
            <w:tcMar>
              <w:top w:w="45" w:type="dxa"/>
              <w:bottom w:w="45" w:type="dxa"/>
              <w:left w:w="30" w:type="dxa"/>
              <w:right w:w="30" w:type="dxa"/>
            </w:tcMar>
          </w:tcPr>
          <w:p>
            <w:pPr>
              <w:jc w:val="right"/>
            </w:pPr>
            <w:r>
              <w:rPr>
                <w:sz w:val="16"/>
              </w:rPr>
              <w:t>25</w:t>
            </w:r>
          </w:p>
        </w:tc>
        <w:tc>
          <w:tcPr>
            <w:tcW w:type="dxa" w:w="1060"/>
            <w:shd w:fill="FFFFFF"/>
            <w:tcMar>
              <w:top w:w="45" w:type="dxa"/>
              <w:bottom w:w="45" w:type="dxa"/>
              <w:left w:w="30" w:type="dxa"/>
              <w:right w:w="30" w:type="dxa"/>
            </w:tcMar>
          </w:tcPr>
          <w:p>
            <w:pPr>
              <w:jc w:val="right"/>
            </w:pPr>
            <w:r>
              <w:rPr>
                <w:b/>
                <w:sz w:val="16"/>
              </w:rPr>
              <w:t>12</w:t>
            </w:r>
          </w:p>
        </w:tc>
        <w:tc>
          <w:tcPr>
            <w:tcW w:type="dxa" w:w="1224"/>
            <w:shd w:fill="FFFFFF"/>
            <w:tcMar>
              <w:top w:w="45" w:type="dxa"/>
              <w:bottom w:w="45" w:type="dxa"/>
              <w:left w:w="30" w:type="dxa"/>
              <w:right w:w="30" w:type="dxa"/>
            </w:tcMar>
          </w:tcPr>
          <w:p>
            <w:pPr>
              <w:jc w:val="right"/>
            </w:pPr>
            <w:r>
              <w:rPr>
                <w:color w:val="C0392B"/>
                <w:sz w:val="16"/>
              </w:rPr>
              <w:t>-13</w:t>
            </w:r>
          </w:p>
        </w:tc>
        <w:tc>
          <w:tcPr>
            <w:tcW w:type="dxa" w:w="1080"/>
            <w:shd w:fill="FFFFFF"/>
            <w:tcMar>
              <w:top w:w="45" w:type="dxa"/>
              <w:bottom w:w="45" w:type="dxa"/>
              <w:left w:w="30" w:type="dxa"/>
              <w:right w:w="30" w:type="dxa"/>
            </w:tcMar>
          </w:tcPr>
          <w:p>
            <w:pPr>
              <w:jc w:val="center"/>
            </w:pPr>
            <w:r>
              <w:rPr>
                <w:b/>
                <w:color w:val="C0392B"/>
                <w:sz w:val="16"/>
              </w:rPr>
              <w:t>-52.0%</w:t>
            </w:r>
          </w:p>
        </w:tc>
      </w:tr>
      <w:tr>
        <w:tc>
          <w:tcPr>
            <w:tcW w:type="dxa" w:w="504"/>
            <w:shd w:fill="F9FBFB"/>
            <w:tcMar>
              <w:top w:w="45" w:type="dxa"/>
              <w:bottom w:w="45" w:type="dxa"/>
              <w:left w:w="30" w:type="dxa"/>
              <w:right w:w="30" w:type="dxa"/>
            </w:tcMar>
          </w:tcPr>
          <w:p>
            <w:pPr>
              <w:jc w:val="center"/>
            </w:pPr>
            <w:r>
              <w:rPr>
                <w:sz w:val="16"/>
              </w:rPr>
              <w:t>82</w:t>
            </w:r>
          </w:p>
        </w:tc>
        <w:tc>
          <w:tcPr>
            <w:tcW w:type="dxa" w:w="936"/>
            <w:shd w:fill="F9FBFB"/>
            <w:tcMar>
              <w:top w:w="45" w:type="dxa"/>
              <w:bottom w:w="45" w:type="dxa"/>
              <w:left w:w="30" w:type="dxa"/>
              <w:right w:w="30" w:type="dxa"/>
            </w:tcMar>
          </w:tcPr>
          <w:p>
            <w:pPr>
              <w:jc w:val="left"/>
            </w:pPr>
            <w:r>
              <w:rPr>
                <w:sz w:val="16"/>
              </w:rPr>
              <w:t>KH0063</w:t>
            </w:r>
          </w:p>
        </w:tc>
        <w:tc>
          <w:tcPr>
            <w:tcW w:type="dxa" w:w="2880"/>
            <w:shd w:fill="F9FBFB"/>
            <w:tcMar>
              <w:top w:w="45" w:type="dxa"/>
              <w:bottom w:w="45" w:type="dxa"/>
              <w:left w:w="30" w:type="dxa"/>
              <w:right w:w="30" w:type="dxa"/>
            </w:tcMar>
          </w:tcPr>
          <w:p>
            <w:pPr>
              <w:jc w:val="left"/>
            </w:pPr>
            <w:r>
              <w:rPr>
                <w:sz w:val="16"/>
              </w:rPr>
              <w:t>CÔNG TY TNHH HÓA CHẤT M-S</w:t>
            </w:r>
          </w:p>
        </w:tc>
        <w:tc>
          <w:tcPr>
            <w:tcW w:type="dxa" w:w="1060"/>
            <w:shd w:fill="F9FBFB"/>
            <w:tcMar>
              <w:top w:w="45" w:type="dxa"/>
              <w:bottom w:w="45" w:type="dxa"/>
              <w:left w:w="30" w:type="dxa"/>
              <w:right w:w="30" w:type="dxa"/>
            </w:tcMar>
          </w:tcPr>
          <w:p>
            <w:pPr>
              <w:jc w:val="right"/>
            </w:pPr>
            <w:r>
              <w:rPr>
                <w:sz w:val="16"/>
              </w:rPr>
              <w:t>21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34</w:t>
            </w:r>
          </w:p>
        </w:tc>
        <w:tc>
          <w:tcPr>
            <w:tcW w:type="dxa" w:w="1060"/>
            <w:shd w:fill="F9FBFB"/>
            <w:tcMar>
              <w:top w:w="45" w:type="dxa"/>
              <w:bottom w:w="45" w:type="dxa"/>
              <w:left w:w="30" w:type="dxa"/>
              <w:right w:w="30" w:type="dxa"/>
            </w:tcMar>
          </w:tcPr>
          <w:p>
            <w:pPr>
              <w:jc w:val="right"/>
            </w:pPr>
            <w:r>
              <w:rPr>
                <w:sz w:val="16"/>
              </w:rPr>
              <w:t>273</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10</w:t>
            </w:r>
          </w:p>
        </w:tc>
        <w:tc>
          <w:tcPr>
            <w:tcW w:type="dxa" w:w="1224"/>
            <w:shd w:fill="F9FBFB"/>
            <w:tcMar>
              <w:top w:w="45" w:type="dxa"/>
              <w:bottom w:w="45" w:type="dxa"/>
              <w:left w:w="30" w:type="dxa"/>
              <w:right w:w="30" w:type="dxa"/>
            </w:tcMar>
          </w:tcPr>
          <w:p>
            <w:pPr>
              <w:jc w:val="right"/>
            </w:pPr>
            <w:r>
              <w:rPr>
                <w:color w:val="27AE60"/>
                <w:sz w:val="16"/>
              </w:rPr>
              <w:t>+10</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83</w:t>
            </w:r>
          </w:p>
        </w:tc>
        <w:tc>
          <w:tcPr>
            <w:tcW w:type="dxa" w:w="936"/>
            <w:shd w:fill="FFFFFF"/>
            <w:tcMar>
              <w:top w:w="45" w:type="dxa"/>
              <w:bottom w:w="45" w:type="dxa"/>
              <w:left w:w="30" w:type="dxa"/>
              <w:right w:w="30" w:type="dxa"/>
            </w:tcMar>
          </w:tcPr>
          <w:p>
            <w:pPr>
              <w:jc w:val="left"/>
            </w:pPr>
            <w:r>
              <w:rPr>
                <w:sz w:val="16"/>
              </w:rPr>
              <w:t>KH0516</w:t>
            </w:r>
          </w:p>
        </w:tc>
        <w:tc>
          <w:tcPr>
            <w:tcW w:type="dxa" w:w="2880"/>
            <w:shd w:fill="FFFFFF"/>
            <w:tcMar>
              <w:top w:w="45" w:type="dxa"/>
              <w:bottom w:w="45" w:type="dxa"/>
              <w:left w:w="30" w:type="dxa"/>
              <w:right w:w="30" w:type="dxa"/>
            </w:tcMar>
          </w:tcPr>
          <w:p>
            <w:pPr>
              <w:jc w:val="left"/>
            </w:pPr>
            <w:r>
              <w:rPr>
                <w:sz w:val="16"/>
              </w:rPr>
              <w:t>CÔNG TY TNHH SX - TM &amp; XNK THIÊN MINH</w:t>
            </w:r>
          </w:p>
        </w:tc>
        <w:tc>
          <w:tcPr>
            <w:tcW w:type="dxa" w:w="1060"/>
            <w:shd w:fill="FFFFFF"/>
            <w:tcMar>
              <w:top w:w="45" w:type="dxa"/>
              <w:bottom w:w="45" w:type="dxa"/>
              <w:left w:w="30" w:type="dxa"/>
              <w:right w:w="30" w:type="dxa"/>
            </w:tcMar>
          </w:tcPr>
          <w:p>
            <w:pPr>
              <w:jc w:val="right"/>
            </w:pPr>
            <w:r>
              <w:rPr>
                <w:sz w:val="16"/>
              </w:rPr>
              <w:t>132</w:t>
            </w:r>
          </w:p>
        </w:tc>
        <w:tc>
          <w:tcPr>
            <w:tcW w:type="dxa" w:w="1060"/>
            <w:shd w:fill="FFFFFF"/>
            <w:tcMar>
              <w:top w:w="45" w:type="dxa"/>
              <w:bottom w:w="45" w:type="dxa"/>
              <w:left w:w="30" w:type="dxa"/>
              <w:right w:w="30" w:type="dxa"/>
            </w:tcMar>
          </w:tcPr>
          <w:p>
            <w:pPr>
              <w:jc w:val="right"/>
            </w:pPr>
            <w:r>
              <w:rPr>
                <w:sz w:val="16"/>
              </w:rPr>
              <w:t>61</w:t>
            </w:r>
          </w:p>
        </w:tc>
        <w:tc>
          <w:tcPr>
            <w:tcW w:type="dxa" w:w="1060"/>
            <w:shd w:fill="FFFFFF"/>
            <w:tcMar>
              <w:top w:w="45" w:type="dxa"/>
              <w:bottom w:w="45" w:type="dxa"/>
              <w:left w:w="30" w:type="dxa"/>
              <w:right w:w="30" w:type="dxa"/>
            </w:tcMar>
          </w:tcPr>
          <w:p>
            <w:pPr>
              <w:jc w:val="right"/>
            </w:pPr>
            <w:r>
              <w:rPr>
                <w:sz w:val="16"/>
              </w:rPr>
              <w:t>118</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46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84</w:t>
            </w:r>
          </w:p>
        </w:tc>
        <w:tc>
          <w:tcPr>
            <w:tcW w:type="dxa" w:w="936"/>
            <w:shd w:fill="F9FBFB"/>
            <w:tcMar>
              <w:top w:w="45" w:type="dxa"/>
              <w:bottom w:w="45" w:type="dxa"/>
              <w:left w:w="30" w:type="dxa"/>
              <w:right w:w="30" w:type="dxa"/>
            </w:tcMar>
          </w:tcPr>
          <w:p>
            <w:pPr>
              <w:jc w:val="left"/>
            </w:pPr>
            <w:r>
              <w:rPr>
                <w:sz w:val="16"/>
              </w:rPr>
              <w:t>KH2139</w:t>
            </w:r>
          </w:p>
        </w:tc>
        <w:tc>
          <w:tcPr>
            <w:tcW w:type="dxa" w:w="2880"/>
            <w:shd w:fill="F9FBFB"/>
            <w:tcMar>
              <w:top w:w="45" w:type="dxa"/>
              <w:bottom w:w="45" w:type="dxa"/>
              <w:left w:w="30" w:type="dxa"/>
              <w:right w:w="30" w:type="dxa"/>
            </w:tcMar>
          </w:tcPr>
          <w:p>
            <w:pPr>
              <w:jc w:val="left"/>
            </w:pPr>
            <w:r>
              <w:rPr>
                <w:sz w:val="16"/>
              </w:rPr>
              <w:t>CÔNG TY TNHH MỘT THÀNH VIÊN HƯNG DIỆU</w:t>
            </w:r>
          </w:p>
        </w:tc>
        <w:tc>
          <w:tcPr>
            <w:tcW w:type="dxa" w:w="1060"/>
            <w:shd w:fill="F9FBFB"/>
            <w:tcMar>
              <w:top w:w="45" w:type="dxa"/>
              <w:bottom w:w="45" w:type="dxa"/>
              <w:left w:w="30" w:type="dxa"/>
              <w:right w:w="30" w:type="dxa"/>
            </w:tcMar>
          </w:tcPr>
          <w:p>
            <w:pPr>
              <w:jc w:val="right"/>
            </w:pPr>
            <w:r>
              <w:rPr>
                <w:sz w:val="16"/>
              </w:rPr>
              <w:t>39</w:t>
            </w:r>
          </w:p>
        </w:tc>
        <w:tc>
          <w:tcPr>
            <w:tcW w:type="dxa" w:w="1060"/>
            <w:shd w:fill="F9FBFB"/>
            <w:tcMar>
              <w:top w:w="45" w:type="dxa"/>
              <w:bottom w:w="45" w:type="dxa"/>
              <w:left w:w="30" w:type="dxa"/>
              <w:right w:w="30" w:type="dxa"/>
            </w:tcMar>
          </w:tcPr>
          <w:p>
            <w:pPr>
              <w:jc w:val="right"/>
            </w:pPr>
            <w:r>
              <w:rPr>
                <w:sz w:val="16"/>
              </w:rPr>
              <w:t>28</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35</w:t>
            </w:r>
          </w:p>
        </w:tc>
        <w:tc>
          <w:tcPr>
            <w:tcW w:type="dxa" w:w="1060"/>
            <w:shd w:fill="F9FBFB"/>
            <w:tcMar>
              <w:top w:w="45" w:type="dxa"/>
              <w:bottom w:w="45" w:type="dxa"/>
              <w:left w:w="30" w:type="dxa"/>
              <w:right w:w="30" w:type="dxa"/>
            </w:tcMar>
          </w:tcPr>
          <w:p>
            <w:pPr>
              <w:jc w:val="right"/>
            </w:pPr>
            <w:r>
              <w:rPr>
                <w:sz w:val="16"/>
              </w:rPr>
              <w:t>26</w:t>
            </w:r>
          </w:p>
        </w:tc>
        <w:tc>
          <w:tcPr>
            <w:tcW w:type="dxa" w:w="1060"/>
            <w:shd w:fill="F9FBFB"/>
            <w:tcMar>
              <w:top w:w="45" w:type="dxa"/>
              <w:bottom w:w="45" w:type="dxa"/>
              <w:left w:w="30" w:type="dxa"/>
              <w:right w:w="30" w:type="dxa"/>
            </w:tcMar>
          </w:tcPr>
          <w:p>
            <w:pPr>
              <w:jc w:val="right"/>
            </w:pPr>
            <w:r>
              <w:rPr>
                <w:sz w:val="16"/>
              </w:rPr>
              <w:t>87</w:t>
            </w:r>
          </w:p>
        </w:tc>
        <w:tc>
          <w:tcPr>
            <w:tcW w:type="dxa" w:w="1060"/>
            <w:shd w:fill="F9FBFB"/>
            <w:tcMar>
              <w:top w:w="45" w:type="dxa"/>
              <w:bottom w:w="45" w:type="dxa"/>
              <w:left w:w="30" w:type="dxa"/>
              <w:right w:w="30" w:type="dxa"/>
            </w:tcMar>
          </w:tcPr>
          <w:p>
            <w:pPr>
              <w:jc w:val="right"/>
            </w:pPr>
            <w:r>
              <w:rPr>
                <w:sz w:val="16"/>
              </w:rPr>
              <w:t>19</w:t>
            </w:r>
          </w:p>
        </w:tc>
        <w:tc>
          <w:tcPr>
            <w:tcW w:type="dxa" w:w="1060"/>
            <w:shd w:fill="F9FBFB"/>
            <w:tcMar>
              <w:top w:w="45" w:type="dxa"/>
              <w:bottom w:w="45" w:type="dxa"/>
              <w:left w:w="30" w:type="dxa"/>
              <w:right w:w="30" w:type="dxa"/>
            </w:tcMar>
          </w:tcPr>
          <w:p>
            <w:pPr>
              <w:jc w:val="right"/>
            </w:pPr>
            <w:r>
              <w:rPr>
                <w:b/>
                <w:sz w:val="16"/>
              </w:rPr>
              <w:t>83</w:t>
            </w:r>
          </w:p>
        </w:tc>
        <w:tc>
          <w:tcPr>
            <w:tcW w:type="dxa" w:w="1224"/>
            <w:shd w:fill="F9FBFB"/>
            <w:tcMar>
              <w:top w:w="45" w:type="dxa"/>
              <w:bottom w:w="45" w:type="dxa"/>
              <w:left w:w="30" w:type="dxa"/>
              <w:right w:w="30" w:type="dxa"/>
            </w:tcMar>
          </w:tcPr>
          <w:p>
            <w:pPr>
              <w:jc w:val="right"/>
            </w:pPr>
            <w:r>
              <w:rPr>
                <w:color w:val="27AE60"/>
                <w:sz w:val="16"/>
              </w:rPr>
              <w:t>+64</w:t>
            </w:r>
          </w:p>
        </w:tc>
        <w:tc>
          <w:tcPr>
            <w:tcW w:type="dxa" w:w="1080"/>
            <w:shd w:fill="F9FBFB"/>
            <w:tcMar>
              <w:top w:w="45" w:type="dxa"/>
              <w:bottom w:w="45" w:type="dxa"/>
              <w:left w:w="30" w:type="dxa"/>
              <w:right w:w="30" w:type="dxa"/>
            </w:tcMar>
          </w:tcPr>
          <w:p>
            <w:pPr>
              <w:jc w:val="center"/>
            </w:pPr>
            <w:r>
              <w:rPr>
                <w:b/>
                <w:color w:val="27AE60"/>
                <w:sz w:val="16"/>
              </w:rPr>
              <w:t>+336.8%</w:t>
            </w:r>
          </w:p>
        </w:tc>
      </w:tr>
      <w:tr>
        <w:tc>
          <w:tcPr>
            <w:tcW w:type="dxa" w:w="504"/>
            <w:shd w:fill="FFFFFF"/>
            <w:tcMar>
              <w:top w:w="45" w:type="dxa"/>
              <w:bottom w:w="45" w:type="dxa"/>
              <w:left w:w="30" w:type="dxa"/>
              <w:right w:w="30" w:type="dxa"/>
            </w:tcMar>
          </w:tcPr>
          <w:p>
            <w:pPr>
              <w:jc w:val="center"/>
            </w:pPr>
            <w:r>
              <w:rPr>
                <w:sz w:val="16"/>
              </w:rPr>
              <w:t>85</w:t>
            </w:r>
          </w:p>
        </w:tc>
        <w:tc>
          <w:tcPr>
            <w:tcW w:type="dxa" w:w="936"/>
            <w:shd w:fill="FFFFFF"/>
            <w:tcMar>
              <w:top w:w="45" w:type="dxa"/>
              <w:bottom w:w="45" w:type="dxa"/>
              <w:left w:w="30" w:type="dxa"/>
              <w:right w:w="30" w:type="dxa"/>
            </w:tcMar>
          </w:tcPr>
          <w:p>
            <w:pPr>
              <w:jc w:val="left"/>
            </w:pPr>
            <w:r>
              <w:rPr>
                <w:sz w:val="16"/>
              </w:rPr>
              <w:t>KH0300</w:t>
            </w:r>
          </w:p>
        </w:tc>
        <w:tc>
          <w:tcPr>
            <w:tcW w:type="dxa" w:w="2880"/>
            <w:shd w:fill="FFFFFF"/>
            <w:tcMar>
              <w:top w:w="45" w:type="dxa"/>
              <w:bottom w:w="45" w:type="dxa"/>
              <w:left w:w="30" w:type="dxa"/>
              <w:right w:w="30" w:type="dxa"/>
            </w:tcMar>
          </w:tcPr>
          <w:p>
            <w:pPr>
              <w:jc w:val="left"/>
            </w:pPr>
            <w:r>
              <w:rPr>
                <w:sz w:val="16"/>
              </w:rPr>
              <w:t>CÔNG TY TNHH HƯNG NGUYÊN PHÁT</w:t>
            </w:r>
          </w:p>
        </w:tc>
        <w:tc>
          <w:tcPr>
            <w:tcW w:type="dxa" w:w="1060"/>
            <w:shd w:fill="FFFFFF"/>
            <w:tcMar>
              <w:top w:w="45" w:type="dxa"/>
              <w:bottom w:w="45" w:type="dxa"/>
              <w:left w:w="30" w:type="dxa"/>
              <w:right w:w="30" w:type="dxa"/>
            </w:tcMar>
          </w:tcPr>
          <w:p>
            <w:pPr>
              <w:jc w:val="right"/>
            </w:pPr>
            <w:r>
              <w:rPr>
                <w:sz w:val="16"/>
              </w:rPr>
              <w:t>34</w:t>
            </w:r>
          </w:p>
        </w:tc>
        <w:tc>
          <w:tcPr>
            <w:tcW w:type="dxa" w:w="1060"/>
            <w:shd w:fill="FFFFFF"/>
            <w:tcMar>
              <w:top w:w="45" w:type="dxa"/>
              <w:bottom w:w="45" w:type="dxa"/>
              <w:left w:w="30" w:type="dxa"/>
              <w:right w:w="30" w:type="dxa"/>
            </w:tcMar>
          </w:tcPr>
          <w:p>
            <w:pPr>
              <w:jc w:val="right"/>
            </w:pPr>
            <w:r>
              <w:rPr>
                <w:sz w:val="16"/>
              </w:rPr>
              <w:t>21</w:t>
            </w:r>
          </w:p>
        </w:tc>
        <w:tc>
          <w:tcPr>
            <w:tcW w:type="dxa" w:w="1060"/>
            <w:shd w:fill="FFFFFF"/>
            <w:tcMar>
              <w:top w:w="45" w:type="dxa"/>
              <w:bottom w:w="45" w:type="dxa"/>
              <w:left w:w="30" w:type="dxa"/>
              <w:right w:w="30" w:type="dxa"/>
            </w:tcMar>
          </w:tcPr>
          <w:p>
            <w:pPr>
              <w:jc w:val="right"/>
            </w:pPr>
            <w:r>
              <w:rPr>
                <w:sz w:val="16"/>
              </w:rPr>
              <w:t>25</w:t>
            </w:r>
          </w:p>
        </w:tc>
        <w:tc>
          <w:tcPr>
            <w:tcW w:type="dxa" w:w="1060"/>
            <w:shd w:fill="FFFFFF"/>
            <w:tcMar>
              <w:top w:w="45" w:type="dxa"/>
              <w:bottom w:w="45" w:type="dxa"/>
              <w:left w:w="30" w:type="dxa"/>
              <w:right w:w="30" w:type="dxa"/>
            </w:tcMar>
          </w:tcPr>
          <w:p>
            <w:pPr>
              <w:jc w:val="right"/>
            </w:pPr>
            <w:r>
              <w:rPr>
                <w:sz w:val="16"/>
              </w:rPr>
              <w:t>30</w:t>
            </w:r>
          </w:p>
        </w:tc>
        <w:tc>
          <w:tcPr>
            <w:tcW w:type="dxa" w:w="1060"/>
            <w:shd w:fill="FFFFFF"/>
            <w:tcMar>
              <w:top w:w="45" w:type="dxa"/>
              <w:bottom w:w="45" w:type="dxa"/>
              <w:left w:w="30" w:type="dxa"/>
              <w:right w:w="30" w:type="dxa"/>
            </w:tcMar>
          </w:tcPr>
          <w:p>
            <w:pPr>
              <w:jc w:val="right"/>
            </w:pPr>
            <w:r>
              <w:rPr>
                <w:sz w:val="16"/>
              </w:rPr>
              <w:t>26</w:t>
            </w:r>
          </w:p>
        </w:tc>
        <w:tc>
          <w:tcPr>
            <w:tcW w:type="dxa" w:w="1060"/>
            <w:shd w:fill="FFFFFF"/>
            <w:tcMar>
              <w:top w:w="45" w:type="dxa"/>
              <w:bottom w:w="45" w:type="dxa"/>
              <w:left w:w="30" w:type="dxa"/>
              <w:right w:w="30" w:type="dxa"/>
            </w:tcMar>
          </w:tcPr>
          <w:p>
            <w:pPr>
              <w:jc w:val="right"/>
            </w:pPr>
            <w:r>
              <w:rPr>
                <w:sz w:val="16"/>
              </w:rPr>
              <w:t>61</w:t>
            </w:r>
          </w:p>
        </w:tc>
        <w:tc>
          <w:tcPr>
            <w:tcW w:type="dxa" w:w="1060"/>
            <w:shd w:fill="FFFFFF"/>
            <w:tcMar>
              <w:top w:w="45" w:type="dxa"/>
              <w:bottom w:w="45" w:type="dxa"/>
              <w:left w:w="30" w:type="dxa"/>
              <w:right w:w="30" w:type="dxa"/>
            </w:tcMar>
          </w:tcPr>
          <w:p>
            <w:pPr>
              <w:jc w:val="right"/>
            </w:pPr>
            <w:r>
              <w:rPr>
                <w:sz w:val="16"/>
              </w:rPr>
              <w:t>52</w:t>
            </w:r>
          </w:p>
        </w:tc>
        <w:tc>
          <w:tcPr>
            <w:tcW w:type="dxa" w:w="1060"/>
            <w:shd w:fill="FFFFFF"/>
            <w:tcMar>
              <w:top w:w="45" w:type="dxa"/>
              <w:bottom w:w="45" w:type="dxa"/>
              <w:left w:w="30" w:type="dxa"/>
              <w:right w:w="30" w:type="dxa"/>
            </w:tcMar>
          </w:tcPr>
          <w:p>
            <w:pPr>
              <w:jc w:val="right"/>
            </w:pPr>
            <w:r>
              <w:rPr>
                <w:b/>
                <w:sz w:val="16"/>
              </w:rPr>
              <w:t>37</w:t>
            </w:r>
          </w:p>
        </w:tc>
        <w:tc>
          <w:tcPr>
            <w:tcW w:type="dxa" w:w="1224"/>
            <w:shd w:fill="FFFFFF"/>
            <w:tcMar>
              <w:top w:w="45" w:type="dxa"/>
              <w:bottom w:w="45" w:type="dxa"/>
              <w:left w:w="30" w:type="dxa"/>
              <w:right w:w="30" w:type="dxa"/>
            </w:tcMar>
          </w:tcPr>
          <w:p>
            <w:pPr>
              <w:jc w:val="right"/>
            </w:pPr>
            <w:r>
              <w:rPr>
                <w:color w:val="C0392B"/>
                <w:sz w:val="16"/>
              </w:rPr>
              <w:t>-15</w:t>
            </w:r>
          </w:p>
        </w:tc>
        <w:tc>
          <w:tcPr>
            <w:tcW w:type="dxa" w:w="1080"/>
            <w:shd w:fill="FFFFFF"/>
            <w:tcMar>
              <w:top w:w="45" w:type="dxa"/>
              <w:bottom w:w="45" w:type="dxa"/>
              <w:left w:w="30" w:type="dxa"/>
              <w:right w:w="30" w:type="dxa"/>
            </w:tcMar>
          </w:tcPr>
          <w:p>
            <w:pPr>
              <w:jc w:val="center"/>
            </w:pPr>
            <w:r>
              <w:rPr>
                <w:b/>
                <w:color w:val="C0392B"/>
                <w:sz w:val="16"/>
              </w:rPr>
              <w:t>-28.8%</w:t>
            </w:r>
          </w:p>
        </w:tc>
      </w:tr>
      <w:tr>
        <w:tc>
          <w:tcPr>
            <w:tcW w:type="dxa" w:w="504"/>
            <w:shd w:fill="F9FBFB"/>
            <w:tcMar>
              <w:top w:w="45" w:type="dxa"/>
              <w:bottom w:w="45" w:type="dxa"/>
              <w:left w:w="30" w:type="dxa"/>
              <w:right w:w="30" w:type="dxa"/>
            </w:tcMar>
          </w:tcPr>
          <w:p>
            <w:pPr>
              <w:jc w:val="center"/>
            </w:pPr>
            <w:r>
              <w:rPr>
                <w:sz w:val="16"/>
              </w:rPr>
              <w:t>86</w:t>
            </w:r>
          </w:p>
        </w:tc>
        <w:tc>
          <w:tcPr>
            <w:tcW w:type="dxa" w:w="936"/>
            <w:shd w:fill="F9FBFB"/>
            <w:tcMar>
              <w:top w:w="45" w:type="dxa"/>
              <w:bottom w:w="45" w:type="dxa"/>
              <w:left w:w="30" w:type="dxa"/>
              <w:right w:w="30" w:type="dxa"/>
            </w:tcMar>
          </w:tcPr>
          <w:p>
            <w:pPr>
              <w:jc w:val="left"/>
            </w:pPr>
            <w:r>
              <w:rPr>
                <w:sz w:val="16"/>
              </w:rPr>
              <w:t>KH1892</w:t>
            </w:r>
          </w:p>
        </w:tc>
        <w:tc>
          <w:tcPr>
            <w:tcW w:type="dxa" w:w="2880"/>
            <w:shd w:fill="F9FBFB"/>
            <w:tcMar>
              <w:top w:w="45" w:type="dxa"/>
              <w:bottom w:w="45" w:type="dxa"/>
              <w:left w:w="30" w:type="dxa"/>
              <w:right w:w="30" w:type="dxa"/>
            </w:tcMar>
          </w:tcPr>
          <w:p>
            <w:pPr>
              <w:jc w:val="left"/>
            </w:pPr>
            <w:r>
              <w:rPr>
                <w:sz w:val="16"/>
              </w:rPr>
              <w:t>CÔNG TY TNHH XÂY DỰNG - TỔNG HỢP THƯƠNG MẠI NGUYÊN NAM</w:t>
            </w:r>
          </w:p>
        </w:tc>
        <w:tc>
          <w:tcPr>
            <w:tcW w:type="dxa" w:w="1060"/>
            <w:shd w:fill="F9FBFB"/>
            <w:tcMar>
              <w:top w:w="45" w:type="dxa"/>
              <w:bottom w:w="45" w:type="dxa"/>
              <w:left w:w="30" w:type="dxa"/>
              <w:right w:w="30" w:type="dxa"/>
            </w:tcMar>
          </w:tcPr>
          <w:p>
            <w:pPr>
              <w:jc w:val="right"/>
            </w:pPr>
            <w:r>
              <w:rPr>
                <w:sz w:val="16"/>
              </w:rPr>
              <w:t>41</w:t>
            </w:r>
          </w:p>
        </w:tc>
        <w:tc>
          <w:tcPr>
            <w:tcW w:type="dxa" w:w="1060"/>
            <w:shd w:fill="F9FBFB"/>
            <w:tcMar>
              <w:top w:w="45" w:type="dxa"/>
              <w:bottom w:w="45" w:type="dxa"/>
              <w:left w:w="30" w:type="dxa"/>
              <w:right w:w="30" w:type="dxa"/>
            </w:tcMar>
          </w:tcPr>
          <w:p>
            <w:pPr>
              <w:jc w:val="right"/>
            </w:pPr>
            <w:r>
              <w:rPr>
                <w:sz w:val="16"/>
              </w:rPr>
              <w:t>28</w:t>
            </w:r>
          </w:p>
        </w:tc>
        <w:tc>
          <w:tcPr>
            <w:tcW w:type="dxa" w:w="1060"/>
            <w:shd w:fill="F9FBFB"/>
            <w:tcMar>
              <w:top w:w="45" w:type="dxa"/>
              <w:bottom w:w="45" w:type="dxa"/>
              <w:left w:w="30" w:type="dxa"/>
              <w:right w:w="30" w:type="dxa"/>
            </w:tcMar>
          </w:tcPr>
          <w:p>
            <w:pPr>
              <w:jc w:val="right"/>
            </w:pPr>
            <w:r>
              <w:rPr>
                <w:sz w:val="16"/>
              </w:rPr>
              <w:t>62</w:t>
            </w:r>
          </w:p>
        </w:tc>
        <w:tc>
          <w:tcPr>
            <w:tcW w:type="dxa" w:w="1060"/>
            <w:shd w:fill="F9FBFB"/>
            <w:tcMar>
              <w:top w:w="45" w:type="dxa"/>
              <w:bottom w:w="45" w:type="dxa"/>
              <w:left w:w="30" w:type="dxa"/>
              <w:right w:w="30" w:type="dxa"/>
            </w:tcMar>
          </w:tcPr>
          <w:p>
            <w:pPr>
              <w:jc w:val="right"/>
            </w:pPr>
            <w:r>
              <w:rPr>
                <w:sz w:val="16"/>
              </w:rPr>
              <w:t>11</w:t>
            </w:r>
          </w:p>
        </w:tc>
        <w:tc>
          <w:tcPr>
            <w:tcW w:type="dxa" w:w="1060"/>
            <w:shd w:fill="F9FBFB"/>
            <w:tcMar>
              <w:top w:w="45" w:type="dxa"/>
              <w:bottom w:w="45" w:type="dxa"/>
              <w:left w:w="30" w:type="dxa"/>
              <w:right w:w="30" w:type="dxa"/>
            </w:tcMar>
          </w:tcPr>
          <w:p>
            <w:pPr>
              <w:jc w:val="right"/>
            </w:pPr>
            <w:r>
              <w:rPr>
                <w:sz w:val="16"/>
              </w:rPr>
              <w:t>34</w:t>
            </w:r>
          </w:p>
        </w:tc>
        <w:tc>
          <w:tcPr>
            <w:tcW w:type="dxa" w:w="1060"/>
            <w:shd w:fill="F9FBFB"/>
            <w:tcMar>
              <w:top w:w="45" w:type="dxa"/>
              <w:bottom w:w="45" w:type="dxa"/>
              <w:left w:w="30" w:type="dxa"/>
              <w:right w:w="30" w:type="dxa"/>
            </w:tcMar>
          </w:tcPr>
          <w:p>
            <w:pPr>
              <w:jc w:val="right"/>
            </w:pPr>
            <w:r>
              <w:rPr>
                <w:sz w:val="16"/>
              </w:rPr>
              <w:t>44</w:t>
            </w:r>
          </w:p>
        </w:tc>
        <w:tc>
          <w:tcPr>
            <w:tcW w:type="dxa" w:w="1060"/>
            <w:shd w:fill="F9FBFB"/>
            <w:tcMar>
              <w:top w:w="45" w:type="dxa"/>
              <w:bottom w:w="45" w:type="dxa"/>
              <w:left w:w="30" w:type="dxa"/>
              <w:right w:w="30" w:type="dxa"/>
            </w:tcMar>
          </w:tcPr>
          <w:p>
            <w:pPr>
              <w:jc w:val="right"/>
            </w:pPr>
            <w:r>
              <w:rPr>
                <w:sz w:val="16"/>
              </w:rPr>
              <w:t>50</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-50</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87</w:t>
            </w:r>
          </w:p>
        </w:tc>
        <w:tc>
          <w:tcPr>
            <w:tcW w:type="dxa" w:w="936"/>
            <w:shd w:fill="FFFFFF"/>
            <w:tcMar>
              <w:top w:w="45" w:type="dxa"/>
              <w:bottom w:w="45" w:type="dxa"/>
              <w:left w:w="30" w:type="dxa"/>
              <w:right w:w="30" w:type="dxa"/>
            </w:tcMar>
          </w:tcPr>
          <w:p>
            <w:pPr>
              <w:jc w:val="left"/>
            </w:pPr>
            <w:r>
              <w:rPr>
                <w:sz w:val="16"/>
              </w:rPr>
              <w:t>KH1918</w:t>
            </w:r>
          </w:p>
        </w:tc>
        <w:tc>
          <w:tcPr>
            <w:tcW w:type="dxa" w:w="2880"/>
            <w:shd w:fill="FFFFFF"/>
            <w:tcMar>
              <w:top w:w="45" w:type="dxa"/>
              <w:bottom w:w="45" w:type="dxa"/>
              <w:left w:w="30" w:type="dxa"/>
              <w:right w:w="30" w:type="dxa"/>
            </w:tcMar>
          </w:tcPr>
          <w:p>
            <w:pPr>
              <w:jc w:val="left"/>
            </w:pPr>
            <w:r>
              <w:rPr>
                <w:sz w:val="16"/>
              </w:rPr>
              <w:t>CÔNG TY TNHH TRANG TRÍ NỘI THẤT HTC</w:t>
            </w:r>
          </w:p>
        </w:tc>
        <w:tc>
          <w:tcPr>
            <w:tcW w:type="dxa" w:w="1060"/>
            <w:shd w:fill="FFFFFF"/>
            <w:tcMar>
              <w:top w:w="45" w:type="dxa"/>
              <w:bottom w:w="45" w:type="dxa"/>
              <w:left w:w="30" w:type="dxa"/>
              <w:right w:w="30" w:type="dxa"/>
            </w:tcMar>
          </w:tcPr>
          <w:p>
            <w:pPr>
              <w:jc w:val="right"/>
            </w:pPr>
            <w:r>
              <w:rPr>
                <w:sz w:val="16"/>
              </w:rPr>
              <w:t>73</w:t>
            </w:r>
          </w:p>
        </w:tc>
        <w:tc>
          <w:tcPr>
            <w:tcW w:type="dxa" w:w="1060"/>
            <w:shd w:fill="FFFFFF"/>
            <w:tcMar>
              <w:top w:w="45" w:type="dxa"/>
              <w:bottom w:w="45" w:type="dxa"/>
              <w:left w:w="30" w:type="dxa"/>
              <w:right w:w="30" w:type="dxa"/>
            </w:tcMar>
          </w:tcPr>
          <w:p>
            <w:pPr>
              <w:jc w:val="right"/>
            </w:pPr>
            <w:r>
              <w:rPr>
                <w:sz w:val="16"/>
              </w:rPr>
              <w:t>27</w:t>
            </w:r>
          </w:p>
        </w:tc>
        <w:tc>
          <w:tcPr>
            <w:tcW w:type="dxa" w:w="1060"/>
            <w:shd w:fill="FFFFFF"/>
            <w:tcMar>
              <w:top w:w="45" w:type="dxa"/>
              <w:bottom w:w="45" w:type="dxa"/>
              <w:left w:w="30" w:type="dxa"/>
              <w:right w:w="30" w:type="dxa"/>
            </w:tcMar>
          </w:tcPr>
          <w:p>
            <w:pPr>
              <w:jc w:val="right"/>
            </w:pPr>
            <w:r>
              <w:rPr>
                <w:sz w:val="16"/>
              </w:rPr>
              <w:t>53</w:t>
            </w:r>
          </w:p>
        </w:tc>
        <w:tc>
          <w:tcPr>
            <w:tcW w:type="dxa" w:w="1060"/>
            <w:shd w:fill="FFFFFF"/>
            <w:tcMar>
              <w:top w:w="45" w:type="dxa"/>
              <w:bottom w:w="45" w:type="dxa"/>
              <w:left w:w="30" w:type="dxa"/>
              <w:right w:w="30" w:type="dxa"/>
            </w:tcMar>
          </w:tcPr>
          <w:p>
            <w:pPr>
              <w:jc w:val="right"/>
            </w:pPr>
            <w:r>
              <w:rPr>
                <w:sz w:val="16"/>
              </w:rPr>
              <w:t>54</w:t>
            </w:r>
          </w:p>
        </w:tc>
        <w:tc>
          <w:tcPr>
            <w:tcW w:type="dxa" w:w="1060"/>
            <w:shd w:fill="FFFFFF"/>
            <w:tcMar>
              <w:top w:w="45" w:type="dxa"/>
              <w:bottom w:w="45" w:type="dxa"/>
              <w:left w:w="30" w:type="dxa"/>
              <w:right w:w="30" w:type="dxa"/>
            </w:tcMar>
          </w:tcPr>
          <w:p>
            <w:pPr>
              <w:jc w:val="right"/>
            </w:pPr>
            <w:r>
              <w:rPr>
                <w:sz w:val="16"/>
              </w:rPr>
              <w:t>32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88</w:t>
            </w:r>
          </w:p>
        </w:tc>
        <w:tc>
          <w:tcPr>
            <w:tcW w:type="dxa" w:w="936"/>
            <w:shd w:fill="F9FBFB"/>
            <w:tcMar>
              <w:top w:w="45" w:type="dxa"/>
              <w:bottom w:w="45" w:type="dxa"/>
              <w:left w:w="30" w:type="dxa"/>
              <w:right w:w="30" w:type="dxa"/>
            </w:tcMar>
          </w:tcPr>
          <w:p>
            <w:pPr>
              <w:jc w:val="left"/>
            </w:pPr>
            <w:r>
              <w:rPr>
                <w:sz w:val="16"/>
              </w:rPr>
              <w:t>KH1935</w:t>
            </w:r>
          </w:p>
        </w:tc>
        <w:tc>
          <w:tcPr>
            <w:tcW w:type="dxa" w:w="2880"/>
            <w:shd w:fill="F9FBFB"/>
            <w:tcMar>
              <w:top w:w="45" w:type="dxa"/>
              <w:bottom w:w="45" w:type="dxa"/>
              <w:left w:w="30" w:type="dxa"/>
              <w:right w:w="30" w:type="dxa"/>
            </w:tcMar>
          </w:tcPr>
          <w:p>
            <w:pPr>
              <w:jc w:val="left"/>
            </w:pPr>
            <w:r>
              <w:rPr>
                <w:sz w:val="16"/>
              </w:rPr>
              <w:t>CÔNG TY TNHH SẢN XUẤT - THƯƠNG MẠI - TỔNG HỢP MINH ANH</w:t>
            </w:r>
          </w:p>
        </w:tc>
        <w:tc>
          <w:tcPr>
            <w:tcW w:type="dxa" w:w="1060"/>
            <w:shd w:fill="F9FBFB"/>
            <w:tcMar>
              <w:top w:w="45" w:type="dxa"/>
              <w:bottom w:w="45" w:type="dxa"/>
              <w:left w:w="30" w:type="dxa"/>
              <w:right w:w="30" w:type="dxa"/>
            </w:tcMar>
          </w:tcPr>
          <w:p>
            <w:pPr>
              <w:jc w:val="right"/>
            </w:pPr>
            <w:r>
              <w:rPr>
                <w:sz w:val="16"/>
              </w:rPr>
              <w:t>64</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68</w:t>
            </w:r>
          </w:p>
        </w:tc>
        <w:tc>
          <w:tcPr>
            <w:tcW w:type="dxa" w:w="1060"/>
            <w:shd w:fill="F9FBFB"/>
            <w:tcMar>
              <w:top w:w="45" w:type="dxa"/>
              <w:bottom w:w="45" w:type="dxa"/>
              <w:left w:w="30" w:type="dxa"/>
              <w:right w:w="30" w:type="dxa"/>
            </w:tcMar>
          </w:tcPr>
          <w:p>
            <w:pPr>
              <w:jc w:val="right"/>
            </w:pPr>
            <w:r>
              <w:rPr>
                <w:sz w:val="16"/>
              </w:rPr>
              <w:t>31</w:t>
            </w:r>
          </w:p>
        </w:tc>
        <w:tc>
          <w:tcPr>
            <w:tcW w:type="dxa" w:w="1060"/>
            <w:shd w:fill="F9FBFB"/>
            <w:tcMar>
              <w:top w:w="45" w:type="dxa"/>
              <w:bottom w:w="45" w:type="dxa"/>
              <w:left w:w="30" w:type="dxa"/>
              <w:right w:w="30" w:type="dxa"/>
            </w:tcMar>
          </w:tcPr>
          <w:p>
            <w:pPr>
              <w:jc w:val="right"/>
            </w:pPr>
            <w:r>
              <w:rPr>
                <w:sz w:val="16"/>
              </w:rPr>
              <w:t>40</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27</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-27</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89</w:t>
            </w:r>
          </w:p>
        </w:tc>
        <w:tc>
          <w:tcPr>
            <w:tcW w:type="dxa" w:w="936"/>
            <w:shd w:fill="FFFFFF"/>
            <w:tcMar>
              <w:top w:w="45" w:type="dxa"/>
              <w:bottom w:w="45" w:type="dxa"/>
              <w:left w:w="30" w:type="dxa"/>
              <w:right w:w="30" w:type="dxa"/>
            </w:tcMar>
          </w:tcPr>
          <w:p>
            <w:pPr>
              <w:jc w:val="left"/>
            </w:pPr>
            <w:r>
              <w:rPr>
                <w:sz w:val="16"/>
              </w:rPr>
              <w:t>KH2146</w:t>
            </w:r>
          </w:p>
        </w:tc>
        <w:tc>
          <w:tcPr>
            <w:tcW w:type="dxa" w:w="2880"/>
            <w:shd w:fill="FFFFFF"/>
            <w:tcMar>
              <w:top w:w="45" w:type="dxa"/>
              <w:bottom w:w="45" w:type="dxa"/>
              <w:left w:w="30" w:type="dxa"/>
              <w:right w:w="30" w:type="dxa"/>
            </w:tcMar>
          </w:tcPr>
          <w:p>
            <w:pPr>
              <w:jc w:val="left"/>
            </w:pPr>
            <w:r>
              <w:rPr>
                <w:sz w:val="16"/>
              </w:rPr>
              <w:t>CÔNG TY TNHH SẢN XUẤT THANH PHONG FURNITURE</w:t>
            </w:r>
          </w:p>
        </w:tc>
        <w:tc>
          <w:tcPr>
            <w:tcW w:type="dxa" w:w="1060"/>
            <w:shd w:fill="FFFFFF"/>
            <w:tcMar>
              <w:top w:w="45" w:type="dxa"/>
              <w:bottom w:w="45" w:type="dxa"/>
              <w:left w:w="30" w:type="dxa"/>
              <w:right w:w="30" w:type="dxa"/>
            </w:tcMar>
          </w:tcPr>
          <w:p>
            <w:pPr>
              <w:jc w:val="right"/>
            </w:pPr>
            <w:r>
              <w:rPr>
                <w:sz w:val="16"/>
              </w:rPr>
              <w:t>54</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w:t>
            </w:r>
          </w:p>
        </w:tc>
        <w:tc>
          <w:tcPr>
            <w:tcW w:type="dxa" w:w="1060"/>
            <w:shd w:fill="FFFFFF"/>
            <w:tcMar>
              <w:top w:w="45" w:type="dxa"/>
              <w:bottom w:w="45" w:type="dxa"/>
              <w:left w:w="30" w:type="dxa"/>
              <w:right w:w="30" w:type="dxa"/>
            </w:tcMar>
          </w:tcPr>
          <w:p>
            <w:pPr>
              <w:jc w:val="right"/>
            </w:pPr>
            <w:r>
              <w:rPr>
                <w:sz w:val="16"/>
              </w:rPr>
              <w:t>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127</w:t>
            </w:r>
          </w:p>
        </w:tc>
        <w:tc>
          <w:tcPr>
            <w:tcW w:type="dxa" w:w="1060"/>
            <w:shd w:fill="FFFFFF"/>
            <w:tcMar>
              <w:top w:w="45" w:type="dxa"/>
              <w:bottom w:w="45" w:type="dxa"/>
              <w:left w:w="30" w:type="dxa"/>
              <w:right w:w="30" w:type="dxa"/>
            </w:tcMar>
          </w:tcPr>
          <w:p>
            <w:pPr>
              <w:jc w:val="right"/>
            </w:pPr>
            <w:r>
              <w:rPr>
                <w:b/>
                <w:sz w:val="16"/>
              </w:rPr>
              <w:t>38</w:t>
            </w:r>
          </w:p>
        </w:tc>
        <w:tc>
          <w:tcPr>
            <w:tcW w:type="dxa" w:w="1224"/>
            <w:shd w:fill="FFFFFF"/>
            <w:tcMar>
              <w:top w:w="45" w:type="dxa"/>
              <w:bottom w:w="45" w:type="dxa"/>
              <w:left w:w="30" w:type="dxa"/>
              <w:right w:w="30" w:type="dxa"/>
            </w:tcMar>
          </w:tcPr>
          <w:p>
            <w:pPr>
              <w:jc w:val="right"/>
            </w:pPr>
            <w:r>
              <w:rPr>
                <w:color w:val="C0392B"/>
                <w:sz w:val="16"/>
              </w:rPr>
              <w:t>-89</w:t>
            </w:r>
          </w:p>
        </w:tc>
        <w:tc>
          <w:tcPr>
            <w:tcW w:type="dxa" w:w="1080"/>
            <w:shd w:fill="FFFFFF"/>
            <w:tcMar>
              <w:top w:w="45" w:type="dxa"/>
              <w:bottom w:w="45" w:type="dxa"/>
              <w:left w:w="30" w:type="dxa"/>
              <w:right w:w="30" w:type="dxa"/>
            </w:tcMar>
          </w:tcPr>
          <w:p>
            <w:pPr>
              <w:jc w:val="center"/>
            </w:pPr>
            <w:r>
              <w:rPr>
                <w:b/>
                <w:color w:val="C0392B"/>
                <w:sz w:val="16"/>
              </w:rPr>
              <w:t>-70.1%</w:t>
            </w:r>
          </w:p>
        </w:tc>
      </w:tr>
      <w:tr>
        <w:tc>
          <w:tcPr>
            <w:tcW w:type="dxa" w:w="504"/>
            <w:shd w:fill="F9FBFB"/>
            <w:tcMar>
              <w:top w:w="45" w:type="dxa"/>
              <w:bottom w:w="45" w:type="dxa"/>
              <w:left w:w="30" w:type="dxa"/>
              <w:right w:w="30" w:type="dxa"/>
            </w:tcMar>
          </w:tcPr>
          <w:p>
            <w:pPr>
              <w:jc w:val="center"/>
            </w:pPr>
            <w:r>
              <w:rPr>
                <w:sz w:val="16"/>
              </w:rPr>
              <w:t>90</w:t>
            </w:r>
          </w:p>
        </w:tc>
        <w:tc>
          <w:tcPr>
            <w:tcW w:type="dxa" w:w="936"/>
            <w:shd w:fill="F9FBFB"/>
            <w:tcMar>
              <w:top w:w="45" w:type="dxa"/>
              <w:bottom w:w="45" w:type="dxa"/>
              <w:left w:w="30" w:type="dxa"/>
              <w:right w:w="30" w:type="dxa"/>
            </w:tcMar>
          </w:tcPr>
          <w:p>
            <w:pPr>
              <w:jc w:val="left"/>
            </w:pPr>
            <w:r>
              <w:rPr>
                <w:sz w:val="16"/>
              </w:rPr>
              <w:t>KH2079</w:t>
            </w:r>
          </w:p>
        </w:tc>
        <w:tc>
          <w:tcPr>
            <w:tcW w:type="dxa" w:w="2880"/>
            <w:shd w:fill="F9FBFB"/>
            <w:tcMar>
              <w:top w:w="45" w:type="dxa"/>
              <w:bottom w:w="45" w:type="dxa"/>
              <w:left w:w="30" w:type="dxa"/>
              <w:right w:w="30" w:type="dxa"/>
            </w:tcMar>
          </w:tcPr>
          <w:p>
            <w:pPr>
              <w:jc w:val="left"/>
            </w:pPr>
            <w:r>
              <w:rPr>
                <w:sz w:val="16"/>
              </w:rPr>
              <w:t>CÔNG TY TNHH THIÊN HÀO PHÚ</w:t>
            </w:r>
          </w:p>
        </w:tc>
        <w:tc>
          <w:tcPr>
            <w:tcW w:type="dxa" w:w="1060"/>
            <w:shd w:fill="F9FBFB"/>
            <w:tcMar>
              <w:top w:w="45" w:type="dxa"/>
              <w:bottom w:w="45" w:type="dxa"/>
              <w:left w:w="30" w:type="dxa"/>
              <w:right w:w="30" w:type="dxa"/>
            </w:tcMar>
          </w:tcPr>
          <w:p>
            <w:pPr>
              <w:jc w:val="right"/>
            </w:pPr>
            <w:r>
              <w:rPr>
                <w:sz w:val="16"/>
              </w:rPr>
              <w:t>59</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40</w:t>
            </w:r>
          </w:p>
        </w:tc>
        <w:tc>
          <w:tcPr>
            <w:tcW w:type="dxa" w:w="1060"/>
            <w:shd w:fill="F9FBFB"/>
            <w:tcMar>
              <w:top w:w="45" w:type="dxa"/>
              <w:bottom w:w="45" w:type="dxa"/>
              <w:left w:w="30" w:type="dxa"/>
              <w:right w:w="30" w:type="dxa"/>
            </w:tcMar>
          </w:tcPr>
          <w:p>
            <w:pPr>
              <w:jc w:val="right"/>
            </w:pPr>
            <w:r>
              <w:rPr>
                <w:sz w:val="16"/>
              </w:rPr>
              <w:t>34</w:t>
            </w:r>
          </w:p>
        </w:tc>
        <w:tc>
          <w:tcPr>
            <w:tcW w:type="dxa" w:w="1060"/>
            <w:shd w:fill="F9FBFB"/>
            <w:tcMar>
              <w:top w:w="45" w:type="dxa"/>
              <w:bottom w:w="45" w:type="dxa"/>
              <w:left w:w="30" w:type="dxa"/>
              <w:right w:w="30" w:type="dxa"/>
            </w:tcMar>
          </w:tcPr>
          <w:p>
            <w:pPr>
              <w:jc w:val="right"/>
            </w:pPr>
            <w:r>
              <w:rPr>
                <w:sz w:val="16"/>
              </w:rPr>
              <w:t>23</w:t>
            </w:r>
          </w:p>
        </w:tc>
        <w:tc>
          <w:tcPr>
            <w:tcW w:type="dxa" w:w="1060"/>
            <w:shd w:fill="F9FBFB"/>
            <w:tcMar>
              <w:top w:w="45" w:type="dxa"/>
              <w:bottom w:w="45" w:type="dxa"/>
              <w:left w:w="30" w:type="dxa"/>
              <w:right w:w="30" w:type="dxa"/>
            </w:tcMar>
          </w:tcPr>
          <w:p>
            <w:pPr>
              <w:jc w:val="right"/>
            </w:pPr>
            <w:r>
              <w:rPr>
                <w:sz w:val="16"/>
              </w:rPr>
              <w:t>16</w:t>
            </w:r>
          </w:p>
        </w:tc>
        <w:tc>
          <w:tcPr>
            <w:tcW w:type="dxa" w:w="1060"/>
            <w:shd w:fill="F9FBFB"/>
            <w:tcMar>
              <w:top w:w="45" w:type="dxa"/>
              <w:bottom w:w="45" w:type="dxa"/>
              <w:left w:w="30" w:type="dxa"/>
              <w:right w:w="30" w:type="dxa"/>
            </w:tcMar>
          </w:tcPr>
          <w:p>
            <w:pPr>
              <w:jc w:val="right"/>
            </w:pPr>
            <w:r>
              <w:rPr>
                <w:sz w:val="16"/>
              </w:rPr>
              <w:t>33</w:t>
            </w:r>
          </w:p>
        </w:tc>
        <w:tc>
          <w:tcPr>
            <w:tcW w:type="dxa" w:w="1060"/>
            <w:shd w:fill="F9FBFB"/>
            <w:tcMar>
              <w:top w:w="45" w:type="dxa"/>
              <w:bottom w:w="45" w:type="dxa"/>
              <w:left w:w="30" w:type="dxa"/>
              <w:right w:w="30" w:type="dxa"/>
            </w:tcMar>
          </w:tcPr>
          <w:p>
            <w:pPr>
              <w:jc w:val="right"/>
            </w:pPr>
            <w:r>
              <w:rPr>
                <w:b/>
                <w:sz w:val="16"/>
              </w:rPr>
              <w:t>17</w:t>
            </w:r>
          </w:p>
        </w:tc>
        <w:tc>
          <w:tcPr>
            <w:tcW w:type="dxa" w:w="1224"/>
            <w:shd w:fill="F9FBFB"/>
            <w:tcMar>
              <w:top w:w="45" w:type="dxa"/>
              <w:bottom w:w="45" w:type="dxa"/>
              <w:left w:w="30" w:type="dxa"/>
              <w:right w:w="30" w:type="dxa"/>
            </w:tcMar>
          </w:tcPr>
          <w:p>
            <w:pPr>
              <w:jc w:val="right"/>
            </w:pPr>
            <w:r>
              <w:rPr>
                <w:color w:val="C0392B"/>
                <w:sz w:val="16"/>
              </w:rPr>
              <w:t>-16</w:t>
            </w:r>
          </w:p>
        </w:tc>
        <w:tc>
          <w:tcPr>
            <w:tcW w:type="dxa" w:w="1080"/>
            <w:shd w:fill="F9FBFB"/>
            <w:tcMar>
              <w:top w:w="45" w:type="dxa"/>
              <w:bottom w:w="45" w:type="dxa"/>
              <w:left w:w="30" w:type="dxa"/>
              <w:right w:w="30" w:type="dxa"/>
            </w:tcMar>
          </w:tcPr>
          <w:p>
            <w:pPr>
              <w:jc w:val="center"/>
            </w:pPr>
            <w:r>
              <w:rPr>
                <w:b/>
                <w:color w:val="C0392B"/>
                <w:sz w:val="16"/>
              </w:rPr>
              <w:t>-48.5%</w:t>
            </w:r>
          </w:p>
        </w:tc>
      </w:tr>
      <w:tr>
        <w:tc>
          <w:tcPr>
            <w:tcW w:type="dxa" w:w="504"/>
            <w:shd w:fill="FFFFFF"/>
            <w:tcMar>
              <w:top w:w="45" w:type="dxa"/>
              <w:bottom w:w="45" w:type="dxa"/>
              <w:left w:w="30" w:type="dxa"/>
              <w:right w:w="30" w:type="dxa"/>
            </w:tcMar>
          </w:tcPr>
          <w:p>
            <w:pPr>
              <w:jc w:val="center"/>
            </w:pPr>
            <w:r>
              <w:rPr>
                <w:sz w:val="16"/>
              </w:rPr>
              <w:t>91</w:t>
            </w:r>
          </w:p>
        </w:tc>
        <w:tc>
          <w:tcPr>
            <w:tcW w:type="dxa" w:w="936"/>
            <w:shd w:fill="FFFFFF"/>
            <w:tcMar>
              <w:top w:w="45" w:type="dxa"/>
              <w:bottom w:w="45" w:type="dxa"/>
              <w:left w:w="30" w:type="dxa"/>
              <w:right w:w="30" w:type="dxa"/>
            </w:tcMar>
          </w:tcPr>
          <w:p>
            <w:pPr>
              <w:jc w:val="left"/>
            </w:pPr>
            <w:r>
              <w:rPr>
                <w:sz w:val="16"/>
              </w:rPr>
              <w:t>KH2071</w:t>
            </w:r>
          </w:p>
        </w:tc>
        <w:tc>
          <w:tcPr>
            <w:tcW w:type="dxa" w:w="2880"/>
            <w:shd w:fill="FFFFFF"/>
            <w:tcMar>
              <w:top w:w="45" w:type="dxa"/>
              <w:bottom w:w="45" w:type="dxa"/>
              <w:left w:w="30" w:type="dxa"/>
              <w:right w:w="30" w:type="dxa"/>
            </w:tcMar>
          </w:tcPr>
          <w:p>
            <w:pPr>
              <w:jc w:val="left"/>
            </w:pPr>
            <w:r>
              <w:rPr>
                <w:sz w:val="16"/>
              </w:rPr>
              <w:t>CÔNG TY TNHH SẢN XUẤT VÀ THƯƠNG MẠI NGUYỄN ĐỨC</w:t>
            </w:r>
          </w:p>
        </w:tc>
        <w:tc>
          <w:tcPr>
            <w:tcW w:type="dxa" w:w="1060"/>
            <w:shd w:fill="FFFFFF"/>
            <w:tcMar>
              <w:top w:w="45" w:type="dxa"/>
              <w:bottom w:w="45" w:type="dxa"/>
              <w:left w:w="30" w:type="dxa"/>
              <w:right w:w="30" w:type="dxa"/>
            </w:tcMar>
          </w:tcPr>
          <w:p>
            <w:pPr>
              <w:jc w:val="right"/>
            </w:pPr>
            <w:r>
              <w:rPr>
                <w:sz w:val="16"/>
              </w:rPr>
              <w:t>33</w:t>
            </w:r>
          </w:p>
        </w:tc>
        <w:tc>
          <w:tcPr>
            <w:tcW w:type="dxa" w:w="1060"/>
            <w:shd w:fill="FFFFFF"/>
            <w:tcMar>
              <w:top w:w="45" w:type="dxa"/>
              <w:bottom w:w="45" w:type="dxa"/>
              <w:left w:w="30" w:type="dxa"/>
              <w:right w:w="30" w:type="dxa"/>
            </w:tcMar>
          </w:tcPr>
          <w:p>
            <w:pPr>
              <w:jc w:val="right"/>
            </w:pPr>
            <w:r>
              <w:rPr>
                <w:sz w:val="16"/>
              </w:rPr>
              <w:t>20</w:t>
            </w:r>
          </w:p>
        </w:tc>
        <w:tc>
          <w:tcPr>
            <w:tcW w:type="dxa" w:w="1060"/>
            <w:shd w:fill="FFFFFF"/>
            <w:tcMar>
              <w:top w:w="45" w:type="dxa"/>
              <w:bottom w:w="45" w:type="dxa"/>
              <w:left w:w="30" w:type="dxa"/>
              <w:right w:w="30" w:type="dxa"/>
            </w:tcMar>
          </w:tcPr>
          <w:p>
            <w:pPr>
              <w:jc w:val="right"/>
            </w:pPr>
            <w:r>
              <w:rPr>
                <w:sz w:val="16"/>
              </w:rPr>
              <w:t>50</w:t>
            </w:r>
          </w:p>
        </w:tc>
        <w:tc>
          <w:tcPr>
            <w:tcW w:type="dxa" w:w="1060"/>
            <w:shd w:fill="FFFFFF"/>
            <w:tcMar>
              <w:top w:w="45" w:type="dxa"/>
              <w:bottom w:w="45" w:type="dxa"/>
              <w:left w:w="30" w:type="dxa"/>
              <w:right w:w="30" w:type="dxa"/>
            </w:tcMar>
          </w:tcPr>
          <w:p>
            <w:pPr>
              <w:jc w:val="right"/>
            </w:pPr>
            <w:r>
              <w:rPr>
                <w:sz w:val="16"/>
              </w:rPr>
              <w:t>46</w:t>
            </w:r>
          </w:p>
        </w:tc>
        <w:tc>
          <w:tcPr>
            <w:tcW w:type="dxa" w:w="1060"/>
            <w:shd w:fill="FFFFFF"/>
            <w:tcMar>
              <w:top w:w="45" w:type="dxa"/>
              <w:bottom w:w="45" w:type="dxa"/>
              <w:left w:w="30" w:type="dxa"/>
              <w:right w:w="30" w:type="dxa"/>
            </w:tcMar>
          </w:tcPr>
          <w:p>
            <w:pPr>
              <w:jc w:val="right"/>
            </w:pPr>
            <w:r>
              <w:rPr>
                <w:sz w:val="16"/>
              </w:rPr>
              <w:t>40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17</w:t>
            </w:r>
          </w:p>
        </w:tc>
        <w:tc>
          <w:tcPr>
            <w:tcW w:type="dxa" w:w="1060"/>
            <w:shd w:fill="FFFFFF"/>
            <w:tcMar>
              <w:top w:w="45" w:type="dxa"/>
              <w:bottom w:w="45" w:type="dxa"/>
              <w:left w:w="30" w:type="dxa"/>
              <w:right w:w="30" w:type="dxa"/>
            </w:tcMar>
          </w:tcPr>
          <w:p>
            <w:pPr>
              <w:jc w:val="right"/>
            </w:pPr>
            <w:r>
              <w:rPr>
                <w:b/>
                <w:sz w:val="16"/>
              </w:rPr>
              <w:t>17</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+0.0%</w:t>
            </w:r>
          </w:p>
        </w:tc>
      </w:tr>
      <w:tr>
        <w:tc>
          <w:tcPr>
            <w:tcW w:type="dxa" w:w="504"/>
            <w:shd w:fill="F9FBFB"/>
            <w:tcMar>
              <w:top w:w="45" w:type="dxa"/>
              <w:bottom w:w="45" w:type="dxa"/>
              <w:left w:w="30" w:type="dxa"/>
              <w:right w:w="30" w:type="dxa"/>
            </w:tcMar>
          </w:tcPr>
          <w:p>
            <w:pPr>
              <w:jc w:val="center"/>
            </w:pPr>
            <w:r>
              <w:rPr>
                <w:sz w:val="16"/>
              </w:rPr>
              <w:t>92</w:t>
            </w:r>
          </w:p>
        </w:tc>
        <w:tc>
          <w:tcPr>
            <w:tcW w:type="dxa" w:w="936"/>
            <w:shd w:fill="F9FBFB"/>
            <w:tcMar>
              <w:top w:w="45" w:type="dxa"/>
              <w:bottom w:w="45" w:type="dxa"/>
              <w:left w:w="30" w:type="dxa"/>
              <w:right w:w="30" w:type="dxa"/>
            </w:tcMar>
          </w:tcPr>
          <w:p>
            <w:pPr>
              <w:jc w:val="left"/>
            </w:pPr>
            <w:r>
              <w:rPr>
                <w:sz w:val="16"/>
              </w:rPr>
              <w:t>KH0392</w:t>
            </w:r>
          </w:p>
        </w:tc>
        <w:tc>
          <w:tcPr>
            <w:tcW w:type="dxa" w:w="2880"/>
            <w:shd w:fill="F9FBFB"/>
            <w:tcMar>
              <w:top w:w="45" w:type="dxa"/>
              <w:bottom w:w="45" w:type="dxa"/>
              <w:left w:w="30" w:type="dxa"/>
              <w:right w:w="30" w:type="dxa"/>
            </w:tcMar>
          </w:tcPr>
          <w:p>
            <w:pPr>
              <w:jc w:val="left"/>
            </w:pPr>
            <w:r>
              <w:rPr>
                <w:sz w:val="16"/>
              </w:rPr>
              <w:t>CÔNG TY TNHH MTV MỸ NGHỆ ĐÔNG PHƯƠNG MỘC</w:t>
            </w:r>
          </w:p>
        </w:tc>
        <w:tc>
          <w:tcPr>
            <w:tcW w:type="dxa" w:w="1060"/>
            <w:shd w:fill="F9FBFB"/>
            <w:tcMar>
              <w:top w:w="45" w:type="dxa"/>
              <w:bottom w:w="45" w:type="dxa"/>
              <w:left w:w="30" w:type="dxa"/>
              <w:right w:w="30" w:type="dxa"/>
            </w:tcMar>
          </w:tcPr>
          <w:p>
            <w:pPr>
              <w:jc w:val="right"/>
            </w:pPr>
            <w:r>
              <w:rPr>
                <w:sz w:val="16"/>
              </w:rPr>
              <w:t>36</w:t>
            </w:r>
          </w:p>
        </w:tc>
        <w:tc>
          <w:tcPr>
            <w:tcW w:type="dxa" w:w="1060"/>
            <w:shd w:fill="F9FBFB"/>
            <w:tcMar>
              <w:top w:w="45" w:type="dxa"/>
              <w:bottom w:w="45" w:type="dxa"/>
              <w:left w:w="30" w:type="dxa"/>
              <w:right w:w="30" w:type="dxa"/>
            </w:tcMar>
          </w:tcPr>
          <w:p>
            <w:pPr>
              <w:jc w:val="right"/>
            </w:pPr>
            <w:r>
              <w:rPr>
                <w:sz w:val="16"/>
              </w:rPr>
              <w:t>19</w:t>
            </w:r>
          </w:p>
        </w:tc>
        <w:tc>
          <w:tcPr>
            <w:tcW w:type="dxa" w:w="1060"/>
            <w:shd w:fill="F9FBFB"/>
            <w:tcMar>
              <w:top w:w="45" w:type="dxa"/>
              <w:bottom w:w="45" w:type="dxa"/>
              <w:left w:w="30" w:type="dxa"/>
              <w:right w:w="30" w:type="dxa"/>
            </w:tcMar>
          </w:tcPr>
          <w:p>
            <w:pPr>
              <w:jc w:val="right"/>
            </w:pPr>
            <w:r>
              <w:rPr>
                <w:sz w:val="16"/>
              </w:rPr>
              <w:t>15</w:t>
            </w:r>
          </w:p>
        </w:tc>
        <w:tc>
          <w:tcPr>
            <w:tcW w:type="dxa" w:w="1060"/>
            <w:shd w:fill="F9FBFB"/>
            <w:tcMar>
              <w:top w:w="45" w:type="dxa"/>
              <w:bottom w:w="45" w:type="dxa"/>
              <w:left w:w="30" w:type="dxa"/>
              <w:right w:w="30" w:type="dxa"/>
            </w:tcMar>
          </w:tcPr>
          <w:p>
            <w:pPr>
              <w:jc w:val="right"/>
            </w:pPr>
            <w:r>
              <w:rPr>
                <w:sz w:val="16"/>
              </w:rPr>
              <w:t>40</w:t>
            </w:r>
          </w:p>
        </w:tc>
        <w:tc>
          <w:tcPr>
            <w:tcW w:type="dxa" w:w="1060"/>
            <w:shd w:fill="F9FBFB"/>
            <w:tcMar>
              <w:top w:w="45" w:type="dxa"/>
              <w:bottom w:w="45" w:type="dxa"/>
              <w:left w:w="30" w:type="dxa"/>
              <w:right w:w="30" w:type="dxa"/>
            </w:tcMar>
          </w:tcPr>
          <w:p>
            <w:pPr>
              <w:jc w:val="right"/>
            </w:pPr>
            <w:r>
              <w:rPr>
                <w:sz w:val="16"/>
              </w:rPr>
              <w:t>50</w:t>
            </w:r>
          </w:p>
        </w:tc>
        <w:tc>
          <w:tcPr>
            <w:tcW w:type="dxa" w:w="1060"/>
            <w:shd w:fill="F9FBFB"/>
            <w:tcMar>
              <w:top w:w="45" w:type="dxa"/>
              <w:bottom w:w="45" w:type="dxa"/>
              <w:left w:w="30" w:type="dxa"/>
              <w:right w:w="30" w:type="dxa"/>
            </w:tcMar>
          </w:tcPr>
          <w:p>
            <w:pPr>
              <w:jc w:val="right"/>
            </w:pPr>
            <w:r>
              <w:rPr>
                <w:sz w:val="16"/>
              </w:rPr>
              <w:t>40</w:t>
            </w:r>
          </w:p>
        </w:tc>
        <w:tc>
          <w:tcPr>
            <w:tcW w:type="dxa" w:w="1060"/>
            <w:shd w:fill="F9FBFB"/>
            <w:tcMar>
              <w:top w:w="45" w:type="dxa"/>
              <w:bottom w:w="45" w:type="dxa"/>
              <w:left w:w="30" w:type="dxa"/>
              <w:right w:w="30" w:type="dxa"/>
            </w:tcMar>
          </w:tcPr>
          <w:p>
            <w:pPr>
              <w:jc w:val="right"/>
            </w:pPr>
            <w:r>
              <w:rPr>
                <w:sz w:val="16"/>
              </w:rPr>
              <w:t>15</w:t>
            </w:r>
          </w:p>
        </w:tc>
        <w:tc>
          <w:tcPr>
            <w:tcW w:type="dxa" w:w="1060"/>
            <w:shd w:fill="F9FBFB"/>
            <w:tcMar>
              <w:top w:w="45" w:type="dxa"/>
              <w:bottom w:w="45" w:type="dxa"/>
              <w:left w:w="30" w:type="dxa"/>
              <w:right w:w="30" w:type="dxa"/>
            </w:tcMar>
          </w:tcPr>
          <w:p>
            <w:pPr>
              <w:jc w:val="right"/>
            </w:pPr>
            <w:r>
              <w:rPr>
                <w:b/>
                <w:sz w:val="16"/>
              </w:rPr>
              <w:t>5</w:t>
            </w:r>
          </w:p>
        </w:tc>
        <w:tc>
          <w:tcPr>
            <w:tcW w:type="dxa" w:w="1224"/>
            <w:shd w:fill="F9FBFB"/>
            <w:tcMar>
              <w:top w:w="45" w:type="dxa"/>
              <w:bottom w:w="45" w:type="dxa"/>
              <w:left w:w="30" w:type="dxa"/>
              <w:right w:w="30" w:type="dxa"/>
            </w:tcMar>
          </w:tcPr>
          <w:p>
            <w:pPr>
              <w:jc w:val="right"/>
            </w:pPr>
            <w:r>
              <w:rPr>
                <w:color w:val="C0392B"/>
                <w:sz w:val="16"/>
              </w:rPr>
              <w:t>-10</w:t>
            </w:r>
          </w:p>
        </w:tc>
        <w:tc>
          <w:tcPr>
            <w:tcW w:type="dxa" w:w="1080"/>
            <w:shd w:fill="F9FBFB"/>
            <w:tcMar>
              <w:top w:w="45" w:type="dxa"/>
              <w:bottom w:w="45" w:type="dxa"/>
              <w:left w:w="30" w:type="dxa"/>
              <w:right w:w="30" w:type="dxa"/>
            </w:tcMar>
          </w:tcPr>
          <w:p>
            <w:pPr>
              <w:jc w:val="center"/>
            </w:pPr>
            <w:r>
              <w:rPr>
                <w:b/>
                <w:color w:val="C0392B"/>
                <w:sz w:val="16"/>
              </w:rPr>
              <w:t>-66.7%</w:t>
            </w:r>
          </w:p>
        </w:tc>
      </w:tr>
      <w:tr>
        <w:tc>
          <w:tcPr>
            <w:tcW w:type="dxa" w:w="504"/>
            <w:shd w:fill="FFFFFF"/>
            <w:tcMar>
              <w:top w:w="45" w:type="dxa"/>
              <w:bottom w:w="45" w:type="dxa"/>
              <w:left w:w="30" w:type="dxa"/>
              <w:right w:w="30" w:type="dxa"/>
            </w:tcMar>
          </w:tcPr>
          <w:p>
            <w:pPr>
              <w:jc w:val="center"/>
            </w:pPr>
            <w:r>
              <w:rPr>
                <w:sz w:val="16"/>
              </w:rPr>
              <w:t>93</w:t>
            </w:r>
          </w:p>
        </w:tc>
        <w:tc>
          <w:tcPr>
            <w:tcW w:type="dxa" w:w="936"/>
            <w:shd w:fill="FFFFFF"/>
            <w:tcMar>
              <w:top w:w="45" w:type="dxa"/>
              <w:bottom w:w="45" w:type="dxa"/>
              <w:left w:w="30" w:type="dxa"/>
              <w:right w:w="30" w:type="dxa"/>
            </w:tcMar>
          </w:tcPr>
          <w:p>
            <w:pPr>
              <w:jc w:val="left"/>
            </w:pPr>
            <w:r>
              <w:rPr>
                <w:sz w:val="16"/>
              </w:rPr>
              <w:t>KH0637</w:t>
            </w:r>
          </w:p>
        </w:tc>
        <w:tc>
          <w:tcPr>
            <w:tcW w:type="dxa" w:w="2880"/>
            <w:shd w:fill="FFFFFF"/>
            <w:tcMar>
              <w:top w:w="45" w:type="dxa"/>
              <w:bottom w:w="45" w:type="dxa"/>
              <w:left w:w="30" w:type="dxa"/>
              <w:right w:w="30" w:type="dxa"/>
            </w:tcMar>
          </w:tcPr>
          <w:p>
            <w:pPr>
              <w:jc w:val="left"/>
            </w:pPr>
            <w:r>
              <w:rPr>
                <w:sz w:val="16"/>
              </w:rPr>
              <w:t>CÔNG TY TNHH THƯƠNG MẠI PHÚC THÀNH</w:t>
            </w:r>
          </w:p>
        </w:tc>
        <w:tc>
          <w:tcPr>
            <w:tcW w:type="dxa" w:w="1060"/>
            <w:shd w:fill="FFFFFF"/>
            <w:tcMar>
              <w:top w:w="45" w:type="dxa"/>
              <w:bottom w:w="45" w:type="dxa"/>
              <w:left w:w="30" w:type="dxa"/>
              <w:right w:w="30" w:type="dxa"/>
            </w:tcMar>
          </w:tcPr>
          <w:p>
            <w:pPr>
              <w:jc w:val="right"/>
            </w:pPr>
            <w:r>
              <w:rPr>
                <w:sz w:val="16"/>
              </w:rPr>
              <w:t>52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116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38</w:t>
            </w:r>
          </w:p>
        </w:tc>
        <w:tc>
          <w:tcPr>
            <w:tcW w:type="dxa" w:w="1224"/>
            <w:shd w:fill="FFFFFF"/>
            <w:tcMar>
              <w:top w:w="45" w:type="dxa"/>
              <w:bottom w:w="45" w:type="dxa"/>
              <w:left w:w="30" w:type="dxa"/>
              <w:right w:w="30" w:type="dxa"/>
            </w:tcMar>
          </w:tcPr>
          <w:p>
            <w:pPr>
              <w:jc w:val="right"/>
            </w:pPr>
            <w:r>
              <w:rPr>
                <w:color w:val="27AE60"/>
                <w:sz w:val="16"/>
              </w:rPr>
              <w:t>+38</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94</w:t>
            </w:r>
          </w:p>
        </w:tc>
        <w:tc>
          <w:tcPr>
            <w:tcW w:type="dxa" w:w="936"/>
            <w:shd w:fill="F9FBFB"/>
            <w:tcMar>
              <w:top w:w="45" w:type="dxa"/>
              <w:bottom w:w="45" w:type="dxa"/>
              <w:left w:w="30" w:type="dxa"/>
              <w:right w:w="30" w:type="dxa"/>
            </w:tcMar>
          </w:tcPr>
          <w:p>
            <w:pPr>
              <w:jc w:val="left"/>
            </w:pPr>
            <w:r>
              <w:rPr>
                <w:sz w:val="16"/>
              </w:rPr>
              <w:t>KH1903</w:t>
            </w:r>
          </w:p>
        </w:tc>
        <w:tc>
          <w:tcPr>
            <w:tcW w:type="dxa" w:w="2880"/>
            <w:shd w:fill="F9FBFB"/>
            <w:tcMar>
              <w:top w:w="45" w:type="dxa"/>
              <w:bottom w:w="45" w:type="dxa"/>
              <w:left w:w="30" w:type="dxa"/>
              <w:right w:w="30" w:type="dxa"/>
            </w:tcMar>
          </w:tcPr>
          <w:p>
            <w:pPr>
              <w:jc w:val="left"/>
            </w:pPr>
            <w:r>
              <w:rPr>
                <w:sz w:val="16"/>
              </w:rPr>
              <w:t>CÔNG TY TNHH SẢN XUẤT - THƯƠNG MẠI - TỔNG HỢP THÀNH ĐẠT</w:t>
            </w:r>
          </w:p>
        </w:tc>
        <w:tc>
          <w:tcPr>
            <w:tcW w:type="dxa" w:w="1060"/>
            <w:shd w:fill="F9FBFB"/>
            <w:tcMar>
              <w:top w:w="45" w:type="dxa"/>
              <w:bottom w:w="45" w:type="dxa"/>
              <w:left w:w="30" w:type="dxa"/>
              <w:right w:w="30" w:type="dxa"/>
            </w:tcMar>
          </w:tcPr>
          <w:p>
            <w:pPr>
              <w:jc w:val="right"/>
            </w:pPr>
            <w:r>
              <w:rPr>
                <w:sz w:val="16"/>
              </w:rPr>
              <w:t>51</w:t>
            </w:r>
          </w:p>
        </w:tc>
        <w:tc>
          <w:tcPr>
            <w:tcW w:type="dxa" w:w="1060"/>
            <w:shd w:fill="F9FBFB"/>
            <w:tcMar>
              <w:top w:w="45" w:type="dxa"/>
              <w:bottom w:w="45" w:type="dxa"/>
              <w:left w:w="30" w:type="dxa"/>
              <w:right w:w="30" w:type="dxa"/>
            </w:tcMar>
          </w:tcPr>
          <w:p>
            <w:pPr>
              <w:jc w:val="right"/>
            </w:pPr>
            <w:r>
              <w:rPr>
                <w:sz w:val="16"/>
              </w:rPr>
              <w:t>25</w:t>
            </w:r>
          </w:p>
        </w:tc>
        <w:tc>
          <w:tcPr>
            <w:tcW w:type="dxa" w:w="1060"/>
            <w:shd w:fill="F9FBFB"/>
            <w:tcMar>
              <w:top w:w="45" w:type="dxa"/>
              <w:bottom w:w="45" w:type="dxa"/>
              <w:left w:w="30" w:type="dxa"/>
              <w:right w:w="30" w:type="dxa"/>
            </w:tcMar>
          </w:tcPr>
          <w:p>
            <w:pPr>
              <w:jc w:val="right"/>
            </w:pPr>
            <w:r>
              <w:rPr>
                <w:sz w:val="16"/>
              </w:rPr>
              <w:t>42</w:t>
            </w:r>
          </w:p>
        </w:tc>
        <w:tc>
          <w:tcPr>
            <w:tcW w:type="dxa" w:w="1060"/>
            <w:shd w:fill="F9FBFB"/>
            <w:tcMar>
              <w:top w:w="45" w:type="dxa"/>
              <w:bottom w:w="45" w:type="dxa"/>
              <w:left w:w="30" w:type="dxa"/>
              <w:right w:w="30" w:type="dxa"/>
            </w:tcMar>
          </w:tcPr>
          <w:p>
            <w:pPr>
              <w:jc w:val="right"/>
            </w:pPr>
            <w:r>
              <w:rPr>
                <w:sz w:val="16"/>
              </w:rPr>
              <w:t>27</w:t>
            </w:r>
          </w:p>
        </w:tc>
        <w:tc>
          <w:tcPr>
            <w:tcW w:type="dxa" w:w="1060"/>
            <w:shd w:fill="F9FBFB"/>
            <w:tcMar>
              <w:top w:w="45" w:type="dxa"/>
              <w:bottom w:w="45" w:type="dxa"/>
              <w:left w:w="30" w:type="dxa"/>
              <w:right w:w="30" w:type="dxa"/>
            </w:tcMar>
          </w:tcPr>
          <w:p>
            <w:pPr>
              <w:jc w:val="right"/>
            </w:pPr>
            <w:r>
              <w:rPr>
                <w:sz w:val="16"/>
              </w:rPr>
              <w:t>20</w:t>
            </w:r>
          </w:p>
        </w:tc>
        <w:tc>
          <w:tcPr>
            <w:tcW w:type="dxa" w:w="1060"/>
            <w:shd w:fill="F9FBFB"/>
            <w:tcMar>
              <w:top w:w="45" w:type="dxa"/>
              <w:bottom w:w="45" w:type="dxa"/>
              <w:left w:w="30" w:type="dxa"/>
              <w:right w:w="30" w:type="dxa"/>
            </w:tcMar>
          </w:tcPr>
          <w:p>
            <w:pPr>
              <w:jc w:val="right"/>
            </w:pPr>
            <w:r>
              <w:rPr>
                <w:sz w:val="16"/>
              </w:rPr>
              <w:t>22</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20</w:t>
            </w:r>
          </w:p>
        </w:tc>
        <w:tc>
          <w:tcPr>
            <w:tcW w:type="dxa" w:w="1224"/>
            <w:shd w:fill="F9FBFB"/>
            <w:tcMar>
              <w:top w:w="45" w:type="dxa"/>
              <w:bottom w:w="45" w:type="dxa"/>
              <w:left w:w="30" w:type="dxa"/>
              <w:right w:w="30" w:type="dxa"/>
            </w:tcMar>
          </w:tcPr>
          <w:p>
            <w:pPr>
              <w:jc w:val="right"/>
            </w:pPr>
            <w:r>
              <w:rPr>
                <w:color w:val="27AE60"/>
                <w:sz w:val="16"/>
              </w:rPr>
              <w:t>+20</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95</w:t>
            </w:r>
          </w:p>
        </w:tc>
        <w:tc>
          <w:tcPr>
            <w:tcW w:type="dxa" w:w="936"/>
            <w:shd w:fill="FFFFFF"/>
            <w:tcMar>
              <w:top w:w="45" w:type="dxa"/>
              <w:bottom w:w="45" w:type="dxa"/>
              <w:left w:w="30" w:type="dxa"/>
              <w:right w:w="30" w:type="dxa"/>
            </w:tcMar>
          </w:tcPr>
          <w:p>
            <w:pPr>
              <w:jc w:val="left"/>
            </w:pPr>
            <w:r>
              <w:rPr>
                <w:sz w:val="16"/>
              </w:rPr>
              <w:t>KH2155</w:t>
            </w:r>
          </w:p>
        </w:tc>
        <w:tc>
          <w:tcPr>
            <w:tcW w:type="dxa" w:w="2880"/>
            <w:shd w:fill="FFFFFF"/>
            <w:tcMar>
              <w:top w:w="45" w:type="dxa"/>
              <w:bottom w:w="45" w:type="dxa"/>
              <w:left w:w="30" w:type="dxa"/>
              <w:right w:w="30" w:type="dxa"/>
            </w:tcMar>
          </w:tcPr>
          <w:p>
            <w:pPr>
              <w:jc w:val="left"/>
            </w:pPr>
            <w:r>
              <w:rPr>
                <w:sz w:val="16"/>
              </w:rPr>
              <w:t>CÔNG TY TNHH NỘI THẤT ELITE STAR VIỆT NAM</w:t>
            </w:r>
          </w:p>
        </w:tc>
        <w:tc>
          <w:tcPr>
            <w:tcW w:type="dxa" w:w="1060"/>
            <w:shd w:fill="FFFFFF"/>
            <w:tcMar>
              <w:top w:w="45" w:type="dxa"/>
              <w:bottom w:w="45" w:type="dxa"/>
              <w:left w:w="30" w:type="dxa"/>
              <w:right w:w="30" w:type="dxa"/>
            </w:tcMar>
          </w:tcPr>
          <w:p>
            <w:pPr>
              <w:jc w:val="right"/>
            </w:pPr>
            <w:r>
              <w:rPr>
                <w:sz w:val="16"/>
              </w:rPr>
              <w:t>10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51</w:t>
            </w:r>
          </w:p>
        </w:tc>
        <w:tc>
          <w:tcPr>
            <w:tcW w:type="dxa" w:w="1060"/>
            <w:shd w:fill="FFFFFF"/>
            <w:tcMar>
              <w:top w:w="45" w:type="dxa"/>
              <w:bottom w:w="45" w:type="dxa"/>
              <w:left w:w="30" w:type="dxa"/>
              <w:right w:w="30" w:type="dxa"/>
            </w:tcMar>
          </w:tcPr>
          <w:p>
            <w:pPr>
              <w:jc w:val="right"/>
            </w:pPr>
            <w:r>
              <w:rPr>
                <w:sz w:val="16"/>
              </w:rPr>
              <w:t>16</w:t>
            </w:r>
          </w:p>
        </w:tc>
        <w:tc>
          <w:tcPr>
            <w:tcW w:type="dxa" w:w="1060"/>
            <w:shd w:fill="FFFFFF"/>
            <w:tcMar>
              <w:top w:w="45" w:type="dxa"/>
              <w:bottom w:w="45" w:type="dxa"/>
              <w:left w:w="30" w:type="dxa"/>
              <w:right w:w="30" w:type="dxa"/>
            </w:tcMar>
          </w:tcPr>
          <w:p>
            <w:pPr>
              <w:jc w:val="right"/>
            </w:pPr>
            <w:r>
              <w:rPr>
                <w:sz w:val="16"/>
              </w:rPr>
              <w:t>25</w:t>
            </w:r>
          </w:p>
        </w:tc>
        <w:tc>
          <w:tcPr>
            <w:tcW w:type="dxa" w:w="1060"/>
            <w:shd w:fill="FFFFFF"/>
            <w:tcMar>
              <w:top w:w="45" w:type="dxa"/>
              <w:bottom w:w="45" w:type="dxa"/>
              <w:left w:w="30" w:type="dxa"/>
              <w:right w:w="30" w:type="dxa"/>
            </w:tcMar>
          </w:tcPr>
          <w:p>
            <w:pPr>
              <w:jc w:val="right"/>
            </w:pPr>
            <w:r>
              <w:rPr>
                <w:sz w:val="16"/>
              </w:rPr>
              <w:t>20</w:t>
            </w:r>
          </w:p>
        </w:tc>
        <w:tc>
          <w:tcPr>
            <w:tcW w:type="dxa" w:w="1060"/>
            <w:shd w:fill="FFFFFF"/>
            <w:tcMar>
              <w:top w:w="45" w:type="dxa"/>
              <w:bottom w:w="45" w:type="dxa"/>
              <w:left w:w="30" w:type="dxa"/>
              <w:right w:w="30" w:type="dxa"/>
            </w:tcMar>
          </w:tcPr>
          <w:p>
            <w:pPr>
              <w:jc w:val="right"/>
            </w:pPr>
            <w:r>
              <w:rPr>
                <w:sz w:val="16"/>
              </w:rPr>
              <w:t>40</w:t>
            </w:r>
          </w:p>
        </w:tc>
        <w:tc>
          <w:tcPr>
            <w:tcW w:type="dxa" w:w="1060"/>
            <w:shd w:fill="FFFFFF"/>
            <w:tcMar>
              <w:top w:w="45" w:type="dxa"/>
              <w:bottom w:w="45" w:type="dxa"/>
              <w:left w:w="30" w:type="dxa"/>
              <w:right w:w="30" w:type="dxa"/>
            </w:tcMar>
          </w:tcPr>
          <w:p>
            <w:pPr>
              <w:jc w:val="right"/>
            </w:pPr>
            <w:r>
              <w:rPr>
                <w:b/>
                <w:sz w:val="16"/>
              </w:rPr>
              <w:t>17</w:t>
            </w:r>
          </w:p>
        </w:tc>
        <w:tc>
          <w:tcPr>
            <w:tcW w:type="dxa" w:w="1224"/>
            <w:shd w:fill="FFFFFF"/>
            <w:tcMar>
              <w:top w:w="45" w:type="dxa"/>
              <w:bottom w:w="45" w:type="dxa"/>
              <w:left w:w="30" w:type="dxa"/>
              <w:right w:w="30" w:type="dxa"/>
            </w:tcMar>
          </w:tcPr>
          <w:p>
            <w:pPr>
              <w:jc w:val="right"/>
            </w:pPr>
            <w:r>
              <w:rPr>
                <w:color w:val="C0392B"/>
                <w:sz w:val="16"/>
              </w:rPr>
              <w:t>-23</w:t>
            </w:r>
          </w:p>
        </w:tc>
        <w:tc>
          <w:tcPr>
            <w:tcW w:type="dxa" w:w="1080"/>
            <w:shd w:fill="FFFFFF"/>
            <w:tcMar>
              <w:top w:w="45" w:type="dxa"/>
              <w:bottom w:w="45" w:type="dxa"/>
              <w:left w:w="30" w:type="dxa"/>
              <w:right w:w="30" w:type="dxa"/>
            </w:tcMar>
          </w:tcPr>
          <w:p>
            <w:pPr>
              <w:jc w:val="center"/>
            </w:pPr>
            <w:r>
              <w:rPr>
                <w:b/>
                <w:color w:val="C0392B"/>
                <w:sz w:val="16"/>
              </w:rPr>
              <w:t>-57.5%</w:t>
            </w:r>
          </w:p>
        </w:tc>
      </w:tr>
      <w:tr>
        <w:tc>
          <w:tcPr>
            <w:tcW w:type="dxa" w:w="504"/>
            <w:shd w:fill="F9FBFB"/>
            <w:tcMar>
              <w:top w:w="45" w:type="dxa"/>
              <w:bottom w:w="45" w:type="dxa"/>
              <w:left w:w="30" w:type="dxa"/>
              <w:right w:w="30" w:type="dxa"/>
            </w:tcMar>
          </w:tcPr>
          <w:p>
            <w:pPr>
              <w:jc w:val="center"/>
            </w:pPr>
            <w:r>
              <w:rPr>
                <w:sz w:val="16"/>
              </w:rPr>
              <w:t>96</w:t>
            </w:r>
          </w:p>
        </w:tc>
        <w:tc>
          <w:tcPr>
            <w:tcW w:type="dxa" w:w="936"/>
            <w:shd w:fill="F9FBFB"/>
            <w:tcMar>
              <w:top w:w="45" w:type="dxa"/>
              <w:bottom w:w="45" w:type="dxa"/>
              <w:left w:w="30" w:type="dxa"/>
              <w:right w:w="30" w:type="dxa"/>
            </w:tcMar>
          </w:tcPr>
          <w:p>
            <w:pPr>
              <w:jc w:val="left"/>
            </w:pPr>
            <w:r>
              <w:rPr>
                <w:sz w:val="16"/>
              </w:rPr>
              <w:t>KH0589</w:t>
            </w:r>
          </w:p>
        </w:tc>
        <w:tc>
          <w:tcPr>
            <w:tcW w:type="dxa" w:w="2880"/>
            <w:shd w:fill="F9FBFB"/>
            <w:tcMar>
              <w:top w:w="45" w:type="dxa"/>
              <w:bottom w:w="45" w:type="dxa"/>
              <w:left w:w="30" w:type="dxa"/>
              <w:right w:w="30" w:type="dxa"/>
            </w:tcMar>
          </w:tcPr>
          <w:p>
            <w:pPr>
              <w:jc w:val="left"/>
            </w:pPr>
            <w:r>
              <w:rPr>
                <w:sz w:val="16"/>
              </w:rPr>
              <w:t>CÔNG TY TNHH SƠN MÀI THUẬN THIÊN</w:t>
            </w:r>
          </w:p>
        </w:tc>
        <w:tc>
          <w:tcPr>
            <w:tcW w:type="dxa" w:w="1060"/>
            <w:shd w:fill="F9FBFB"/>
            <w:tcMar>
              <w:top w:w="45" w:type="dxa"/>
              <w:bottom w:w="45" w:type="dxa"/>
              <w:left w:w="30" w:type="dxa"/>
              <w:right w:w="30" w:type="dxa"/>
            </w:tcMar>
          </w:tcPr>
          <w:p>
            <w:pPr>
              <w:jc w:val="right"/>
            </w:pPr>
            <w:r>
              <w:rPr>
                <w:sz w:val="16"/>
              </w:rPr>
              <w:t>65</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113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97</w:t>
            </w:r>
          </w:p>
        </w:tc>
        <w:tc>
          <w:tcPr>
            <w:tcW w:type="dxa" w:w="936"/>
            <w:shd w:fill="FFFFFF"/>
            <w:tcMar>
              <w:top w:w="45" w:type="dxa"/>
              <w:bottom w:w="45" w:type="dxa"/>
              <w:left w:w="30" w:type="dxa"/>
              <w:right w:w="30" w:type="dxa"/>
            </w:tcMar>
          </w:tcPr>
          <w:p>
            <w:pPr>
              <w:jc w:val="left"/>
            </w:pPr>
            <w:r>
              <w:rPr>
                <w:sz w:val="16"/>
              </w:rPr>
              <w:t>KH0596</w:t>
            </w:r>
          </w:p>
        </w:tc>
        <w:tc>
          <w:tcPr>
            <w:tcW w:type="dxa" w:w="2880"/>
            <w:shd w:fill="FFFFFF"/>
            <w:tcMar>
              <w:top w:w="45" w:type="dxa"/>
              <w:bottom w:w="45" w:type="dxa"/>
              <w:left w:w="30" w:type="dxa"/>
              <w:right w:w="30" w:type="dxa"/>
            </w:tcMar>
          </w:tcPr>
          <w:p>
            <w:pPr>
              <w:jc w:val="left"/>
            </w:pPr>
            <w:r>
              <w:rPr>
                <w:sz w:val="16"/>
              </w:rPr>
              <w:t>CÔNG TY TNHH TÂN PHƯỚC</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3</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106</w:t>
            </w:r>
          </w:p>
        </w:tc>
        <w:tc>
          <w:tcPr>
            <w:tcW w:type="dxa" w:w="1060"/>
            <w:shd w:fill="FFFFFF"/>
            <w:tcMar>
              <w:top w:w="45" w:type="dxa"/>
              <w:bottom w:w="45" w:type="dxa"/>
              <w:left w:w="30" w:type="dxa"/>
              <w:right w:w="30" w:type="dxa"/>
            </w:tcMar>
          </w:tcPr>
          <w:p>
            <w:pPr>
              <w:jc w:val="right"/>
            </w:pPr>
            <w:r>
              <w:rPr>
                <w:b/>
                <w:sz w:val="16"/>
              </w:rPr>
              <w:t>60</w:t>
            </w:r>
          </w:p>
        </w:tc>
        <w:tc>
          <w:tcPr>
            <w:tcW w:type="dxa" w:w="1224"/>
            <w:shd w:fill="FFFFFF"/>
            <w:tcMar>
              <w:top w:w="45" w:type="dxa"/>
              <w:bottom w:w="45" w:type="dxa"/>
              <w:left w:w="30" w:type="dxa"/>
              <w:right w:w="30" w:type="dxa"/>
            </w:tcMar>
          </w:tcPr>
          <w:p>
            <w:pPr>
              <w:jc w:val="right"/>
            </w:pPr>
            <w:r>
              <w:rPr>
                <w:color w:val="C0392B"/>
                <w:sz w:val="16"/>
              </w:rPr>
              <w:t>-46</w:t>
            </w:r>
          </w:p>
        </w:tc>
        <w:tc>
          <w:tcPr>
            <w:tcW w:type="dxa" w:w="1080"/>
            <w:shd w:fill="FFFFFF"/>
            <w:tcMar>
              <w:top w:w="45" w:type="dxa"/>
              <w:bottom w:w="45" w:type="dxa"/>
              <w:left w:w="30" w:type="dxa"/>
              <w:right w:w="30" w:type="dxa"/>
            </w:tcMar>
          </w:tcPr>
          <w:p>
            <w:pPr>
              <w:jc w:val="center"/>
            </w:pPr>
            <w:r>
              <w:rPr>
                <w:b/>
                <w:color w:val="C0392B"/>
                <w:sz w:val="16"/>
              </w:rPr>
              <w:t>-43.4%</w:t>
            </w:r>
          </w:p>
        </w:tc>
      </w:tr>
      <w:tr>
        <w:tc>
          <w:tcPr>
            <w:tcW w:type="dxa" w:w="504"/>
            <w:shd w:fill="F9FBFB"/>
            <w:tcMar>
              <w:top w:w="45" w:type="dxa"/>
              <w:bottom w:w="45" w:type="dxa"/>
              <w:left w:w="30" w:type="dxa"/>
              <w:right w:w="30" w:type="dxa"/>
            </w:tcMar>
          </w:tcPr>
          <w:p>
            <w:pPr>
              <w:jc w:val="center"/>
            </w:pPr>
            <w:r>
              <w:rPr>
                <w:sz w:val="16"/>
              </w:rPr>
              <w:t>98</w:t>
            </w:r>
          </w:p>
        </w:tc>
        <w:tc>
          <w:tcPr>
            <w:tcW w:type="dxa" w:w="936"/>
            <w:shd w:fill="F9FBFB"/>
            <w:tcMar>
              <w:top w:w="45" w:type="dxa"/>
              <w:bottom w:w="45" w:type="dxa"/>
              <w:left w:w="30" w:type="dxa"/>
              <w:right w:w="30" w:type="dxa"/>
            </w:tcMar>
          </w:tcPr>
          <w:p>
            <w:pPr>
              <w:jc w:val="left"/>
            </w:pPr>
            <w:r>
              <w:rPr>
                <w:sz w:val="16"/>
              </w:rPr>
              <w:t>KH1761</w:t>
            </w:r>
          </w:p>
        </w:tc>
        <w:tc>
          <w:tcPr>
            <w:tcW w:type="dxa" w:w="2880"/>
            <w:shd w:fill="F9FBFB"/>
            <w:tcMar>
              <w:top w:w="45" w:type="dxa"/>
              <w:bottom w:w="45" w:type="dxa"/>
              <w:left w:w="30" w:type="dxa"/>
              <w:right w:w="30" w:type="dxa"/>
            </w:tcMar>
          </w:tcPr>
          <w:p>
            <w:pPr>
              <w:jc w:val="left"/>
            </w:pPr>
            <w:r>
              <w:rPr>
                <w:sz w:val="16"/>
              </w:rPr>
              <w:t>CÔNG TY TNHH TIẾN PHONG CAM LỘ</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53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75</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41</w:t>
            </w:r>
          </w:p>
        </w:tc>
        <w:tc>
          <w:tcPr>
            <w:tcW w:type="dxa" w:w="1224"/>
            <w:shd w:fill="F9FBFB"/>
            <w:tcMar>
              <w:top w:w="45" w:type="dxa"/>
              <w:bottom w:w="45" w:type="dxa"/>
              <w:left w:w="30" w:type="dxa"/>
              <w:right w:w="30" w:type="dxa"/>
            </w:tcMar>
          </w:tcPr>
          <w:p>
            <w:pPr>
              <w:jc w:val="right"/>
            </w:pPr>
            <w:r>
              <w:rPr>
                <w:color w:val="27AE60"/>
                <w:sz w:val="16"/>
              </w:rPr>
              <w:t>+41</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99</w:t>
            </w:r>
          </w:p>
        </w:tc>
        <w:tc>
          <w:tcPr>
            <w:tcW w:type="dxa" w:w="936"/>
            <w:shd w:fill="FFFFFF"/>
            <w:tcMar>
              <w:top w:w="45" w:type="dxa"/>
              <w:bottom w:w="45" w:type="dxa"/>
              <w:left w:w="30" w:type="dxa"/>
              <w:right w:w="30" w:type="dxa"/>
            </w:tcMar>
          </w:tcPr>
          <w:p>
            <w:pPr>
              <w:jc w:val="left"/>
            </w:pPr>
            <w:r>
              <w:rPr>
                <w:sz w:val="16"/>
              </w:rPr>
              <w:t>KH2145</w:t>
            </w:r>
          </w:p>
        </w:tc>
        <w:tc>
          <w:tcPr>
            <w:tcW w:type="dxa" w:w="2880"/>
            <w:shd w:fill="FFFFFF"/>
            <w:tcMar>
              <w:top w:w="45" w:type="dxa"/>
              <w:bottom w:w="45" w:type="dxa"/>
              <w:left w:w="30" w:type="dxa"/>
              <w:right w:w="30" w:type="dxa"/>
            </w:tcMar>
          </w:tcPr>
          <w:p>
            <w:pPr>
              <w:jc w:val="left"/>
            </w:pPr>
            <w:r>
              <w:rPr>
                <w:sz w:val="16"/>
              </w:rPr>
              <w:t>CÔNG TY TNHH GỖ HỐ NAI D&amp;D</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30</w:t>
            </w:r>
          </w:p>
        </w:tc>
        <w:tc>
          <w:tcPr>
            <w:tcW w:type="dxa" w:w="1060"/>
            <w:shd w:fill="FFFFFF"/>
            <w:tcMar>
              <w:top w:w="45" w:type="dxa"/>
              <w:bottom w:w="45" w:type="dxa"/>
              <w:left w:w="30" w:type="dxa"/>
              <w:right w:w="30" w:type="dxa"/>
            </w:tcMar>
          </w:tcPr>
          <w:p>
            <w:pPr>
              <w:jc w:val="right"/>
            </w:pPr>
            <w:r>
              <w:rPr>
                <w:sz w:val="16"/>
              </w:rPr>
              <w:t>18</w:t>
            </w:r>
          </w:p>
        </w:tc>
        <w:tc>
          <w:tcPr>
            <w:tcW w:type="dxa" w:w="1060"/>
            <w:shd w:fill="FFFFFF"/>
            <w:tcMar>
              <w:top w:w="45" w:type="dxa"/>
              <w:bottom w:w="45" w:type="dxa"/>
              <w:left w:w="30" w:type="dxa"/>
              <w:right w:w="30" w:type="dxa"/>
            </w:tcMar>
          </w:tcPr>
          <w:p>
            <w:pPr>
              <w:jc w:val="right"/>
            </w:pPr>
            <w:r>
              <w:rPr>
                <w:sz w:val="16"/>
              </w:rPr>
              <w:t>10</w:t>
            </w:r>
          </w:p>
        </w:tc>
        <w:tc>
          <w:tcPr>
            <w:tcW w:type="dxa" w:w="1060"/>
            <w:shd w:fill="FFFFFF"/>
            <w:tcMar>
              <w:top w:w="45" w:type="dxa"/>
              <w:bottom w:w="45" w:type="dxa"/>
              <w:left w:w="30" w:type="dxa"/>
              <w:right w:w="30" w:type="dxa"/>
            </w:tcMar>
          </w:tcPr>
          <w:p>
            <w:pPr>
              <w:jc w:val="right"/>
            </w:pPr>
            <w:r>
              <w:rPr>
                <w:sz w:val="16"/>
              </w:rPr>
              <w:t>108</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100</w:t>
            </w:r>
          </w:p>
        </w:tc>
        <w:tc>
          <w:tcPr>
            <w:tcW w:type="dxa" w:w="936"/>
            <w:shd w:fill="F9FBFB"/>
            <w:tcMar>
              <w:top w:w="45" w:type="dxa"/>
              <w:bottom w:w="45" w:type="dxa"/>
              <w:left w:w="30" w:type="dxa"/>
              <w:right w:w="30" w:type="dxa"/>
            </w:tcMar>
          </w:tcPr>
          <w:p>
            <w:pPr>
              <w:jc w:val="left"/>
            </w:pPr>
            <w:r>
              <w:rPr>
                <w:sz w:val="16"/>
              </w:rPr>
              <w:t>KH0765</w:t>
            </w:r>
          </w:p>
        </w:tc>
        <w:tc>
          <w:tcPr>
            <w:tcW w:type="dxa" w:w="2880"/>
            <w:shd w:fill="F9FBFB"/>
            <w:tcMar>
              <w:top w:w="45" w:type="dxa"/>
              <w:bottom w:w="45" w:type="dxa"/>
              <w:left w:w="30" w:type="dxa"/>
              <w:right w:w="30" w:type="dxa"/>
            </w:tcMar>
          </w:tcPr>
          <w:p>
            <w:pPr>
              <w:jc w:val="left"/>
            </w:pPr>
            <w:r>
              <w:rPr>
                <w:sz w:val="16"/>
              </w:rPr>
              <w:t>CÔNG TY TNHH ĐỒ GỖ NGHĨA PHÁT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51</w:t>
            </w:r>
          </w:p>
        </w:tc>
        <w:tc>
          <w:tcPr>
            <w:tcW w:type="dxa" w:w="1060"/>
            <w:shd w:fill="F9FBFB"/>
            <w:tcMar>
              <w:top w:w="45" w:type="dxa"/>
              <w:bottom w:w="45" w:type="dxa"/>
              <w:left w:w="30" w:type="dxa"/>
              <w:right w:w="30" w:type="dxa"/>
            </w:tcMar>
          </w:tcPr>
          <w:p>
            <w:pPr>
              <w:jc w:val="right"/>
            </w:pPr>
            <w:r>
              <w:rPr>
                <w:sz w:val="16"/>
              </w:rPr>
              <w:t>54</w:t>
            </w:r>
          </w:p>
        </w:tc>
        <w:tc>
          <w:tcPr>
            <w:tcW w:type="dxa" w:w="1060"/>
            <w:shd w:fill="F9FBFB"/>
            <w:tcMar>
              <w:top w:w="45" w:type="dxa"/>
              <w:bottom w:w="45" w:type="dxa"/>
              <w:left w:w="30" w:type="dxa"/>
              <w:right w:w="30" w:type="dxa"/>
            </w:tcMar>
          </w:tcPr>
          <w:p>
            <w:pPr>
              <w:jc w:val="right"/>
            </w:pPr>
            <w:r>
              <w:rPr>
                <w:sz w:val="16"/>
              </w:rPr>
              <w:t>31</w:t>
            </w:r>
          </w:p>
        </w:tc>
        <w:tc>
          <w:tcPr>
            <w:tcW w:type="dxa" w:w="1060"/>
            <w:shd w:fill="F9FBFB"/>
            <w:tcMar>
              <w:top w:w="45" w:type="dxa"/>
              <w:bottom w:w="45" w:type="dxa"/>
              <w:left w:w="30" w:type="dxa"/>
              <w:right w:w="30" w:type="dxa"/>
            </w:tcMar>
          </w:tcPr>
          <w:p>
            <w:pPr>
              <w:jc w:val="right"/>
            </w:pPr>
            <w:r>
              <w:rPr>
                <w:b/>
                <w:sz w:val="16"/>
              </w:rPr>
              <w:t>16</w:t>
            </w:r>
          </w:p>
        </w:tc>
        <w:tc>
          <w:tcPr>
            <w:tcW w:type="dxa" w:w="1224"/>
            <w:shd w:fill="F9FBFB"/>
            <w:tcMar>
              <w:top w:w="45" w:type="dxa"/>
              <w:bottom w:w="45" w:type="dxa"/>
              <w:left w:w="30" w:type="dxa"/>
              <w:right w:w="30" w:type="dxa"/>
            </w:tcMar>
          </w:tcPr>
          <w:p>
            <w:pPr>
              <w:jc w:val="right"/>
            </w:pPr>
            <w:r>
              <w:rPr>
                <w:color w:val="C0392B"/>
                <w:sz w:val="16"/>
              </w:rPr>
              <w:t>-15</w:t>
            </w:r>
          </w:p>
        </w:tc>
        <w:tc>
          <w:tcPr>
            <w:tcW w:type="dxa" w:w="1080"/>
            <w:shd w:fill="F9FBFB"/>
            <w:tcMar>
              <w:top w:w="45" w:type="dxa"/>
              <w:bottom w:w="45" w:type="dxa"/>
              <w:left w:w="30" w:type="dxa"/>
              <w:right w:w="30" w:type="dxa"/>
            </w:tcMar>
          </w:tcPr>
          <w:p>
            <w:pPr>
              <w:jc w:val="center"/>
            </w:pPr>
            <w:r>
              <w:rPr>
                <w:b/>
                <w:color w:val="C0392B"/>
                <w:sz w:val="16"/>
              </w:rPr>
              <w:t>-48.4%</w:t>
            </w:r>
          </w:p>
        </w:tc>
      </w:tr>
      <w:tr>
        <w:tc>
          <w:tcPr>
            <w:tcW w:type="dxa" w:w="504"/>
            <w:shd w:fill="FFFFFF"/>
            <w:tcMar>
              <w:top w:w="45" w:type="dxa"/>
              <w:bottom w:w="45" w:type="dxa"/>
              <w:left w:w="30" w:type="dxa"/>
              <w:right w:w="30" w:type="dxa"/>
            </w:tcMar>
          </w:tcPr>
          <w:p>
            <w:pPr>
              <w:jc w:val="center"/>
            </w:pPr>
            <w:r>
              <w:rPr>
                <w:sz w:val="16"/>
              </w:rPr>
              <w:t>101</w:t>
            </w:r>
          </w:p>
        </w:tc>
        <w:tc>
          <w:tcPr>
            <w:tcW w:type="dxa" w:w="936"/>
            <w:shd w:fill="FFFFFF"/>
            <w:tcMar>
              <w:top w:w="45" w:type="dxa"/>
              <w:bottom w:w="45" w:type="dxa"/>
              <w:left w:w="30" w:type="dxa"/>
              <w:right w:w="30" w:type="dxa"/>
            </w:tcMar>
          </w:tcPr>
          <w:p>
            <w:pPr>
              <w:jc w:val="left"/>
            </w:pPr>
            <w:r>
              <w:rPr>
                <w:sz w:val="16"/>
              </w:rPr>
              <w:t>KH0766</w:t>
            </w:r>
          </w:p>
        </w:tc>
        <w:tc>
          <w:tcPr>
            <w:tcW w:type="dxa" w:w="2880"/>
            <w:shd w:fill="FFFFFF"/>
            <w:tcMar>
              <w:top w:w="45" w:type="dxa"/>
              <w:bottom w:w="45" w:type="dxa"/>
              <w:left w:w="30" w:type="dxa"/>
              <w:right w:w="30" w:type="dxa"/>
            </w:tcMar>
          </w:tcPr>
          <w:p>
            <w:pPr>
              <w:jc w:val="left"/>
            </w:pPr>
            <w:r>
              <w:rPr>
                <w:sz w:val="16"/>
              </w:rPr>
              <w:t>CÔNG TY TNHH ĐỒ GỖ NGHĨA TÍN</w:t>
            </w:r>
          </w:p>
        </w:tc>
        <w:tc>
          <w:tcPr>
            <w:tcW w:type="dxa" w:w="1060"/>
            <w:shd w:fill="FFFFFF"/>
            <w:tcMar>
              <w:top w:w="45" w:type="dxa"/>
              <w:bottom w:w="45" w:type="dxa"/>
              <w:left w:w="30" w:type="dxa"/>
              <w:right w:w="30" w:type="dxa"/>
            </w:tcMar>
          </w:tcPr>
          <w:p>
            <w:pPr>
              <w:jc w:val="right"/>
            </w:pPr>
            <w:r>
              <w:rPr>
                <w:sz w:val="16"/>
              </w:rPr>
              <w:t>43</w:t>
            </w:r>
          </w:p>
        </w:tc>
        <w:tc>
          <w:tcPr>
            <w:tcW w:type="dxa" w:w="1060"/>
            <w:shd w:fill="FFFFFF"/>
            <w:tcMar>
              <w:top w:w="45" w:type="dxa"/>
              <w:bottom w:w="45" w:type="dxa"/>
              <w:left w:w="30" w:type="dxa"/>
              <w:right w:w="30" w:type="dxa"/>
            </w:tcMar>
          </w:tcPr>
          <w:p>
            <w:pPr>
              <w:jc w:val="right"/>
            </w:pPr>
            <w:r>
              <w:rPr>
                <w:sz w:val="16"/>
              </w:rPr>
              <w:t>2</w:t>
            </w:r>
          </w:p>
        </w:tc>
        <w:tc>
          <w:tcPr>
            <w:tcW w:type="dxa" w:w="1060"/>
            <w:shd w:fill="FFFFFF"/>
            <w:tcMar>
              <w:top w:w="45" w:type="dxa"/>
              <w:bottom w:w="45" w:type="dxa"/>
              <w:left w:w="30" w:type="dxa"/>
              <w:right w:w="30" w:type="dxa"/>
            </w:tcMar>
          </w:tcPr>
          <w:p>
            <w:pPr>
              <w:jc w:val="right"/>
            </w:pPr>
            <w:r>
              <w:rPr>
                <w:sz w:val="16"/>
              </w:rPr>
              <w:t>1</w:t>
            </w:r>
          </w:p>
        </w:tc>
        <w:tc>
          <w:tcPr>
            <w:tcW w:type="dxa" w:w="1060"/>
            <w:shd w:fill="FFFFFF"/>
            <w:tcMar>
              <w:top w:w="45" w:type="dxa"/>
              <w:bottom w:w="45" w:type="dxa"/>
              <w:left w:w="30" w:type="dxa"/>
              <w:right w:w="30" w:type="dxa"/>
            </w:tcMar>
          </w:tcPr>
          <w:p>
            <w:pPr>
              <w:jc w:val="right"/>
            </w:pPr>
            <w:r>
              <w:rPr>
                <w:sz w:val="16"/>
              </w:rPr>
              <w:t>32</w:t>
            </w:r>
          </w:p>
        </w:tc>
        <w:tc>
          <w:tcPr>
            <w:tcW w:type="dxa" w:w="1060"/>
            <w:shd w:fill="FFFFFF"/>
            <w:tcMar>
              <w:top w:w="45" w:type="dxa"/>
              <w:bottom w:w="45" w:type="dxa"/>
              <w:left w:w="30" w:type="dxa"/>
              <w:right w:w="30" w:type="dxa"/>
            </w:tcMar>
          </w:tcPr>
          <w:p>
            <w:pPr>
              <w:jc w:val="right"/>
            </w:pPr>
            <w:r>
              <w:rPr>
                <w:sz w:val="16"/>
              </w:rPr>
              <w:t>12</w:t>
            </w:r>
          </w:p>
        </w:tc>
        <w:tc>
          <w:tcPr>
            <w:tcW w:type="dxa" w:w="1060"/>
            <w:shd w:fill="FFFFFF"/>
            <w:tcMar>
              <w:top w:w="45" w:type="dxa"/>
              <w:bottom w:w="45" w:type="dxa"/>
              <w:left w:w="30" w:type="dxa"/>
              <w:right w:w="30" w:type="dxa"/>
            </w:tcMar>
          </w:tcPr>
          <w:p>
            <w:pPr>
              <w:jc w:val="right"/>
            </w:pPr>
            <w:r>
              <w:rPr>
                <w:sz w:val="16"/>
              </w:rPr>
              <w:t>21</w:t>
            </w:r>
          </w:p>
        </w:tc>
        <w:tc>
          <w:tcPr>
            <w:tcW w:type="dxa" w:w="1060"/>
            <w:shd w:fill="FFFFFF"/>
            <w:tcMar>
              <w:top w:w="45" w:type="dxa"/>
              <w:bottom w:w="45" w:type="dxa"/>
              <w:left w:w="30" w:type="dxa"/>
              <w:right w:w="30" w:type="dxa"/>
            </w:tcMar>
          </w:tcPr>
          <w:p>
            <w:pPr>
              <w:jc w:val="right"/>
            </w:pPr>
            <w:r>
              <w:rPr>
                <w:sz w:val="16"/>
              </w:rPr>
              <w:t>23</w:t>
            </w:r>
          </w:p>
        </w:tc>
        <w:tc>
          <w:tcPr>
            <w:tcW w:type="dxa" w:w="1060"/>
            <w:shd w:fill="FFFFFF"/>
            <w:tcMar>
              <w:top w:w="45" w:type="dxa"/>
              <w:bottom w:w="45" w:type="dxa"/>
              <w:left w:w="30" w:type="dxa"/>
              <w:right w:w="30" w:type="dxa"/>
            </w:tcMar>
          </w:tcPr>
          <w:p>
            <w:pPr>
              <w:jc w:val="right"/>
            </w:pPr>
            <w:r>
              <w:rPr>
                <w:b/>
                <w:sz w:val="16"/>
              </w:rPr>
              <w:t>24</w:t>
            </w:r>
          </w:p>
        </w:tc>
        <w:tc>
          <w:tcPr>
            <w:tcW w:type="dxa" w:w="1224"/>
            <w:shd w:fill="FFFFFF"/>
            <w:tcMar>
              <w:top w:w="45" w:type="dxa"/>
              <w:bottom w:w="45" w:type="dxa"/>
              <w:left w:w="30" w:type="dxa"/>
              <w:right w:w="30" w:type="dxa"/>
            </w:tcMar>
          </w:tcPr>
          <w:p>
            <w:pPr>
              <w:jc w:val="right"/>
            </w:pPr>
            <w:r>
              <w:rPr>
                <w:color w:val="27AE60"/>
                <w:sz w:val="16"/>
              </w:rPr>
              <w:t>+1</w:t>
            </w:r>
          </w:p>
        </w:tc>
        <w:tc>
          <w:tcPr>
            <w:tcW w:type="dxa" w:w="1080"/>
            <w:shd w:fill="FFFFFF"/>
            <w:tcMar>
              <w:top w:w="45" w:type="dxa"/>
              <w:bottom w:w="45" w:type="dxa"/>
              <w:left w:w="30" w:type="dxa"/>
              <w:right w:w="30" w:type="dxa"/>
            </w:tcMar>
          </w:tcPr>
          <w:p>
            <w:pPr>
              <w:jc w:val="center"/>
            </w:pPr>
            <w:r>
              <w:rPr>
                <w:b/>
                <w:color w:val="27AE60"/>
                <w:sz w:val="16"/>
              </w:rPr>
              <w:t>+4.3%</w:t>
            </w:r>
          </w:p>
        </w:tc>
      </w:tr>
      <w:tr>
        <w:tc>
          <w:tcPr>
            <w:tcW w:type="dxa" w:w="504"/>
            <w:shd w:fill="F9FBFB"/>
            <w:tcMar>
              <w:top w:w="45" w:type="dxa"/>
              <w:bottom w:w="45" w:type="dxa"/>
              <w:left w:w="30" w:type="dxa"/>
              <w:right w:w="30" w:type="dxa"/>
            </w:tcMar>
          </w:tcPr>
          <w:p>
            <w:pPr>
              <w:jc w:val="center"/>
            </w:pPr>
            <w:r>
              <w:rPr>
                <w:sz w:val="16"/>
              </w:rPr>
              <w:t>102</w:t>
            </w:r>
          </w:p>
        </w:tc>
        <w:tc>
          <w:tcPr>
            <w:tcW w:type="dxa" w:w="936"/>
            <w:shd w:fill="F9FBFB"/>
            <w:tcMar>
              <w:top w:w="45" w:type="dxa"/>
              <w:bottom w:w="45" w:type="dxa"/>
              <w:left w:w="30" w:type="dxa"/>
              <w:right w:w="30" w:type="dxa"/>
            </w:tcMar>
          </w:tcPr>
          <w:p>
            <w:pPr>
              <w:jc w:val="left"/>
            </w:pPr>
            <w:r>
              <w:rPr>
                <w:sz w:val="16"/>
              </w:rPr>
              <w:t>KH0046</w:t>
            </w:r>
          </w:p>
        </w:tc>
        <w:tc>
          <w:tcPr>
            <w:tcW w:type="dxa" w:w="2880"/>
            <w:shd w:fill="F9FBFB"/>
            <w:tcMar>
              <w:top w:w="45" w:type="dxa"/>
              <w:bottom w:w="45" w:type="dxa"/>
              <w:left w:w="30" w:type="dxa"/>
              <w:right w:w="30" w:type="dxa"/>
            </w:tcMar>
          </w:tcPr>
          <w:p>
            <w:pPr>
              <w:jc w:val="left"/>
            </w:pPr>
            <w:r>
              <w:rPr>
                <w:sz w:val="16"/>
              </w:rPr>
              <w:t>CÔNG TY CỔ PHẦN CÔNG NGHIỆP GỖ TRƯỜNG THÀNH</w:t>
            </w:r>
          </w:p>
        </w:tc>
        <w:tc>
          <w:tcPr>
            <w:tcW w:type="dxa" w:w="1060"/>
            <w:shd w:fill="F9FBFB"/>
            <w:tcMar>
              <w:top w:w="45" w:type="dxa"/>
              <w:bottom w:w="45" w:type="dxa"/>
              <w:left w:w="30" w:type="dxa"/>
              <w:right w:w="30" w:type="dxa"/>
            </w:tcMar>
          </w:tcPr>
          <w:p>
            <w:pPr>
              <w:jc w:val="right"/>
            </w:pPr>
            <w:r>
              <w:rPr>
                <w:sz w:val="16"/>
              </w:rPr>
              <w:t>53</w:t>
            </w:r>
          </w:p>
        </w:tc>
        <w:tc>
          <w:tcPr>
            <w:tcW w:type="dxa" w:w="1060"/>
            <w:shd w:fill="F9FBFB"/>
            <w:tcMar>
              <w:top w:w="45" w:type="dxa"/>
              <w:bottom w:w="45" w:type="dxa"/>
              <w:left w:w="30" w:type="dxa"/>
              <w:right w:w="30" w:type="dxa"/>
            </w:tcMar>
          </w:tcPr>
          <w:p>
            <w:pPr>
              <w:jc w:val="right"/>
            </w:pPr>
            <w:r>
              <w:rPr>
                <w:sz w:val="16"/>
              </w:rPr>
              <w:t>22</w:t>
            </w:r>
          </w:p>
        </w:tc>
        <w:tc>
          <w:tcPr>
            <w:tcW w:type="dxa" w:w="1060"/>
            <w:shd w:fill="F9FBFB"/>
            <w:tcMar>
              <w:top w:w="45" w:type="dxa"/>
              <w:bottom w:w="45" w:type="dxa"/>
              <w:left w:w="30" w:type="dxa"/>
              <w:right w:w="30" w:type="dxa"/>
            </w:tcMar>
          </w:tcPr>
          <w:p>
            <w:pPr>
              <w:jc w:val="right"/>
            </w:pPr>
            <w:r>
              <w:rPr>
                <w:sz w:val="16"/>
              </w:rPr>
              <w:t>15</w:t>
            </w:r>
          </w:p>
        </w:tc>
        <w:tc>
          <w:tcPr>
            <w:tcW w:type="dxa" w:w="1060"/>
            <w:shd w:fill="F9FBFB"/>
            <w:tcMar>
              <w:top w:w="45" w:type="dxa"/>
              <w:bottom w:w="45" w:type="dxa"/>
              <w:left w:w="30" w:type="dxa"/>
              <w:right w:w="30" w:type="dxa"/>
            </w:tcMar>
          </w:tcPr>
          <w:p>
            <w:pPr>
              <w:jc w:val="right"/>
            </w:pPr>
            <w:r>
              <w:rPr>
                <w:sz w:val="16"/>
              </w:rPr>
              <w:t>23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31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11</w:t>
            </w:r>
          </w:p>
        </w:tc>
        <w:tc>
          <w:tcPr>
            <w:tcW w:type="dxa" w:w="1224"/>
            <w:shd w:fill="F9FBFB"/>
            <w:tcMar>
              <w:top w:w="45" w:type="dxa"/>
              <w:bottom w:w="45" w:type="dxa"/>
              <w:left w:w="30" w:type="dxa"/>
              <w:right w:w="30" w:type="dxa"/>
            </w:tcMar>
          </w:tcPr>
          <w:p>
            <w:pPr>
              <w:jc w:val="right"/>
            </w:pPr>
            <w:r>
              <w:rPr>
                <w:color w:val="27AE60"/>
                <w:sz w:val="16"/>
              </w:rPr>
              <w:t>+11</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103</w:t>
            </w:r>
          </w:p>
        </w:tc>
        <w:tc>
          <w:tcPr>
            <w:tcW w:type="dxa" w:w="936"/>
            <w:shd w:fill="FFFFFF"/>
            <w:tcMar>
              <w:top w:w="45" w:type="dxa"/>
              <w:bottom w:w="45" w:type="dxa"/>
              <w:left w:w="30" w:type="dxa"/>
              <w:right w:w="30" w:type="dxa"/>
            </w:tcMar>
          </w:tcPr>
          <w:p>
            <w:pPr>
              <w:jc w:val="left"/>
            </w:pPr>
            <w:r>
              <w:rPr>
                <w:sz w:val="16"/>
              </w:rPr>
              <w:t>KH0997</w:t>
            </w:r>
          </w:p>
        </w:tc>
        <w:tc>
          <w:tcPr>
            <w:tcW w:type="dxa" w:w="2880"/>
            <w:shd w:fill="FFFFFF"/>
            <w:tcMar>
              <w:top w:w="45" w:type="dxa"/>
              <w:bottom w:w="45" w:type="dxa"/>
              <w:left w:w="30" w:type="dxa"/>
              <w:right w:w="30" w:type="dxa"/>
            </w:tcMar>
          </w:tcPr>
          <w:p>
            <w:pPr>
              <w:jc w:val="left"/>
            </w:pPr>
            <w:r>
              <w:rPr>
                <w:sz w:val="16"/>
              </w:rPr>
              <w:t>CÔNG TY TNHH SD</w:t>
            </w:r>
          </w:p>
        </w:tc>
        <w:tc>
          <w:tcPr>
            <w:tcW w:type="dxa" w:w="1060"/>
            <w:shd w:fill="FFFFFF"/>
            <w:tcMar>
              <w:top w:w="45" w:type="dxa"/>
              <w:bottom w:w="45" w:type="dxa"/>
              <w:left w:w="30" w:type="dxa"/>
              <w:right w:w="30" w:type="dxa"/>
            </w:tcMar>
          </w:tcPr>
          <w:p>
            <w:pPr>
              <w:jc w:val="right"/>
            </w:pPr>
            <w:r>
              <w:rPr>
                <w:sz w:val="16"/>
              </w:rPr>
              <w:t>27</w:t>
            </w:r>
          </w:p>
        </w:tc>
        <w:tc>
          <w:tcPr>
            <w:tcW w:type="dxa" w:w="1060"/>
            <w:shd w:fill="FFFFFF"/>
            <w:tcMar>
              <w:top w:w="45" w:type="dxa"/>
              <w:bottom w:w="45" w:type="dxa"/>
              <w:left w:w="30" w:type="dxa"/>
              <w:right w:w="30" w:type="dxa"/>
            </w:tcMar>
          </w:tcPr>
          <w:p>
            <w:pPr>
              <w:jc w:val="right"/>
            </w:pPr>
            <w:r>
              <w:rPr>
                <w:sz w:val="16"/>
              </w:rPr>
              <w:t>52</w:t>
            </w:r>
          </w:p>
        </w:tc>
        <w:tc>
          <w:tcPr>
            <w:tcW w:type="dxa" w:w="1060"/>
            <w:shd w:fill="FFFFFF"/>
            <w:tcMar>
              <w:top w:w="45" w:type="dxa"/>
              <w:bottom w:w="45" w:type="dxa"/>
              <w:left w:w="30" w:type="dxa"/>
              <w:right w:w="30" w:type="dxa"/>
            </w:tcMar>
          </w:tcPr>
          <w:p>
            <w:pPr>
              <w:jc w:val="right"/>
            </w:pPr>
            <w:r>
              <w:rPr>
                <w:sz w:val="16"/>
              </w:rPr>
              <w:t>29</w:t>
            </w:r>
          </w:p>
        </w:tc>
        <w:tc>
          <w:tcPr>
            <w:tcW w:type="dxa" w:w="1060"/>
            <w:shd w:fill="FFFFFF"/>
            <w:tcMar>
              <w:top w:w="45" w:type="dxa"/>
              <w:bottom w:w="45" w:type="dxa"/>
              <w:left w:w="30" w:type="dxa"/>
              <w:right w:w="30" w:type="dxa"/>
            </w:tcMar>
          </w:tcPr>
          <w:p>
            <w:pPr>
              <w:jc w:val="right"/>
            </w:pPr>
            <w:r>
              <w:rPr>
                <w:sz w:val="16"/>
              </w:rPr>
              <w:t>24</w:t>
            </w:r>
          </w:p>
        </w:tc>
        <w:tc>
          <w:tcPr>
            <w:tcW w:type="dxa" w:w="1060"/>
            <w:shd w:fill="FFFFFF"/>
            <w:tcMar>
              <w:top w:w="45" w:type="dxa"/>
              <w:bottom w:w="45" w:type="dxa"/>
              <w:left w:w="30" w:type="dxa"/>
              <w:right w:w="30" w:type="dxa"/>
            </w:tcMar>
          </w:tcPr>
          <w:p>
            <w:pPr>
              <w:jc w:val="right"/>
            </w:pPr>
            <w:r>
              <w:rPr>
                <w:sz w:val="16"/>
              </w:rPr>
              <w:t>18</w:t>
            </w:r>
          </w:p>
        </w:tc>
        <w:tc>
          <w:tcPr>
            <w:tcW w:type="dxa" w:w="1060"/>
            <w:shd w:fill="FFFFFF"/>
            <w:tcMar>
              <w:top w:w="45" w:type="dxa"/>
              <w:bottom w:w="45" w:type="dxa"/>
              <w:left w:w="30" w:type="dxa"/>
              <w:right w:w="30" w:type="dxa"/>
            </w:tcMar>
          </w:tcPr>
          <w:p>
            <w:pPr>
              <w:jc w:val="right"/>
            </w:pPr>
            <w:r>
              <w:rPr>
                <w:sz w:val="16"/>
              </w:rPr>
              <w:t>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104</w:t>
            </w:r>
          </w:p>
        </w:tc>
        <w:tc>
          <w:tcPr>
            <w:tcW w:type="dxa" w:w="936"/>
            <w:shd w:fill="F9FBFB"/>
            <w:tcMar>
              <w:top w:w="45" w:type="dxa"/>
              <w:bottom w:w="45" w:type="dxa"/>
              <w:left w:w="30" w:type="dxa"/>
              <w:right w:w="30" w:type="dxa"/>
            </w:tcMar>
          </w:tcPr>
          <w:p>
            <w:pPr>
              <w:jc w:val="left"/>
            </w:pPr>
            <w:r>
              <w:rPr>
                <w:sz w:val="16"/>
              </w:rPr>
              <w:t>KH0201</w:t>
            </w:r>
          </w:p>
        </w:tc>
        <w:tc>
          <w:tcPr>
            <w:tcW w:type="dxa" w:w="2880"/>
            <w:shd w:fill="F9FBFB"/>
            <w:tcMar>
              <w:top w:w="45" w:type="dxa"/>
              <w:bottom w:w="45" w:type="dxa"/>
              <w:left w:w="30" w:type="dxa"/>
              <w:right w:w="30" w:type="dxa"/>
            </w:tcMar>
          </w:tcPr>
          <w:p>
            <w:pPr>
              <w:jc w:val="left"/>
            </w:pPr>
            <w:r>
              <w:rPr>
                <w:sz w:val="16"/>
              </w:rPr>
              <w:t>CÔNG TY TNHH BÌNH PHÚ</w:t>
            </w:r>
          </w:p>
        </w:tc>
        <w:tc>
          <w:tcPr>
            <w:tcW w:type="dxa" w:w="1060"/>
            <w:shd w:fill="F9FBFB"/>
            <w:tcMar>
              <w:top w:w="45" w:type="dxa"/>
              <w:bottom w:w="45" w:type="dxa"/>
              <w:left w:w="30" w:type="dxa"/>
              <w:right w:w="30" w:type="dxa"/>
            </w:tcMar>
          </w:tcPr>
          <w:p>
            <w:pPr>
              <w:jc w:val="right"/>
            </w:pPr>
            <w:r>
              <w:rPr>
                <w:sz w:val="16"/>
              </w:rPr>
              <w:t>40</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20</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60</w:t>
            </w:r>
          </w:p>
        </w:tc>
        <w:tc>
          <w:tcPr>
            <w:tcW w:type="dxa" w:w="1060"/>
            <w:shd w:fill="F9FBFB"/>
            <w:tcMar>
              <w:top w:w="45" w:type="dxa"/>
              <w:bottom w:w="45" w:type="dxa"/>
              <w:left w:w="30" w:type="dxa"/>
              <w:right w:w="30" w:type="dxa"/>
            </w:tcMar>
          </w:tcPr>
          <w:p>
            <w:pPr>
              <w:jc w:val="right"/>
            </w:pPr>
            <w:r>
              <w:rPr>
                <w:sz w:val="16"/>
              </w:rPr>
              <w:t>27</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105</w:t>
            </w:r>
          </w:p>
        </w:tc>
        <w:tc>
          <w:tcPr>
            <w:tcW w:type="dxa" w:w="936"/>
            <w:shd w:fill="FFFFFF"/>
            <w:tcMar>
              <w:top w:w="45" w:type="dxa"/>
              <w:bottom w:w="45" w:type="dxa"/>
              <w:left w:w="30" w:type="dxa"/>
              <w:right w:w="30" w:type="dxa"/>
            </w:tcMar>
          </w:tcPr>
          <w:p>
            <w:pPr>
              <w:jc w:val="left"/>
            </w:pPr>
            <w:r>
              <w:rPr>
                <w:sz w:val="16"/>
              </w:rPr>
              <w:t>KH2147</w:t>
            </w:r>
          </w:p>
        </w:tc>
        <w:tc>
          <w:tcPr>
            <w:tcW w:type="dxa" w:w="2880"/>
            <w:shd w:fill="FFFFFF"/>
            <w:tcMar>
              <w:top w:w="45" w:type="dxa"/>
              <w:bottom w:w="45" w:type="dxa"/>
              <w:left w:w="30" w:type="dxa"/>
              <w:right w:w="30" w:type="dxa"/>
            </w:tcMar>
          </w:tcPr>
          <w:p>
            <w:pPr>
              <w:jc w:val="left"/>
            </w:pPr>
            <w:r>
              <w:rPr>
                <w:sz w:val="16"/>
              </w:rPr>
              <w:t>CÔNG TY TNHH SẢN XUẤT DỊCH VỤ THƯƠNG MẠI GỖ NHẬT ÁNH</w:t>
            </w:r>
          </w:p>
        </w:tc>
        <w:tc>
          <w:tcPr>
            <w:tcW w:type="dxa" w:w="1060"/>
            <w:shd w:fill="FFFFFF"/>
            <w:tcMar>
              <w:top w:w="45" w:type="dxa"/>
              <w:bottom w:w="45" w:type="dxa"/>
              <w:left w:w="30" w:type="dxa"/>
              <w:right w:w="30" w:type="dxa"/>
            </w:tcMar>
          </w:tcPr>
          <w:p>
            <w:pPr>
              <w:jc w:val="right"/>
            </w:pPr>
            <w:r>
              <w:rPr>
                <w:sz w:val="16"/>
              </w:rPr>
              <w:t>56</w:t>
            </w:r>
          </w:p>
        </w:tc>
        <w:tc>
          <w:tcPr>
            <w:tcW w:type="dxa" w:w="1060"/>
            <w:shd w:fill="FFFFFF"/>
            <w:tcMar>
              <w:top w:w="45" w:type="dxa"/>
              <w:bottom w:w="45" w:type="dxa"/>
              <w:left w:w="30" w:type="dxa"/>
              <w:right w:w="30" w:type="dxa"/>
            </w:tcMar>
          </w:tcPr>
          <w:p>
            <w:pPr>
              <w:jc w:val="right"/>
            </w:pPr>
            <w:r>
              <w:rPr>
                <w:sz w:val="16"/>
              </w:rPr>
              <w:t>97</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106</w:t>
            </w:r>
          </w:p>
        </w:tc>
        <w:tc>
          <w:tcPr>
            <w:tcW w:type="dxa" w:w="936"/>
            <w:shd w:fill="F9FBFB"/>
            <w:tcMar>
              <w:top w:w="45" w:type="dxa"/>
              <w:bottom w:w="45" w:type="dxa"/>
              <w:left w:w="30" w:type="dxa"/>
              <w:right w:w="30" w:type="dxa"/>
            </w:tcMar>
          </w:tcPr>
          <w:p>
            <w:pPr>
              <w:jc w:val="left"/>
            </w:pPr>
            <w:r>
              <w:rPr>
                <w:sz w:val="16"/>
              </w:rPr>
              <w:t>KH1995</w:t>
            </w:r>
          </w:p>
        </w:tc>
        <w:tc>
          <w:tcPr>
            <w:tcW w:type="dxa" w:w="2880"/>
            <w:shd w:fill="F9FBFB"/>
            <w:tcMar>
              <w:top w:w="45" w:type="dxa"/>
              <w:bottom w:w="45" w:type="dxa"/>
              <w:left w:w="30" w:type="dxa"/>
              <w:right w:w="30" w:type="dxa"/>
            </w:tcMar>
          </w:tcPr>
          <w:p>
            <w:pPr>
              <w:jc w:val="left"/>
            </w:pPr>
            <w:r>
              <w:rPr>
                <w:sz w:val="16"/>
              </w:rPr>
              <w:t>CÔNG TY TNHH THƯƠNG MẠI GIA LƯU</w:t>
            </w:r>
          </w:p>
        </w:tc>
        <w:tc>
          <w:tcPr>
            <w:tcW w:type="dxa" w:w="1060"/>
            <w:shd w:fill="F9FBFB"/>
            <w:tcMar>
              <w:top w:w="45" w:type="dxa"/>
              <w:bottom w:w="45" w:type="dxa"/>
              <w:left w:w="30" w:type="dxa"/>
              <w:right w:w="30" w:type="dxa"/>
            </w:tcMar>
          </w:tcPr>
          <w:p>
            <w:pPr>
              <w:jc w:val="right"/>
            </w:pPr>
            <w:r>
              <w:rPr>
                <w:sz w:val="16"/>
              </w:rPr>
              <w:t>43</w:t>
            </w:r>
          </w:p>
        </w:tc>
        <w:tc>
          <w:tcPr>
            <w:tcW w:type="dxa" w:w="1060"/>
            <w:shd w:fill="F9FBFB"/>
            <w:tcMar>
              <w:top w:w="45" w:type="dxa"/>
              <w:bottom w:w="45" w:type="dxa"/>
              <w:left w:w="30" w:type="dxa"/>
              <w:right w:w="30" w:type="dxa"/>
            </w:tcMar>
          </w:tcPr>
          <w:p>
            <w:pPr>
              <w:jc w:val="right"/>
            </w:pPr>
            <w:r>
              <w:rPr>
                <w:sz w:val="16"/>
              </w:rPr>
              <w:t>29</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26</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23</w:t>
            </w:r>
          </w:p>
        </w:tc>
        <w:tc>
          <w:tcPr>
            <w:tcW w:type="dxa" w:w="1060"/>
            <w:shd w:fill="F9FBFB"/>
            <w:tcMar>
              <w:top w:w="45" w:type="dxa"/>
              <w:bottom w:w="45" w:type="dxa"/>
              <w:left w:w="30" w:type="dxa"/>
              <w:right w:w="30" w:type="dxa"/>
            </w:tcMar>
          </w:tcPr>
          <w:p>
            <w:pPr>
              <w:jc w:val="right"/>
            </w:pPr>
            <w:r>
              <w:rPr>
                <w:b/>
                <w:sz w:val="16"/>
              </w:rPr>
              <w:t>13</w:t>
            </w:r>
          </w:p>
        </w:tc>
        <w:tc>
          <w:tcPr>
            <w:tcW w:type="dxa" w:w="1224"/>
            <w:shd w:fill="F9FBFB"/>
            <w:tcMar>
              <w:top w:w="45" w:type="dxa"/>
              <w:bottom w:w="45" w:type="dxa"/>
              <w:left w:w="30" w:type="dxa"/>
              <w:right w:w="30" w:type="dxa"/>
            </w:tcMar>
          </w:tcPr>
          <w:p>
            <w:pPr>
              <w:jc w:val="right"/>
            </w:pPr>
            <w:r>
              <w:rPr>
                <w:color w:val="C0392B"/>
                <w:sz w:val="16"/>
              </w:rPr>
              <w:t>-10</w:t>
            </w:r>
          </w:p>
        </w:tc>
        <w:tc>
          <w:tcPr>
            <w:tcW w:type="dxa" w:w="1080"/>
            <w:shd w:fill="F9FBFB"/>
            <w:tcMar>
              <w:top w:w="45" w:type="dxa"/>
              <w:bottom w:w="45" w:type="dxa"/>
              <w:left w:w="30" w:type="dxa"/>
              <w:right w:w="30" w:type="dxa"/>
            </w:tcMar>
          </w:tcPr>
          <w:p>
            <w:pPr>
              <w:jc w:val="center"/>
            </w:pPr>
            <w:r>
              <w:rPr>
                <w:b/>
                <w:color w:val="C0392B"/>
                <w:sz w:val="16"/>
              </w:rPr>
              <w:t>-43.5%</w:t>
            </w:r>
          </w:p>
        </w:tc>
      </w:tr>
      <w:tr>
        <w:tc>
          <w:tcPr>
            <w:tcW w:type="dxa" w:w="504"/>
            <w:shd w:fill="FFFFFF"/>
            <w:tcMar>
              <w:top w:w="45" w:type="dxa"/>
              <w:bottom w:w="45" w:type="dxa"/>
              <w:left w:w="30" w:type="dxa"/>
              <w:right w:w="30" w:type="dxa"/>
            </w:tcMar>
          </w:tcPr>
          <w:p>
            <w:pPr>
              <w:jc w:val="center"/>
            </w:pPr>
            <w:r>
              <w:rPr>
                <w:sz w:val="16"/>
              </w:rPr>
              <w:t>107</w:t>
            </w:r>
          </w:p>
        </w:tc>
        <w:tc>
          <w:tcPr>
            <w:tcW w:type="dxa" w:w="936"/>
            <w:shd w:fill="FFFFFF"/>
            <w:tcMar>
              <w:top w:w="45" w:type="dxa"/>
              <w:bottom w:w="45" w:type="dxa"/>
              <w:left w:w="30" w:type="dxa"/>
              <w:right w:w="30" w:type="dxa"/>
            </w:tcMar>
          </w:tcPr>
          <w:p>
            <w:pPr>
              <w:jc w:val="left"/>
            </w:pPr>
            <w:r>
              <w:rPr>
                <w:sz w:val="16"/>
              </w:rPr>
              <w:t>KH0240</w:t>
            </w:r>
          </w:p>
        </w:tc>
        <w:tc>
          <w:tcPr>
            <w:tcW w:type="dxa" w:w="2880"/>
            <w:shd w:fill="FFFFFF"/>
            <w:tcMar>
              <w:top w:w="45" w:type="dxa"/>
              <w:bottom w:w="45" w:type="dxa"/>
              <w:left w:w="30" w:type="dxa"/>
              <w:right w:w="30" w:type="dxa"/>
            </w:tcMar>
          </w:tcPr>
          <w:p>
            <w:pPr>
              <w:jc w:val="left"/>
            </w:pPr>
            <w:r>
              <w:rPr>
                <w:sz w:val="16"/>
              </w:rPr>
              <w:t>CÔNG TY TNHH DV TM THIÊN HỒNG</w:t>
            </w:r>
          </w:p>
        </w:tc>
        <w:tc>
          <w:tcPr>
            <w:tcW w:type="dxa" w:w="1060"/>
            <w:shd w:fill="FFFFFF"/>
            <w:tcMar>
              <w:top w:w="45" w:type="dxa"/>
              <w:bottom w:w="45" w:type="dxa"/>
              <w:left w:w="30" w:type="dxa"/>
              <w:right w:w="30" w:type="dxa"/>
            </w:tcMar>
          </w:tcPr>
          <w:p>
            <w:pPr>
              <w:jc w:val="right"/>
            </w:pPr>
            <w:r>
              <w:rPr>
                <w:sz w:val="16"/>
              </w:rPr>
              <w:t>11</w:t>
            </w:r>
          </w:p>
        </w:tc>
        <w:tc>
          <w:tcPr>
            <w:tcW w:type="dxa" w:w="1060"/>
            <w:shd w:fill="FFFFFF"/>
            <w:tcMar>
              <w:top w:w="45" w:type="dxa"/>
              <w:bottom w:w="45" w:type="dxa"/>
              <w:left w:w="30" w:type="dxa"/>
              <w:right w:w="30" w:type="dxa"/>
            </w:tcMar>
          </w:tcPr>
          <w:p>
            <w:pPr>
              <w:jc w:val="right"/>
            </w:pPr>
            <w:r>
              <w:rPr>
                <w:sz w:val="16"/>
              </w:rPr>
              <w:t>20</w:t>
            </w:r>
          </w:p>
        </w:tc>
        <w:tc>
          <w:tcPr>
            <w:tcW w:type="dxa" w:w="1060"/>
            <w:shd w:fill="FFFFFF"/>
            <w:tcMar>
              <w:top w:w="45" w:type="dxa"/>
              <w:bottom w:w="45" w:type="dxa"/>
              <w:left w:w="30" w:type="dxa"/>
              <w:right w:w="30" w:type="dxa"/>
            </w:tcMar>
          </w:tcPr>
          <w:p>
            <w:pPr>
              <w:jc w:val="right"/>
            </w:pPr>
            <w:r>
              <w:rPr>
                <w:sz w:val="16"/>
              </w:rPr>
              <w:t>16</w:t>
            </w:r>
          </w:p>
        </w:tc>
        <w:tc>
          <w:tcPr>
            <w:tcW w:type="dxa" w:w="1060"/>
            <w:shd w:fill="FFFFFF"/>
            <w:tcMar>
              <w:top w:w="45" w:type="dxa"/>
              <w:bottom w:w="45" w:type="dxa"/>
              <w:left w:w="30" w:type="dxa"/>
              <w:right w:w="30" w:type="dxa"/>
            </w:tcMar>
          </w:tcPr>
          <w:p>
            <w:pPr>
              <w:jc w:val="right"/>
            </w:pPr>
            <w:r>
              <w:rPr>
                <w:sz w:val="16"/>
              </w:rPr>
              <w:t>48</w:t>
            </w:r>
          </w:p>
        </w:tc>
        <w:tc>
          <w:tcPr>
            <w:tcW w:type="dxa" w:w="1060"/>
            <w:shd w:fill="FFFFFF"/>
            <w:tcMar>
              <w:top w:w="45" w:type="dxa"/>
              <w:bottom w:w="45" w:type="dxa"/>
              <w:left w:w="30" w:type="dxa"/>
              <w:right w:w="30" w:type="dxa"/>
            </w:tcMar>
          </w:tcPr>
          <w:p>
            <w:pPr>
              <w:jc w:val="right"/>
            </w:pPr>
            <w:r>
              <w:rPr>
                <w:sz w:val="16"/>
              </w:rPr>
              <w:t>32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12</w:t>
            </w:r>
          </w:p>
        </w:tc>
        <w:tc>
          <w:tcPr>
            <w:tcW w:type="dxa" w:w="1060"/>
            <w:shd w:fill="FFFFFF"/>
            <w:tcMar>
              <w:top w:w="45" w:type="dxa"/>
              <w:bottom w:w="45" w:type="dxa"/>
              <w:left w:w="30" w:type="dxa"/>
              <w:right w:w="30" w:type="dxa"/>
            </w:tcMar>
          </w:tcPr>
          <w:p>
            <w:pPr>
              <w:jc w:val="right"/>
            </w:pPr>
            <w:r>
              <w:rPr>
                <w:b/>
                <w:sz w:val="16"/>
              </w:rPr>
              <w:t>2</w:t>
            </w:r>
          </w:p>
        </w:tc>
        <w:tc>
          <w:tcPr>
            <w:tcW w:type="dxa" w:w="1224"/>
            <w:shd w:fill="FFFFFF"/>
            <w:tcMar>
              <w:top w:w="45" w:type="dxa"/>
              <w:bottom w:w="45" w:type="dxa"/>
              <w:left w:w="30" w:type="dxa"/>
              <w:right w:w="30" w:type="dxa"/>
            </w:tcMar>
          </w:tcPr>
          <w:p>
            <w:pPr>
              <w:jc w:val="right"/>
            </w:pPr>
            <w:r>
              <w:rPr>
                <w:color w:val="C0392B"/>
                <w:sz w:val="16"/>
              </w:rPr>
              <w:t>-10</w:t>
            </w:r>
          </w:p>
        </w:tc>
        <w:tc>
          <w:tcPr>
            <w:tcW w:type="dxa" w:w="1080"/>
            <w:shd w:fill="FFFFFF"/>
            <w:tcMar>
              <w:top w:w="45" w:type="dxa"/>
              <w:bottom w:w="45" w:type="dxa"/>
              <w:left w:w="30" w:type="dxa"/>
              <w:right w:w="30" w:type="dxa"/>
            </w:tcMar>
          </w:tcPr>
          <w:p>
            <w:pPr>
              <w:jc w:val="center"/>
            </w:pPr>
            <w:r>
              <w:rPr>
                <w:b/>
                <w:color w:val="C0392B"/>
                <w:sz w:val="16"/>
              </w:rPr>
              <w:t>-83.3%</w:t>
            </w:r>
          </w:p>
        </w:tc>
      </w:tr>
      <w:tr>
        <w:tc>
          <w:tcPr>
            <w:tcW w:type="dxa" w:w="504"/>
            <w:shd w:fill="F9FBFB"/>
            <w:tcMar>
              <w:top w:w="45" w:type="dxa"/>
              <w:bottom w:w="45" w:type="dxa"/>
              <w:left w:w="30" w:type="dxa"/>
              <w:right w:w="30" w:type="dxa"/>
            </w:tcMar>
          </w:tcPr>
          <w:p>
            <w:pPr>
              <w:jc w:val="center"/>
            </w:pPr>
            <w:r>
              <w:rPr>
                <w:sz w:val="16"/>
              </w:rPr>
              <w:t>108</w:t>
            </w:r>
          </w:p>
        </w:tc>
        <w:tc>
          <w:tcPr>
            <w:tcW w:type="dxa" w:w="936"/>
            <w:shd w:fill="F9FBFB"/>
            <w:tcMar>
              <w:top w:w="45" w:type="dxa"/>
              <w:bottom w:w="45" w:type="dxa"/>
              <w:left w:w="30" w:type="dxa"/>
              <w:right w:w="30" w:type="dxa"/>
            </w:tcMar>
          </w:tcPr>
          <w:p>
            <w:pPr>
              <w:jc w:val="left"/>
            </w:pPr>
            <w:r>
              <w:rPr>
                <w:sz w:val="16"/>
              </w:rPr>
              <w:t>KH0761</w:t>
            </w:r>
          </w:p>
        </w:tc>
        <w:tc>
          <w:tcPr>
            <w:tcW w:type="dxa" w:w="2880"/>
            <w:shd w:fill="F9FBFB"/>
            <w:tcMar>
              <w:top w:w="45" w:type="dxa"/>
              <w:bottom w:w="45" w:type="dxa"/>
              <w:left w:w="30" w:type="dxa"/>
              <w:right w:w="30" w:type="dxa"/>
            </w:tcMar>
          </w:tcPr>
          <w:p>
            <w:pPr>
              <w:jc w:val="left"/>
            </w:pPr>
            <w:r>
              <w:rPr>
                <w:sz w:val="16"/>
              </w:rPr>
              <w:t>CÔNG TY TNHH ĐINH HOÀNG GIA</w:t>
            </w:r>
          </w:p>
        </w:tc>
        <w:tc>
          <w:tcPr>
            <w:tcW w:type="dxa" w:w="1060"/>
            <w:shd w:fill="F9FBFB"/>
            <w:tcMar>
              <w:top w:w="45" w:type="dxa"/>
              <w:bottom w:w="45" w:type="dxa"/>
              <w:left w:w="30" w:type="dxa"/>
              <w:right w:w="30" w:type="dxa"/>
            </w:tcMar>
          </w:tcPr>
          <w:p>
            <w:pPr>
              <w:jc w:val="right"/>
            </w:pPr>
            <w:r>
              <w:rPr>
                <w:sz w:val="16"/>
              </w:rPr>
              <w:t>2</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16</w:t>
            </w:r>
          </w:p>
        </w:tc>
        <w:tc>
          <w:tcPr>
            <w:tcW w:type="dxa" w:w="1060"/>
            <w:shd w:fill="F9FBFB"/>
            <w:tcMar>
              <w:top w:w="45" w:type="dxa"/>
              <w:bottom w:w="45" w:type="dxa"/>
              <w:left w:w="30" w:type="dxa"/>
              <w:right w:w="30" w:type="dxa"/>
            </w:tcMar>
          </w:tcPr>
          <w:p>
            <w:pPr>
              <w:jc w:val="right"/>
            </w:pPr>
            <w:r>
              <w:rPr>
                <w:sz w:val="16"/>
              </w:rPr>
              <w:t>20</w:t>
            </w:r>
          </w:p>
        </w:tc>
        <w:tc>
          <w:tcPr>
            <w:tcW w:type="dxa" w:w="1060"/>
            <w:shd w:fill="F9FBFB"/>
            <w:tcMar>
              <w:top w:w="45" w:type="dxa"/>
              <w:bottom w:w="45" w:type="dxa"/>
              <w:left w:w="30" w:type="dxa"/>
              <w:right w:w="30" w:type="dxa"/>
            </w:tcMar>
          </w:tcPr>
          <w:p>
            <w:pPr>
              <w:jc w:val="right"/>
            </w:pPr>
            <w:r>
              <w:rPr>
                <w:sz w:val="16"/>
              </w:rPr>
              <w:t>21</w:t>
            </w:r>
          </w:p>
        </w:tc>
        <w:tc>
          <w:tcPr>
            <w:tcW w:type="dxa" w:w="1060"/>
            <w:shd w:fill="F9FBFB"/>
            <w:tcMar>
              <w:top w:w="45" w:type="dxa"/>
              <w:bottom w:w="45" w:type="dxa"/>
              <w:left w:w="30" w:type="dxa"/>
              <w:right w:w="30" w:type="dxa"/>
            </w:tcMar>
          </w:tcPr>
          <w:p>
            <w:pPr>
              <w:jc w:val="right"/>
            </w:pPr>
            <w:r>
              <w:rPr>
                <w:sz w:val="16"/>
              </w:rPr>
              <w:t>40</w:t>
            </w:r>
          </w:p>
        </w:tc>
        <w:tc>
          <w:tcPr>
            <w:tcW w:type="dxa" w:w="1060"/>
            <w:shd w:fill="F9FBFB"/>
            <w:tcMar>
              <w:top w:w="45" w:type="dxa"/>
              <w:bottom w:w="45" w:type="dxa"/>
              <w:left w:w="30" w:type="dxa"/>
              <w:right w:w="30" w:type="dxa"/>
            </w:tcMar>
          </w:tcPr>
          <w:p>
            <w:pPr>
              <w:jc w:val="right"/>
            </w:pPr>
            <w:r>
              <w:rPr>
                <w:sz w:val="16"/>
              </w:rPr>
              <w:t>22</w:t>
            </w:r>
          </w:p>
        </w:tc>
        <w:tc>
          <w:tcPr>
            <w:tcW w:type="dxa" w:w="1060"/>
            <w:shd w:fill="F9FBFB"/>
            <w:tcMar>
              <w:top w:w="45" w:type="dxa"/>
              <w:bottom w:w="45" w:type="dxa"/>
              <w:left w:w="30" w:type="dxa"/>
              <w:right w:w="30" w:type="dxa"/>
            </w:tcMar>
          </w:tcPr>
          <w:p>
            <w:pPr>
              <w:jc w:val="right"/>
            </w:pPr>
            <w:r>
              <w:rPr>
                <w:b/>
                <w:sz w:val="16"/>
              </w:rPr>
              <w:t>13</w:t>
            </w:r>
          </w:p>
        </w:tc>
        <w:tc>
          <w:tcPr>
            <w:tcW w:type="dxa" w:w="1224"/>
            <w:shd w:fill="F9FBFB"/>
            <w:tcMar>
              <w:top w:w="45" w:type="dxa"/>
              <w:bottom w:w="45" w:type="dxa"/>
              <w:left w:w="30" w:type="dxa"/>
              <w:right w:w="30" w:type="dxa"/>
            </w:tcMar>
          </w:tcPr>
          <w:p>
            <w:pPr>
              <w:jc w:val="right"/>
            </w:pPr>
            <w:r>
              <w:rPr>
                <w:color w:val="C0392B"/>
                <w:sz w:val="16"/>
              </w:rPr>
              <w:t>-9</w:t>
            </w:r>
          </w:p>
        </w:tc>
        <w:tc>
          <w:tcPr>
            <w:tcW w:type="dxa" w:w="1080"/>
            <w:shd w:fill="F9FBFB"/>
            <w:tcMar>
              <w:top w:w="45" w:type="dxa"/>
              <w:bottom w:w="45" w:type="dxa"/>
              <w:left w:w="30" w:type="dxa"/>
              <w:right w:w="30" w:type="dxa"/>
            </w:tcMar>
          </w:tcPr>
          <w:p>
            <w:pPr>
              <w:jc w:val="center"/>
            </w:pPr>
            <w:r>
              <w:rPr>
                <w:b/>
                <w:color w:val="C0392B"/>
                <w:sz w:val="16"/>
              </w:rPr>
              <w:t>-40.9%</w:t>
            </w:r>
          </w:p>
        </w:tc>
      </w:tr>
      <w:tr>
        <w:tc>
          <w:tcPr>
            <w:tcW w:type="dxa" w:w="504"/>
            <w:shd w:fill="FFFFFF"/>
            <w:tcMar>
              <w:top w:w="45" w:type="dxa"/>
              <w:bottom w:w="45" w:type="dxa"/>
              <w:left w:w="30" w:type="dxa"/>
              <w:right w:w="30" w:type="dxa"/>
            </w:tcMar>
          </w:tcPr>
          <w:p>
            <w:pPr>
              <w:jc w:val="center"/>
            </w:pPr>
            <w:r>
              <w:rPr>
                <w:sz w:val="16"/>
              </w:rPr>
              <w:t>109</w:t>
            </w:r>
          </w:p>
        </w:tc>
        <w:tc>
          <w:tcPr>
            <w:tcW w:type="dxa" w:w="936"/>
            <w:shd w:fill="FFFFFF"/>
            <w:tcMar>
              <w:top w:w="45" w:type="dxa"/>
              <w:bottom w:w="45" w:type="dxa"/>
              <w:left w:w="30" w:type="dxa"/>
              <w:right w:w="30" w:type="dxa"/>
            </w:tcMar>
          </w:tcPr>
          <w:p>
            <w:pPr>
              <w:jc w:val="left"/>
            </w:pPr>
            <w:r>
              <w:rPr>
                <w:sz w:val="16"/>
              </w:rPr>
              <w:t>KH0890</w:t>
            </w:r>
          </w:p>
        </w:tc>
        <w:tc>
          <w:tcPr>
            <w:tcW w:type="dxa" w:w="2880"/>
            <w:shd w:fill="FFFFFF"/>
            <w:tcMar>
              <w:top w:w="45" w:type="dxa"/>
              <w:bottom w:w="45" w:type="dxa"/>
              <w:left w:w="30" w:type="dxa"/>
              <w:right w:w="30" w:type="dxa"/>
            </w:tcMar>
          </w:tcPr>
          <w:p>
            <w:pPr>
              <w:jc w:val="left"/>
            </w:pPr>
            <w:r>
              <w:rPr>
                <w:sz w:val="16"/>
              </w:rPr>
              <w:t>CÔNG TY TNHH THƯƠNG MẠI TRANG TRÍ NỘI THẤT THÀNH VINH.</w:t>
            </w:r>
          </w:p>
        </w:tc>
        <w:tc>
          <w:tcPr>
            <w:tcW w:type="dxa" w:w="1060"/>
            <w:shd w:fill="FFFFFF"/>
            <w:tcMar>
              <w:top w:w="45" w:type="dxa"/>
              <w:bottom w:w="45" w:type="dxa"/>
              <w:left w:w="30" w:type="dxa"/>
              <w:right w:w="30" w:type="dxa"/>
            </w:tcMar>
          </w:tcPr>
          <w:p>
            <w:pPr>
              <w:jc w:val="right"/>
            </w:pPr>
            <w:r>
              <w:rPr>
                <w:sz w:val="16"/>
              </w:rPr>
              <w:t>26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43</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56</w:t>
            </w:r>
          </w:p>
        </w:tc>
        <w:tc>
          <w:tcPr>
            <w:tcW w:type="dxa" w:w="1060"/>
            <w:shd w:fill="FFFFFF"/>
            <w:tcMar>
              <w:top w:w="45" w:type="dxa"/>
              <w:bottom w:w="45" w:type="dxa"/>
              <w:left w:w="30" w:type="dxa"/>
              <w:right w:w="30" w:type="dxa"/>
            </w:tcMar>
          </w:tcPr>
          <w:p>
            <w:pPr>
              <w:jc w:val="right"/>
            </w:pPr>
            <w:r>
              <w:rPr>
                <w:sz w:val="16"/>
              </w:rPr>
              <w:t>3</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color w:val="C0392B"/>
                <w:sz w:val="16"/>
              </w:rPr>
              <w:t>-3</w:t>
            </w:r>
          </w:p>
        </w:tc>
        <w:tc>
          <w:tcPr>
            <w:tcW w:type="dxa" w:w="1080"/>
            <w:shd w:fill="FFFFFF"/>
            <w:tcMar>
              <w:top w:w="45" w:type="dxa"/>
              <w:bottom w:w="45" w:type="dxa"/>
              <w:left w:w="30" w:type="dxa"/>
              <w:right w:w="30" w:type="dxa"/>
            </w:tcMar>
          </w:tcPr>
          <w:p>
            <w:pPr>
              <w:jc w:val="center"/>
            </w:pPr>
            <w:r>
              <w:rPr>
                <w:b/>
                <w:color w:val="C0392B"/>
                <w:sz w:val="16"/>
              </w:rPr>
              <w:t>-100.0%</w:t>
            </w:r>
          </w:p>
        </w:tc>
      </w:tr>
      <w:tr>
        <w:tc>
          <w:tcPr>
            <w:tcW w:type="dxa" w:w="504"/>
            <w:shd w:fill="F9FBFB"/>
            <w:tcMar>
              <w:top w:w="45" w:type="dxa"/>
              <w:bottom w:w="45" w:type="dxa"/>
              <w:left w:w="30" w:type="dxa"/>
              <w:right w:w="30" w:type="dxa"/>
            </w:tcMar>
          </w:tcPr>
          <w:p>
            <w:pPr>
              <w:jc w:val="center"/>
            </w:pPr>
            <w:r>
              <w:rPr>
                <w:sz w:val="16"/>
              </w:rPr>
              <w:t>110</w:t>
            </w:r>
          </w:p>
        </w:tc>
        <w:tc>
          <w:tcPr>
            <w:tcW w:type="dxa" w:w="936"/>
            <w:shd w:fill="F9FBFB"/>
            <w:tcMar>
              <w:top w:w="45" w:type="dxa"/>
              <w:bottom w:w="45" w:type="dxa"/>
              <w:left w:w="30" w:type="dxa"/>
              <w:right w:w="30" w:type="dxa"/>
            </w:tcMar>
          </w:tcPr>
          <w:p>
            <w:pPr>
              <w:jc w:val="left"/>
            </w:pPr>
            <w:r>
              <w:rPr>
                <w:sz w:val="16"/>
              </w:rPr>
              <w:t>KH2098</w:t>
            </w:r>
          </w:p>
        </w:tc>
        <w:tc>
          <w:tcPr>
            <w:tcW w:type="dxa" w:w="2880"/>
            <w:shd w:fill="F9FBFB"/>
            <w:tcMar>
              <w:top w:w="45" w:type="dxa"/>
              <w:bottom w:w="45" w:type="dxa"/>
              <w:left w:w="30" w:type="dxa"/>
              <w:right w:w="30" w:type="dxa"/>
            </w:tcMar>
          </w:tcPr>
          <w:p>
            <w:pPr>
              <w:jc w:val="left"/>
            </w:pPr>
            <w:r>
              <w:rPr>
                <w:sz w:val="16"/>
              </w:rPr>
              <w:t>CÔNG TY TNHH SẢN XUẤT VÀ THƯƠNG MẠI NAM GIANG</w:t>
            </w:r>
          </w:p>
        </w:tc>
        <w:tc>
          <w:tcPr>
            <w:tcW w:type="dxa" w:w="1060"/>
            <w:shd w:fill="F9FBFB"/>
            <w:tcMar>
              <w:top w:w="45" w:type="dxa"/>
              <w:bottom w:w="45" w:type="dxa"/>
              <w:left w:w="30" w:type="dxa"/>
              <w:right w:w="30" w:type="dxa"/>
            </w:tcMar>
          </w:tcPr>
          <w:p>
            <w:pPr>
              <w:jc w:val="right"/>
            </w:pPr>
            <w:r>
              <w:rPr>
                <w:sz w:val="16"/>
              </w:rPr>
              <w:t>20</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sz w:val="16"/>
              </w:rPr>
              <w:t>34</w:t>
            </w:r>
          </w:p>
        </w:tc>
        <w:tc>
          <w:tcPr>
            <w:tcW w:type="dxa" w:w="1060"/>
            <w:shd w:fill="F9FBFB"/>
            <w:tcMar>
              <w:top w:w="45" w:type="dxa"/>
              <w:bottom w:w="45" w:type="dxa"/>
              <w:left w:w="30" w:type="dxa"/>
              <w:right w:w="30" w:type="dxa"/>
            </w:tcMar>
          </w:tcPr>
          <w:p>
            <w:pPr>
              <w:jc w:val="right"/>
            </w:pPr>
            <w:r>
              <w:rPr>
                <w:sz w:val="16"/>
              </w:rPr>
              <w:t>55</w:t>
            </w:r>
          </w:p>
        </w:tc>
        <w:tc>
          <w:tcPr>
            <w:tcW w:type="dxa" w:w="1060"/>
            <w:shd w:fill="F9FBFB"/>
            <w:tcMar>
              <w:top w:w="45" w:type="dxa"/>
              <w:bottom w:w="45" w:type="dxa"/>
              <w:left w:w="30" w:type="dxa"/>
              <w:right w:w="30" w:type="dxa"/>
            </w:tcMar>
          </w:tcPr>
          <w:p>
            <w:pPr>
              <w:jc w:val="right"/>
            </w:pPr>
            <w:r>
              <w:rPr>
                <w:sz w:val="16"/>
              </w:rPr>
              <w:t>11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111</w:t>
            </w:r>
          </w:p>
        </w:tc>
        <w:tc>
          <w:tcPr>
            <w:tcW w:type="dxa" w:w="936"/>
            <w:shd w:fill="FFFFFF"/>
            <w:tcMar>
              <w:top w:w="45" w:type="dxa"/>
              <w:bottom w:w="45" w:type="dxa"/>
              <w:left w:w="30" w:type="dxa"/>
              <w:right w:w="30" w:type="dxa"/>
            </w:tcMar>
          </w:tcPr>
          <w:p>
            <w:pPr>
              <w:jc w:val="left"/>
            </w:pPr>
            <w:r>
              <w:rPr>
                <w:sz w:val="16"/>
              </w:rPr>
              <w:t>KH1120</w:t>
            </w:r>
          </w:p>
        </w:tc>
        <w:tc>
          <w:tcPr>
            <w:tcW w:type="dxa" w:w="2880"/>
            <w:shd w:fill="FFFFFF"/>
            <w:tcMar>
              <w:top w:w="45" w:type="dxa"/>
              <w:bottom w:w="45" w:type="dxa"/>
              <w:left w:w="30" w:type="dxa"/>
              <w:right w:w="30" w:type="dxa"/>
            </w:tcMar>
          </w:tcPr>
          <w:p>
            <w:pPr>
              <w:jc w:val="left"/>
            </w:pPr>
            <w:r>
              <w:rPr>
                <w:sz w:val="16"/>
              </w:rPr>
              <w:t>CÔNG TY CỔ PHẦN KIM TÍN GỖ XANH</w:t>
            </w:r>
          </w:p>
        </w:tc>
        <w:tc>
          <w:tcPr>
            <w:tcW w:type="dxa" w:w="1060"/>
            <w:shd w:fill="FFFFFF"/>
            <w:tcMar>
              <w:top w:w="45" w:type="dxa"/>
              <w:bottom w:w="45" w:type="dxa"/>
              <w:left w:w="30" w:type="dxa"/>
              <w:right w:w="30" w:type="dxa"/>
            </w:tcMar>
          </w:tcPr>
          <w:p>
            <w:pPr>
              <w:jc w:val="right"/>
            </w:pPr>
            <w:r>
              <w:rPr>
                <w:sz w:val="16"/>
              </w:rPr>
              <w:t>19</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w:t>
            </w:r>
          </w:p>
        </w:tc>
        <w:tc>
          <w:tcPr>
            <w:tcW w:type="dxa" w:w="1060"/>
            <w:shd w:fill="FFFFFF"/>
            <w:tcMar>
              <w:top w:w="45" w:type="dxa"/>
              <w:bottom w:w="45" w:type="dxa"/>
              <w:left w:w="30" w:type="dxa"/>
              <w:right w:w="30" w:type="dxa"/>
            </w:tcMar>
          </w:tcPr>
          <w:p>
            <w:pPr>
              <w:jc w:val="right"/>
            </w:pPr>
            <w:r>
              <w:rPr>
                <w:sz w:val="16"/>
              </w:rPr>
              <w:t>33</w:t>
            </w:r>
          </w:p>
        </w:tc>
        <w:tc>
          <w:tcPr>
            <w:tcW w:type="dxa" w:w="1060"/>
            <w:shd w:fill="FFFFFF"/>
            <w:tcMar>
              <w:top w:w="45" w:type="dxa"/>
              <w:bottom w:w="45" w:type="dxa"/>
              <w:left w:w="30" w:type="dxa"/>
              <w:right w:w="30" w:type="dxa"/>
            </w:tcMar>
          </w:tcPr>
          <w:p>
            <w:pPr>
              <w:jc w:val="right"/>
            </w:pPr>
            <w:r>
              <w:rPr>
                <w:sz w:val="16"/>
              </w:rPr>
              <w:t>3</w:t>
            </w:r>
          </w:p>
        </w:tc>
        <w:tc>
          <w:tcPr>
            <w:tcW w:type="dxa" w:w="1060"/>
            <w:shd w:fill="FFFFFF"/>
            <w:tcMar>
              <w:top w:w="45" w:type="dxa"/>
              <w:bottom w:w="45" w:type="dxa"/>
              <w:left w:w="30" w:type="dxa"/>
              <w:right w:w="30" w:type="dxa"/>
            </w:tcMar>
          </w:tcPr>
          <w:p>
            <w:pPr>
              <w:jc w:val="right"/>
            </w:pPr>
            <w:r>
              <w:rPr>
                <w:sz w:val="16"/>
              </w:rPr>
              <w:t>8</w:t>
            </w:r>
          </w:p>
        </w:tc>
        <w:tc>
          <w:tcPr>
            <w:tcW w:type="dxa" w:w="1060"/>
            <w:shd w:fill="FFFFFF"/>
            <w:tcMar>
              <w:top w:w="45" w:type="dxa"/>
              <w:bottom w:w="45" w:type="dxa"/>
              <w:left w:w="30" w:type="dxa"/>
              <w:right w:w="30" w:type="dxa"/>
            </w:tcMar>
          </w:tcPr>
          <w:p>
            <w:pPr>
              <w:jc w:val="right"/>
            </w:pPr>
            <w:r>
              <w:rPr>
                <w:sz w:val="16"/>
              </w:rPr>
              <w:t>45</w:t>
            </w:r>
          </w:p>
        </w:tc>
        <w:tc>
          <w:tcPr>
            <w:tcW w:type="dxa" w:w="1060"/>
            <w:shd w:fill="FFFFFF"/>
            <w:tcMar>
              <w:top w:w="45" w:type="dxa"/>
              <w:bottom w:w="45" w:type="dxa"/>
              <w:left w:w="30" w:type="dxa"/>
              <w:right w:w="30" w:type="dxa"/>
            </w:tcMar>
          </w:tcPr>
          <w:p>
            <w:pPr>
              <w:jc w:val="right"/>
            </w:pPr>
            <w:r>
              <w:rPr>
                <w:b/>
                <w:sz w:val="16"/>
              </w:rPr>
              <w:t>2</w:t>
            </w:r>
          </w:p>
        </w:tc>
        <w:tc>
          <w:tcPr>
            <w:tcW w:type="dxa" w:w="1224"/>
            <w:shd w:fill="FFFFFF"/>
            <w:tcMar>
              <w:top w:w="45" w:type="dxa"/>
              <w:bottom w:w="45" w:type="dxa"/>
              <w:left w:w="30" w:type="dxa"/>
              <w:right w:w="30" w:type="dxa"/>
            </w:tcMar>
          </w:tcPr>
          <w:p>
            <w:pPr>
              <w:jc w:val="right"/>
            </w:pPr>
            <w:r>
              <w:rPr>
                <w:color w:val="C0392B"/>
                <w:sz w:val="16"/>
              </w:rPr>
              <w:t>-43</w:t>
            </w:r>
          </w:p>
        </w:tc>
        <w:tc>
          <w:tcPr>
            <w:tcW w:type="dxa" w:w="1080"/>
            <w:shd w:fill="FFFFFF"/>
            <w:tcMar>
              <w:top w:w="45" w:type="dxa"/>
              <w:bottom w:w="45" w:type="dxa"/>
              <w:left w:w="30" w:type="dxa"/>
              <w:right w:w="30" w:type="dxa"/>
            </w:tcMar>
          </w:tcPr>
          <w:p>
            <w:pPr>
              <w:jc w:val="center"/>
            </w:pPr>
            <w:r>
              <w:rPr>
                <w:b/>
                <w:color w:val="C0392B"/>
                <w:sz w:val="16"/>
              </w:rPr>
              <w:t>-95.6%</w:t>
            </w:r>
          </w:p>
        </w:tc>
      </w:tr>
      <w:tr>
        <w:tc>
          <w:tcPr>
            <w:tcW w:type="dxa" w:w="504"/>
            <w:shd w:fill="F9FBFB"/>
            <w:tcMar>
              <w:top w:w="45" w:type="dxa"/>
              <w:bottom w:w="45" w:type="dxa"/>
              <w:left w:w="30" w:type="dxa"/>
              <w:right w:w="30" w:type="dxa"/>
            </w:tcMar>
          </w:tcPr>
          <w:p>
            <w:pPr>
              <w:jc w:val="center"/>
            </w:pPr>
            <w:r>
              <w:rPr>
                <w:sz w:val="16"/>
              </w:rPr>
              <w:t>112</w:t>
            </w:r>
          </w:p>
        </w:tc>
        <w:tc>
          <w:tcPr>
            <w:tcW w:type="dxa" w:w="936"/>
            <w:shd w:fill="F9FBFB"/>
            <w:tcMar>
              <w:top w:w="45" w:type="dxa"/>
              <w:bottom w:w="45" w:type="dxa"/>
              <w:left w:w="30" w:type="dxa"/>
              <w:right w:w="30" w:type="dxa"/>
            </w:tcMar>
          </w:tcPr>
          <w:p>
            <w:pPr>
              <w:jc w:val="left"/>
            </w:pPr>
            <w:r>
              <w:rPr>
                <w:sz w:val="16"/>
              </w:rPr>
              <w:t>KH1877</w:t>
            </w:r>
          </w:p>
        </w:tc>
        <w:tc>
          <w:tcPr>
            <w:tcW w:type="dxa" w:w="2880"/>
            <w:shd w:fill="F9FBFB"/>
            <w:tcMar>
              <w:top w:w="45" w:type="dxa"/>
              <w:bottom w:w="45" w:type="dxa"/>
              <w:left w:w="30" w:type="dxa"/>
              <w:right w:w="30" w:type="dxa"/>
            </w:tcMar>
          </w:tcPr>
          <w:p>
            <w:pPr>
              <w:jc w:val="left"/>
            </w:pPr>
            <w:r>
              <w:rPr>
                <w:sz w:val="16"/>
              </w:rPr>
              <w:t>CÔNG TY TNHH SẢN XUẤT THƯƠNG MẠI THIẾT KẾ XÂY DỰNG VĨNH TIẾN.</w:t>
            </w:r>
          </w:p>
        </w:tc>
        <w:tc>
          <w:tcPr>
            <w:tcW w:type="dxa" w:w="1060"/>
            <w:shd w:fill="F9FBFB"/>
            <w:tcMar>
              <w:top w:w="45" w:type="dxa"/>
              <w:bottom w:w="45" w:type="dxa"/>
              <w:left w:w="30" w:type="dxa"/>
              <w:right w:w="30" w:type="dxa"/>
            </w:tcMar>
          </w:tcPr>
          <w:p>
            <w:pPr>
              <w:jc w:val="right"/>
            </w:pPr>
            <w:r>
              <w:rPr>
                <w:sz w:val="16"/>
              </w:rPr>
              <w:t>1</w:t>
            </w:r>
          </w:p>
        </w:tc>
        <w:tc>
          <w:tcPr>
            <w:tcW w:type="dxa" w:w="1060"/>
            <w:shd w:fill="F9FBFB"/>
            <w:tcMar>
              <w:top w:w="45" w:type="dxa"/>
              <w:bottom w:w="45" w:type="dxa"/>
              <w:left w:w="30" w:type="dxa"/>
              <w:right w:w="30" w:type="dxa"/>
            </w:tcMar>
          </w:tcPr>
          <w:p>
            <w:pPr>
              <w:jc w:val="right"/>
            </w:pPr>
            <w:r>
              <w:rPr>
                <w:sz w:val="16"/>
              </w:rPr>
              <w:t>26</w:t>
            </w:r>
          </w:p>
        </w:tc>
        <w:tc>
          <w:tcPr>
            <w:tcW w:type="dxa" w:w="1060"/>
            <w:shd w:fill="F9FBFB"/>
            <w:tcMar>
              <w:top w:w="45" w:type="dxa"/>
              <w:bottom w:w="45" w:type="dxa"/>
              <w:left w:w="30" w:type="dxa"/>
              <w:right w:w="30" w:type="dxa"/>
            </w:tcMar>
          </w:tcPr>
          <w:p>
            <w:pPr>
              <w:jc w:val="right"/>
            </w:pPr>
            <w:r>
              <w:rPr>
                <w:sz w:val="16"/>
              </w:rPr>
              <w:t>1</w:t>
            </w:r>
          </w:p>
        </w:tc>
        <w:tc>
          <w:tcPr>
            <w:tcW w:type="dxa" w:w="1060"/>
            <w:shd w:fill="F9FBFB"/>
            <w:tcMar>
              <w:top w:w="45" w:type="dxa"/>
              <w:bottom w:w="45" w:type="dxa"/>
              <w:left w:w="30" w:type="dxa"/>
              <w:right w:w="30" w:type="dxa"/>
            </w:tcMar>
          </w:tcPr>
          <w:p>
            <w:pPr>
              <w:jc w:val="right"/>
            </w:pPr>
            <w:r>
              <w:rPr>
                <w:sz w:val="16"/>
              </w:rPr>
              <w:t>29</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11</w:t>
            </w:r>
          </w:p>
        </w:tc>
        <w:tc>
          <w:tcPr>
            <w:tcW w:type="dxa" w:w="1060"/>
            <w:shd w:fill="F9FBFB"/>
            <w:tcMar>
              <w:top w:w="45" w:type="dxa"/>
              <w:bottom w:w="45" w:type="dxa"/>
              <w:left w:w="30" w:type="dxa"/>
              <w:right w:w="30" w:type="dxa"/>
            </w:tcMar>
          </w:tcPr>
          <w:p>
            <w:pPr>
              <w:jc w:val="right"/>
            </w:pPr>
            <w:r>
              <w:rPr>
                <w:sz w:val="16"/>
              </w:rPr>
              <w:t>36</w:t>
            </w:r>
          </w:p>
        </w:tc>
        <w:tc>
          <w:tcPr>
            <w:tcW w:type="dxa" w:w="1060"/>
            <w:shd w:fill="F9FBFB"/>
            <w:tcMar>
              <w:top w:w="45" w:type="dxa"/>
              <w:bottom w:w="45" w:type="dxa"/>
              <w:left w:w="30" w:type="dxa"/>
              <w:right w:w="30" w:type="dxa"/>
            </w:tcMar>
          </w:tcPr>
          <w:p>
            <w:pPr>
              <w:jc w:val="right"/>
            </w:pPr>
            <w:r>
              <w:rPr>
                <w:b/>
                <w:sz w:val="16"/>
              </w:rPr>
              <w:t>11</w:t>
            </w:r>
          </w:p>
        </w:tc>
        <w:tc>
          <w:tcPr>
            <w:tcW w:type="dxa" w:w="1224"/>
            <w:shd w:fill="F9FBFB"/>
            <w:tcMar>
              <w:top w:w="45" w:type="dxa"/>
              <w:bottom w:w="45" w:type="dxa"/>
              <w:left w:w="30" w:type="dxa"/>
              <w:right w:w="30" w:type="dxa"/>
            </w:tcMar>
          </w:tcPr>
          <w:p>
            <w:pPr>
              <w:jc w:val="right"/>
            </w:pPr>
            <w:r>
              <w:rPr>
                <w:color w:val="C0392B"/>
                <w:sz w:val="16"/>
              </w:rPr>
              <w:t>-25</w:t>
            </w:r>
          </w:p>
        </w:tc>
        <w:tc>
          <w:tcPr>
            <w:tcW w:type="dxa" w:w="1080"/>
            <w:shd w:fill="F9FBFB"/>
            <w:tcMar>
              <w:top w:w="45" w:type="dxa"/>
              <w:bottom w:w="45" w:type="dxa"/>
              <w:left w:w="30" w:type="dxa"/>
              <w:right w:w="30" w:type="dxa"/>
            </w:tcMar>
          </w:tcPr>
          <w:p>
            <w:pPr>
              <w:jc w:val="center"/>
            </w:pPr>
            <w:r>
              <w:rPr>
                <w:b/>
                <w:color w:val="C0392B"/>
                <w:sz w:val="16"/>
              </w:rPr>
              <w:t>-69.4%</w:t>
            </w:r>
          </w:p>
        </w:tc>
      </w:tr>
      <w:tr>
        <w:tc>
          <w:tcPr>
            <w:tcW w:type="dxa" w:w="504"/>
            <w:shd w:fill="FFFFFF"/>
            <w:tcMar>
              <w:top w:w="45" w:type="dxa"/>
              <w:bottom w:w="45" w:type="dxa"/>
              <w:left w:w="30" w:type="dxa"/>
              <w:right w:w="30" w:type="dxa"/>
            </w:tcMar>
          </w:tcPr>
          <w:p>
            <w:pPr>
              <w:jc w:val="center"/>
            </w:pPr>
            <w:r>
              <w:rPr>
                <w:sz w:val="16"/>
              </w:rPr>
              <w:t>113</w:t>
            </w:r>
          </w:p>
        </w:tc>
        <w:tc>
          <w:tcPr>
            <w:tcW w:type="dxa" w:w="936"/>
            <w:shd w:fill="FFFFFF"/>
            <w:tcMar>
              <w:top w:w="45" w:type="dxa"/>
              <w:bottom w:w="45" w:type="dxa"/>
              <w:left w:w="30" w:type="dxa"/>
              <w:right w:w="30" w:type="dxa"/>
            </w:tcMar>
          </w:tcPr>
          <w:p>
            <w:pPr>
              <w:jc w:val="left"/>
            </w:pPr>
            <w:r>
              <w:rPr>
                <w:sz w:val="16"/>
              </w:rPr>
              <w:t>KH1024</w:t>
            </w:r>
          </w:p>
        </w:tc>
        <w:tc>
          <w:tcPr>
            <w:tcW w:type="dxa" w:w="2880"/>
            <w:shd w:fill="FFFFFF"/>
            <w:tcMar>
              <w:top w:w="45" w:type="dxa"/>
              <w:bottom w:w="45" w:type="dxa"/>
              <w:left w:w="30" w:type="dxa"/>
              <w:right w:w="30" w:type="dxa"/>
            </w:tcMar>
          </w:tcPr>
          <w:p>
            <w:pPr>
              <w:jc w:val="left"/>
            </w:pPr>
            <w:r>
              <w:rPr>
                <w:sz w:val="16"/>
              </w:rPr>
              <w:t>LÊ NGỌC LINH .</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98</w:t>
            </w:r>
          </w:p>
        </w:tc>
        <w:tc>
          <w:tcPr>
            <w:tcW w:type="dxa" w:w="1224"/>
            <w:shd w:fill="FFFFFF"/>
            <w:tcMar>
              <w:top w:w="45" w:type="dxa"/>
              <w:bottom w:w="45" w:type="dxa"/>
              <w:left w:w="30" w:type="dxa"/>
              <w:right w:w="30" w:type="dxa"/>
            </w:tcMar>
          </w:tcPr>
          <w:p>
            <w:pPr>
              <w:jc w:val="right"/>
            </w:pPr>
            <w:r>
              <w:rPr>
                <w:color w:val="27AE60"/>
                <w:sz w:val="16"/>
              </w:rPr>
              <w:t>+98</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114</w:t>
            </w:r>
          </w:p>
        </w:tc>
        <w:tc>
          <w:tcPr>
            <w:tcW w:type="dxa" w:w="936"/>
            <w:shd w:fill="F9FBFB"/>
            <w:tcMar>
              <w:top w:w="45" w:type="dxa"/>
              <w:bottom w:w="45" w:type="dxa"/>
              <w:left w:w="30" w:type="dxa"/>
              <w:right w:w="30" w:type="dxa"/>
            </w:tcMar>
          </w:tcPr>
          <w:p>
            <w:pPr>
              <w:jc w:val="left"/>
            </w:pPr>
            <w:r>
              <w:rPr>
                <w:sz w:val="16"/>
              </w:rPr>
              <w:t>KH1195</w:t>
            </w:r>
          </w:p>
        </w:tc>
        <w:tc>
          <w:tcPr>
            <w:tcW w:type="dxa" w:w="2880"/>
            <w:shd w:fill="F9FBFB"/>
            <w:tcMar>
              <w:top w:w="45" w:type="dxa"/>
              <w:bottom w:w="45" w:type="dxa"/>
              <w:left w:w="30" w:type="dxa"/>
              <w:right w:w="30" w:type="dxa"/>
            </w:tcMar>
          </w:tcPr>
          <w:p>
            <w:pPr>
              <w:jc w:val="left"/>
            </w:pPr>
            <w:r>
              <w:rPr>
                <w:sz w:val="16"/>
              </w:rPr>
              <w:t>CÔNG TY TNHH HƯƠNG MỘC</w:t>
            </w:r>
          </w:p>
        </w:tc>
        <w:tc>
          <w:tcPr>
            <w:tcW w:type="dxa" w:w="1060"/>
            <w:shd w:fill="F9FBFB"/>
            <w:tcMar>
              <w:top w:w="45" w:type="dxa"/>
              <w:bottom w:w="45" w:type="dxa"/>
              <w:left w:w="30" w:type="dxa"/>
              <w:right w:w="30" w:type="dxa"/>
            </w:tcMar>
          </w:tcPr>
          <w:p>
            <w:pPr>
              <w:jc w:val="right"/>
            </w:pPr>
            <w:r>
              <w:rPr>
                <w:sz w:val="16"/>
              </w:rPr>
              <w:t>41</w:t>
            </w:r>
          </w:p>
        </w:tc>
        <w:tc>
          <w:tcPr>
            <w:tcW w:type="dxa" w:w="1060"/>
            <w:shd w:fill="F9FBFB"/>
            <w:tcMar>
              <w:top w:w="45" w:type="dxa"/>
              <w:bottom w:w="45" w:type="dxa"/>
              <w:left w:w="30" w:type="dxa"/>
              <w:right w:w="30" w:type="dxa"/>
            </w:tcMar>
          </w:tcPr>
          <w:p>
            <w:pPr>
              <w:jc w:val="right"/>
            </w:pPr>
            <w:r>
              <w:rPr>
                <w:sz w:val="16"/>
              </w:rPr>
              <w:t>20</w:t>
            </w:r>
          </w:p>
        </w:tc>
        <w:tc>
          <w:tcPr>
            <w:tcW w:type="dxa" w:w="1060"/>
            <w:shd w:fill="F9FBFB"/>
            <w:tcMar>
              <w:top w:w="45" w:type="dxa"/>
              <w:bottom w:w="45" w:type="dxa"/>
              <w:left w:w="30" w:type="dxa"/>
              <w:right w:w="30" w:type="dxa"/>
            </w:tcMar>
          </w:tcPr>
          <w:p>
            <w:pPr>
              <w:jc w:val="right"/>
            </w:pPr>
            <w:r>
              <w:rPr>
                <w:sz w:val="16"/>
              </w:rPr>
              <w:t>36</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115</w:t>
            </w:r>
          </w:p>
        </w:tc>
        <w:tc>
          <w:tcPr>
            <w:tcW w:type="dxa" w:w="936"/>
            <w:shd w:fill="FFFFFF"/>
            <w:tcMar>
              <w:top w:w="45" w:type="dxa"/>
              <w:bottom w:w="45" w:type="dxa"/>
              <w:left w:w="30" w:type="dxa"/>
              <w:right w:w="30" w:type="dxa"/>
            </w:tcMar>
          </w:tcPr>
          <w:p>
            <w:pPr>
              <w:jc w:val="left"/>
            </w:pPr>
            <w:r>
              <w:rPr>
                <w:sz w:val="16"/>
              </w:rPr>
              <w:t>KH0560</w:t>
            </w:r>
          </w:p>
        </w:tc>
        <w:tc>
          <w:tcPr>
            <w:tcW w:type="dxa" w:w="2880"/>
            <w:shd w:fill="FFFFFF"/>
            <w:tcMar>
              <w:top w:w="45" w:type="dxa"/>
              <w:bottom w:w="45" w:type="dxa"/>
              <w:left w:w="30" w:type="dxa"/>
              <w:right w:w="30" w:type="dxa"/>
            </w:tcMar>
          </w:tcPr>
          <w:p>
            <w:pPr>
              <w:jc w:val="left"/>
            </w:pPr>
            <w:r>
              <w:rPr>
                <w:sz w:val="16"/>
              </w:rPr>
              <w:t>CÔNG TY CỔ PHẦN SẢN XUẤT THƯƠNG MẠI KHANG VIỆT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45</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46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116</w:t>
            </w:r>
          </w:p>
        </w:tc>
        <w:tc>
          <w:tcPr>
            <w:tcW w:type="dxa" w:w="936"/>
            <w:shd w:fill="F9FBFB"/>
            <w:tcMar>
              <w:top w:w="45" w:type="dxa"/>
              <w:bottom w:w="45" w:type="dxa"/>
              <w:left w:w="30" w:type="dxa"/>
              <w:right w:w="30" w:type="dxa"/>
            </w:tcMar>
          </w:tcPr>
          <w:p>
            <w:pPr>
              <w:jc w:val="left"/>
            </w:pPr>
            <w:r>
              <w:rPr>
                <w:sz w:val="16"/>
              </w:rPr>
              <w:t>KH1397</w:t>
            </w:r>
          </w:p>
        </w:tc>
        <w:tc>
          <w:tcPr>
            <w:tcW w:type="dxa" w:w="2880"/>
            <w:shd w:fill="F9FBFB"/>
            <w:tcMar>
              <w:top w:w="45" w:type="dxa"/>
              <w:bottom w:w="45" w:type="dxa"/>
              <w:left w:w="30" w:type="dxa"/>
              <w:right w:w="30" w:type="dxa"/>
            </w:tcMar>
          </w:tcPr>
          <w:p>
            <w:pPr>
              <w:jc w:val="left"/>
            </w:pPr>
            <w:r>
              <w:rPr>
                <w:sz w:val="16"/>
              </w:rPr>
              <w:t>CÔNG TY TNHH MTV SX-TM-DV XỬ LÝ CHẤT THẢI NGUY HẠI TÙNG NGUYÊN H.S</w:t>
            </w:r>
          </w:p>
        </w:tc>
        <w:tc>
          <w:tcPr>
            <w:tcW w:type="dxa" w:w="1060"/>
            <w:shd w:fill="F9FBFB"/>
            <w:tcMar>
              <w:top w:w="45" w:type="dxa"/>
              <w:bottom w:w="45" w:type="dxa"/>
              <w:left w:w="30" w:type="dxa"/>
              <w:right w:w="30" w:type="dxa"/>
            </w:tcMar>
          </w:tcPr>
          <w:p>
            <w:pPr>
              <w:jc w:val="right"/>
            </w:pPr>
            <w:r>
              <w:rPr>
                <w:sz w:val="16"/>
              </w:rPr>
              <w:t>19</w:t>
            </w:r>
          </w:p>
        </w:tc>
        <w:tc>
          <w:tcPr>
            <w:tcW w:type="dxa" w:w="1060"/>
            <w:shd w:fill="F9FBFB"/>
            <w:tcMar>
              <w:top w:w="45" w:type="dxa"/>
              <w:bottom w:w="45" w:type="dxa"/>
              <w:left w:w="30" w:type="dxa"/>
              <w:right w:w="30" w:type="dxa"/>
            </w:tcMar>
          </w:tcPr>
          <w:p>
            <w:pPr>
              <w:jc w:val="right"/>
            </w:pPr>
            <w:r>
              <w:rPr>
                <w:sz w:val="16"/>
              </w:rPr>
              <w:t>8</w:t>
            </w:r>
          </w:p>
        </w:tc>
        <w:tc>
          <w:tcPr>
            <w:tcW w:type="dxa" w:w="1060"/>
            <w:shd w:fill="F9FBFB"/>
            <w:tcMar>
              <w:top w:w="45" w:type="dxa"/>
              <w:bottom w:w="45" w:type="dxa"/>
              <w:left w:w="30" w:type="dxa"/>
              <w:right w:w="30" w:type="dxa"/>
            </w:tcMar>
          </w:tcPr>
          <w:p>
            <w:pPr>
              <w:jc w:val="right"/>
            </w:pPr>
            <w:r>
              <w:rPr>
                <w:sz w:val="16"/>
              </w:rPr>
              <w:t>15</w:t>
            </w:r>
          </w:p>
        </w:tc>
        <w:tc>
          <w:tcPr>
            <w:tcW w:type="dxa" w:w="1060"/>
            <w:shd w:fill="F9FBFB"/>
            <w:tcMar>
              <w:top w:w="45" w:type="dxa"/>
              <w:bottom w:w="45" w:type="dxa"/>
              <w:left w:w="30" w:type="dxa"/>
              <w:right w:w="30" w:type="dxa"/>
            </w:tcMar>
          </w:tcPr>
          <w:p>
            <w:pPr>
              <w:jc w:val="right"/>
            </w:pPr>
            <w:r>
              <w:rPr>
                <w:sz w:val="16"/>
              </w:rPr>
              <w:t>15</w:t>
            </w:r>
          </w:p>
        </w:tc>
        <w:tc>
          <w:tcPr>
            <w:tcW w:type="dxa" w:w="1060"/>
            <w:shd w:fill="F9FBFB"/>
            <w:tcMar>
              <w:top w:w="45" w:type="dxa"/>
              <w:bottom w:w="45" w:type="dxa"/>
              <w:left w:w="30" w:type="dxa"/>
              <w:right w:w="30" w:type="dxa"/>
            </w:tcMar>
          </w:tcPr>
          <w:p>
            <w:pPr>
              <w:jc w:val="right"/>
            </w:pPr>
            <w:r>
              <w:rPr>
                <w:sz w:val="16"/>
              </w:rPr>
              <w:t>15</w:t>
            </w:r>
          </w:p>
        </w:tc>
        <w:tc>
          <w:tcPr>
            <w:tcW w:type="dxa" w:w="1060"/>
            <w:shd w:fill="F9FBFB"/>
            <w:tcMar>
              <w:top w:w="45" w:type="dxa"/>
              <w:bottom w:w="45" w:type="dxa"/>
              <w:left w:w="30" w:type="dxa"/>
              <w:right w:w="30" w:type="dxa"/>
            </w:tcMar>
          </w:tcPr>
          <w:p>
            <w:pPr>
              <w:jc w:val="right"/>
            </w:pPr>
            <w:r>
              <w:rPr>
                <w:sz w:val="16"/>
              </w:rPr>
              <w:t>16</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117</w:t>
            </w:r>
          </w:p>
        </w:tc>
        <w:tc>
          <w:tcPr>
            <w:tcW w:type="dxa" w:w="936"/>
            <w:shd w:fill="FFFFFF"/>
            <w:tcMar>
              <w:top w:w="45" w:type="dxa"/>
              <w:bottom w:w="45" w:type="dxa"/>
              <w:left w:w="30" w:type="dxa"/>
              <w:right w:w="30" w:type="dxa"/>
            </w:tcMar>
          </w:tcPr>
          <w:p>
            <w:pPr>
              <w:jc w:val="left"/>
            </w:pPr>
            <w:r>
              <w:rPr>
                <w:sz w:val="16"/>
              </w:rPr>
              <w:t>KH0182</w:t>
            </w:r>
          </w:p>
        </w:tc>
        <w:tc>
          <w:tcPr>
            <w:tcW w:type="dxa" w:w="2880"/>
            <w:shd w:fill="FFFFFF"/>
            <w:tcMar>
              <w:top w:w="45" w:type="dxa"/>
              <w:bottom w:w="45" w:type="dxa"/>
              <w:left w:w="30" w:type="dxa"/>
              <w:right w:w="30" w:type="dxa"/>
            </w:tcMar>
          </w:tcPr>
          <w:p>
            <w:pPr>
              <w:jc w:val="left"/>
            </w:pPr>
            <w:r>
              <w:rPr>
                <w:sz w:val="16"/>
              </w:rPr>
              <w:t>CÔNG TY TNHH ALDILA COMPOSITE PRODUCTS</w:t>
            </w:r>
          </w:p>
        </w:tc>
        <w:tc>
          <w:tcPr>
            <w:tcW w:type="dxa" w:w="1060"/>
            <w:shd w:fill="FFFFFF"/>
            <w:tcMar>
              <w:top w:w="45" w:type="dxa"/>
              <w:bottom w:w="45" w:type="dxa"/>
              <w:left w:w="30" w:type="dxa"/>
              <w:right w:w="30" w:type="dxa"/>
            </w:tcMar>
          </w:tcPr>
          <w:p>
            <w:pPr>
              <w:jc w:val="right"/>
            </w:pPr>
            <w:r>
              <w:rPr>
                <w:sz w:val="16"/>
              </w:rPr>
              <w:t>41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41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118</w:t>
            </w:r>
          </w:p>
        </w:tc>
        <w:tc>
          <w:tcPr>
            <w:tcW w:type="dxa" w:w="936"/>
            <w:shd w:fill="F9FBFB"/>
            <w:tcMar>
              <w:top w:w="45" w:type="dxa"/>
              <w:bottom w:w="45" w:type="dxa"/>
              <w:left w:w="30" w:type="dxa"/>
              <w:right w:w="30" w:type="dxa"/>
            </w:tcMar>
          </w:tcPr>
          <w:p>
            <w:pPr>
              <w:jc w:val="left"/>
            </w:pPr>
            <w:r>
              <w:rPr>
                <w:sz w:val="16"/>
              </w:rPr>
              <w:t>KH0360</w:t>
            </w:r>
          </w:p>
        </w:tc>
        <w:tc>
          <w:tcPr>
            <w:tcW w:type="dxa" w:w="2880"/>
            <w:shd w:fill="F9FBFB"/>
            <w:tcMar>
              <w:top w:w="45" w:type="dxa"/>
              <w:bottom w:w="45" w:type="dxa"/>
              <w:left w:w="30" w:type="dxa"/>
              <w:right w:w="30" w:type="dxa"/>
            </w:tcMar>
          </w:tcPr>
          <w:p>
            <w:pPr>
              <w:jc w:val="left"/>
            </w:pPr>
            <w:r>
              <w:rPr>
                <w:sz w:val="16"/>
              </w:rPr>
              <w:t>CÔNG TY TNHH MỘT THÀNH VIÊN GỖ HOÀNG HÙNG</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18</w:t>
            </w:r>
          </w:p>
        </w:tc>
        <w:tc>
          <w:tcPr>
            <w:tcW w:type="dxa" w:w="1060"/>
            <w:shd w:fill="F9FBFB"/>
            <w:tcMar>
              <w:top w:w="45" w:type="dxa"/>
              <w:bottom w:w="45" w:type="dxa"/>
              <w:left w:w="30" w:type="dxa"/>
              <w:right w:w="30" w:type="dxa"/>
            </w:tcMar>
          </w:tcPr>
          <w:p>
            <w:pPr>
              <w:jc w:val="right"/>
            </w:pPr>
            <w:r>
              <w:rPr>
                <w:sz w:val="16"/>
              </w:rPr>
              <w:t>18</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12</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17</w:t>
            </w:r>
          </w:p>
        </w:tc>
        <w:tc>
          <w:tcPr>
            <w:tcW w:type="dxa" w:w="1060"/>
            <w:shd w:fill="F9FBFB"/>
            <w:tcMar>
              <w:top w:w="45" w:type="dxa"/>
              <w:bottom w:w="45" w:type="dxa"/>
              <w:left w:w="30" w:type="dxa"/>
              <w:right w:w="30" w:type="dxa"/>
            </w:tcMar>
          </w:tcPr>
          <w:p>
            <w:pPr>
              <w:jc w:val="right"/>
            </w:pPr>
            <w:r>
              <w:rPr>
                <w:b/>
                <w:sz w:val="16"/>
              </w:rPr>
              <w:t>17</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+0.0%</w:t>
            </w:r>
          </w:p>
        </w:tc>
      </w:tr>
      <w:tr>
        <w:tc>
          <w:tcPr>
            <w:tcW w:type="dxa" w:w="504"/>
            <w:shd w:fill="FFFFFF"/>
            <w:tcMar>
              <w:top w:w="45" w:type="dxa"/>
              <w:bottom w:w="45" w:type="dxa"/>
              <w:left w:w="30" w:type="dxa"/>
              <w:right w:w="30" w:type="dxa"/>
            </w:tcMar>
          </w:tcPr>
          <w:p>
            <w:pPr>
              <w:jc w:val="center"/>
            </w:pPr>
            <w:r>
              <w:rPr>
                <w:sz w:val="16"/>
              </w:rPr>
              <w:t>119</w:t>
            </w:r>
          </w:p>
        </w:tc>
        <w:tc>
          <w:tcPr>
            <w:tcW w:type="dxa" w:w="936"/>
            <w:shd w:fill="FFFFFF"/>
            <w:tcMar>
              <w:top w:w="45" w:type="dxa"/>
              <w:bottom w:w="45" w:type="dxa"/>
              <w:left w:w="30" w:type="dxa"/>
              <w:right w:w="30" w:type="dxa"/>
            </w:tcMar>
          </w:tcPr>
          <w:p>
            <w:pPr>
              <w:jc w:val="left"/>
            </w:pPr>
            <w:r>
              <w:rPr>
                <w:sz w:val="16"/>
              </w:rPr>
              <w:t>KH0289</w:t>
            </w:r>
          </w:p>
        </w:tc>
        <w:tc>
          <w:tcPr>
            <w:tcW w:type="dxa" w:w="2880"/>
            <w:shd w:fill="FFFFFF"/>
            <w:tcMar>
              <w:top w:w="45" w:type="dxa"/>
              <w:bottom w:w="45" w:type="dxa"/>
              <w:left w:w="30" w:type="dxa"/>
              <w:right w:w="30" w:type="dxa"/>
            </w:tcMar>
          </w:tcPr>
          <w:p>
            <w:pPr>
              <w:jc w:val="left"/>
            </w:pPr>
            <w:r>
              <w:rPr>
                <w:sz w:val="16"/>
              </w:rPr>
              <w:t>CÔNG TY TNHH HOÀNG TRANG</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20</w:t>
            </w:r>
          </w:p>
        </w:tc>
        <w:tc>
          <w:tcPr>
            <w:tcW w:type="dxa" w:w="1060"/>
            <w:shd w:fill="FFFFFF"/>
            <w:tcMar>
              <w:top w:w="45" w:type="dxa"/>
              <w:bottom w:w="45" w:type="dxa"/>
              <w:left w:w="30" w:type="dxa"/>
              <w:right w:w="30" w:type="dxa"/>
            </w:tcMar>
          </w:tcPr>
          <w:p>
            <w:pPr>
              <w:jc w:val="right"/>
            </w:pPr>
            <w:r>
              <w:rPr>
                <w:sz w:val="16"/>
              </w:rPr>
              <w:t>25</w:t>
            </w:r>
          </w:p>
        </w:tc>
        <w:tc>
          <w:tcPr>
            <w:tcW w:type="dxa" w:w="1060"/>
            <w:shd w:fill="FFFFFF"/>
            <w:tcMar>
              <w:top w:w="45" w:type="dxa"/>
              <w:bottom w:w="45" w:type="dxa"/>
              <w:left w:w="30" w:type="dxa"/>
              <w:right w:w="30" w:type="dxa"/>
            </w:tcMar>
          </w:tcPr>
          <w:p>
            <w:pPr>
              <w:jc w:val="right"/>
            </w:pPr>
            <w:r>
              <w:rPr>
                <w:sz w:val="16"/>
              </w:rPr>
              <w:t>5</w:t>
            </w:r>
          </w:p>
        </w:tc>
        <w:tc>
          <w:tcPr>
            <w:tcW w:type="dxa" w:w="1060"/>
            <w:shd w:fill="FFFFFF"/>
            <w:tcMar>
              <w:top w:w="45" w:type="dxa"/>
              <w:bottom w:w="45" w:type="dxa"/>
              <w:left w:w="30" w:type="dxa"/>
              <w:right w:w="30" w:type="dxa"/>
            </w:tcMar>
          </w:tcPr>
          <w:p>
            <w:pPr>
              <w:jc w:val="right"/>
            </w:pPr>
            <w:r>
              <w:rPr>
                <w:sz w:val="16"/>
              </w:rPr>
              <w:t>23</w:t>
            </w:r>
          </w:p>
        </w:tc>
        <w:tc>
          <w:tcPr>
            <w:tcW w:type="dxa" w:w="1060"/>
            <w:shd w:fill="FFFFFF"/>
            <w:tcMar>
              <w:top w:w="45" w:type="dxa"/>
              <w:bottom w:w="45" w:type="dxa"/>
              <w:left w:w="30" w:type="dxa"/>
              <w:right w:w="30" w:type="dxa"/>
            </w:tcMar>
          </w:tcPr>
          <w:p>
            <w:pPr>
              <w:jc w:val="right"/>
            </w:pPr>
            <w:r>
              <w:rPr>
                <w:sz w:val="16"/>
              </w:rPr>
              <w:t>10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120</w:t>
            </w:r>
          </w:p>
        </w:tc>
        <w:tc>
          <w:tcPr>
            <w:tcW w:type="dxa" w:w="936"/>
            <w:shd w:fill="F9FBFB"/>
            <w:tcMar>
              <w:top w:w="45" w:type="dxa"/>
              <w:bottom w:w="45" w:type="dxa"/>
              <w:left w:w="30" w:type="dxa"/>
              <w:right w:w="30" w:type="dxa"/>
            </w:tcMar>
          </w:tcPr>
          <w:p>
            <w:pPr>
              <w:jc w:val="left"/>
            </w:pPr>
            <w:r>
              <w:rPr>
                <w:sz w:val="16"/>
              </w:rPr>
              <w:t>KH2088</w:t>
            </w:r>
          </w:p>
        </w:tc>
        <w:tc>
          <w:tcPr>
            <w:tcW w:type="dxa" w:w="2880"/>
            <w:shd w:fill="F9FBFB"/>
            <w:tcMar>
              <w:top w:w="45" w:type="dxa"/>
              <w:bottom w:w="45" w:type="dxa"/>
              <w:left w:w="30" w:type="dxa"/>
              <w:right w:w="30" w:type="dxa"/>
            </w:tcMar>
          </w:tcPr>
          <w:p>
            <w:pPr>
              <w:jc w:val="left"/>
            </w:pPr>
            <w:r>
              <w:rPr>
                <w:sz w:val="16"/>
              </w:rPr>
              <w:t>CÔNG TY TNHH MECHANICAL TC GROUP</w:t>
            </w:r>
          </w:p>
        </w:tc>
        <w:tc>
          <w:tcPr>
            <w:tcW w:type="dxa" w:w="1060"/>
            <w:shd w:fill="F9FBFB"/>
            <w:tcMar>
              <w:top w:w="45" w:type="dxa"/>
              <w:bottom w:w="45" w:type="dxa"/>
              <w:left w:w="30" w:type="dxa"/>
              <w:right w:w="30" w:type="dxa"/>
            </w:tcMar>
          </w:tcPr>
          <w:p>
            <w:pPr>
              <w:jc w:val="right"/>
            </w:pPr>
            <w:r>
              <w:rPr>
                <w:sz w:val="16"/>
              </w:rPr>
              <w:t>51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25</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121</w:t>
            </w:r>
          </w:p>
        </w:tc>
        <w:tc>
          <w:tcPr>
            <w:tcW w:type="dxa" w:w="936"/>
            <w:shd w:fill="FFFFFF"/>
            <w:tcMar>
              <w:top w:w="45" w:type="dxa"/>
              <w:bottom w:w="45" w:type="dxa"/>
              <w:left w:w="30" w:type="dxa"/>
              <w:right w:w="30" w:type="dxa"/>
            </w:tcMar>
          </w:tcPr>
          <w:p>
            <w:pPr>
              <w:jc w:val="left"/>
            </w:pPr>
            <w:r>
              <w:rPr>
                <w:sz w:val="16"/>
              </w:rPr>
              <w:t>KH1074</w:t>
            </w:r>
          </w:p>
        </w:tc>
        <w:tc>
          <w:tcPr>
            <w:tcW w:type="dxa" w:w="2880"/>
            <w:shd w:fill="FFFFFF"/>
            <w:tcMar>
              <w:top w:w="45" w:type="dxa"/>
              <w:bottom w:w="45" w:type="dxa"/>
              <w:left w:w="30" w:type="dxa"/>
              <w:right w:w="30" w:type="dxa"/>
            </w:tcMar>
          </w:tcPr>
          <w:p>
            <w:pPr>
              <w:jc w:val="left"/>
            </w:pPr>
            <w:r>
              <w:rPr>
                <w:sz w:val="16"/>
              </w:rPr>
              <w:t>CÔNG TY CỔ PHẦN LÂM NGHIỆP 19.</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40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2</w:t>
            </w:r>
          </w:p>
        </w:tc>
        <w:tc>
          <w:tcPr>
            <w:tcW w:type="dxa" w:w="1060"/>
            <w:shd w:fill="FFFFFF"/>
            <w:tcMar>
              <w:top w:w="45" w:type="dxa"/>
              <w:bottom w:w="45" w:type="dxa"/>
              <w:left w:w="30" w:type="dxa"/>
              <w:right w:w="30" w:type="dxa"/>
            </w:tcMar>
          </w:tcPr>
          <w:p>
            <w:pPr>
              <w:jc w:val="right"/>
            </w:pPr>
            <w:r>
              <w:rPr>
                <w:sz w:val="16"/>
              </w:rPr>
              <w:t>11</w:t>
            </w:r>
          </w:p>
        </w:tc>
        <w:tc>
          <w:tcPr>
            <w:tcW w:type="dxa" w:w="1060"/>
            <w:shd w:fill="FFFFFF"/>
            <w:tcMar>
              <w:top w:w="45" w:type="dxa"/>
              <w:bottom w:w="45" w:type="dxa"/>
              <w:left w:w="30" w:type="dxa"/>
              <w:right w:w="30" w:type="dxa"/>
            </w:tcMar>
          </w:tcPr>
          <w:p>
            <w:pPr>
              <w:jc w:val="right"/>
            </w:pPr>
            <w:r>
              <w:rPr>
                <w:sz w:val="16"/>
              </w:rPr>
              <w:t>16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122</w:t>
            </w:r>
          </w:p>
        </w:tc>
        <w:tc>
          <w:tcPr>
            <w:tcW w:type="dxa" w:w="936"/>
            <w:shd w:fill="F9FBFB"/>
            <w:tcMar>
              <w:top w:w="45" w:type="dxa"/>
              <w:bottom w:w="45" w:type="dxa"/>
              <w:left w:w="30" w:type="dxa"/>
              <w:right w:w="30" w:type="dxa"/>
            </w:tcMar>
          </w:tcPr>
          <w:p>
            <w:pPr>
              <w:jc w:val="left"/>
            </w:pPr>
            <w:r>
              <w:rPr>
                <w:sz w:val="16"/>
              </w:rPr>
              <w:t>KH0362</w:t>
            </w:r>
          </w:p>
        </w:tc>
        <w:tc>
          <w:tcPr>
            <w:tcW w:type="dxa" w:w="2880"/>
            <w:shd w:fill="F9FBFB"/>
            <w:tcMar>
              <w:top w:w="45" w:type="dxa"/>
              <w:bottom w:w="45" w:type="dxa"/>
              <w:left w:w="30" w:type="dxa"/>
              <w:right w:w="30" w:type="dxa"/>
            </w:tcMar>
          </w:tcPr>
          <w:p>
            <w:pPr>
              <w:jc w:val="left"/>
            </w:pPr>
            <w:r>
              <w:rPr>
                <w:sz w:val="16"/>
              </w:rPr>
              <w:t>CÔNG TY TNHH GỖ VIỆT HOÀNG</w:t>
            </w:r>
          </w:p>
        </w:tc>
        <w:tc>
          <w:tcPr>
            <w:tcW w:type="dxa" w:w="1060"/>
            <w:shd w:fill="F9FBFB"/>
            <w:tcMar>
              <w:top w:w="45" w:type="dxa"/>
              <w:bottom w:w="45" w:type="dxa"/>
              <w:left w:w="30" w:type="dxa"/>
              <w:right w:w="30" w:type="dxa"/>
            </w:tcMar>
          </w:tcPr>
          <w:p>
            <w:pPr>
              <w:jc w:val="right"/>
            </w:pPr>
            <w:r>
              <w:rPr>
                <w:sz w:val="16"/>
              </w:rPr>
              <w:t>7</w:t>
            </w:r>
          </w:p>
        </w:tc>
        <w:tc>
          <w:tcPr>
            <w:tcW w:type="dxa" w:w="1060"/>
            <w:shd w:fill="F9FBFB"/>
            <w:tcMar>
              <w:top w:w="45" w:type="dxa"/>
              <w:bottom w:w="45" w:type="dxa"/>
              <w:left w:w="30" w:type="dxa"/>
              <w:right w:w="30" w:type="dxa"/>
            </w:tcMar>
          </w:tcPr>
          <w:p>
            <w:pPr>
              <w:jc w:val="right"/>
            </w:pPr>
            <w:r>
              <w:rPr>
                <w:sz w:val="16"/>
              </w:rPr>
              <w:t>36</w:t>
            </w:r>
          </w:p>
        </w:tc>
        <w:tc>
          <w:tcPr>
            <w:tcW w:type="dxa" w:w="1060"/>
            <w:shd w:fill="F9FBFB"/>
            <w:tcMar>
              <w:top w:w="45" w:type="dxa"/>
              <w:bottom w:w="45" w:type="dxa"/>
              <w:left w:w="30" w:type="dxa"/>
              <w:right w:w="30" w:type="dxa"/>
            </w:tcMar>
          </w:tcPr>
          <w:p>
            <w:pPr>
              <w:jc w:val="right"/>
            </w:pPr>
            <w:r>
              <w:rPr>
                <w:sz w:val="16"/>
              </w:rPr>
              <w:t>23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123</w:t>
            </w:r>
          </w:p>
        </w:tc>
        <w:tc>
          <w:tcPr>
            <w:tcW w:type="dxa" w:w="936"/>
            <w:shd w:fill="FFFFFF"/>
            <w:tcMar>
              <w:top w:w="45" w:type="dxa"/>
              <w:bottom w:w="45" w:type="dxa"/>
              <w:left w:w="30" w:type="dxa"/>
              <w:right w:w="30" w:type="dxa"/>
            </w:tcMar>
          </w:tcPr>
          <w:p>
            <w:pPr>
              <w:jc w:val="left"/>
            </w:pPr>
            <w:r>
              <w:rPr>
                <w:sz w:val="16"/>
              </w:rPr>
              <w:t>KH1607</w:t>
            </w:r>
          </w:p>
        </w:tc>
        <w:tc>
          <w:tcPr>
            <w:tcW w:type="dxa" w:w="2880"/>
            <w:shd w:fill="FFFFFF"/>
            <w:tcMar>
              <w:top w:w="45" w:type="dxa"/>
              <w:bottom w:w="45" w:type="dxa"/>
              <w:left w:w="30" w:type="dxa"/>
              <w:right w:w="30" w:type="dxa"/>
            </w:tcMar>
          </w:tcPr>
          <w:p>
            <w:pPr>
              <w:jc w:val="left"/>
            </w:pPr>
            <w:r>
              <w:rPr>
                <w:sz w:val="16"/>
              </w:rPr>
              <w:t>CÔNG TY TNHH MARUBENI LUMBER VIỆT NAM</w:t>
            </w:r>
          </w:p>
        </w:tc>
        <w:tc>
          <w:tcPr>
            <w:tcW w:type="dxa" w:w="1060"/>
            <w:shd w:fill="FFFFFF"/>
            <w:tcMar>
              <w:top w:w="45" w:type="dxa"/>
              <w:bottom w:w="45" w:type="dxa"/>
              <w:left w:w="30" w:type="dxa"/>
              <w:right w:w="30" w:type="dxa"/>
            </w:tcMar>
          </w:tcPr>
          <w:p>
            <w:pPr>
              <w:jc w:val="right"/>
            </w:pPr>
            <w:r>
              <w:rPr>
                <w:sz w:val="16"/>
              </w:rPr>
              <w:t>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18</w:t>
            </w:r>
          </w:p>
        </w:tc>
        <w:tc>
          <w:tcPr>
            <w:tcW w:type="dxa" w:w="1060"/>
            <w:shd w:fill="FFFFFF"/>
            <w:tcMar>
              <w:top w:w="45" w:type="dxa"/>
              <w:bottom w:w="45" w:type="dxa"/>
              <w:left w:w="30" w:type="dxa"/>
              <w:right w:w="30" w:type="dxa"/>
            </w:tcMar>
          </w:tcPr>
          <w:p>
            <w:pPr>
              <w:jc w:val="right"/>
            </w:pPr>
            <w:r>
              <w:rPr>
                <w:sz w:val="16"/>
              </w:rPr>
              <w:t>14</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14</w:t>
            </w:r>
          </w:p>
        </w:tc>
        <w:tc>
          <w:tcPr>
            <w:tcW w:type="dxa" w:w="1060"/>
            <w:shd w:fill="FFFFFF"/>
            <w:tcMar>
              <w:top w:w="45" w:type="dxa"/>
              <w:bottom w:w="45" w:type="dxa"/>
              <w:left w:w="30" w:type="dxa"/>
              <w:right w:w="30" w:type="dxa"/>
            </w:tcMar>
          </w:tcPr>
          <w:p>
            <w:pPr>
              <w:jc w:val="right"/>
            </w:pPr>
            <w:r>
              <w:rPr>
                <w:b/>
                <w:sz w:val="16"/>
              </w:rPr>
              <w:t>11</w:t>
            </w:r>
          </w:p>
        </w:tc>
        <w:tc>
          <w:tcPr>
            <w:tcW w:type="dxa" w:w="1224"/>
            <w:shd w:fill="FFFFFF"/>
            <w:tcMar>
              <w:top w:w="45" w:type="dxa"/>
              <w:bottom w:w="45" w:type="dxa"/>
              <w:left w:w="30" w:type="dxa"/>
              <w:right w:w="30" w:type="dxa"/>
            </w:tcMar>
          </w:tcPr>
          <w:p>
            <w:pPr>
              <w:jc w:val="right"/>
            </w:pPr>
            <w:r>
              <w:rPr>
                <w:color w:val="C0392B"/>
                <w:sz w:val="16"/>
              </w:rPr>
              <w:t>-3</w:t>
            </w:r>
          </w:p>
        </w:tc>
        <w:tc>
          <w:tcPr>
            <w:tcW w:type="dxa" w:w="1080"/>
            <w:shd w:fill="FFFFFF"/>
            <w:tcMar>
              <w:top w:w="45" w:type="dxa"/>
              <w:bottom w:w="45" w:type="dxa"/>
              <w:left w:w="30" w:type="dxa"/>
              <w:right w:w="30" w:type="dxa"/>
            </w:tcMar>
          </w:tcPr>
          <w:p>
            <w:pPr>
              <w:jc w:val="center"/>
            </w:pPr>
            <w:r>
              <w:rPr>
                <w:b/>
                <w:color w:val="C0392B"/>
                <w:sz w:val="16"/>
              </w:rPr>
              <w:t>-21.4%</w:t>
            </w:r>
          </w:p>
        </w:tc>
      </w:tr>
      <w:tr>
        <w:tc>
          <w:tcPr>
            <w:tcW w:type="dxa" w:w="504"/>
            <w:shd w:fill="F9FBFB"/>
            <w:tcMar>
              <w:top w:w="45" w:type="dxa"/>
              <w:bottom w:w="45" w:type="dxa"/>
              <w:left w:w="30" w:type="dxa"/>
              <w:right w:w="30" w:type="dxa"/>
            </w:tcMar>
          </w:tcPr>
          <w:p>
            <w:pPr>
              <w:jc w:val="center"/>
            </w:pPr>
            <w:r>
              <w:rPr>
                <w:sz w:val="16"/>
              </w:rPr>
              <w:t>124</w:t>
            </w:r>
          </w:p>
        </w:tc>
        <w:tc>
          <w:tcPr>
            <w:tcW w:type="dxa" w:w="936"/>
            <w:shd w:fill="F9FBFB"/>
            <w:tcMar>
              <w:top w:w="45" w:type="dxa"/>
              <w:bottom w:w="45" w:type="dxa"/>
              <w:left w:w="30" w:type="dxa"/>
              <w:right w:w="30" w:type="dxa"/>
            </w:tcMar>
          </w:tcPr>
          <w:p>
            <w:pPr>
              <w:jc w:val="left"/>
            </w:pPr>
            <w:r>
              <w:rPr>
                <w:sz w:val="16"/>
              </w:rPr>
              <w:t>KH0096</w:t>
            </w:r>
          </w:p>
        </w:tc>
        <w:tc>
          <w:tcPr>
            <w:tcW w:type="dxa" w:w="2880"/>
            <w:shd w:fill="F9FBFB"/>
            <w:tcMar>
              <w:top w:w="45" w:type="dxa"/>
              <w:bottom w:w="45" w:type="dxa"/>
              <w:left w:w="30" w:type="dxa"/>
              <w:right w:w="30" w:type="dxa"/>
            </w:tcMar>
          </w:tcPr>
          <w:p>
            <w:pPr>
              <w:jc w:val="left"/>
            </w:pPr>
            <w:r>
              <w:rPr>
                <w:sz w:val="16"/>
              </w:rPr>
              <w:t>CÔNG TY CỔ PHẦN SẢN XUẤT VÀ DỊCH VỤ THƯƠNG MẠI AN HUY</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58</w:t>
            </w:r>
          </w:p>
        </w:tc>
        <w:tc>
          <w:tcPr>
            <w:tcW w:type="dxa" w:w="1224"/>
            <w:shd w:fill="F9FBFB"/>
            <w:tcMar>
              <w:top w:w="45" w:type="dxa"/>
              <w:bottom w:w="45" w:type="dxa"/>
              <w:left w:w="30" w:type="dxa"/>
              <w:right w:w="30" w:type="dxa"/>
            </w:tcMar>
          </w:tcPr>
          <w:p>
            <w:pPr>
              <w:jc w:val="right"/>
            </w:pPr>
            <w:r>
              <w:rPr>
                <w:color w:val="27AE60"/>
                <w:sz w:val="16"/>
              </w:rPr>
              <w:t>+58</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125</w:t>
            </w:r>
          </w:p>
        </w:tc>
        <w:tc>
          <w:tcPr>
            <w:tcW w:type="dxa" w:w="936"/>
            <w:shd w:fill="FFFFFF"/>
            <w:tcMar>
              <w:top w:w="45" w:type="dxa"/>
              <w:bottom w:w="45" w:type="dxa"/>
              <w:left w:w="30" w:type="dxa"/>
              <w:right w:w="30" w:type="dxa"/>
            </w:tcMar>
          </w:tcPr>
          <w:p>
            <w:pPr>
              <w:jc w:val="left"/>
            </w:pPr>
            <w:r>
              <w:rPr>
                <w:sz w:val="16"/>
              </w:rPr>
              <w:t>KH2178</w:t>
            </w:r>
          </w:p>
        </w:tc>
        <w:tc>
          <w:tcPr>
            <w:tcW w:type="dxa" w:w="2880"/>
            <w:shd w:fill="FFFFFF"/>
            <w:tcMar>
              <w:top w:w="45" w:type="dxa"/>
              <w:bottom w:w="45" w:type="dxa"/>
              <w:left w:w="30" w:type="dxa"/>
              <w:right w:w="30" w:type="dxa"/>
            </w:tcMar>
          </w:tcPr>
          <w:p>
            <w:pPr>
              <w:jc w:val="left"/>
            </w:pPr>
            <w:r>
              <w:rPr>
                <w:sz w:val="16"/>
              </w:rPr>
              <w:t>CÔNG TY CỔ PHẦN MỘC 68</w:t>
            </w:r>
          </w:p>
        </w:tc>
        <w:tc>
          <w:tcPr>
            <w:tcW w:type="dxa" w:w="1060"/>
            <w:shd w:fill="FFFFFF"/>
            <w:tcMar>
              <w:top w:w="45" w:type="dxa"/>
              <w:bottom w:w="45" w:type="dxa"/>
              <w:left w:w="30" w:type="dxa"/>
              <w:right w:w="30" w:type="dxa"/>
            </w:tcMar>
          </w:tcPr>
          <w:p>
            <w:pPr>
              <w:jc w:val="right"/>
            </w:pPr>
            <w:r>
              <w:rPr>
                <w:sz w:val="16"/>
              </w:rPr>
              <w:t>12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19</w:t>
            </w:r>
          </w:p>
        </w:tc>
        <w:tc>
          <w:tcPr>
            <w:tcW w:type="dxa" w:w="1060"/>
            <w:shd w:fill="FFFFFF"/>
            <w:tcMar>
              <w:top w:w="45" w:type="dxa"/>
              <w:bottom w:w="45" w:type="dxa"/>
              <w:left w:w="30" w:type="dxa"/>
              <w:right w:w="30" w:type="dxa"/>
            </w:tcMar>
          </w:tcPr>
          <w:p>
            <w:pPr>
              <w:jc w:val="right"/>
            </w:pPr>
            <w:r>
              <w:rPr>
                <w:sz w:val="16"/>
              </w:rPr>
              <w:t>4</w:t>
            </w:r>
          </w:p>
        </w:tc>
        <w:tc>
          <w:tcPr>
            <w:tcW w:type="dxa" w:w="1060"/>
            <w:shd w:fill="FFFFFF"/>
            <w:tcMar>
              <w:top w:w="45" w:type="dxa"/>
              <w:bottom w:w="45" w:type="dxa"/>
              <w:left w:w="30" w:type="dxa"/>
              <w:right w:w="30" w:type="dxa"/>
            </w:tcMar>
          </w:tcPr>
          <w:p>
            <w:pPr>
              <w:jc w:val="right"/>
            </w:pPr>
            <w:r>
              <w:rPr>
                <w:b/>
                <w:sz w:val="16"/>
              </w:rPr>
              <w:t>4</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+0.0%</w:t>
            </w:r>
          </w:p>
        </w:tc>
      </w:tr>
      <w:tr>
        <w:tc>
          <w:tcPr>
            <w:tcW w:type="dxa" w:w="504"/>
            <w:shd w:fill="F9FBFB"/>
            <w:tcMar>
              <w:top w:w="45" w:type="dxa"/>
              <w:bottom w:w="45" w:type="dxa"/>
              <w:left w:w="30" w:type="dxa"/>
              <w:right w:w="30" w:type="dxa"/>
            </w:tcMar>
          </w:tcPr>
          <w:p>
            <w:pPr>
              <w:jc w:val="center"/>
            </w:pPr>
            <w:r>
              <w:rPr>
                <w:sz w:val="16"/>
              </w:rPr>
              <w:t>126</w:t>
            </w:r>
          </w:p>
        </w:tc>
        <w:tc>
          <w:tcPr>
            <w:tcW w:type="dxa" w:w="936"/>
            <w:shd w:fill="F9FBFB"/>
            <w:tcMar>
              <w:top w:w="45" w:type="dxa"/>
              <w:bottom w:w="45" w:type="dxa"/>
              <w:left w:w="30" w:type="dxa"/>
              <w:right w:w="30" w:type="dxa"/>
            </w:tcMar>
          </w:tcPr>
          <w:p>
            <w:pPr>
              <w:jc w:val="left"/>
            </w:pPr>
            <w:r>
              <w:rPr>
                <w:sz w:val="16"/>
              </w:rPr>
              <w:t>KH1898</w:t>
            </w:r>
          </w:p>
        </w:tc>
        <w:tc>
          <w:tcPr>
            <w:tcW w:type="dxa" w:w="2880"/>
            <w:shd w:fill="F9FBFB"/>
            <w:tcMar>
              <w:top w:w="45" w:type="dxa"/>
              <w:bottom w:w="45" w:type="dxa"/>
              <w:left w:w="30" w:type="dxa"/>
              <w:right w:w="30" w:type="dxa"/>
            </w:tcMar>
          </w:tcPr>
          <w:p>
            <w:pPr>
              <w:jc w:val="left"/>
            </w:pPr>
            <w:r>
              <w:rPr>
                <w:sz w:val="16"/>
              </w:rPr>
              <w:t>CÔNG TY TRÁCH NHIỆM HỮU HẠN XÂY DỰNG DẤU ẤN VIỆT</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24</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127</w:t>
            </w:r>
          </w:p>
        </w:tc>
        <w:tc>
          <w:tcPr>
            <w:tcW w:type="dxa" w:w="936"/>
            <w:shd w:fill="FFFFFF"/>
            <w:tcMar>
              <w:top w:w="45" w:type="dxa"/>
              <w:bottom w:w="45" w:type="dxa"/>
              <w:left w:w="30" w:type="dxa"/>
              <w:right w:w="30" w:type="dxa"/>
            </w:tcMar>
          </w:tcPr>
          <w:p>
            <w:pPr>
              <w:jc w:val="left"/>
            </w:pPr>
            <w:r>
              <w:rPr>
                <w:sz w:val="16"/>
              </w:rPr>
              <w:t>KH2111</w:t>
            </w:r>
          </w:p>
        </w:tc>
        <w:tc>
          <w:tcPr>
            <w:tcW w:type="dxa" w:w="2880"/>
            <w:shd w:fill="FFFFFF"/>
            <w:tcMar>
              <w:top w:w="45" w:type="dxa"/>
              <w:bottom w:w="45" w:type="dxa"/>
              <w:left w:w="30" w:type="dxa"/>
              <w:right w:w="30" w:type="dxa"/>
            </w:tcMar>
          </w:tcPr>
          <w:p>
            <w:pPr>
              <w:jc w:val="left"/>
            </w:pPr>
            <w:r>
              <w:rPr>
                <w:sz w:val="16"/>
              </w:rPr>
              <w:t>CÔNG TY TNHH DV &amp; ĐT TM NEWWAY TEAKWOOD</w:t>
            </w:r>
          </w:p>
        </w:tc>
        <w:tc>
          <w:tcPr>
            <w:tcW w:type="dxa" w:w="1060"/>
            <w:shd w:fill="FFFFFF"/>
            <w:tcMar>
              <w:top w:w="45" w:type="dxa"/>
              <w:bottom w:w="45" w:type="dxa"/>
              <w:left w:w="30" w:type="dxa"/>
              <w:right w:w="30" w:type="dxa"/>
            </w:tcMar>
          </w:tcPr>
          <w:p>
            <w:pPr>
              <w:jc w:val="right"/>
            </w:pPr>
            <w:r>
              <w:rPr>
                <w:sz w:val="16"/>
              </w:rPr>
              <w:t>54</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128</w:t>
            </w:r>
          </w:p>
        </w:tc>
        <w:tc>
          <w:tcPr>
            <w:tcW w:type="dxa" w:w="936"/>
            <w:shd w:fill="F9FBFB"/>
            <w:tcMar>
              <w:top w:w="45" w:type="dxa"/>
              <w:bottom w:w="45" w:type="dxa"/>
              <w:left w:w="30" w:type="dxa"/>
              <w:right w:w="30" w:type="dxa"/>
            </w:tcMar>
          </w:tcPr>
          <w:p>
            <w:pPr>
              <w:jc w:val="left"/>
            </w:pPr>
            <w:r>
              <w:rPr>
                <w:sz w:val="16"/>
              </w:rPr>
              <w:t>KH2175</w:t>
            </w:r>
          </w:p>
        </w:tc>
        <w:tc>
          <w:tcPr>
            <w:tcW w:type="dxa" w:w="2880"/>
            <w:shd w:fill="F9FBFB"/>
            <w:tcMar>
              <w:top w:w="45" w:type="dxa"/>
              <w:bottom w:w="45" w:type="dxa"/>
              <w:left w:w="30" w:type="dxa"/>
              <w:right w:w="30" w:type="dxa"/>
            </w:tcMar>
          </w:tcPr>
          <w:p>
            <w:pPr>
              <w:jc w:val="left"/>
            </w:pPr>
            <w:r>
              <w:rPr>
                <w:sz w:val="16"/>
              </w:rPr>
              <w:t>CÔNG TY TNHH CHẾ BIẾN GỖ MỘC VƯỢNG</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33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6</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129</w:t>
            </w:r>
          </w:p>
        </w:tc>
        <w:tc>
          <w:tcPr>
            <w:tcW w:type="dxa" w:w="936"/>
            <w:shd w:fill="FFFFFF"/>
            <w:tcMar>
              <w:top w:w="45" w:type="dxa"/>
              <w:bottom w:w="45" w:type="dxa"/>
              <w:left w:w="30" w:type="dxa"/>
              <w:right w:w="30" w:type="dxa"/>
            </w:tcMar>
          </w:tcPr>
          <w:p>
            <w:pPr>
              <w:jc w:val="left"/>
            </w:pPr>
            <w:r>
              <w:rPr>
                <w:sz w:val="16"/>
              </w:rPr>
              <w:t>KH1387</w:t>
            </w:r>
          </w:p>
        </w:tc>
        <w:tc>
          <w:tcPr>
            <w:tcW w:type="dxa" w:w="2880"/>
            <w:shd w:fill="FFFFFF"/>
            <w:tcMar>
              <w:top w:w="45" w:type="dxa"/>
              <w:bottom w:w="45" w:type="dxa"/>
              <w:left w:w="30" w:type="dxa"/>
              <w:right w:w="30" w:type="dxa"/>
            </w:tcMar>
          </w:tcPr>
          <w:p>
            <w:pPr>
              <w:jc w:val="left"/>
            </w:pPr>
            <w:r>
              <w:rPr>
                <w:sz w:val="16"/>
              </w:rPr>
              <w:t>CÔNG TY TNHH GỖ KIM HẢI PHÁT</w:t>
            </w:r>
          </w:p>
        </w:tc>
        <w:tc>
          <w:tcPr>
            <w:tcW w:type="dxa" w:w="1060"/>
            <w:shd w:fill="FFFFFF"/>
            <w:tcMar>
              <w:top w:w="45" w:type="dxa"/>
              <w:bottom w:w="45" w:type="dxa"/>
              <w:left w:w="30" w:type="dxa"/>
              <w:right w:w="30" w:type="dxa"/>
            </w:tcMar>
          </w:tcPr>
          <w:p>
            <w:pPr>
              <w:jc w:val="right"/>
            </w:pPr>
            <w:r>
              <w:rPr>
                <w:sz w:val="16"/>
              </w:rPr>
              <w:t>30</w:t>
            </w:r>
          </w:p>
        </w:tc>
        <w:tc>
          <w:tcPr>
            <w:tcW w:type="dxa" w:w="1060"/>
            <w:shd w:fill="FFFFFF"/>
            <w:tcMar>
              <w:top w:w="45" w:type="dxa"/>
              <w:bottom w:w="45" w:type="dxa"/>
              <w:left w:w="30" w:type="dxa"/>
              <w:right w:w="30" w:type="dxa"/>
            </w:tcMar>
          </w:tcPr>
          <w:p>
            <w:pPr>
              <w:jc w:val="right"/>
            </w:pPr>
            <w:r>
              <w:rPr>
                <w:sz w:val="16"/>
              </w:rPr>
              <w:t>7</w:t>
            </w:r>
          </w:p>
        </w:tc>
        <w:tc>
          <w:tcPr>
            <w:tcW w:type="dxa" w:w="1060"/>
            <w:shd w:fill="FFFFFF"/>
            <w:tcMar>
              <w:top w:w="45" w:type="dxa"/>
              <w:bottom w:w="45" w:type="dxa"/>
              <w:left w:w="30" w:type="dxa"/>
              <w:right w:w="30" w:type="dxa"/>
            </w:tcMar>
          </w:tcPr>
          <w:p>
            <w:pPr>
              <w:jc w:val="right"/>
            </w:pPr>
            <w:r>
              <w:rPr>
                <w:sz w:val="16"/>
              </w:rPr>
              <w:t>10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130</w:t>
            </w:r>
          </w:p>
        </w:tc>
        <w:tc>
          <w:tcPr>
            <w:tcW w:type="dxa" w:w="936"/>
            <w:shd w:fill="F9FBFB"/>
            <w:tcMar>
              <w:top w:w="45" w:type="dxa"/>
              <w:bottom w:w="45" w:type="dxa"/>
              <w:left w:w="30" w:type="dxa"/>
              <w:right w:w="30" w:type="dxa"/>
            </w:tcMar>
          </w:tcPr>
          <w:p>
            <w:pPr>
              <w:jc w:val="left"/>
            </w:pPr>
            <w:r>
              <w:rPr>
                <w:sz w:val="16"/>
              </w:rPr>
              <w:t>KH0796</w:t>
            </w:r>
          </w:p>
        </w:tc>
        <w:tc>
          <w:tcPr>
            <w:tcW w:type="dxa" w:w="2880"/>
            <w:shd w:fill="F9FBFB"/>
            <w:tcMar>
              <w:top w:w="45" w:type="dxa"/>
              <w:bottom w:w="45" w:type="dxa"/>
              <w:left w:w="30" w:type="dxa"/>
              <w:right w:w="30" w:type="dxa"/>
            </w:tcMar>
          </w:tcPr>
          <w:p>
            <w:pPr>
              <w:jc w:val="left"/>
            </w:pPr>
            <w:r>
              <w:rPr>
                <w:sz w:val="16"/>
              </w:rPr>
              <w:t>CÔNG TY CỔ PHẦN CHẾ BIẾN HÀNG XUẤT KHẨU ĐỒNG NAI</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12</w:t>
            </w:r>
          </w:p>
        </w:tc>
        <w:tc>
          <w:tcPr>
            <w:tcW w:type="dxa" w:w="1060"/>
            <w:shd w:fill="F9FBFB"/>
            <w:tcMar>
              <w:top w:w="45" w:type="dxa"/>
              <w:bottom w:w="45" w:type="dxa"/>
              <w:left w:w="30" w:type="dxa"/>
              <w:right w:w="30" w:type="dxa"/>
            </w:tcMar>
          </w:tcPr>
          <w:p>
            <w:pPr>
              <w:jc w:val="right"/>
            </w:pPr>
            <w:r>
              <w:rPr>
                <w:sz w:val="16"/>
              </w:rPr>
              <w:t>9</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6</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-6</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131</w:t>
            </w:r>
          </w:p>
        </w:tc>
        <w:tc>
          <w:tcPr>
            <w:tcW w:type="dxa" w:w="936"/>
            <w:shd w:fill="FFFFFF"/>
            <w:tcMar>
              <w:top w:w="45" w:type="dxa"/>
              <w:bottom w:w="45" w:type="dxa"/>
              <w:left w:w="30" w:type="dxa"/>
              <w:right w:w="30" w:type="dxa"/>
            </w:tcMar>
          </w:tcPr>
          <w:p>
            <w:pPr>
              <w:jc w:val="left"/>
            </w:pPr>
            <w:r>
              <w:rPr>
                <w:sz w:val="16"/>
              </w:rPr>
              <w:t>KH2168</w:t>
            </w:r>
          </w:p>
        </w:tc>
        <w:tc>
          <w:tcPr>
            <w:tcW w:type="dxa" w:w="2880"/>
            <w:shd w:fill="FFFFFF"/>
            <w:tcMar>
              <w:top w:w="45" w:type="dxa"/>
              <w:bottom w:w="45" w:type="dxa"/>
              <w:left w:w="30" w:type="dxa"/>
              <w:right w:w="30" w:type="dxa"/>
            </w:tcMar>
          </w:tcPr>
          <w:p>
            <w:pPr>
              <w:jc w:val="left"/>
            </w:pPr>
            <w:r>
              <w:rPr>
                <w:sz w:val="16"/>
              </w:rPr>
              <w:t>CÔNG TY TNHH RAYTEN VIỆT NAM</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21</w:t>
            </w:r>
          </w:p>
        </w:tc>
        <w:tc>
          <w:tcPr>
            <w:tcW w:type="dxa" w:w="1060"/>
            <w:shd w:fill="FFFFFF"/>
            <w:tcMar>
              <w:top w:w="45" w:type="dxa"/>
              <w:bottom w:w="45" w:type="dxa"/>
              <w:left w:w="30" w:type="dxa"/>
              <w:right w:w="30" w:type="dxa"/>
            </w:tcMar>
          </w:tcPr>
          <w:p>
            <w:pPr>
              <w:jc w:val="right"/>
            </w:pPr>
            <w:r>
              <w:rPr>
                <w:sz w:val="16"/>
              </w:rPr>
              <w:t>7</w:t>
            </w:r>
          </w:p>
        </w:tc>
        <w:tc>
          <w:tcPr>
            <w:tcW w:type="dxa" w:w="1060"/>
            <w:shd w:fill="FFFFFF"/>
            <w:tcMar>
              <w:top w:w="45" w:type="dxa"/>
              <w:bottom w:w="45" w:type="dxa"/>
              <w:left w:w="30" w:type="dxa"/>
              <w:right w:w="30" w:type="dxa"/>
            </w:tcMar>
          </w:tcPr>
          <w:p>
            <w:pPr>
              <w:jc w:val="right"/>
            </w:pPr>
            <w:r>
              <w:rPr>
                <w:sz w:val="16"/>
              </w:rPr>
              <w:t>3</w:t>
            </w:r>
          </w:p>
        </w:tc>
        <w:tc>
          <w:tcPr>
            <w:tcW w:type="dxa" w:w="1060"/>
            <w:shd w:fill="FFFFFF"/>
            <w:tcMar>
              <w:top w:w="45" w:type="dxa"/>
              <w:bottom w:w="45" w:type="dxa"/>
              <w:left w:w="30" w:type="dxa"/>
              <w:right w:w="30" w:type="dxa"/>
            </w:tcMar>
          </w:tcPr>
          <w:p>
            <w:pPr>
              <w:jc w:val="right"/>
            </w:pPr>
            <w:r>
              <w:rPr>
                <w:b/>
                <w:sz w:val="16"/>
              </w:rPr>
              <w:t>12</w:t>
            </w:r>
          </w:p>
        </w:tc>
        <w:tc>
          <w:tcPr>
            <w:tcW w:type="dxa" w:w="1224"/>
            <w:shd w:fill="FFFFFF"/>
            <w:tcMar>
              <w:top w:w="45" w:type="dxa"/>
              <w:bottom w:w="45" w:type="dxa"/>
              <w:left w:w="30" w:type="dxa"/>
              <w:right w:w="30" w:type="dxa"/>
            </w:tcMar>
          </w:tcPr>
          <w:p>
            <w:pPr>
              <w:jc w:val="right"/>
            </w:pPr>
            <w:r>
              <w:rPr>
                <w:color w:val="27AE60"/>
                <w:sz w:val="16"/>
              </w:rPr>
              <w:t>+9</w:t>
            </w:r>
          </w:p>
        </w:tc>
        <w:tc>
          <w:tcPr>
            <w:tcW w:type="dxa" w:w="1080"/>
            <w:shd w:fill="FFFFFF"/>
            <w:tcMar>
              <w:top w:w="45" w:type="dxa"/>
              <w:bottom w:w="45" w:type="dxa"/>
              <w:left w:w="30" w:type="dxa"/>
              <w:right w:w="30" w:type="dxa"/>
            </w:tcMar>
          </w:tcPr>
          <w:p>
            <w:pPr>
              <w:jc w:val="center"/>
            </w:pPr>
            <w:r>
              <w:rPr>
                <w:b/>
                <w:color w:val="27AE60"/>
                <w:sz w:val="16"/>
              </w:rPr>
              <w:t>+300.0%</w:t>
            </w:r>
          </w:p>
        </w:tc>
      </w:tr>
      <w:tr>
        <w:tc>
          <w:tcPr>
            <w:tcW w:type="dxa" w:w="504"/>
            <w:shd w:fill="F9FBFB"/>
            <w:tcMar>
              <w:top w:w="45" w:type="dxa"/>
              <w:bottom w:w="45" w:type="dxa"/>
              <w:left w:w="30" w:type="dxa"/>
              <w:right w:w="30" w:type="dxa"/>
            </w:tcMar>
          </w:tcPr>
          <w:p>
            <w:pPr>
              <w:jc w:val="center"/>
            </w:pPr>
            <w:r>
              <w:rPr>
                <w:sz w:val="16"/>
              </w:rPr>
              <w:t>132</w:t>
            </w:r>
          </w:p>
        </w:tc>
        <w:tc>
          <w:tcPr>
            <w:tcW w:type="dxa" w:w="936"/>
            <w:shd w:fill="F9FBFB"/>
            <w:tcMar>
              <w:top w:w="45" w:type="dxa"/>
              <w:bottom w:w="45" w:type="dxa"/>
              <w:left w:w="30" w:type="dxa"/>
              <w:right w:w="30" w:type="dxa"/>
            </w:tcMar>
          </w:tcPr>
          <w:p>
            <w:pPr>
              <w:jc w:val="left"/>
            </w:pPr>
            <w:r>
              <w:rPr>
                <w:sz w:val="16"/>
              </w:rPr>
              <w:t>KH0093</w:t>
            </w:r>
          </w:p>
        </w:tc>
        <w:tc>
          <w:tcPr>
            <w:tcW w:type="dxa" w:w="2880"/>
            <w:shd w:fill="F9FBFB"/>
            <w:tcMar>
              <w:top w:w="45" w:type="dxa"/>
              <w:bottom w:w="45" w:type="dxa"/>
              <w:left w:w="30" w:type="dxa"/>
              <w:right w:w="30" w:type="dxa"/>
            </w:tcMar>
          </w:tcPr>
          <w:p>
            <w:pPr>
              <w:jc w:val="left"/>
            </w:pPr>
            <w:r>
              <w:rPr>
                <w:sz w:val="16"/>
              </w:rPr>
              <w:t>CÔNG TY CỔ PHẦN RẠNG ĐÔNG</w:t>
            </w:r>
          </w:p>
        </w:tc>
        <w:tc>
          <w:tcPr>
            <w:tcW w:type="dxa" w:w="1060"/>
            <w:shd w:fill="F9FBFB"/>
            <w:tcMar>
              <w:top w:w="45" w:type="dxa"/>
              <w:bottom w:w="45" w:type="dxa"/>
              <w:left w:w="30" w:type="dxa"/>
              <w:right w:w="30" w:type="dxa"/>
            </w:tcMar>
          </w:tcPr>
          <w:p>
            <w:pPr>
              <w:jc w:val="right"/>
            </w:pPr>
            <w:r>
              <w:rPr>
                <w:sz w:val="16"/>
              </w:rPr>
              <w:t>1</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w:t>
            </w:r>
          </w:p>
        </w:tc>
        <w:tc>
          <w:tcPr>
            <w:tcW w:type="dxa" w:w="1060"/>
            <w:shd w:fill="F9FBFB"/>
            <w:tcMar>
              <w:top w:w="45" w:type="dxa"/>
              <w:bottom w:w="45" w:type="dxa"/>
              <w:left w:w="30" w:type="dxa"/>
              <w:right w:w="30" w:type="dxa"/>
            </w:tcMar>
          </w:tcPr>
          <w:p>
            <w:pPr>
              <w:jc w:val="right"/>
            </w:pPr>
            <w:r>
              <w:rPr>
                <w:sz w:val="16"/>
              </w:rPr>
              <w:t>37</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133</w:t>
            </w:r>
          </w:p>
        </w:tc>
        <w:tc>
          <w:tcPr>
            <w:tcW w:type="dxa" w:w="936"/>
            <w:shd w:fill="FFFFFF"/>
            <w:tcMar>
              <w:top w:w="45" w:type="dxa"/>
              <w:bottom w:w="45" w:type="dxa"/>
              <w:left w:w="30" w:type="dxa"/>
              <w:right w:w="30" w:type="dxa"/>
            </w:tcMar>
          </w:tcPr>
          <w:p>
            <w:pPr>
              <w:jc w:val="left"/>
            </w:pPr>
            <w:r>
              <w:rPr>
                <w:sz w:val="16"/>
              </w:rPr>
              <w:t>KH2066</w:t>
            </w:r>
          </w:p>
        </w:tc>
        <w:tc>
          <w:tcPr>
            <w:tcW w:type="dxa" w:w="2880"/>
            <w:shd w:fill="FFFFFF"/>
            <w:tcMar>
              <w:top w:w="45" w:type="dxa"/>
              <w:bottom w:w="45" w:type="dxa"/>
              <w:left w:w="30" w:type="dxa"/>
              <w:right w:w="30" w:type="dxa"/>
            </w:tcMar>
          </w:tcPr>
          <w:p>
            <w:pPr>
              <w:jc w:val="left"/>
            </w:pPr>
            <w:r>
              <w:rPr>
                <w:sz w:val="16"/>
              </w:rPr>
              <w:t>CÔNG TY TNHH LEGNOLUCE VIỆT NAM</w:t>
            </w:r>
          </w:p>
        </w:tc>
        <w:tc>
          <w:tcPr>
            <w:tcW w:type="dxa" w:w="1060"/>
            <w:shd w:fill="FFFFFF"/>
            <w:tcMar>
              <w:top w:w="45" w:type="dxa"/>
              <w:bottom w:w="45" w:type="dxa"/>
              <w:left w:w="30" w:type="dxa"/>
              <w:right w:w="30" w:type="dxa"/>
            </w:tcMar>
          </w:tcPr>
          <w:p>
            <w:pPr>
              <w:jc w:val="right"/>
            </w:pPr>
            <w:r>
              <w:rPr>
                <w:sz w:val="16"/>
              </w:rPr>
              <w:t>22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18</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134</w:t>
            </w:r>
          </w:p>
        </w:tc>
        <w:tc>
          <w:tcPr>
            <w:tcW w:type="dxa" w:w="936"/>
            <w:shd w:fill="F9FBFB"/>
            <w:tcMar>
              <w:top w:w="45" w:type="dxa"/>
              <w:bottom w:w="45" w:type="dxa"/>
              <w:left w:w="30" w:type="dxa"/>
              <w:right w:w="30" w:type="dxa"/>
            </w:tcMar>
          </w:tcPr>
          <w:p>
            <w:pPr>
              <w:jc w:val="left"/>
            </w:pPr>
            <w:r>
              <w:rPr>
                <w:sz w:val="16"/>
              </w:rPr>
              <w:t>KH2013</w:t>
            </w:r>
          </w:p>
        </w:tc>
        <w:tc>
          <w:tcPr>
            <w:tcW w:type="dxa" w:w="2880"/>
            <w:shd w:fill="F9FBFB"/>
            <w:tcMar>
              <w:top w:w="45" w:type="dxa"/>
              <w:bottom w:w="45" w:type="dxa"/>
              <w:left w:w="30" w:type="dxa"/>
              <w:right w:w="30" w:type="dxa"/>
            </w:tcMar>
          </w:tcPr>
          <w:p>
            <w:pPr>
              <w:jc w:val="left"/>
            </w:pPr>
            <w:r>
              <w:rPr>
                <w:sz w:val="16"/>
              </w:rPr>
              <w:t>CÔNG TY TRÁCH NHIỆM HỮU HẠN HỒNG NGỌC</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15</w:t>
            </w:r>
          </w:p>
        </w:tc>
        <w:tc>
          <w:tcPr>
            <w:tcW w:type="dxa" w:w="1060"/>
            <w:shd w:fill="F9FBFB"/>
            <w:tcMar>
              <w:top w:w="45" w:type="dxa"/>
              <w:bottom w:w="45" w:type="dxa"/>
              <w:left w:w="30" w:type="dxa"/>
              <w:right w:w="30" w:type="dxa"/>
            </w:tcMar>
          </w:tcPr>
          <w:p>
            <w:pPr>
              <w:jc w:val="right"/>
            </w:pPr>
            <w:r>
              <w:rPr>
                <w:sz w:val="16"/>
              </w:rPr>
              <w:t>12</w:t>
            </w:r>
          </w:p>
        </w:tc>
        <w:tc>
          <w:tcPr>
            <w:tcW w:type="dxa" w:w="1060"/>
            <w:shd w:fill="F9FBFB"/>
            <w:tcMar>
              <w:top w:w="45" w:type="dxa"/>
              <w:bottom w:w="45" w:type="dxa"/>
              <w:left w:w="30" w:type="dxa"/>
              <w:right w:w="30" w:type="dxa"/>
            </w:tcMar>
          </w:tcPr>
          <w:p>
            <w:pPr>
              <w:jc w:val="right"/>
            </w:pPr>
            <w:r>
              <w:rPr>
                <w:sz w:val="16"/>
              </w:rPr>
              <w:t>12</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135</w:t>
            </w:r>
          </w:p>
        </w:tc>
        <w:tc>
          <w:tcPr>
            <w:tcW w:type="dxa" w:w="936"/>
            <w:shd w:fill="FFFFFF"/>
            <w:tcMar>
              <w:top w:w="45" w:type="dxa"/>
              <w:bottom w:w="45" w:type="dxa"/>
              <w:left w:w="30" w:type="dxa"/>
              <w:right w:w="30" w:type="dxa"/>
            </w:tcMar>
          </w:tcPr>
          <w:p>
            <w:pPr>
              <w:jc w:val="left"/>
            </w:pPr>
            <w:r>
              <w:rPr>
                <w:sz w:val="16"/>
              </w:rPr>
              <w:t>KH2159</w:t>
            </w:r>
          </w:p>
        </w:tc>
        <w:tc>
          <w:tcPr>
            <w:tcW w:type="dxa" w:w="2880"/>
            <w:shd w:fill="FFFFFF"/>
            <w:tcMar>
              <w:top w:w="45" w:type="dxa"/>
              <w:bottom w:w="45" w:type="dxa"/>
              <w:left w:w="30" w:type="dxa"/>
              <w:right w:w="30" w:type="dxa"/>
            </w:tcMar>
          </w:tcPr>
          <w:p>
            <w:pPr>
              <w:jc w:val="left"/>
            </w:pPr>
            <w:r>
              <w:rPr>
                <w:sz w:val="16"/>
              </w:rPr>
              <w:t>CÔNG TY TNHH GOOD OLD BOYS WOOD</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15</w:t>
            </w:r>
          </w:p>
        </w:tc>
        <w:tc>
          <w:tcPr>
            <w:tcW w:type="dxa" w:w="1060"/>
            <w:shd w:fill="FFFFFF"/>
            <w:tcMar>
              <w:top w:w="45" w:type="dxa"/>
              <w:bottom w:w="45" w:type="dxa"/>
              <w:left w:w="30" w:type="dxa"/>
              <w:right w:w="30" w:type="dxa"/>
            </w:tcMar>
          </w:tcPr>
          <w:p>
            <w:pPr>
              <w:jc w:val="right"/>
            </w:pPr>
            <w:r>
              <w:rPr>
                <w:sz w:val="16"/>
              </w:rPr>
              <w:t>22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136</w:t>
            </w:r>
          </w:p>
        </w:tc>
        <w:tc>
          <w:tcPr>
            <w:tcW w:type="dxa" w:w="936"/>
            <w:shd w:fill="F9FBFB"/>
            <w:tcMar>
              <w:top w:w="45" w:type="dxa"/>
              <w:bottom w:w="45" w:type="dxa"/>
              <w:left w:w="30" w:type="dxa"/>
              <w:right w:w="30" w:type="dxa"/>
            </w:tcMar>
          </w:tcPr>
          <w:p>
            <w:pPr>
              <w:jc w:val="left"/>
            </w:pPr>
            <w:r>
              <w:rPr>
                <w:sz w:val="16"/>
              </w:rPr>
              <w:t>KH0418</w:t>
            </w:r>
          </w:p>
        </w:tc>
        <w:tc>
          <w:tcPr>
            <w:tcW w:type="dxa" w:w="2880"/>
            <w:shd w:fill="F9FBFB"/>
            <w:tcMar>
              <w:top w:w="45" w:type="dxa"/>
              <w:bottom w:w="45" w:type="dxa"/>
              <w:left w:w="30" w:type="dxa"/>
              <w:right w:w="30" w:type="dxa"/>
            </w:tcMar>
          </w:tcPr>
          <w:p>
            <w:pPr>
              <w:jc w:val="left"/>
            </w:pPr>
            <w:r>
              <w:rPr>
                <w:sz w:val="16"/>
              </w:rPr>
              <w:t>CÔNG TY TNHH NGÔ HƯNG</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23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14</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137</w:t>
            </w:r>
          </w:p>
        </w:tc>
        <w:tc>
          <w:tcPr>
            <w:tcW w:type="dxa" w:w="936"/>
            <w:shd w:fill="FFFFFF"/>
            <w:tcMar>
              <w:top w:w="45" w:type="dxa"/>
              <w:bottom w:w="45" w:type="dxa"/>
              <w:left w:w="30" w:type="dxa"/>
              <w:right w:w="30" w:type="dxa"/>
            </w:tcMar>
          </w:tcPr>
          <w:p>
            <w:pPr>
              <w:jc w:val="left"/>
            </w:pPr>
            <w:r>
              <w:rPr>
                <w:sz w:val="16"/>
              </w:rPr>
              <w:t>KH1782</w:t>
            </w:r>
          </w:p>
        </w:tc>
        <w:tc>
          <w:tcPr>
            <w:tcW w:type="dxa" w:w="2880"/>
            <w:shd w:fill="FFFFFF"/>
            <w:tcMar>
              <w:top w:w="45" w:type="dxa"/>
              <w:bottom w:w="45" w:type="dxa"/>
              <w:left w:w="30" w:type="dxa"/>
              <w:right w:w="30" w:type="dxa"/>
            </w:tcMar>
          </w:tcPr>
          <w:p>
            <w:pPr>
              <w:jc w:val="left"/>
            </w:pPr>
            <w:r>
              <w:rPr>
                <w:sz w:val="16"/>
              </w:rPr>
              <w:t>CÔNG TY TNHH DUY CƯỜNG ĐÀ LẠT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18</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138</w:t>
            </w:r>
          </w:p>
        </w:tc>
        <w:tc>
          <w:tcPr>
            <w:tcW w:type="dxa" w:w="936"/>
            <w:shd w:fill="F9FBFB"/>
            <w:tcMar>
              <w:top w:w="45" w:type="dxa"/>
              <w:bottom w:w="45" w:type="dxa"/>
              <w:left w:w="30" w:type="dxa"/>
              <w:right w:w="30" w:type="dxa"/>
            </w:tcMar>
          </w:tcPr>
          <w:p>
            <w:pPr>
              <w:jc w:val="left"/>
            </w:pPr>
            <w:r>
              <w:rPr>
                <w:sz w:val="16"/>
              </w:rPr>
              <w:t>KH2167</w:t>
            </w:r>
          </w:p>
        </w:tc>
        <w:tc>
          <w:tcPr>
            <w:tcW w:type="dxa" w:w="2880"/>
            <w:shd w:fill="F9FBFB"/>
            <w:tcMar>
              <w:top w:w="45" w:type="dxa"/>
              <w:bottom w:w="45" w:type="dxa"/>
              <w:left w:w="30" w:type="dxa"/>
              <w:right w:w="30" w:type="dxa"/>
            </w:tcMar>
          </w:tcPr>
          <w:p>
            <w:pPr>
              <w:jc w:val="left"/>
            </w:pPr>
            <w:r>
              <w:rPr>
                <w:sz w:val="16"/>
              </w:rPr>
              <w:t>CÔNG TY TNHH LQ INTERNATIONAL</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4</w:t>
            </w:r>
          </w:p>
        </w:tc>
        <w:tc>
          <w:tcPr>
            <w:tcW w:type="dxa" w:w="1060"/>
            <w:shd w:fill="F9FBFB"/>
            <w:tcMar>
              <w:top w:w="45" w:type="dxa"/>
              <w:bottom w:w="45" w:type="dxa"/>
              <w:left w:w="30" w:type="dxa"/>
              <w:right w:w="30" w:type="dxa"/>
            </w:tcMar>
          </w:tcPr>
          <w:p>
            <w:pPr>
              <w:jc w:val="right"/>
            </w:pPr>
            <w:r>
              <w:rPr>
                <w:sz w:val="16"/>
              </w:rPr>
              <w:t>4</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7</w:t>
            </w:r>
          </w:p>
        </w:tc>
        <w:tc>
          <w:tcPr>
            <w:tcW w:type="dxa" w:w="1060"/>
            <w:shd w:fill="F9FBFB"/>
            <w:tcMar>
              <w:top w:w="45" w:type="dxa"/>
              <w:bottom w:w="45" w:type="dxa"/>
              <w:left w:w="30" w:type="dxa"/>
              <w:right w:w="30" w:type="dxa"/>
            </w:tcMar>
          </w:tcPr>
          <w:p>
            <w:pPr>
              <w:jc w:val="right"/>
            </w:pPr>
            <w:r>
              <w:rPr>
                <w:sz w:val="16"/>
              </w:rPr>
              <w:t>4</w:t>
            </w:r>
          </w:p>
        </w:tc>
        <w:tc>
          <w:tcPr>
            <w:tcW w:type="dxa" w:w="1060"/>
            <w:shd w:fill="F9FBFB"/>
            <w:tcMar>
              <w:top w:w="45" w:type="dxa"/>
              <w:bottom w:w="45" w:type="dxa"/>
              <w:left w:w="30" w:type="dxa"/>
              <w:right w:w="30" w:type="dxa"/>
            </w:tcMar>
          </w:tcPr>
          <w:p>
            <w:pPr>
              <w:jc w:val="right"/>
            </w:pPr>
            <w:r>
              <w:rPr>
                <w:b/>
                <w:sz w:val="16"/>
              </w:rPr>
              <w:t>5</w:t>
            </w:r>
          </w:p>
        </w:tc>
        <w:tc>
          <w:tcPr>
            <w:tcW w:type="dxa" w:w="1224"/>
            <w:shd w:fill="F9FBFB"/>
            <w:tcMar>
              <w:top w:w="45" w:type="dxa"/>
              <w:bottom w:w="45" w:type="dxa"/>
              <w:left w:w="30" w:type="dxa"/>
              <w:right w:w="30" w:type="dxa"/>
            </w:tcMar>
          </w:tcPr>
          <w:p>
            <w:pPr>
              <w:jc w:val="right"/>
            </w:pPr>
            <w:r>
              <w:rPr>
                <w:color w:val="27AE60"/>
                <w:sz w:val="16"/>
              </w:rPr>
              <w:t>+1</w:t>
            </w:r>
          </w:p>
        </w:tc>
        <w:tc>
          <w:tcPr>
            <w:tcW w:type="dxa" w:w="1080"/>
            <w:shd w:fill="F9FBFB"/>
            <w:tcMar>
              <w:top w:w="45" w:type="dxa"/>
              <w:bottom w:w="45" w:type="dxa"/>
              <w:left w:w="30" w:type="dxa"/>
              <w:right w:w="30" w:type="dxa"/>
            </w:tcMar>
          </w:tcPr>
          <w:p>
            <w:pPr>
              <w:jc w:val="center"/>
            </w:pPr>
            <w:r>
              <w:rPr>
                <w:b/>
                <w:color w:val="27AE60"/>
                <w:sz w:val="16"/>
              </w:rPr>
              <w:t>+25.0%</w:t>
            </w:r>
          </w:p>
        </w:tc>
      </w:tr>
      <w:tr>
        <w:tc>
          <w:tcPr>
            <w:tcW w:type="dxa" w:w="504"/>
            <w:shd w:fill="FFFFFF"/>
            <w:tcMar>
              <w:top w:w="45" w:type="dxa"/>
              <w:bottom w:w="45" w:type="dxa"/>
              <w:left w:w="30" w:type="dxa"/>
              <w:right w:w="30" w:type="dxa"/>
            </w:tcMar>
          </w:tcPr>
          <w:p>
            <w:pPr>
              <w:jc w:val="center"/>
            </w:pPr>
            <w:r>
              <w:rPr>
                <w:sz w:val="16"/>
              </w:rPr>
              <w:t>139</w:t>
            </w:r>
          </w:p>
        </w:tc>
        <w:tc>
          <w:tcPr>
            <w:tcW w:type="dxa" w:w="936"/>
            <w:shd w:fill="FFFFFF"/>
            <w:tcMar>
              <w:top w:w="45" w:type="dxa"/>
              <w:bottom w:w="45" w:type="dxa"/>
              <w:left w:w="30" w:type="dxa"/>
              <w:right w:w="30" w:type="dxa"/>
            </w:tcMar>
          </w:tcPr>
          <w:p>
            <w:pPr>
              <w:jc w:val="left"/>
            </w:pPr>
            <w:r>
              <w:rPr>
                <w:sz w:val="16"/>
              </w:rPr>
              <w:t>KH1164</w:t>
            </w:r>
          </w:p>
        </w:tc>
        <w:tc>
          <w:tcPr>
            <w:tcW w:type="dxa" w:w="2880"/>
            <w:shd w:fill="FFFFFF"/>
            <w:tcMar>
              <w:top w:w="45" w:type="dxa"/>
              <w:bottom w:w="45" w:type="dxa"/>
              <w:left w:w="30" w:type="dxa"/>
              <w:right w:w="30" w:type="dxa"/>
            </w:tcMar>
          </w:tcPr>
          <w:p>
            <w:pPr>
              <w:jc w:val="left"/>
            </w:pPr>
            <w:r>
              <w:rPr>
                <w:sz w:val="16"/>
              </w:rPr>
              <w:t>CÔNG TY TNHH ĐỒNG SƠN</w:t>
            </w:r>
          </w:p>
        </w:tc>
        <w:tc>
          <w:tcPr>
            <w:tcW w:type="dxa" w:w="1060"/>
            <w:shd w:fill="FFFFFF"/>
            <w:tcMar>
              <w:top w:w="45" w:type="dxa"/>
              <w:bottom w:w="45" w:type="dxa"/>
              <w:left w:w="30" w:type="dxa"/>
              <w:right w:w="30" w:type="dxa"/>
            </w:tcMar>
          </w:tcPr>
          <w:p>
            <w:pPr>
              <w:jc w:val="right"/>
            </w:pPr>
            <w:r>
              <w:rPr>
                <w:sz w:val="16"/>
              </w:rPr>
              <w:t>21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140</w:t>
            </w:r>
          </w:p>
        </w:tc>
        <w:tc>
          <w:tcPr>
            <w:tcW w:type="dxa" w:w="936"/>
            <w:shd w:fill="F9FBFB"/>
            <w:tcMar>
              <w:top w:w="45" w:type="dxa"/>
              <w:bottom w:w="45" w:type="dxa"/>
              <w:left w:w="30" w:type="dxa"/>
              <w:right w:w="30" w:type="dxa"/>
            </w:tcMar>
          </w:tcPr>
          <w:p>
            <w:pPr>
              <w:jc w:val="left"/>
            </w:pPr>
            <w:r>
              <w:rPr>
                <w:sz w:val="16"/>
              </w:rPr>
              <w:t>KH1875</w:t>
            </w:r>
          </w:p>
        </w:tc>
        <w:tc>
          <w:tcPr>
            <w:tcW w:type="dxa" w:w="2880"/>
            <w:shd w:fill="F9FBFB"/>
            <w:tcMar>
              <w:top w:w="45" w:type="dxa"/>
              <w:bottom w:w="45" w:type="dxa"/>
              <w:left w:w="30" w:type="dxa"/>
              <w:right w:w="30" w:type="dxa"/>
            </w:tcMar>
          </w:tcPr>
          <w:p>
            <w:pPr>
              <w:jc w:val="left"/>
            </w:pPr>
            <w:r>
              <w:rPr>
                <w:sz w:val="16"/>
              </w:rPr>
              <w:t>CÔNG TY CP SÀN GỖ VIỆT ÚC</w:t>
            </w:r>
          </w:p>
        </w:tc>
        <w:tc>
          <w:tcPr>
            <w:tcW w:type="dxa" w:w="1060"/>
            <w:shd w:fill="F9FBFB"/>
            <w:tcMar>
              <w:top w:w="45" w:type="dxa"/>
              <w:bottom w:w="45" w:type="dxa"/>
              <w:left w:w="30" w:type="dxa"/>
              <w:right w:w="30" w:type="dxa"/>
            </w:tcMar>
          </w:tcPr>
          <w:p>
            <w:pPr>
              <w:jc w:val="right"/>
            </w:pPr>
            <w:r>
              <w:rPr>
                <w:sz w:val="16"/>
              </w:rPr>
              <w:t>8</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9</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11</w:t>
            </w:r>
          </w:p>
        </w:tc>
        <w:tc>
          <w:tcPr>
            <w:tcW w:type="dxa" w:w="1224"/>
            <w:shd w:fill="F9FBFB"/>
            <w:tcMar>
              <w:top w:w="45" w:type="dxa"/>
              <w:bottom w:w="45" w:type="dxa"/>
              <w:left w:w="30" w:type="dxa"/>
              <w:right w:w="30" w:type="dxa"/>
            </w:tcMar>
          </w:tcPr>
          <w:p>
            <w:pPr>
              <w:jc w:val="right"/>
            </w:pPr>
            <w:r>
              <w:rPr>
                <w:color w:val="27AE60"/>
                <w:sz w:val="16"/>
              </w:rPr>
              <w:t>+11</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141</w:t>
            </w:r>
          </w:p>
        </w:tc>
        <w:tc>
          <w:tcPr>
            <w:tcW w:type="dxa" w:w="936"/>
            <w:shd w:fill="FFFFFF"/>
            <w:tcMar>
              <w:top w:w="45" w:type="dxa"/>
              <w:bottom w:w="45" w:type="dxa"/>
              <w:left w:w="30" w:type="dxa"/>
              <w:right w:w="30" w:type="dxa"/>
            </w:tcMar>
          </w:tcPr>
          <w:p>
            <w:pPr>
              <w:jc w:val="left"/>
            </w:pPr>
            <w:r>
              <w:rPr>
                <w:sz w:val="16"/>
              </w:rPr>
              <w:t>KH2204</w:t>
            </w:r>
          </w:p>
        </w:tc>
        <w:tc>
          <w:tcPr>
            <w:tcW w:type="dxa" w:w="2880"/>
            <w:shd w:fill="FFFFFF"/>
            <w:tcMar>
              <w:top w:w="45" w:type="dxa"/>
              <w:bottom w:w="45" w:type="dxa"/>
              <w:left w:w="30" w:type="dxa"/>
              <w:right w:w="30" w:type="dxa"/>
            </w:tcMar>
          </w:tcPr>
          <w:p>
            <w:pPr>
              <w:jc w:val="left"/>
            </w:pPr>
            <w:r>
              <w:rPr>
                <w:sz w:val="16"/>
              </w:rPr>
              <w:t>CÔNG TY CỔ PHẦN VẬT LIỆU CÔNG NGHỆ SÁNG TẠO</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25</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142</w:t>
            </w:r>
          </w:p>
        </w:tc>
        <w:tc>
          <w:tcPr>
            <w:tcW w:type="dxa" w:w="936"/>
            <w:shd w:fill="F9FBFB"/>
            <w:tcMar>
              <w:top w:w="45" w:type="dxa"/>
              <w:bottom w:w="45" w:type="dxa"/>
              <w:left w:w="30" w:type="dxa"/>
              <w:right w:w="30" w:type="dxa"/>
            </w:tcMar>
          </w:tcPr>
          <w:p>
            <w:pPr>
              <w:jc w:val="left"/>
            </w:pPr>
            <w:r>
              <w:rPr>
                <w:sz w:val="16"/>
              </w:rPr>
              <w:t>KH1791</w:t>
            </w:r>
          </w:p>
        </w:tc>
        <w:tc>
          <w:tcPr>
            <w:tcW w:type="dxa" w:w="2880"/>
            <w:shd w:fill="F9FBFB"/>
            <w:tcMar>
              <w:top w:w="45" w:type="dxa"/>
              <w:bottom w:w="45" w:type="dxa"/>
              <w:left w:w="30" w:type="dxa"/>
              <w:right w:w="30" w:type="dxa"/>
            </w:tcMar>
          </w:tcPr>
          <w:p>
            <w:pPr>
              <w:jc w:val="left"/>
            </w:pPr>
            <w:r>
              <w:rPr>
                <w:sz w:val="16"/>
              </w:rPr>
              <w:t>CÔNG TY TNHH SEA LINKS CITY</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19</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143</w:t>
            </w:r>
          </w:p>
        </w:tc>
        <w:tc>
          <w:tcPr>
            <w:tcW w:type="dxa" w:w="936"/>
            <w:shd w:fill="FFFFFF"/>
            <w:tcMar>
              <w:top w:w="45" w:type="dxa"/>
              <w:bottom w:w="45" w:type="dxa"/>
              <w:left w:w="30" w:type="dxa"/>
              <w:right w:w="30" w:type="dxa"/>
            </w:tcMar>
          </w:tcPr>
          <w:p>
            <w:pPr>
              <w:jc w:val="left"/>
            </w:pPr>
            <w:r>
              <w:rPr>
                <w:sz w:val="16"/>
              </w:rPr>
              <w:t>KH0512</w:t>
            </w:r>
          </w:p>
        </w:tc>
        <w:tc>
          <w:tcPr>
            <w:tcW w:type="dxa" w:w="2880"/>
            <w:shd w:fill="FFFFFF"/>
            <w:tcMar>
              <w:top w:w="45" w:type="dxa"/>
              <w:bottom w:w="45" w:type="dxa"/>
              <w:left w:w="30" w:type="dxa"/>
              <w:right w:w="30" w:type="dxa"/>
            </w:tcMar>
          </w:tcPr>
          <w:p>
            <w:pPr>
              <w:jc w:val="left"/>
            </w:pPr>
            <w:r>
              <w:rPr>
                <w:sz w:val="16"/>
              </w:rPr>
              <w:t>CÔNG TY TNHH SX &amp; TM SAO VÀNG</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3</w:t>
            </w:r>
          </w:p>
        </w:tc>
        <w:tc>
          <w:tcPr>
            <w:tcW w:type="dxa" w:w="1060"/>
            <w:shd w:fill="FFFFFF"/>
            <w:tcMar>
              <w:top w:w="45" w:type="dxa"/>
              <w:bottom w:w="45" w:type="dxa"/>
              <w:left w:w="30" w:type="dxa"/>
              <w:right w:w="30" w:type="dxa"/>
            </w:tcMar>
          </w:tcPr>
          <w:p>
            <w:pPr>
              <w:jc w:val="right"/>
            </w:pPr>
            <w:r>
              <w:rPr>
                <w:sz w:val="16"/>
              </w:rPr>
              <w:t>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14</w:t>
            </w:r>
          </w:p>
        </w:tc>
        <w:tc>
          <w:tcPr>
            <w:tcW w:type="dxa" w:w="1224"/>
            <w:shd w:fill="FFFFFF"/>
            <w:tcMar>
              <w:top w:w="45" w:type="dxa"/>
              <w:bottom w:w="45" w:type="dxa"/>
              <w:left w:w="30" w:type="dxa"/>
              <w:right w:w="30" w:type="dxa"/>
            </w:tcMar>
          </w:tcPr>
          <w:p>
            <w:pPr>
              <w:jc w:val="right"/>
            </w:pPr>
            <w:r>
              <w:rPr>
                <w:color w:val="27AE60"/>
                <w:sz w:val="16"/>
              </w:rPr>
              <w:t>+14</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144</w:t>
            </w:r>
          </w:p>
        </w:tc>
        <w:tc>
          <w:tcPr>
            <w:tcW w:type="dxa" w:w="936"/>
            <w:shd w:fill="F9FBFB"/>
            <w:tcMar>
              <w:top w:w="45" w:type="dxa"/>
              <w:bottom w:w="45" w:type="dxa"/>
              <w:left w:w="30" w:type="dxa"/>
              <w:right w:w="30" w:type="dxa"/>
            </w:tcMar>
          </w:tcPr>
          <w:p>
            <w:pPr>
              <w:jc w:val="left"/>
            </w:pPr>
            <w:r>
              <w:rPr>
                <w:sz w:val="16"/>
              </w:rPr>
              <w:t>KH2211</w:t>
            </w:r>
          </w:p>
        </w:tc>
        <w:tc>
          <w:tcPr>
            <w:tcW w:type="dxa" w:w="2880"/>
            <w:shd w:fill="F9FBFB"/>
            <w:tcMar>
              <w:top w:w="45" w:type="dxa"/>
              <w:bottom w:w="45" w:type="dxa"/>
              <w:left w:w="30" w:type="dxa"/>
              <w:right w:w="30" w:type="dxa"/>
            </w:tcMar>
          </w:tcPr>
          <w:p>
            <w:pPr>
              <w:jc w:val="left"/>
            </w:pPr>
            <w:r>
              <w:rPr>
                <w:sz w:val="16"/>
              </w:rPr>
              <w:t>CÔNG TY TNHH TH HOÀNG KIM</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4</w:t>
            </w:r>
          </w:p>
        </w:tc>
        <w:tc>
          <w:tcPr>
            <w:tcW w:type="dxa" w:w="1060"/>
            <w:shd w:fill="F9FBFB"/>
            <w:tcMar>
              <w:top w:w="45" w:type="dxa"/>
              <w:bottom w:w="45" w:type="dxa"/>
              <w:left w:w="30" w:type="dxa"/>
              <w:right w:w="30" w:type="dxa"/>
            </w:tcMar>
          </w:tcPr>
          <w:p>
            <w:pPr>
              <w:jc w:val="right"/>
            </w:pPr>
            <w:r>
              <w:rPr>
                <w:b/>
                <w:sz w:val="16"/>
              </w:rPr>
              <w:t>19</w:t>
            </w:r>
          </w:p>
        </w:tc>
        <w:tc>
          <w:tcPr>
            <w:tcW w:type="dxa" w:w="1224"/>
            <w:shd w:fill="F9FBFB"/>
            <w:tcMar>
              <w:top w:w="45" w:type="dxa"/>
              <w:bottom w:w="45" w:type="dxa"/>
              <w:left w:w="30" w:type="dxa"/>
              <w:right w:w="30" w:type="dxa"/>
            </w:tcMar>
          </w:tcPr>
          <w:p>
            <w:pPr>
              <w:jc w:val="right"/>
            </w:pPr>
            <w:r>
              <w:rPr>
                <w:color w:val="27AE60"/>
                <w:sz w:val="16"/>
              </w:rPr>
              <w:t>+15</w:t>
            </w:r>
          </w:p>
        </w:tc>
        <w:tc>
          <w:tcPr>
            <w:tcW w:type="dxa" w:w="1080"/>
            <w:shd w:fill="F9FBFB"/>
            <w:tcMar>
              <w:top w:w="45" w:type="dxa"/>
              <w:bottom w:w="45" w:type="dxa"/>
              <w:left w:w="30" w:type="dxa"/>
              <w:right w:w="30" w:type="dxa"/>
            </w:tcMar>
          </w:tcPr>
          <w:p>
            <w:pPr>
              <w:jc w:val="center"/>
            </w:pPr>
            <w:r>
              <w:rPr>
                <w:b/>
                <w:color w:val="27AE60"/>
                <w:sz w:val="16"/>
              </w:rPr>
              <w:t>+375.0%</w:t>
            </w:r>
          </w:p>
        </w:tc>
      </w:tr>
      <w:tr>
        <w:tc>
          <w:tcPr>
            <w:tcW w:type="dxa" w:w="504"/>
            <w:shd w:fill="FFFFFF"/>
            <w:tcMar>
              <w:top w:w="45" w:type="dxa"/>
              <w:bottom w:w="45" w:type="dxa"/>
              <w:left w:w="30" w:type="dxa"/>
              <w:right w:w="30" w:type="dxa"/>
            </w:tcMar>
          </w:tcPr>
          <w:p>
            <w:pPr>
              <w:jc w:val="center"/>
            </w:pPr>
            <w:r>
              <w:rPr>
                <w:sz w:val="16"/>
              </w:rPr>
              <w:t>145</w:t>
            </w:r>
          </w:p>
        </w:tc>
        <w:tc>
          <w:tcPr>
            <w:tcW w:type="dxa" w:w="936"/>
            <w:shd w:fill="FFFFFF"/>
            <w:tcMar>
              <w:top w:w="45" w:type="dxa"/>
              <w:bottom w:w="45" w:type="dxa"/>
              <w:left w:w="30" w:type="dxa"/>
              <w:right w:w="30" w:type="dxa"/>
            </w:tcMar>
          </w:tcPr>
          <w:p>
            <w:pPr>
              <w:jc w:val="left"/>
            </w:pPr>
            <w:r>
              <w:rPr>
                <w:sz w:val="16"/>
              </w:rPr>
              <w:t>KH2191</w:t>
            </w:r>
          </w:p>
        </w:tc>
        <w:tc>
          <w:tcPr>
            <w:tcW w:type="dxa" w:w="2880"/>
            <w:shd w:fill="FFFFFF"/>
            <w:tcMar>
              <w:top w:w="45" w:type="dxa"/>
              <w:bottom w:w="45" w:type="dxa"/>
              <w:left w:w="30" w:type="dxa"/>
              <w:right w:w="30" w:type="dxa"/>
            </w:tcMar>
          </w:tcPr>
          <w:p>
            <w:pPr>
              <w:jc w:val="left"/>
            </w:pPr>
            <w:r>
              <w:rPr>
                <w:sz w:val="16"/>
              </w:rPr>
              <w:t>CÔNG TY TNHH GARDENLINE INTERNATIONAL (VN)</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8</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12</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146</w:t>
            </w:r>
          </w:p>
        </w:tc>
        <w:tc>
          <w:tcPr>
            <w:tcW w:type="dxa" w:w="936"/>
            <w:shd w:fill="F9FBFB"/>
            <w:tcMar>
              <w:top w:w="45" w:type="dxa"/>
              <w:bottom w:w="45" w:type="dxa"/>
              <w:left w:w="30" w:type="dxa"/>
              <w:right w:w="30" w:type="dxa"/>
            </w:tcMar>
          </w:tcPr>
          <w:p>
            <w:pPr>
              <w:jc w:val="left"/>
            </w:pPr>
            <w:r>
              <w:rPr>
                <w:sz w:val="16"/>
              </w:rPr>
              <w:t>KH0505</w:t>
            </w:r>
          </w:p>
        </w:tc>
        <w:tc>
          <w:tcPr>
            <w:tcW w:type="dxa" w:w="2880"/>
            <w:shd w:fill="F9FBFB"/>
            <w:tcMar>
              <w:top w:w="45" w:type="dxa"/>
              <w:bottom w:w="45" w:type="dxa"/>
              <w:left w:w="30" w:type="dxa"/>
              <w:right w:w="30" w:type="dxa"/>
            </w:tcMar>
          </w:tcPr>
          <w:p>
            <w:pPr>
              <w:jc w:val="left"/>
            </w:pPr>
            <w:r>
              <w:rPr>
                <w:sz w:val="16"/>
              </w:rPr>
              <w:t>CÔNG TY TNHH SHIRAI VIỆT NAM</w:t>
            </w:r>
          </w:p>
        </w:tc>
        <w:tc>
          <w:tcPr>
            <w:tcW w:type="dxa" w:w="1060"/>
            <w:shd w:fill="F9FBFB"/>
            <w:tcMar>
              <w:top w:w="45" w:type="dxa"/>
              <w:bottom w:w="45" w:type="dxa"/>
              <w:left w:w="30" w:type="dxa"/>
              <w:right w:w="30" w:type="dxa"/>
            </w:tcMar>
          </w:tcPr>
          <w:p>
            <w:pPr>
              <w:jc w:val="right"/>
            </w:pPr>
            <w:r>
              <w:rPr>
                <w:sz w:val="16"/>
              </w:rPr>
              <w:t>1</w:t>
            </w:r>
          </w:p>
        </w:tc>
        <w:tc>
          <w:tcPr>
            <w:tcW w:type="dxa" w:w="1060"/>
            <w:shd w:fill="F9FBFB"/>
            <w:tcMar>
              <w:top w:w="45" w:type="dxa"/>
              <w:bottom w:w="45" w:type="dxa"/>
              <w:left w:w="30" w:type="dxa"/>
              <w:right w:w="30" w:type="dxa"/>
            </w:tcMar>
          </w:tcPr>
          <w:p>
            <w:pPr>
              <w:jc w:val="right"/>
            </w:pPr>
            <w:r>
              <w:rPr>
                <w:sz w:val="16"/>
              </w:rPr>
              <w:t>2</w:t>
            </w:r>
          </w:p>
        </w:tc>
        <w:tc>
          <w:tcPr>
            <w:tcW w:type="dxa" w:w="1060"/>
            <w:shd w:fill="F9FBFB"/>
            <w:tcMar>
              <w:top w:w="45" w:type="dxa"/>
              <w:bottom w:w="45" w:type="dxa"/>
              <w:left w:w="30" w:type="dxa"/>
              <w:right w:w="30" w:type="dxa"/>
            </w:tcMar>
          </w:tcPr>
          <w:p>
            <w:pPr>
              <w:jc w:val="right"/>
            </w:pPr>
            <w:r>
              <w:rPr>
                <w:sz w:val="16"/>
              </w:rPr>
              <w:t>2</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sz w:val="16"/>
              </w:rPr>
              <w:t>4</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b/>
                <w:sz w:val="16"/>
              </w:rPr>
              <w:t>3</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+0.0%</w:t>
            </w:r>
          </w:p>
        </w:tc>
      </w:tr>
      <w:tr>
        <w:tc>
          <w:tcPr>
            <w:tcW w:type="dxa" w:w="504"/>
            <w:shd w:fill="FFFFFF"/>
            <w:tcMar>
              <w:top w:w="45" w:type="dxa"/>
              <w:bottom w:w="45" w:type="dxa"/>
              <w:left w:w="30" w:type="dxa"/>
              <w:right w:w="30" w:type="dxa"/>
            </w:tcMar>
          </w:tcPr>
          <w:p>
            <w:pPr>
              <w:jc w:val="center"/>
            </w:pPr>
            <w:r>
              <w:rPr>
                <w:sz w:val="16"/>
              </w:rPr>
              <w:t>147</w:t>
            </w:r>
          </w:p>
        </w:tc>
        <w:tc>
          <w:tcPr>
            <w:tcW w:type="dxa" w:w="936"/>
            <w:shd w:fill="FFFFFF"/>
            <w:tcMar>
              <w:top w:w="45" w:type="dxa"/>
              <w:bottom w:w="45" w:type="dxa"/>
              <w:left w:w="30" w:type="dxa"/>
              <w:right w:w="30" w:type="dxa"/>
            </w:tcMar>
          </w:tcPr>
          <w:p>
            <w:pPr>
              <w:jc w:val="left"/>
            </w:pPr>
            <w:r>
              <w:rPr>
                <w:sz w:val="16"/>
              </w:rPr>
              <w:t>KH0617</w:t>
            </w:r>
          </w:p>
        </w:tc>
        <w:tc>
          <w:tcPr>
            <w:tcW w:type="dxa" w:w="2880"/>
            <w:shd w:fill="FFFFFF"/>
            <w:tcMar>
              <w:top w:w="45" w:type="dxa"/>
              <w:bottom w:w="45" w:type="dxa"/>
              <w:left w:w="30" w:type="dxa"/>
              <w:right w:w="30" w:type="dxa"/>
            </w:tcMar>
          </w:tcPr>
          <w:p>
            <w:pPr>
              <w:jc w:val="left"/>
            </w:pPr>
            <w:r>
              <w:rPr>
                <w:sz w:val="16"/>
              </w:rPr>
              <w:t>CÔNG TY TNHH THẾ GIỚI TRẺ EM</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10</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148</w:t>
            </w:r>
          </w:p>
        </w:tc>
        <w:tc>
          <w:tcPr>
            <w:tcW w:type="dxa" w:w="936"/>
            <w:shd w:fill="F9FBFB"/>
            <w:tcMar>
              <w:top w:w="45" w:type="dxa"/>
              <w:bottom w:w="45" w:type="dxa"/>
              <w:left w:w="30" w:type="dxa"/>
              <w:right w:w="30" w:type="dxa"/>
            </w:tcMar>
          </w:tcPr>
          <w:p>
            <w:pPr>
              <w:jc w:val="left"/>
            </w:pPr>
            <w:r>
              <w:rPr>
                <w:sz w:val="16"/>
              </w:rPr>
              <w:t>KH0128</w:t>
            </w:r>
          </w:p>
        </w:tc>
        <w:tc>
          <w:tcPr>
            <w:tcW w:type="dxa" w:w="2880"/>
            <w:shd w:fill="F9FBFB"/>
            <w:tcMar>
              <w:top w:w="45" w:type="dxa"/>
              <w:bottom w:w="45" w:type="dxa"/>
              <w:left w:w="30" w:type="dxa"/>
              <w:right w:w="30" w:type="dxa"/>
            </w:tcMar>
          </w:tcPr>
          <w:p>
            <w:pPr>
              <w:jc w:val="left"/>
            </w:pPr>
            <w:r>
              <w:rPr>
                <w:sz w:val="16"/>
              </w:rPr>
              <w:t>CÔNG TY CỔ PHẦN CHẾ BIẾN GỖ TRƯỜNG THÀNH</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19</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149</w:t>
            </w:r>
          </w:p>
        </w:tc>
        <w:tc>
          <w:tcPr>
            <w:tcW w:type="dxa" w:w="936"/>
            <w:shd w:fill="FFFFFF"/>
            <w:tcMar>
              <w:top w:w="45" w:type="dxa"/>
              <w:bottom w:w="45" w:type="dxa"/>
              <w:left w:w="30" w:type="dxa"/>
              <w:right w:w="30" w:type="dxa"/>
            </w:tcMar>
          </w:tcPr>
          <w:p>
            <w:pPr>
              <w:jc w:val="left"/>
            </w:pPr>
            <w:r>
              <w:rPr>
                <w:sz w:val="16"/>
              </w:rPr>
              <w:t>KH0668</w:t>
            </w:r>
          </w:p>
        </w:tc>
        <w:tc>
          <w:tcPr>
            <w:tcW w:type="dxa" w:w="2880"/>
            <w:shd w:fill="FFFFFF"/>
            <w:tcMar>
              <w:top w:w="45" w:type="dxa"/>
              <w:bottom w:w="45" w:type="dxa"/>
              <w:left w:w="30" w:type="dxa"/>
              <w:right w:w="30" w:type="dxa"/>
            </w:tcMar>
          </w:tcPr>
          <w:p>
            <w:pPr>
              <w:jc w:val="left"/>
            </w:pPr>
            <w:r>
              <w:rPr>
                <w:sz w:val="16"/>
              </w:rPr>
              <w:t>CÔNG TY TRÁCH NHIỆM HỮU HẠN THƯƠNG MẠI QUỐC TẾ GIA MỸ</w:t>
            </w:r>
          </w:p>
        </w:tc>
        <w:tc>
          <w:tcPr>
            <w:tcW w:type="dxa" w:w="1060"/>
            <w:shd w:fill="FFFFFF"/>
            <w:tcMar>
              <w:top w:w="45" w:type="dxa"/>
              <w:bottom w:w="45" w:type="dxa"/>
              <w:left w:w="30" w:type="dxa"/>
              <w:right w:w="30" w:type="dxa"/>
            </w:tcMar>
          </w:tcPr>
          <w:p>
            <w:pPr>
              <w:jc w:val="right"/>
            </w:pPr>
            <w:r>
              <w:rPr>
                <w:sz w:val="16"/>
              </w:rPr>
              <w:t>13</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150</w:t>
            </w:r>
          </w:p>
        </w:tc>
        <w:tc>
          <w:tcPr>
            <w:tcW w:type="dxa" w:w="936"/>
            <w:shd w:fill="F9FBFB"/>
            <w:tcMar>
              <w:top w:w="45" w:type="dxa"/>
              <w:bottom w:w="45" w:type="dxa"/>
              <w:left w:w="30" w:type="dxa"/>
              <w:right w:w="30" w:type="dxa"/>
            </w:tcMar>
          </w:tcPr>
          <w:p>
            <w:pPr>
              <w:jc w:val="left"/>
            </w:pPr>
            <w:r>
              <w:rPr>
                <w:sz w:val="16"/>
              </w:rPr>
              <w:t>KH0595</w:t>
            </w:r>
          </w:p>
        </w:tc>
        <w:tc>
          <w:tcPr>
            <w:tcW w:type="dxa" w:w="2880"/>
            <w:shd w:fill="F9FBFB"/>
            <w:tcMar>
              <w:top w:w="45" w:type="dxa"/>
              <w:bottom w:w="45" w:type="dxa"/>
              <w:left w:w="30" w:type="dxa"/>
              <w:right w:w="30" w:type="dxa"/>
            </w:tcMar>
          </w:tcPr>
          <w:p>
            <w:pPr>
              <w:jc w:val="left"/>
            </w:pPr>
            <w:r>
              <w:rPr>
                <w:sz w:val="16"/>
              </w:rPr>
              <w:t>CÔNG TY TNHH TÂN LIÊN THÀNH</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4</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-4</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151</w:t>
            </w:r>
          </w:p>
        </w:tc>
        <w:tc>
          <w:tcPr>
            <w:tcW w:type="dxa" w:w="936"/>
            <w:shd w:fill="FFFFFF"/>
            <w:tcMar>
              <w:top w:w="45" w:type="dxa"/>
              <w:bottom w:w="45" w:type="dxa"/>
              <w:left w:w="30" w:type="dxa"/>
              <w:right w:w="30" w:type="dxa"/>
            </w:tcMar>
          </w:tcPr>
          <w:p>
            <w:pPr>
              <w:jc w:val="left"/>
            </w:pPr>
            <w:r>
              <w:rPr>
                <w:sz w:val="16"/>
              </w:rPr>
              <w:t>KH0381</w:t>
            </w:r>
          </w:p>
        </w:tc>
        <w:tc>
          <w:tcPr>
            <w:tcW w:type="dxa" w:w="2880"/>
            <w:shd w:fill="FFFFFF"/>
            <w:tcMar>
              <w:top w:w="45" w:type="dxa"/>
              <w:bottom w:w="45" w:type="dxa"/>
              <w:left w:w="30" w:type="dxa"/>
              <w:right w:w="30" w:type="dxa"/>
            </w:tcMar>
          </w:tcPr>
          <w:p>
            <w:pPr>
              <w:jc w:val="left"/>
            </w:pPr>
            <w:r>
              <w:rPr>
                <w:sz w:val="16"/>
              </w:rPr>
              <w:t>CÔNG TY TNHH MỘT THÀNH VIÊN ANH KHÔI</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17</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152</w:t>
            </w:r>
          </w:p>
        </w:tc>
        <w:tc>
          <w:tcPr>
            <w:tcW w:type="dxa" w:w="936"/>
            <w:shd w:fill="F9FBFB"/>
            <w:tcMar>
              <w:top w:w="45" w:type="dxa"/>
              <w:bottom w:w="45" w:type="dxa"/>
              <w:left w:w="30" w:type="dxa"/>
              <w:right w:w="30" w:type="dxa"/>
            </w:tcMar>
          </w:tcPr>
          <w:p>
            <w:pPr>
              <w:jc w:val="left"/>
            </w:pPr>
            <w:r>
              <w:rPr>
                <w:sz w:val="16"/>
              </w:rPr>
              <w:t>KH2185</w:t>
            </w:r>
          </w:p>
        </w:tc>
        <w:tc>
          <w:tcPr>
            <w:tcW w:type="dxa" w:w="2880"/>
            <w:shd w:fill="F9FBFB"/>
            <w:tcMar>
              <w:top w:w="45" w:type="dxa"/>
              <w:bottom w:w="45" w:type="dxa"/>
              <w:left w:w="30" w:type="dxa"/>
              <w:right w:w="30" w:type="dxa"/>
            </w:tcMar>
          </w:tcPr>
          <w:p>
            <w:pPr>
              <w:jc w:val="left"/>
            </w:pPr>
            <w:r>
              <w:rPr>
                <w:sz w:val="16"/>
              </w:rPr>
              <w:t>CÔNG TY TNHH MTV THƯƠNG MẠI SẢN XUẤT MINH THẮNG</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3</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color w:val="C0392B"/>
                <w:sz w:val="16"/>
              </w:rPr>
              <w:t>-3</w:t>
            </w:r>
          </w:p>
        </w:tc>
        <w:tc>
          <w:tcPr>
            <w:tcW w:type="dxa" w:w="1080"/>
            <w:shd w:fill="F9FBFB"/>
            <w:tcMar>
              <w:top w:w="45" w:type="dxa"/>
              <w:bottom w:w="45" w:type="dxa"/>
              <w:left w:w="30" w:type="dxa"/>
              <w:right w:w="30" w:type="dxa"/>
            </w:tcMar>
          </w:tcPr>
          <w:p>
            <w:pPr>
              <w:jc w:val="center"/>
            </w:pPr>
            <w:r>
              <w:rPr>
                <w:b/>
                <w:color w:val="C0392B"/>
                <w:sz w:val="16"/>
              </w:rPr>
              <w:t>-100.0%</w:t>
            </w:r>
          </w:p>
        </w:tc>
      </w:tr>
      <w:tr>
        <w:tc>
          <w:tcPr>
            <w:tcW w:type="dxa" w:w="504"/>
            <w:shd w:fill="FFFFFF"/>
            <w:tcMar>
              <w:top w:w="45" w:type="dxa"/>
              <w:bottom w:w="45" w:type="dxa"/>
              <w:left w:w="30" w:type="dxa"/>
              <w:right w:w="30" w:type="dxa"/>
            </w:tcMar>
          </w:tcPr>
          <w:p>
            <w:pPr>
              <w:jc w:val="center"/>
            </w:pPr>
            <w:r>
              <w:rPr>
                <w:sz w:val="16"/>
              </w:rPr>
              <w:t>153</w:t>
            </w:r>
          </w:p>
        </w:tc>
        <w:tc>
          <w:tcPr>
            <w:tcW w:type="dxa" w:w="936"/>
            <w:shd w:fill="FFFFFF"/>
            <w:tcMar>
              <w:top w:w="45" w:type="dxa"/>
              <w:bottom w:w="45" w:type="dxa"/>
              <w:left w:w="30" w:type="dxa"/>
              <w:right w:w="30" w:type="dxa"/>
            </w:tcMar>
          </w:tcPr>
          <w:p>
            <w:pPr>
              <w:jc w:val="left"/>
            </w:pPr>
            <w:r>
              <w:rPr>
                <w:sz w:val="16"/>
              </w:rPr>
              <w:t>KH2056</w:t>
            </w:r>
          </w:p>
        </w:tc>
        <w:tc>
          <w:tcPr>
            <w:tcW w:type="dxa" w:w="2880"/>
            <w:shd w:fill="FFFFFF"/>
            <w:tcMar>
              <w:top w:w="45" w:type="dxa"/>
              <w:bottom w:w="45" w:type="dxa"/>
              <w:left w:w="30" w:type="dxa"/>
              <w:right w:w="30" w:type="dxa"/>
            </w:tcMar>
          </w:tcPr>
          <w:p>
            <w:pPr>
              <w:jc w:val="left"/>
            </w:pPr>
            <w:r>
              <w:rPr>
                <w:sz w:val="16"/>
              </w:rPr>
              <w:t>CÔNG TY TNHH FANNWOOD</w:t>
            </w:r>
          </w:p>
        </w:tc>
        <w:tc>
          <w:tcPr>
            <w:tcW w:type="dxa" w:w="1060"/>
            <w:shd w:fill="FFFFFF"/>
            <w:tcMar>
              <w:top w:w="45" w:type="dxa"/>
              <w:bottom w:w="45" w:type="dxa"/>
              <w:left w:w="30" w:type="dxa"/>
              <w:right w:w="30" w:type="dxa"/>
            </w:tcMar>
          </w:tcPr>
          <w:p>
            <w:pPr>
              <w:jc w:val="right"/>
            </w:pPr>
            <w:r>
              <w:rPr>
                <w:sz w:val="16"/>
              </w:rPr>
              <w:t>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11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F9FBFB"/>
            <w:tcMar>
              <w:top w:w="45" w:type="dxa"/>
              <w:bottom w:w="45" w:type="dxa"/>
              <w:left w:w="30" w:type="dxa"/>
              <w:right w:w="30" w:type="dxa"/>
            </w:tcMar>
          </w:tcPr>
          <w:p>
            <w:pPr>
              <w:jc w:val="center"/>
            </w:pPr>
            <w:r>
              <w:rPr>
                <w:sz w:val="16"/>
              </w:rPr>
              <w:t>154</w:t>
            </w:r>
          </w:p>
        </w:tc>
        <w:tc>
          <w:tcPr>
            <w:tcW w:type="dxa" w:w="936"/>
            <w:shd w:fill="F9FBFB"/>
            <w:tcMar>
              <w:top w:w="45" w:type="dxa"/>
              <w:bottom w:w="45" w:type="dxa"/>
              <w:left w:w="30" w:type="dxa"/>
              <w:right w:w="30" w:type="dxa"/>
            </w:tcMar>
          </w:tcPr>
          <w:p>
            <w:pPr>
              <w:jc w:val="left"/>
            </w:pPr>
            <w:r>
              <w:rPr>
                <w:sz w:val="16"/>
              </w:rPr>
              <w:t>KH2186</w:t>
            </w:r>
          </w:p>
        </w:tc>
        <w:tc>
          <w:tcPr>
            <w:tcW w:type="dxa" w:w="2880"/>
            <w:shd w:fill="F9FBFB"/>
            <w:tcMar>
              <w:top w:w="45" w:type="dxa"/>
              <w:bottom w:w="45" w:type="dxa"/>
              <w:left w:w="30" w:type="dxa"/>
              <w:right w:w="30" w:type="dxa"/>
            </w:tcMar>
          </w:tcPr>
          <w:p>
            <w:pPr>
              <w:jc w:val="left"/>
            </w:pPr>
            <w:r>
              <w:rPr>
                <w:sz w:val="16"/>
              </w:rPr>
              <w:t>CÔNG TY TNHH SX &amp; TM KD ÁNH DƯƠNG XANH</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5</w:t>
            </w:r>
          </w:p>
        </w:tc>
        <w:tc>
          <w:tcPr>
            <w:tcW w:type="dxa" w:w="1060"/>
            <w:shd w:fill="F9FBFB"/>
            <w:tcMar>
              <w:top w:w="45" w:type="dxa"/>
              <w:bottom w:w="45" w:type="dxa"/>
              <w:left w:w="30" w:type="dxa"/>
              <w:right w:w="30" w:type="dxa"/>
            </w:tcMar>
          </w:tcPr>
          <w:p>
            <w:pPr>
              <w:jc w:val="right"/>
            </w:pPr>
            <w:r>
              <w:rPr>
                <w:sz w:val="16"/>
              </w:rPr>
              <w:t>6</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155</w:t>
            </w:r>
          </w:p>
        </w:tc>
        <w:tc>
          <w:tcPr>
            <w:tcW w:type="dxa" w:w="936"/>
            <w:shd w:fill="FFFFFF"/>
            <w:tcMar>
              <w:top w:w="45" w:type="dxa"/>
              <w:bottom w:w="45" w:type="dxa"/>
              <w:left w:w="30" w:type="dxa"/>
              <w:right w:w="30" w:type="dxa"/>
            </w:tcMar>
          </w:tcPr>
          <w:p>
            <w:pPr>
              <w:jc w:val="left"/>
            </w:pPr>
            <w:r>
              <w:rPr>
                <w:sz w:val="16"/>
              </w:rPr>
              <w:t>KH2177</w:t>
            </w:r>
          </w:p>
        </w:tc>
        <w:tc>
          <w:tcPr>
            <w:tcW w:type="dxa" w:w="2880"/>
            <w:shd w:fill="FFFFFF"/>
            <w:tcMar>
              <w:top w:w="45" w:type="dxa"/>
              <w:bottom w:w="45" w:type="dxa"/>
              <w:left w:w="30" w:type="dxa"/>
              <w:right w:w="30" w:type="dxa"/>
            </w:tcMar>
          </w:tcPr>
          <w:p>
            <w:pPr>
              <w:jc w:val="left"/>
            </w:pPr>
            <w:r>
              <w:rPr>
                <w:sz w:val="16"/>
              </w:rPr>
              <w:t>CÔNG TY TNHH SẢN XUẤT THƯƠNG MẠI VÀ XUẤT NHẬP KHẨU PHÚC GIA HƯNG</w:t>
            </w:r>
          </w:p>
        </w:tc>
        <w:tc>
          <w:tcPr>
            <w:tcW w:type="dxa" w:w="1060"/>
            <w:shd w:fill="FFFFFF"/>
            <w:tcMar>
              <w:top w:w="45" w:type="dxa"/>
              <w:bottom w:w="45" w:type="dxa"/>
              <w:left w:w="30" w:type="dxa"/>
              <w:right w:w="30" w:type="dxa"/>
            </w:tcMar>
          </w:tcPr>
          <w:p>
            <w:pPr>
              <w:jc w:val="right"/>
            </w:pPr>
            <w:r>
              <w:rPr>
                <w:sz w:val="16"/>
              </w:rPr>
              <w:t>4</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6</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6</w:t>
            </w:r>
          </w:p>
        </w:tc>
        <w:tc>
          <w:tcPr>
            <w:tcW w:type="dxa" w:w="1224"/>
            <w:shd w:fill="FFFFFF"/>
            <w:tcMar>
              <w:top w:w="45" w:type="dxa"/>
              <w:bottom w:w="45" w:type="dxa"/>
              <w:left w:w="30" w:type="dxa"/>
              <w:right w:w="30" w:type="dxa"/>
            </w:tcMar>
          </w:tcPr>
          <w:p>
            <w:pPr>
              <w:jc w:val="right"/>
            </w:pPr>
            <w:r>
              <w:rPr>
                <w:color w:val="27AE60"/>
                <w:sz w:val="16"/>
              </w:rPr>
              <w:t>+6</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156</w:t>
            </w:r>
          </w:p>
        </w:tc>
        <w:tc>
          <w:tcPr>
            <w:tcW w:type="dxa" w:w="936"/>
            <w:shd w:fill="F9FBFB"/>
            <w:tcMar>
              <w:top w:w="45" w:type="dxa"/>
              <w:bottom w:w="45" w:type="dxa"/>
              <w:left w:w="30" w:type="dxa"/>
              <w:right w:w="30" w:type="dxa"/>
            </w:tcMar>
          </w:tcPr>
          <w:p>
            <w:pPr>
              <w:jc w:val="left"/>
            </w:pPr>
            <w:r>
              <w:rPr>
                <w:sz w:val="16"/>
              </w:rPr>
              <w:t>KH0502</w:t>
            </w:r>
          </w:p>
        </w:tc>
        <w:tc>
          <w:tcPr>
            <w:tcW w:type="dxa" w:w="2880"/>
            <w:shd w:fill="F9FBFB"/>
            <w:tcMar>
              <w:top w:w="45" w:type="dxa"/>
              <w:bottom w:w="45" w:type="dxa"/>
              <w:left w:w="30" w:type="dxa"/>
              <w:right w:w="30" w:type="dxa"/>
            </w:tcMar>
          </w:tcPr>
          <w:p>
            <w:pPr>
              <w:jc w:val="left"/>
            </w:pPr>
            <w:r>
              <w:rPr>
                <w:sz w:val="16"/>
              </w:rPr>
              <w:t>CÔNG TY TNHH SCANCOM VIỆT NAM</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13</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w:t>
            </w:r>
          </w:p>
        </w:tc>
        <w:tc>
          <w:tcPr>
            <w:tcW w:type="dxa" w:w="1224"/>
            <w:shd w:fill="F9FBFB"/>
            <w:tcMar>
              <w:top w:w="45" w:type="dxa"/>
              <w:bottom w:w="45" w:type="dxa"/>
              <w:left w:w="30" w:type="dxa"/>
              <w:right w:w="30" w:type="dxa"/>
            </w:tcMar>
          </w:tcPr>
          <w:p>
            <w:pPr>
              <w:jc w:val="right"/>
            </w:pPr>
            <w:r>
              <w:rPr>
                <w:sz w:val="16"/>
              </w:rPr>
              <w:t>-</w:t>
            </w:r>
          </w:p>
        </w:tc>
        <w:tc>
          <w:tcPr>
            <w:tcW w:type="dxa" w:w="1080"/>
            <w:shd w:fill="F9FBFB"/>
            <w:tcMar>
              <w:top w:w="45" w:type="dxa"/>
              <w:bottom w:w="45" w:type="dxa"/>
              <w:left w:w="30" w:type="dxa"/>
              <w:right w:w="30" w:type="dxa"/>
            </w:tcMar>
          </w:tcPr>
          <w:p>
            <w:pPr>
              <w:jc w:val="center"/>
            </w:pPr>
            <w:r>
              <w:rPr>
                <w:b/>
                <w:sz w:val="16"/>
              </w:rPr>
              <w:t>-</w:t>
            </w:r>
          </w:p>
        </w:tc>
      </w:tr>
      <w:tr>
        <w:tc>
          <w:tcPr>
            <w:tcW w:type="dxa" w:w="504"/>
            <w:shd w:fill="FFFFFF"/>
            <w:tcMar>
              <w:top w:w="45" w:type="dxa"/>
              <w:bottom w:w="45" w:type="dxa"/>
              <w:left w:w="30" w:type="dxa"/>
              <w:right w:w="30" w:type="dxa"/>
            </w:tcMar>
          </w:tcPr>
          <w:p>
            <w:pPr>
              <w:jc w:val="center"/>
            </w:pPr>
            <w:r>
              <w:rPr>
                <w:sz w:val="16"/>
              </w:rPr>
              <w:t>157</w:t>
            </w:r>
          </w:p>
        </w:tc>
        <w:tc>
          <w:tcPr>
            <w:tcW w:type="dxa" w:w="936"/>
            <w:shd w:fill="FFFFFF"/>
            <w:tcMar>
              <w:top w:w="45" w:type="dxa"/>
              <w:bottom w:w="45" w:type="dxa"/>
              <w:left w:w="30" w:type="dxa"/>
              <w:right w:w="30" w:type="dxa"/>
            </w:tcMar>
          </w:tcPr>
          <w:p>
            <w:pPr>
              <w:jc w:val="left"/>
            </w:pPr>
            <w:r>
              <w:rPr>
                <w:sz w:val="16"/>
              </w:rPr>
              <w:t>KH0357</w:t>
            </w:r>
          </w:p>
        </w:tc>
        <w:tc>
          <w:tcPr>
            <w:tcW w:type="dxa" w:w="2880"/>
            <w:shd w:fill="FFFFFF"/>
            <w:tcMar>
              <w:top w:w="45" w:type="dxa"/>
              <w:bottom w:w="45" w:type="dxa"/>
              <w:left w:w="30" w:type="dxa"/>
              <w:right w:w="30" w:type="dxa"/>
            </w:tcMar>
          </w:tcPr>
          <w:p>
            <w:pPr>
              <w:jc w:val="left"/>
            </w:pPr>
            <w:r>
              <w:rPr>
                <w:sz w:val="16"/>
              </w:rPr>
              <w:t>CÔNG TY TNHH MINH TOÀN</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8</w:t>
            </w:r>
          </w:p>
        </w:tc>
        <w:tc>
          <w:tcPr>
            <w:tcW w:type="dxa" w:w="1224"/>
            <w:shd w:fill="FFFFFF"/>
            <w:tcMar>
              <w:top w:w="45" w:type="dxa"/>
              <w:bottom w:w="45" w:type="dxa"/>
              <w:left w:w="30" w:type="dxa"/>
              <w:right w:w="30" w:type="dxa"/>
            </w:tcMar>
          </w:tcPr>
          <w:p>
            <w:pPr>
              <w:jc w:val="right"/>
            </w:pPr>
            <w:r>
              <w:rPr>
                <w:color w:val="27AE60"/>
                <w:sz w:val="16"/>
              </w:rPr>
              <w:t>+8</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158</w:t>
            </w:r>
          </w:p>
        </w:tc>
        <w:tc>
          <w:tcPr>
            <w:tcW w:type="dxa" w:w="936"/>
            <w:shd w:fill="F9FBFB"/>
            <w:tcMar>
              <w:top w:w="45" w:type="dxa"/>
              <w:bottom w:w="45" w:type="dxa"/>
              <w:left w:w="30" w:type="dxa"/>
              <w:right w:w="30" w:type="dxa"/>
            </w:tcMar>
          </w:tcPr>
          <w:p>
            <w:pPr>
              <w:jc w:val="left"/>
            </w:pPr>
            <w:r>
              <w:rPr>
                <w:sz w:val="16"/>
              </w:rPr>
              <w:t>KH1753</w:t>
            </w:r>
          </w:p>
        </w:tc>
        <w:tc>
          <w:tcPr>
            <w:tcW w:type="dxa" w:w="2880"/>
            <w:shd w:fill="F9FBFB"/>
            <w:tcMar>
              <w:top w:w="45" w:type="dxa"/>
              <w:bottom w:w="45" w:type="dxa"/>
              <w:left w:w="30" w:type="dxa"/>
              <w:right w:w="30" w:type="dxa"/>
            </w:tcMar>
          </w:tcPr>
          <w:p>
            <w:pPr>
              <w:jc w:val="left"/>
            </w:pPr>
            <w:r>
              <w:rPr>
                <w:sz w:val="16"/>
              </w:rPr>
              <w:t>CÔNG TY TNHH XUẤT NHẬP KHẨU SẢN XUẤT VÀ THƯƠNG MẠI ANH VIỆT FURNITURE</w:t>
            </w:r>
          </w:p>
        </w:tc>
        <w:tc>
          <w:tcPr>
            <w:tcW w:type="dxa" w:w="1060"/>
            <w:shd w:fill="F9FBFB"/>
            <w:tcMar>
              <w:top w:w="45" w:type="dxa"/>
              <w:bottom w:w="45" w:type="dxa"/>
              <w:left w:w="30" w:type="dxa"/>
              <w:right w:w="30" w:type="dxa"/>
            </w:tcMar>
          </w:tcPr>
          <w:p>
            <w:pPr>
              <w:jc w:val="right"/>
            </w:pPr>
            <w:r>
              <w:rPr>
                <w:sz w:val="16"/>
              </w:rPr>
              <w:t>10</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3</w:t>
            </w:r>
          </w:p>
        </w:tc>
        <w:tc>
          <w:tcPr>
            <w:tcW w:type="dxa" w:w="1224"/>
            <w:shd w:fill="F9FBFB"/>
            <w:tcMar>
              <w:top w:w="45" w:type="dxa"/>
              <w:bottom w:w="45" w:type="dxa"/>
              <w:left w:w="30" w:type="dxa"/>
              <w:right w:w="30" w:type="dxa"/>
            </w:tcMar>
          </w:tcPr>
          <w:p>
            <w:pPr>
              <w:jc w:val="right"/>
            </w:pPr>
            <w:r>
              <w:rPr>
                <w:color w:val="27AE60"/>
                <w:sz w:val="16"/>
              </w:rPr>
              <w:t>+3</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159</w:t>
            </w:r>
          </w:p>
        </w:tc>
        <w:tc>
          <w:tcPr>
            <w:tcW w:type="dxa" w:w="936"/>
            <w:shd w:fill="FFFFFF"/>
            <w:tcMar>
              <w:top w:w="45" w:type="dxa"/>
              <w:bottom w:w="45" w:type="dxa"/>
              <w:left w:w="30" w:type="dxa"/>
              <w:right w:w="30" w:type="dxa"/>
            </w:tcMar>
          </w:tcPr>
          <w:p>
            <w:pPr>
              <w:jc w:val="left"/>
            </w:pPr>
            <w:r>
              <w:rPr>
                <w:sz w:val="16"/>
              </w:rPr>
              <w:t>KH0468</w:t>
            </w:r>
          </w:p>
        </w:tc>
        <w:tc>
          <w:tcPr>
            <w:tcW w:type="dxa" w:w="2880"/>
            <w:shd w:fill="FFFFFF"/>
            <w:tcMar>
              <w:top w:w="45" w:type="dxa"/>
              <w:bottom w:w="45" w:type="dxa"/>
              <w:left w:w="30" w:type="dxa"/>
              <w:right w:w="30" w:type="dxa"/>
            </w:tcMar>
          </w:tcPr>
          <w:p>
            <w:pPr>
              <w:jc w:val="left"/>
            </w:pPr>
            <w:r>
              <w:rPr>
                <w:sz w:val="16"/>
              </w:rPr>
              <w:t>CÔNG TY TNHH PHƯƠNG TÙNG</w:t>
            </w:r>
          </w:p>
        </w:tc>
        <w:tc>
          <w:tcPr>
            <w:tcW w:type="dxa" w:w="1060"/>
            <w:shd w:fill="FFFFFF"/>
            <w:tcMar>
              <w:top w:w="45" w:type="dxa"/>
              <w:bottom w:w="45" w:type="dxa"/>
              <w:left w:w="30" w:type="dxa"/>
              <w:right w:w="30" w:type="dxa"/>
            </w:tcMar>
          </w:tcPr>
          <w:p>
            <w:pPr>
              <w:jc w:val="right"/>
            </w:pPr>
            <w:r>
              <w:rPr>
                <w:sz w:val="16"/>
              </w:rPr>
              <w:t>1</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5</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6</w:t>
            </w:r>
          </w:p>
        </w:tc>
        <w:tc>
          <w:tcPr>
            <w:tcW w:type="dxa" w:w="1224"/>
            <w:shd w:fill="FFFFFF"/>
            <w:tcMar>
              <w:top w:w="45" w:type="dxa"/>
              <w:bottom w:w="45" w:type="dxa"/>
              <w:left w:w="30" w:type="dxa"/>
              <w:right w:w="30" w:type="dxa"/>
            </w:tcMar>
          </w:tcPr>
          <w:p>
            <w:pPr>
              <w:jc w:val="right"/>
            </w:pPr>
            <w:r>
              <w:rPr>
                <w:color w:val="27AE60"/>
                <w:sz w:val="16"/>
              </w:rPr>
              <w:t>+6</w:t>
            </w:r>
          </w:p>
        </w:tc>
        <w:tc>
          <w:tcPr>
            <w:tcW w:type="dxa" w:w="1080"/>
            <w:shd w:fill="FFFFFF"/>
            <w:tcMar>
              <w:top w:w="45" w:type="dxa"/>
              <w:bottom w:w="45" w:type="dxa"/>
              <w:left w:w="30" w:type="dxa"/>
              <w:right w:w="30" w:type="dxa"/>
            </w:tcMar>
          </w:tcPr>
          <w:p>
            <w:pPr>
              <w:jc w:val="center"/>
            </w:pPr>
            <w:r>
              <w:rPr>
                <w:b/>
                <w:color w:val="27AE60"/>
                <w:sz w:val="16"/>
              </w:rPr>
              <w:t>+100.0%</w:t>
            </w:r>
          </w:p>
        </w:tc>
      </w:tr>
      <w:tr>
        <w:tc>
          <w:tcPr>
            <w:tcW w:type="dxa" w:w="504"/>
            <w:shd w:fill="F9FBFB"/>
            <w:tcMar>
              <w:top w:w="45" w:type="dxa"/>
              <w:bottom w:w="45" w:type="dxa"/>
              <w:left w:w="30" w:type="dxa"/>
              <w:right w:w="30" w:type="dxa"/>
            </w:tcMar>
          </w:tcPr>
          <w:p>
            <w:pPr>
              <w:jc w:val="center"/>
            </w:pPr>
            <w:r>
              <w:rPr>
                <w:sz w:val="16"/>
              </w:rPr>
              <w:t>160</w:t>
            </w:r>
          </w:p>
        </w:tc>
        <w:tc>
          <w:tcPr>
            <w:tcW w:type="dxa" w:w="936"/>
            <w:shd w:fill="F9FBFB"/>
            <w:tcMar>
              <w:top w:w="45" w:type="dxa"/>
              <w:bottom w:w="45" w:type="dxa"/>
              <w:left w:w="30" w:type="dxa"/>
              <w:right w:w="30" w:type="dxa"/>
            </w:tcMar>
          </w:tcPr>
          <w:p>
            <w:pPr>
              <w:jc w:val="left"/>
            </w:pPr>
            <w:r>
              <w:rPr>
                <w:sz w:val="16"/>
              </w:rPr>
              <w:t>KH2091</w:t>
            </w:r>
          </w:p>
        </w:tc>
        <w:tc>
          <w:tcPr>
            <w:tcW w:type="dxa" w:w="2880"/>
            <w:shd w:fill="F9FBFB"/>
            <w:tcMar>
              <w:top w:w="45" w:type="dxa"/>
              <w:bottom w:w="45" w:type="dxa"/>
              <w:left w:w="30" w:type="dxa"/>
              <w:right w:w="30" w:type="dxa"/>
            </w:tcMar>
          </w:tcPr>
          <w:p>
            <w:pPr>
              <w:jc w:val="left"/>
            </w:pPr>
            <w:r>
              <w:rPr>
                <w:sz w:val="16"/>
              </w:rPr>
              <w:t>CÔNG TY CỔ PHẦN MID FURNITURE</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sz w:val="16"/>
              </w:rPr>
              <w:t>-</w:t>
            </w:r>
          </w:p>
        </w:tc>
        <w:tc>
          <w:tcPr>
            <w:tcW w:type="dxa" w:w="1060"/>
            <w:shd w:fill="F9FBFB"/>
            <w:tcMar>
              <w:top w:w="45" w:type="dxa"/>
              <w:bottom w:w="45" w:type="dxa"/>
              <w:left w:w="30" w:type="dxa"/>
              <w:right w:w="30" w:type="dxa"/>
            </w:tcMar>
          </w:tcPr>
          <w:p>
            <w:pPr>
              <w:jc w:val="right"/>
            </w:pPr>
            <w:r>
              <w:rPr>
                <w:b/>
                <w:sz w:val="16"/>
              </w:rPr>
              <w:t>11</w:t>
            </w:r>
          </w:p>
        </w:tc>
        <w:tc>
          <w:tcPr>
            <w:tcW w:type="dxa" w:w="1224"/>
            <w:shd w:fill="F9FBFB"/>
            <w:tcMar>
              <w:top w:w="45" w:type="dxa"/>
              <w:bottom w:w="45" w:type="dxa"/>
              <w:left w:w="30" w:type="dxa"/>
              <w:right w:w="30" w:type="dxa"/>
            </w:tcMar>
          </w:tcPr>
          <w:p>
            <w:pPr>
              <w:jc w:val="right"/>
            </w:pPr>
            <w:r>
              <w:rPr>
                <w:color w:val="27AE60"/>
                <w:sz w:val="16"/>
              </w:rPr>
              <w:t>+11</w:t>
            </w:r>
          </w:p>
        </w:tc>
        <w:tc>
          <w:tcPr>
            <w:tcW w:type="dxa" w:w="1080"/>
            <w:shd w:fill="F9FBFB"/>
            <w:tcMar>
              <w:top w:w="45" w:type="dxa"/>
              <w:bottom w:w="45" w:type="dxa"/>
              <w:left w:w="30" w:type="dxa"/>
              <w:right w:w="30" w:type="dxa"/>
            </w:tcMar>
          </w:tcPr>
          <w:p>
            <w:pPr>
              <w:jc w:val="center"/>
            </w:pPr>
            <w:r>
              <w:rPr>
                <w:b/>
                <w:color w:val="27AE60"/>
                <w:sz w:val="16"/>
              </w:rPr>
              <w:t>+100.0%</w:t>
            </w:r>
          </w:p>
        </w:tc>
      </w:tr>
      <w:tr>
        <w:tc>
          <w:tcPr>
            <w:tcW w:type="dxa" w:w="504"/>
            <w:shd w:fill="FFFFFF"/>
            <w:tcMar>
              <w:top w:w="45" w:type="dxa"/>
              <w:bottom w:w="45" w:type="dxa"/>
              <w:left w:w="30" w:type="dxa"/>
              <w:right w:w="30" w:type="dxa"/>
            </w:tcMar>
          </w:tcPr>
          <w:p>
            <w:pPr>
              <w:jc w:val="center"/>
            </w:pPr>
            <w:r>
              <w:rPr>
                <w:sz w:val="16"/>
              </w:rPr>
              <w:t>161</w:t>
            </w:r>
          </w:p>
        </w:tc>
        <w:tc>
          <w:tcPr>
            <w:tcW w:type="dxa" w:w="936"/>
            <w:shd w:fill="FFFFFF"/>
            <w:tcMar>
              <w:top w:w="45" w:type="dxa"/>
              <w:bottom w:w="45" w:type="dxa"/>
              <w:left w:w="30" w:type="dxa"/>
              <w:right w:w="30" w:type="dxa"/>
            </w:tcMar>
          </w:tcPr>
          <w:p>
            <w:pPr>
              <w:jc w:val="left"/>
            </w:pPr>
            <w:r>
              <w:rPr>
                <w:sz w:val="16"/>
              </w:rPr>
              <w:t>KH0050</w:t>
            </w:r>
          </w:p>
        </w:tc>
        <w:tc>
          <w:tcPr>
            <w:tcW w:type="dxa" w:w="2880"/>
            <w:shd w:fill="FFFFFF"/>
            <w:tcMar>
              <w:top w:w="45" w:type="dxa"/>
              <w:bottom w:w="45" w:type="dxa"/>
              <w:left w:w="30" w:type="dxa"/>
              <w:right w:w="30" w:type="dxa"/>
            </w:tcMar>
          </w:tcPr>
          <w:p>
            <w:pPr>
              <w:jc w:val="left"/>
            </w:pPr>
            <w:r>
              <w:rPr>
                <w:sz w:val="16"/>
              </w:rPr>
              <w:t>CÔNG TY CỔ PHẦN DU LỊCH HỒNG HẢI</w:t>
            </w:r>
          </w:p>
        </w:tc>
        <w:tc>
          <w:tcPr>
            <w:tcW w:type="dxa" w:w="1060"/>
            <w:shd w:fill="FFFFFF"/>
            <w:tcMar>
              <w:top w:w="45" w:type="dxa"/>
              <w:bottom w:w="45" w:type="dxa"/>
              <w:left w:w="30" w:type="dxa"/>
              <w:right w:w="30" w:type="dxa"/>
            </w:tcMar>
          </w:tcPr>
          <w:p>
            <w:pPr>
              <w:jc w:val="right"/>
            </w:pPr>
            <w:r>
              <w:rPr>
                <w:sz w:val="16"/>
              </w:rPr>
              <w:t>4</w:t>
            </w:r>
          </w:p>
        </w:tc>
        <w:tc>
          <w:tcPr>
            <w:tcW w:type="dxa" w:w="1060"/>
            <w:shd w:fill="FFFFFF"/>
            <w:tcMar>
              <w:top w:w="45" w:type="dxa"/>
              <w:bottom w:w="45" w:type="dxa"/>
              <w:left w:w="30" w:type="dxa"/>
              <w:right w:w="30" w:type="dxa"/>
            </w:tcMar>
          </w:tcPr>
          <w:p>
            <w:pPr>
              <w:jc w:val="right"/>
            </w:pPr>
            <w:r>
              <w:rPr>
                <w:sz w:val="16"/>
              </w:rPr>
              <w:t>7</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sz w:val="16"/>
              </w:rPr>
              <w:t>-</w:t>
            </w:r>
          </w:p>
        </w:tc>
        <w:tc>
          <w:tcPr>
            <w:tcW w:type="dxa" w:w="1060"/>
            <w:shd w:fill="FFFFFF"/>
            <w:tcMar>
              <w:top w:w="45" w:type="dxa"/>
              <w:bottom w:w="45" w:type="dxa"/>
              <w:left w:w="30" w:type="dxa"/>
              <w:right w:w="30" w:type="dxa"/>
            </w:tcMar>
          </w:tcPr>
          <w:p>
            <w:pPr>
              <w:jc w:val="right"/>
            </w:pPr>
            <w:r>
              <w:rPr>
                <w:b/>
                <w:sz w:val="16"/>
              </w:rPr>
              <w:t>-</w:t>
            </w:r>
          </w:p>
        </w:tc>
        <w:tc>
          <w:tcPr>
            <w:tcW w:type="dxa" w:w="1224"/>
            <w:shd w:fill="FFFFFF"/>
            <w:tcMar>
              <w:top w:w="45" w:type="dxa"/>
              <w:bottom w:w="45" w:type="dxa"/>
              <w:left w:w="30" w:type="dxa"/>
              <w:right w:w="30" w:type="dxa"/>
            </w:tcMar>
          </w:tcPr>
          <w:p>
            <w:pPr>
              <w:jc w:val="right"/>
            </w:pPr>
            <w:r>
              <w:rPr>
                <w:sz w:val="16"/>
              </w:rPr>
              <w:t>-</w:t>
            </w:r>
          </w:p>
        </w:tc>
        <w:tc>
          <w:tcPr>
            <w:tcW w:type="dxa" w:w="1080"/>
            <w:shd w:fill="FFFFFF"/>
            <w:tcMar>
              <w:top w:w="45" w:type="dxa"/>
              <w:bottom w:w="45" w:type="dxa"/>
              <w:left w:w="30" w:type="dxa"/>
              <w:right w:w="30" w:type="dxa"/>
            </w:tcMar>
          </w:tcPr>
          <w:p>
            <w:pPr>
              <w:jc w:val="center"/>
            </w:pPr>
            <w:r>
              <w:rPr>
                <w:b/>
                <w:sz w:val="16"/>
              </w:rPr>
              <w:t>-</w:t>
            </w:r>
          </w:p>
        </w:tc>
      </w:tr>
      <w:tr>
        <w:tc>
          <w:tcPr>
            <w:tcW w:type="dxa" w:w="504"/>
            <w:shd w:fill="EAECEE"/>
            <w:tcMar>
              <w:top w:w="80" w:type="dxa"/>
              <w:bottom w:w="80" w:type="dxa"/>
              <w:left w:w="30" w:type="dxa"/>
              <w:right w:w="30" w:type="dxa"/>
            </w:tcMar>
          </w:tcPr>
          <w:p>
            <w:r/>
          </w:p>
        </w:tc>
        <w:tc>
          <w:tcPr>
            <w:tcW w:type="dxa" w:w="936"/>
            <w:shd w:fill="EAECEE"/>
            <w:tcMar>
              <w:top w:w="80" w:type="dxa"/>
              <w:bottom w:w="80" w:type="dxa"/>
              <w:left w:w="30" w:type="dxa"/>
              <w:right w:w="30" w:type="dxa"/>
            </w:tcMar>
          </w:tcPr>
          <w:p>
            <w:r>
              <w:rPr>
                <w:b/>
                <w:sz w:val="17"/>
              </w:rPr>
              <w:t>TC</w:t>
            </w:r>
          </w:p>
        </w:tc>
        <w:tc>
          <w:tcPr>
            <w:tcW w:type="dxa" w:w="2880"/>
            <w:shd w:fill="EAECEE"/>
            <w:tcMar>
              <w:top w:w="80" w:type="dxa"/>
              <w:bottom w:w="80" w:type="dxa"/>
              <w:left w:w="30" w:type="dxa"/>
              <w:right w:w="30" w:type="dxa"/>
            </w:tcMar>
          </w:tcPr>
          <w:p>
            <w:r>
              <w:rPr>
                <w:b/>
                <w:sz w:val="17"/>
              </w:rPr>
              <w:t>TỔNG CỘNG TOÀN CÔNG TY</w:t>
            </w:r>
          </w:p>
        </w:tc>
        <w:tc>
          <w:tcPr>
            <w:tcW w:type="dxa" w:w="1060"/>
            <w:shd w:fill="EAECEE"/>
            <w:tcMar>
              <w:top w:w="80" w:type="dxa"/>
              <w:bottom w:w="80" w:type="dxa"/>
              <w:left w:w="30" w:type="dxa"/>
              <w:right w:w="30" w:type="dxa"/>
            </w:tcMar>
          </w:tcPr>
          <w:p>
            <w:pPr>
              <w:jc w:val="right"/>
            </w:pPr>
            <w:r>
              <w:rPr>
                <w:b/>
                <w:sz w:val="17"/>
              </w:rPr>
              <w:t>31,842</w:t>
            </w:r>
          </w:p>
        </w:tc>
        <w:tc>
          <w:tcPr>
            <w:tcW w:type="dxa" w:w="1060"/>
            <w:shd w:fill="EAECEE"/>
            <w:tcMar>
              <w:top w:w="80" w:type="dxa"/>
              <w:bottom w:w="80" w:type="dxa"/>
              <w:left w:w="30" w:type="dxa"/>
              <w:right w:w="30" w:type="dxa"/>
            </w:tcMar>
          </w:tcPr>
          <w:p>
            <w:pPr>
              <w:jc w:val="right"/>
            </w:pPr>
            <w:r>
              <w:rPr>
                <w:b/>
                <w:sz w:val="17"/>
              </w:rPr>
              <w:t>14,676</w:t>
            </w:r>
          </w:p>
        </w:tc>
        <w:tc>
          <w:tcPr>
            <w:tcW w:type="dxa" w:w="1060"/>
            <w:shd w:fill="EAECEE"/>
            <w:tcMar>
              <w:top w:w="80" w:type="dxa"/>
              <w:bottom w:w="80" w:type="dxa"/>
              <w:left w:w="30" w:type="dxa"/>
              <w:right w:w="30" w:type="dxa"/>
            </w:tcMar>
          </w:tcPr>
          <w:p>
            <w:pPr>
              <w:jc w:val="right"/>
            </w:pPr>
            <w:r>
              <w:rPr>
                <w:b/>
                <w:sz w:val="17"/>
              </w:rPr>
              <w:t>30,250</w:t>
            </w:r>
          </w:p>
        </w:tc>
        <w:tc>
          <w:tcPr>
            <w:tcW w:type="dxa" w:w="1060"/>
            <w:shd w:fill="EAECEE"/>
            <w:tcMar>
              <w:top w:w="80" w:type="dxa"/>
              <w:bottom w:w="80" w:type="dxa"/>
              <w:left w:w="30" w:type="dxa"/>
              <w:right w:w="30" w:type="dxa"/>
            </w:tcMar>
          </w:tcPr>
          <w:p>
            <w:pPr>
              <w:jc w:val="right"/>
            </w:pPr>
            <w:r>
              <w:rPr>
                <w:b/>
                <w:sz w:val="17"/>
              </w:rPr>
              <w:t>29,335</w:t>
            </w:r>
          </w:p>
        </w:tc>
        <w:tc>
          <w:tcPr>
            <w:tcW w:type="dxa" w:w="1060"/>
            <w:shd w:fill="EAECEE"/>
            <w:tcMar>
              <w:top w:w="80" w:type="dxa"/>
              <w:bottom w:w="80" w:type="dxa"/>
              <w:left w:w="30" w:type="dxa"/>
              <w:right w:w="30" w:type="dxa"/>
            </w:tcMar>
          </w:tcPr>
          <w:p>
            <w:pPr>
              <w:jc w:val="right"/>
            </w:pPr>
            <w:r>
              <w:rPr>
                <w:b/>
                <w:sz w:val="17"/>
              </w:rPr>
              <w:t>26,473</w:t>
            </w:r>
          </w:p>
        </w:tc>
        <w:tc>
          <w:tcPr>
            <w:tcW w:type="dxa" w:w="1060"/>
            <w:shd w:fill="EAECEE"/>
            <w:tcMar>
              <w:top w:w="80" w:type="dxa"/>
              <w:bottom w:w="80" w:type="dxa"/>
              <w:left w:w="30" w:type="dxa"/>
              <w:right w:w="30" w:type="dxa"/>
            </w:tcMar>
          </w:tcPr>
          <w:p>
            <w:pPr>
              <w:jc w:val="right"/>
            </w:pPr>
            <w:r>
              <w:rPr>
                <w:b/>
                <w:sz w:val="17"/>
              </w:rPr>
              <w:t>32,463</w:t>
            </w:r>
          </w:p>
        </w:tc>
        <w:tc>
          <w:tcPr>
            <w:tcW w:type="dxa" w:w="1060"/>
            <w:shd w:fill="EAECEE"/>
            <w:tcMar>
              <w:top w:w="80" w:type="dxa"/>
              <w:bottom w:w="80" w:type="dxa"/>
              <w:left w:w="30" w:type="dxa"/>
              <w:right w:w="30" w:type="dxa"/>
            </w:tcMar>
          </w:tcPr>
          <w:p>
            <w:pPr>
              <w:jc w:val="right"/>
            </w:pPr>
            <w:r>
              <w:rPr>
                <w:b/>
                <w:sz w:val="17"/>
              </w:rPr>
              <w:t>30,711</w:t>
            </w:r>
          </w:p>
        </w:tc>
        <w:tc>
          <w:tcPr>
            <w:tcW w:type="dxa" w:w="1060"/>
            <w:shd w:fill="EAECEE"/>
            <w:tcMar>
              <w:top w:w="80" w:type="dxa"/>
              <w:bottom w:w="80" w:type="dxa"/>
              <w:left w:w="30" w:type="dxa"/>
              <w:right w:w="30" w:type="dxa"/>
            </w:tcMar>
          </w:tcPr>
          <w:p>
            <w:pPr>
              <w:jc w:val="right"/>
            </w:pPr>
            <w:r>
              <w:rPr>
                <w:b/>
                <w:sz w:val="17"/>
              </w:rPr>
              <w:t>30,100</w:t>
            </w:r>
          </w:p>
        </w:tc>
        <w:tc>
          <w:tcPr>
            <w:tcW w:type="dxa" w:w="1224"/>
            <w:shd w:fill="EAECEE"/>
            <w:tcMar>
              <w:top w:w="80" w:type="dxa"/>
              <w:bottom w:w="80" w:type="dxa"/>
              <w:left w:w="30" w:type="dxa"/>
              <w:right w:w="30" w:type="dxa"/>
            </w:tcMar>
          </w:tcPr>
          <w:p>
            <w:pPr>
              <w:jc w:val="right"/>
            </w:pPr>
            <w:r>
              <w:rPr>
                <w:b/>
                <w:color w:val="C0392B"/>
                <w:sz w:val="17"/>
              </w:rPr>
              <w:t>-611</w:t>
            </w:r>
          </w:p>
        </w:tc>
        <w:tc>
          <w:tcPr>
            <w:tcW w:type="dxa" w:w="1080"/>
            <w:shd w:fill="EAECEE"/>
            <w:tcMar>
              <w:top w:w="80" w:type="dxa"/>
              <w:bottom w:w="80" w:type="dxa"/>
              <w:left w:w="30" w:type="dxa"/>
              <w:right w:w="30" w:type="dxa"/>
            </w:tcMar>
          </w:tcPr>
          <w:p>
            <w:pPr>
              <w:jc w:val="center"/>
            </w:pPr>
            <w:r>
              <w:rPr>
                <w:b/>
                <w:color w:val="C0392B"/>
                <w:sz w:val="17"/>
              </w:rPr>
              <w:t>-2.0%</w:t>
            </w:r>
          </w:p>
        </w:tc>
      </w:tr>
    </w:tbl>
    <w:p/>
    <w:p>
      <w:pPr>
        <w:spacing w:before="200" w:after="80"/>
      </w:pPr>
      <w:r>
        <w:rPr>
          <w:b/>
          <w:color w:val="1A5276"/>
          <w:sz w:val="24"/>
        </w:rPr>
        <w:t>IV. Phân tích Top biến động sản lượng tiêu thụ</w:t>
      </w:r>
    </w:p>
    <w:p>
      <w:pPr>
        <w:spacing w:after="40"/>
      </w:pPr>
      <w:r>
        <w:rPr>
          <w:b/>
          <w:color w:val="27AE60"/>
        </w:rPr>
        <w:t>1. Top 5 Khách hàng tăng trưởng sản lượng lớn nhất (Kg/ngày):</w:t>
      </w:r>
    </w:p>
    <w:p>
      <w:pPr>
        <w:spacing w:after="40"/>
      </w:pPr>
      <w:r>
        <w:t xml:space="preserve">   1. CÔNG TY TNHH KỸ NGHỆ ECO TECH (KH1438): TB Tháng 7 = 723 Kg/ngày → Tháng 8 = 1,380 Kg/ngày (Tăng +657 Kg/ngày, +90.9%)</w:t>
      </w:r>
    </w:p>
    <w:p>
      <w:pPr>
        <w:spacing w:after="40"/>
      </w:pPr>
      <w:r>
        <w:t xml:space="preserve">   2. XÍ NGHIỆP THẮNG LỢI - CHI NHÁNH CÔNG TY CỔ PHẦN PHÚ TÀI (KH1090): TB Tháng 7 = 1,059 Kg/ngày → Tháng 8 = 1,519 Kg/ngày (Tăng +460 Kg/ngày, +43.4%)</w:t>
      </w:r>
    </w:p>
    <w:p>
      <w:pPr>
        <w:spacing w:after="40"/>
      </w:pPr>
      <w:r>
        <w:t xml:space="preserve">   3. CÔNG TY TNHH ĐỨC TOÀN (KH0787): TB Tháng 7 = 126 Kg/ngày → Tháng 8 = 444 Kg/ngày (Tăng +318 Kg/ngày, +252.4%)</w:t>
      </w:r>
    </w:p>
    <w:p>
      <w:pPr>
        <w:spacing w:after="40"/>
      </w:pPr>
      <w:r>
        <w:t xml:space="preserve">   4. CÔNG TY CỔ PHẦN GỖ TÂN THÀNH (KH0057): TB Tháng 7 = 592 Kg/ngày → Tháng 8 = 826 Kg/ngày (Tăng +234 Kg/ngày, +39.5%)</w:t>
      </w:r>
    </w:p>
    <w:p>
      <w:pPr>
        <w:spacing w:after="40"/>
      </w:pPr>
      <w:r>
        <w:t xml:space="preserve">   5. CÔNG TY CỔ PHẦN ĐỒ DÙNG GIA ĐÌNH VIỆT NAM (KH0808): TB Tháng 7 = 455 Kg/ngày → Tháng 8 = 680 Kg/ngày (Tăng +225 Kg/ngày, +49.5%)</w:t>
      </w:r>
    </w:p>
    <w:p>
      <w:pPr>
        <w:spacing w:before="80" w:after="40"/>
      </w:pPr>
      <w:r>
        <w:rPr>
          <w:b/>
          <w:color w:val="C0392B"/>
        </w:rPr>
        <w:t>2. Top 5 Khách hàng sụt giảm sản lượng nhiều nhất (Kg/ngày):</w:t>
      </w:r>
    </w:p>
    <w:p>
      <w:pPr>
        <w:spacing w:after="40"/>
      </w:pPr>
      <w:r>
        <w:t xml:space="preserve">   1. CÔNG TY TNHH KIM PHONG (KH0314): TB Tháng 7 = 881 Kg/ngày → Tháng 8 = 197 Kg/ngày (Giảm -684 Kg/ngày, -77.6%)</w:t>
      </w:r>
    </w:p>
    <w:p>
      <w:pPr>
        <w:spacing w:after="40"/>
      </w:pPr>
      <w:r>
        <w:t xml:space="preserve">   2. CÔNG TY TNHH SẢN XUẤT THỊNH VIỆT (KH0496): TB Tháng 7 = 829 Kg/ngày → Tháng 8 = 387 Kg/ngày (Giảm -442 Kg/ngày, -53.3%)</w:t>
      </w:r>
    </w:p>
    <w:p>
      <w:pPr>
        <w:spacing w:after="40"/>
      </w:pPr>
      <w:r>
        <w:t xml:space="preserve">   3. CÔNG TY CỔ PHẦN TẬP ĐOÀN KỸ NGHỆ GỖ TRƯỜNG THÀNH (KH0797): TB Tháng 7 = 928 Kg/ngày → Tháng 8 = 634 Kg/ngày (Giảm -294 Kg/ngày, -31.7%)</w:t>
      </w:r>
    </w:p>
    <w:p>
      <w:pPr>
        <w:spacing w:after="40"/>
      </w:pPr>
      <w:r>
        <w:t xml:space="preserve">   4. CÔNG TY TNHH NỘI THẤT MÊ KÔNG (KH1526): TB Tháng 7 = 732 Kg/ngày → Tháng 8 = 441 Kg/ngày (Giảm -291 Kg/ngày, -39.8%)</w:t>
      </w:r>
    </w:p>
    <w:p>
      <w:pPr>
        <w:spacing w:after="40"/>
      </w:pPr>
      <w:r>
        <w:t xml:space="preserve">   5. CÔNG TY TNHH ANH KHOA (KH0190): TB Tháng 7 = 815 Kg/ngày → Tháng 8 = 584 Kg/ngày (Giảm -231 Kg/ngày, -28.3%)</w:t>
      </w:r>
    </w:p>
    <w:sectPr w:rsidR="00FC693F" w:rsidRPr="0006063C" w:rsidSect="00034616">
      <w:pgSz w:w="16834" w:h="11909"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