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jc w:val="center"/>
      </w:pPr>
      <w:r>
        <w:rPr>
          <w:b/>
          <w:color w:val="1A5276"/>
          <w:sz w:val="32"/>
        </w:rPr>
        <w:t>BÁO CÁO PHÂN TÍCH &amp; SO SÁNH LƯỢNG BÁN TRUNG BÌNH NGÀY HÀNG THÁNG</w:t>
      </w:r>
    </w:p>
    <w:p>
      <w:pPr>
        <w:spacing w:after="200"/>
        <w:jc w:val="center"/>
      </w:pPr>
      <w:r>
        <w:rPr>
          <w:i/>
          <w:color w:val="566573"/>
          <w:sz w:val="22"/>
        </w:rPr>
        <w:t>Kỳ Báo Cáo: 3 Ngày Đầu Tháng 10 Năm 2026 (Từ 01/10/2026 đến 03/10/2026 - 3 Ngày)</w:t>
      </w:r>
    </w:p>
    <w:p>
      <w:pPr>
        <w:spacing w:before="120" w:after="60"/>
      </w:pPr>
      <w:r>
        <w:rPr>
          <w:b/>
          <w:color w:val="1A5276"/>
          <w:sz w:val="26"/>
        </w:rPr>
        <w:t>I. Thông tin chung &amp; Phương pháp luận</w:t>
      </w:r>
    </w:p>
    <w:p>
      <w:pPr>
        <w:spacing w:after="120"/>
      </w:pPr>
      <w:r>
        <w:t>Báo cáo được trích xuất và phân tích tự động từ dữ liệu mua hàng cập nhật mới nhất kỳ 01-&gt;03 Tháng 10/2026. Để phản ánh chính xác tốc độ tiêu thụ và loại bỏ sự chênh lệch do số ngày làm việc giữa các tháng trong năm (tháng 28 ngày, 30 ngày, 31 ngày và kỳ đầu tháng 3 ngày), toàn bộ số liệu sản lượng đã được quy đổi chuẩn hóa về chỉ số Sản Lượng Tiêu Thụ Trung Bình Ngày (Kg/ngày). Chỉ số so sánh chính được tính giữa Kỳ T10 (3 ngày) và Tháng 09 (30 ngày).</w:t>
      </w:r>
    </w:p>
    <w:p>
      <w:pPr>
        <w:spacing w:before="120" w:after="60"/>
      </w:pPr>
      <w:r>
        <w:rPr>
          <w:b/>
          <w:color w:val="1A5276"/>
          <w:sz w:val="26"/>
        </w:rPr>
        <w:t>II. Kết quả tổng quan toàn công ty qua các kỳ</w:t>
      </w:r>
    </w:p>
    <w:tbl>
      <w:tblPr>
        <w:tblW w:type="auto" w:w="0"/>
        <w:jc w:val="center"/>
        <w:tblLayout w:type="fixed"/>
        <w:tblLook w:firstColumn="1" w:firstRow="1" w:lastColumn="0" w:lastRow="0" w:noHBand="0" w:noVBand="1" w:val="04A0"/>
      </w:tblPr>
      <w:tblGrid>
        <w:gridCol w:w="2566"/>
        <w:gridCol w:w="2566"/>
        <w:gridCol w:w="2566"/>
        <w:gridCol w:w="2566"/>
        <w:gridCol w:w="2566"/>
        <w:gridCol w:w="2566"/>
      </w:tblGrid>
      <w:tr>
        <w:tc>
          <w:tcPr>
            <w:tcW w:type="dxa" w:w="3168"/>
            <w:shd w:fill="1A5276"/>
            <w:tcMar>
              <w:top w:w="100" w:type="dxa"/>
              <w:bottom w:w="100" w:type="dxa"/>
              <w:left w:w="80" w:type="dxa"/>
              <w:right w:w="80" w:type="dxa"/>
            </w:tcMar>
          </w:tcPr>
          <w:p>
            <w:pPr>
              <w:jc w:val="center"/>
            </w:pPr>
            <w:r>
              <w:rPr>
                <w:b/>
                <w:color w:val="FFFFFF"/>
                <w:sz w:val="20"/>
              </w:rPr>
              <w:t>Kỳ Báo Cáo</w:t>
            </w:r>
          </w:p>
        </w:tc>
        <w:tc>
          <w:tcPr>
            <w:tcW w:type="dxa" w:w="2448"/>
            <w:shd w:fill="1A5276"/>
            <w:tcMar>
              <w:top w:w="100" w:type="dxa"/>
              <w:bottom w:w="100" w:type="dxa"/>
              <w:left w:w="80" w:type="dxa"/>
              <w:right w:w="80" w:type="dxa"/>
            </w:tcMar>
          </w:tcPr>
          <w:p>
            <w:pPr>
              <w:jc w:val="center"/>
            </w:pPr>
            <w:r>
              <w:rPr>
                <w:b/>
                <w:color w:val="FFFFFF"/>
                <w:sz w:val="20"/>
              </w:rPr>
              <w:t>Tổng Sản Lượng (Kg)</w:t>
            </w:r>
          </w:p>
        </w:tc>
        <w:tc>
          <w:tcPr>
            <w:tcW w:type="dxa" w:w="1584"/>
            <w:shd w:fill="1A5276"/>
            <w:tcMar>
              <w:top w:w="100" w:type="dxa"/>
              <w:bottom w:w="100" w:type="dxa"/>
              <w:left w:w="80" w:type="dxa"/>
              <w:right w:w="80" w:type="dxa"/>
            </w:tcMar>
          </w:tcPr>
          <w:p>
            <w:pPr>
              <w:jc w:val="center"/>
            </w:pPr>
            <w:r>
              <w:rPr>
                <w:b/>
                <w:color w:val="FFFFFF"/>
                <w:sz w:val="20"/>
              </w:rPr>
              <w:t>Số Ngày Trong Kỳ</w:t>
            </w:r>
          </w:p>
        </w:tc>
        <w:tc>
          <w:tcPr>
            <w:tcW w:type="dxa" w:w="2592"/>
            <w:shd w:fill="1A5276"/>
            <w:tcMar>
              <w:top w:w="100" w:type="dxa"/>
              <w:bottom w:w="100" w:type="dxa"/>
              <w:left w:w="80" w:type="dxa"/>
              <w:right w:w="80" w:type="dxa"/>
            </w:tcMar>
          </w:tcPr>
          <w:p>
            <w:pPr>
              <w:jc w:val="center"/>
            </w:pPr>
            <w:r>
              <w:rPr>
                <w:b/>
                <w:color w:val="FFFFFF"/>
                <w:sz w:val="20"/>
              </w:rPr>
              <w:t>TB / Ngày (Kg/ngày)</w:t>
            </w:r>
          </w:p>
        </w:tc>
        <w:tc>
          <w:tcPr>
            <w:tcW w:type="dxa" w:w="2592"/>
            <w:shd w:fill="1A5276"/>
            <w:tcMar>
              <w:top w:w="100" w:type="dxa"/>
              <w:bottom w:w="100" w:type="dxa"/>
              <w:left w:w="80" w:type="dxa"/>
              <w:right w:w="80" w:type="dxa"/>
            </w:tcMar>
          </w:tcPr>
          <w:p>
            <w:pPr>
              <w:jc w:val="center"/>
            </w:pPr>
            <w:r>
              <w:rPr>
                <w:b/>
                <w:color w:val="FFFFFF"/>
                <w:sz w:val="20"/>
              </w:rPr>
              <w:t>So Với Tháng Trước (Kg/ngày)</w:t>
            </w:r>
          </w:p>
        </w:tc>
        <w:tc>
          <w:tcPr>
            <w:tcW w:type="dxa" w:w="2592"/>
            <w:shd w:fill="1A5276"/>
            <w:tcMar>
              <w:top w:w="100" w:type="dxa"/>
              <w:bottom w:w="100" w:type="dxa"/>
              <w:left w:w="80" w:type="dxa"/>
              <w:right w:w="80" w:type="dxa"/>
            </w:tcMar>
          </w:tcPr>
          <w:p>
            <w:pPr>
              <w:jc w:val="center"/>
            </w:pPr>
            <w:r>
              <w:rPr>
                <w:b/>
                <w:color w:val="FFFFFF"/>
                <w:sz w:val="20"/>
              </w:rPr>
              <w:t>Tăng/Giảm So Với Tháng Trước (%)</w:t>
            </w:r>
          </w:p>
        </w:tc>
      </w:tr>
      <w:tr>
        <w:tc>
          <w:tcPr>
            <w:tcW w:type="dxa" w:w="3168"/>
            <w:shd w:fill="FFFFFF"/>
            <w:tcMar>
              <w:top w:w="70" w:type="dxa"/>
              <w:bottom w:w="70" w:type="dxa"/>
              <w:left w:w="80" w:type="dxa"/>
              <w:right w:w="80" w:type="dxa"/>
            </w:tcMar>
          </w:tcPr>
          <w:p>
            <w:pPr>
              <w:jc w:val="left"/>
            </w:pPr>
            <w:r>
              <w:rPr>
                <w:b/>
                <w:sz w:val="20"/>
              </w:rPr>
              <w:t>Tháng 01</w:t>
            </w:r>
          </w:p>
        </w:tc>
        <w:tc>
          <w:tcPr>
            <w:tcW w:type="dxa" w:w="2448"/>
            <w:shd w:fill="FFFFFF"/>
            <w:tcMar>
              <w:top w:w="70" w:type="dxa"/>
              <w:bottom w:w="70" w:type="dxa"/>
              <w:left w:w="80" w:type="dxa"/>
              <w:right w:w="80" w:type="dxa"/>
            </w:tcMar>
          </w:tcPr>
          <w:p>
            <w:pPr>
              <w:jc w:val="right"/>
            </w:pPr>
            <w:r>
              <w:rPr>
                <w:sz w:val="20"/>
              </w:rPr>
              <w:t>959,797</w:t>
            </w:r>
          </w:p>
        </w:tc>
        <w:tc>
          <w:tcPr>
            <w:tcW w:type="dxa" w:w="1584"/>
            <w:shd w:fill="FFFFFF"/>
            <w:tcMar>
              <w:top w:w="70" w:type="dxa"/>
              <w:bottom w:w="70" w:type="dxa"/>
              <w:left w:w="80" w:type="dxa"/>
              <w:right w:w="80" w:type="dxa"/>
            </w:tcMar>
          </w:tcPr>
          <w:p>
            <w:pPr>
              <w:jc w:val="center"/>
            </w:pPr>
            <w:r>
              <w:rPr>
                <w:sz w:val="20"/>
              </w:rPr>
              <w:t>31</w:t>
            </w:r>
          </w:p>
        </w:tc>
        <w:tc>
          <w:tcPr>
            <w:tcW w:type="dxa" w:w="2592"/>
            <w:shd w:fill="FFFFFF"/>
            <w:tcMar>
              <w:top w:w="70" w:type="dxa"/>
              <w:bottom w:w="70" w:type="dxa"/>
              <w:left w:w="80" w:type="dxa"/>
              <w:right w:w="80" w:type="dxa"/>
            </w:tcMar>
          </w:tcPr>
          <w:p>
            <w:pPr>
              <w:jc w:val="right"/>
            </w:pPr>
            <w:r>
              <w:rPr>
                <w:b/>
                <w:sz w:val="20"/>
              </w:rPr>
              <w:t>30,961</w:t>
            </w:r>
          </w:p>
        </w:tc>
        <w:tc>
          <w:tcPr>
            <w:tcW w:type="dxa" w:w="2592"/>
            <w:shd w:fill="FFFFFF"/>
            <w:tcMar>
              <w:top w:w="70" w:type="dxa"/>
              <w:bottom w:w="70" w:type="dxa"/>
              <w:left w:w="80" w:type="dxa"/>
              <w:right w:w="80" w:type="dxa"/>
            </w:tcMar>
          </w:tcPr>
          <w:p>
            <w:pPr>
              <w:jc w:val="right"/>
            </w:pPr>
            <w:r>
              <w:rPr>
                <w:sz w:val="20"/>
              </w:rPr>
              <w:t>-</w:t>
            </w:r>
          </w:p>
        </w:tc>
        <w:tc>
          <w:tcPr>
            <w:tcW w:type="dxa" w:w="2592"/>
            <w:shd w:fill="FFFFFF"/>
            <w:tcMar>
              <w:top w:w="70" w:type="dxa"/>
              <w:bottom w:w="70" w:type="dxa"/>
              <w:left w:w="80" w:type="dxa"/>
              <w:right w:w="80" w:type="dxa"/>
            </w:tcMar>
          </w:tcPr>
          <w:p>
            <w:pPr>
              <w:jc w:val="center"/>
            </w:pPr>
            <w:r>
              <w:rPr>
                <w:b/>
                <w:sz w:val="20"/>
              </w:rPr>
              <w:t>-</w:t>
            </w:r>
          </w:p>
        </w:tc>
      </w:tr>
      <w:tr>
        <w:tc>
          <w:tcPr>
            <w:tcW w:type="dxa" w:w="3168"/>
            <w:shd w:fill="F4F6F7"/>
            <w:tcMar>
              <w:top w:w="70" w:type="dxa"/>
              <w:bottom w:w="70" w:type="dxa"/>
              <w:left w:w="80" w:type="dxa"/>
              <w:right w:w="80" w:type="dxa"/>
            </w:tcMar>
          </w:tcPr>
          <w:p>
            <w:pPr>
              <w:jc w:val="left"/>
            </w:pPr>
            <w:r>
              <w:rPr>
                <w:b/>
                <w:sz w:val="20"/>
              </w:rPr>
              <w:t>Tháng 02</w:t>
            </w:r>
          </w:p>
        </w:tc>
        <w:tc>
          <w:tcPr>
            <w:tcW w:type="dxa" w:w="2448"/>
            <w:shd w:fill="F4F6F7"/>
            <w:tcMar>
              <w:top w:w="70" w:type="dxa"/>
              <w:bottom w:w="70" w:type="dxa"/>
              <w:left w:w="80" w:type="dxa"/>
              <w:right w:w="80" w:type="dxa"/>
            </w:tcMar>
          </w:tcPr>
          <w:p>
            <w:pPr>
              <w:jc w:val="right"/>
            </w:pPr>
            <w:r>
              <w:rPr>
                <w:sz w:val="20"/>
              </w:rPr>
              <w:t>401,094</w:t>
            </w:r>
          </w:p>
        </w:tc>
        <w:tc>
          <w:tcPr>
            <w:tcW w:type="dxa" w:w="1584"/>
            <w:shd w:fill="F4F6F7"/>
            <w:tcMar>
              <w:top w:w="70" w:type="dxa"/>
              <w:bottom w:w="70" w:type="dxa"/>
              <w:left w:w="80" w:type="dxa"/>
              <w:right w:w="80" w:type="dxa"/>
            </w:tcMar>
          </w:tcPr>
          <w:p>
            <w:pPr>
              <w:jc w:val="center"/>
            </w:pPr>
            <w:r>
              <w:rPr>
                <w:sz w:val="20"/>
              </w:rPr>
              <w:t>28</w:t>
            </w:r>
          </w:p>
        </w:tc>
        <w:tc>
          <w:tcPr>
            <w:tcW w:type="dxa" w:w="2592"/>
            <w:shd w:fill="F4F6F7"/>
            <w:tcMar>
              <w:top w:w="70" w:type="dxa"/>
              <w:bottom w:w="70" w:type="dxa"/>
              <w:left w:w="80" w:type="dxa"/>
              <w:right w:w="80" w:type="dxa"/>
            </w:tcMar>
          </w:tcPr>
          <w:p>
            <w:pPr>
              <w:jc w:val="right"/>
            </w:pPr>
            <w:r>
              <w:rPr>
                <w:b/>
                <w:sz w:val="20"/>
              </w:rPr>
              <w:t>14,325</w:t>
            </w:r>
          </w:p>
        </w:tc>
        <w:tc>
          <w:tcPr>
            <w:tcW w:type="dxa" w:w="2592"/>
            <w:shd w:fill="F4F6F7"/>
            <w:tcMar>
              <w:top w:w="70" w:type="dxa"/>
              <w:bottom w:w="70" w:type="dxa"/>
              <w:left w:w="80" w:type="dxa"/>
              <w:right w:w="80" w:type="dxa"/>
            </w:tcMar>
          </w:tcPr>
          <w:p>
            <w:pPr>
              <w:jc w:val="right"/>
            </w:pPr>
            <w:r>
              <w:rPr>
                <w:color w:val="C0392B"/>
                <w:sz w:val="20"/>
              </w:rPr>
              <w:t>-16,636</w:t>
            </w:r>
          </w:p>
        </w:tc>
        <w:tc>
          <w:tcPr>
            <w:tcW w:type="dxa" w:w="2592"/>
            <w:shd w:fill="F4F6F7"/>
            <w:tcMar>
              <w:top w:w="70" w:type="dxa"/>
              <w:bottom w:w="70" w:type="dxa"/>
              <w:left w:w="80" w:type="dxa"/>
              <w:right w:w="80" w:type="dxa"/>
            </w:tcMar>
          </w:tcPr>
          <w:p>
            <w:pPr>
              <w:jc w:val="center"/>
            </w:pPr>
            <w:r>
              <w:rPr>
                <w:b/>
                <w:color w:val="C0392B"/>
                <w:sz w:val="20"/>
              </w:rPr>
              <w:t>-53.7%</w:t>
            </w:r>
          </w:p>
        </w:tc>
      </w:tr>
      <w:tr>
        <w:tc>
          <w:tcPr>
            <w:tcW w:type="dxa" w:w="3168"/>
            <w:shd w:fill="FFFFFF"/>
            <w:tcMar>
              <w:top w:w="70" w:type="dxa"/>
              <w:bottom w:w="70" w:type="dxa"/>
              <w:left w:w="80" w:type="dxa"/>
              <w:right w:w="80" w:type="dxa"/>
            </w:tcMar>
          </w:tcPr>
          <w:p>
            <w:pPr>
              <w:jc w:val="left"/>
            </w:pPr>
            <w:r>
              <w:rPr>
                <w:b/>
                <w:sz w:val="20"/>
              </w:rPr>
              <w:t>Tháng 03</w:t>
            </w:r>
          </w:p>
        </w:tc>
        <w:tc>
          <w:tcPr>
            <w:tcW w:type="dxa" w:w="2448"/>
            <w:shd w:fill="FFFFFF"/>
            <w:tcMar>
              <w:top w:w="70" w:type="dxa"/>
              <w:bottom w:w="70" w:type="dxa"/>
              <w:left w:w="80" w:type="dxa"/>
              <w:right w:w="80" w:type="dxa"/>
            </w:tcMar>
          </w:tcPr>
          <w:p>
            <w:pPr>
              <w:jc w:val="right"/>
            </w:pPr>
            <w:r>
              <w:rPr>
                <w:sz w:val="20"/>
              </w:rPr>
              <w:t>926,500</w:t>
            </w:r>
          </w:p>
        </w:tc>
        <w:tc>
          <w:tcPr>
            <w:tcW w:type="dxa" w:w="1584"/>
            <w:shd w:fill="FFFFFF"/>
            <w:tcMar>
              <w:top w:w="70" w:type="dxa"/>
              <w:bottom w:w="70" w:type="dxa"/>
              <w:left w:w="80" w:type="dxa"/>
              <w:right w:w="80" w:type="dxa"/>
            </w:tcMar>
          </w:tcPr>
          <w:p>
            <w:pPr>
              <w:jc w:val="center"/>
            </w:pPr>
            <w:r>
              <w:rPr>
                <w:sz w:val="20"/>
              </w:rPr>
              <w:t>31</w:t>
            </w:r>
          </w:p>
        </w:tc>
        <w:tc>
          <w:tcPr>
            <w:tcW w:type="dxa" w:w="2592"/>
            <w:shd w:fill="FFFFFF"/>
            <w:tcMar>
              <w:top w:w="70" w:type="dxa"/>
              <w:bottom w:w="70" w:type="dxa"/>
              <w:left w:w="80" w:type="dxa"/>
              <w:right w:w="80" w:type="dxa"/>
            </w:tcMar>
          </w:tcPr>
          <w:p>
            <w:pPr>
              <w:jc w:val="right"/>
            </w:pPr>
            <w:r>
              <w:rPr>
                <w:b/>
                <w:sz w:val="20"/>
              </w:rPr>
              <w:t>29,887</w:t>
            </w:r>
          </w:p>
        </w:tc>
        <w:tc>
          <w:tcPr>
            <w:tcW w:type="dxa" w:w="2592"/>
            <w:shd w:fill="FFFFFF"/>
            <w:tcMar>
              <w:top w:w="70" w:type="dxa"/>
              <w:bottom w:w="70" w:type="dxa"/>
              <w:left w:w="80" w:type="dxa"/>
              <w:right w:w="80" w:type="dxa"/>
            </w:tcMar>
          </w:tcPr>
          <w:p>
            <w:pPr>
              <w:jc w:val="right"/>
            </w:pPr>
            <w:r>
              <w:rPr>
                <w:color w:val="27AE60"/>
                <w:sz w:val="20"/>
              </w:rPr>
              <w:t>+15,562</w:t>
            </w:r>
          </w:p>
        </w:tc>
        <w:tc>
          <w:tcPr>
            <w:tcW w:type="dxa" w:w="2592"/>
            <w:shd w:fill="FFFFFF"/>
            <w:tcMar>
              <w:top w:w="70" w:type="dxa"/>
              <w:bottom w:w="70" w:type="dxa"/>
              <w:left w:w="80" w:type="dxa"/>
              <w:right w:w="80" w:type="dxa"/>
            </w:tcMar>
          </w:tcPr>
          <w:p>
            <w:pPr>
              <w:jc w:val="center"/>
            </w:pPr>
            <w:r>
              <w:rPr>
                <w:b/>
                <w:color w:val="27AE60"/>
                <w:sz w:val="20"/>
              </w:rPr>
              <w:t>+108.6%</w:t>
            </w:r>
          </w:p>
        </w:tc>
      </w:tr>
      <w:tr>
        <w:tc>
          <w:tcPr>
            <w:tcW w:type="dxa" w:w="3168"/>
            <w:shd w:fill="F4F6F7"/>
            <w:tcMar>
              <w:top w:w="70" w:type="dxa"/>
              <w:bottom w:w="70" w:type="dxa"/>
              <w:left w:w="80" w:type="dxa"/>
              <w:right w:w="80" w:type="dxa"/>
            </w:tcMar>
          </w:tcPr>
          <w:p>
            <w:pPr>
              <w:jc w:val="left"/>
            </w:pPr>
            <w:r>
              <w:rPr>
                <w:b/>
                <w:sz w:val="20"/>
              </w:rPr>
              <w:t>Tháng 04</w:t>
            </w:r>
          </w:p>
        </w:tc>
        <w:tc>
          <w:tcPr>
            <w:tcW w:type="dxa" w:w="2448"/>
            <w:shd w:fill="F4F6F7"/>
            <w:tcMar>
              <w:top w:w="70" w:type="dxa"/>
              <w:bottom w:w="70" w:type="dxa"/>
              <w:left w:w="80" w:type="dxa"/>
              <w:right w:w="80" w:type="dxa"/>
            </w:tcMar>
          </w:tcPr>
          <w:p>
            <w:pPr>
              <w:jc w:val="right"/>
            </w:pPr>
            <w:r>
              <w:rPr>
                <w:sz w:val="20"/>
              </w:rPr>
              <w:t>859,349</w:t>
            </w:r>
          </w:p>
        </w:tc>
        <w:tc>
          <w:tcPr>
            <w:tcW w:type="dxa" w:w="1584"/>
            <w:shd w:fill="F4F6F7"/>
            <w:tcMar>
              <w:top w:w="70" w:type="dxa"/>
              <w:bottom w:w="70" w:type="dxa"/>
              <w:left w:w="80" w:type="dxa"/>
              <w:right w:w="80" w:type="dxa"/>
            </w:tcMar>
          </w:tcPr>
          <w:p>
            <w:pPr>
              <w:jc w:val="center"/>
            </w:pPr>
            <w:r>
              <w:rPr>
                <w:sz w:val="20"/>
              </w:rPr>
              <w:t>30</w:t>
            </w:r>
          </w:p>
        </w:tc>
        <w:tc>
          <w:tcPr>
            <w:tcW w:type="dxa" w:w="2592"/>
            <w:shd w:fill="F4F6F7"/>
            <w:tcMar>
              <w:top w:w="70" w:type="dxa"/>
              <w:bottom w:w="70" w:type="dxa"/>
              <w:left w:w="80" w:type="dxa"/>
              <w:right w:w="80" w:type="dxa"/>
            </w:tcMar>
          </w:tcPr>
          <w:p>
            <w:pPr>
              <w:jc w:val="right"/>
            </w:pPr>
            <w:r>
              <w:rPr>
                <w:b/>
                <w:sz w:val="20"/>
              </w:rPr>
              <w:t>28,645</w:t>
            </w:r>
          </w:p>
        </w:tc>
        <w:tc>
          <w:tcPr>
            <w:tcW w:type="dxa" w:w="2592"/>
            <w:shd w:fill="F4F6F7"/>
            <w:tcMar>
              <w:top w:w="70" w:type="dxa"/>
              <w:bottom w:w="70" w:type="dxa"/>
              <w:left w:w="80" w:type="dxa"/>
              <w:right w:w="80" w:type="dxa"/>
            </w:tcMar>
          </w:tcPr>
          <w:p>
            <w:pPr>
              <w:jc w:val="right"/>
            </w:pPr>
            <w:r>
              <w:rPr>
                <w:color w:val="C0392B"/>
                <w:sz w:val="20"/>
              </w:rPr>
              <w:t>-1,242</w:t>
            </w:r>
          </w:p>
        </w:tc>
        <w:tc>
          <w:tcPr>
            <w:tcW w:type="dxa" w:w="2592"/>
            <w:shd w:fill="F4F6F7"/>
            <w:tcMar>
              <w:top w:w="70" w:type="dxa"/>
              <w:bottom w:w="70" w:type="dxa"/>
              <w:left w:w="80" w:type="dxa"/>
              <w:right w:w="80" w:type="dxa"/>
            </w:tcMar>
          </w:tcPr>
          <w:p>
            <w:pPr>
              <w:jc w:val="center"/>
            </w:pPr>
            <w:r>
              <w:rPr>
                <w:b/>
                <w:color w:val="C0392B"/>
                <w:sz w:val="20"/>
              </w:rPr>
              <w:t>-4.2%</w:t>
            </w:r>
          </w:p>
        </w:tc>
      </w:tr>
      <w:tr>
        <w:tc>
          <w:tcPr>
            <w:tcW w:type="dxa" w:w="3168"/>
            <w:shd w:fill="FFFFFF"/>
            <w:tcMar>
              <w:top w:w="70" w:type="dxa"/>
              <w:bottom w:w="70" w:type="dxa"/>
              <w:left w:w="80" w:type="dxa"/>
              <w:right w:w="80" w:type="dxa"/>
            </w:tcMar>
          </w:tcPr>
          <w:p>
            <w:pPr>
              <w:jc w:val="left"/>
            </w:pPr>
            <w:r>
              <w:rPr>
                <w:b/>
                <w:sz w:val="20"/>
              </w:rPr>
              <w:t>Tháng 05</w:t>
            </w:r>
          </w:p>
        </w:tc>
        <w:tc>
          <w:tcPr>
            <w:tcW w:type="dxa" w:w="2448"/>
            <w:shd w:fill="FFFFFF"/>
            <w:tcMar>
              <w:top w:w="70" w:type="dxa"/>
              <w:bottom w:w="70" w:type="dxa"/>
              <w:left w:w="80" w:type="dxa"/>
              <w:right w:w="80" w:type="dxa"/>
            </w:tcMar>
          </w:tcPr>
          <w:p>
            <w:pPr>
              <w:jc w:val="right"/>
            </w:pPr>
            <w:r>
              <w:rPr>
                <w:sz w:val="20"/>
              </w:rPr>
              <w:t>806,513</w:t>
            </w:r>
          </w:p>
        </w:tc>
        <w:tc>
          <w:tcPr>
            <w:tcW w:type="dxa" w:w="1584"/>
            <w:shd w:fill="FFFFFF"/>
            <w:tcMar>
              <w:top w:w="70" w:type="dxa"/>
              <w:bottom w:w="70" w:type="dxa"/>
              <w:left w:w="80" w:type="dxa"/>
              <w:right w:w="80" w:type="dxa"/>
            </w:tcMar>
          </w:tcPr>
          <w:p>
            <w:pPr>
              <w:jc w:val="center"/>
            </w:pPr>
            <w:r>
              <w:rPr>
                <w:sz w:val="20"/>
              </w:rPr>
              <w:t>31</w:t>
            </w:r>
          </w:p>
        </w:tc>
        <w:tc>
          <w:tcPr>
            <w:tcW w:type="dxa" w:w="2592"/>
            <w:shd w:fill="FFFFFF"/>
            <w:tcMar>
              <w:top w:w="70" w:type="dxa"/>
              <w:bottom w:w="70" w:type="dxa"/>
              <w:left w:w="80" w:type="dxa"/>
              <w:right w:w="80" w:type="dxa"/>
            </w:tcMar>
          </w:tcPr>
          <w:p>
            <w:pPr>
              <w:jc w:val="right"/>
            </w:pPr>
            <w:r>
              <w:rPr>
                <w:b/>
                <w:sz w:val="20"/>
              </w:rPr>
              <w:t>26,017</w:t>
            </w:r>
          </w:p>
        </w:tc>
        <w:tc>
          <w:tcPr>
            <w:tcW w:type="dxa" w:w="2592"/>
            <w:shd w:fill="FFFFFF"/>
            <w:tcMar>
              <w:top w:w="70" w:type="dxa"/>
              <w:bottom w:w="70" w:type="dxa"/>
              <w:left w:w="80" w:type="dxa"/>
              <w:right w:w="80" w:type="dxa"/>
            </w:tcMar>
          </w:tcPr>
          <w:p>
            <w:pPr>
              <w:jc w:val="right"/>
            </w:pPr>
            <w:r>
              <w:rPr>
                <w:color w:val="C0392B"/>
                <w:sz w:val="20"/>
              </w:rPr>
              <w:t>-2,628</w:t>
            </w:r>
          </w:p>
        </w:tc>
        <w:tc>
          <w:tcPr>
            <w:tcW w:type="dxa" w:w="2592"/>
            <w:shd w:fill="FFFFFF"/>
            <w:tcMar>
              <w:top w:w="70" w:type="dxa"/>
              <w:bottom w:w="70" w:type="dxa"/>
              <w:left w:w="80" w:type="dxa"/>
              <w:right w:w="80" w:type="dxa"/>
            </w:tcMar>
          </w:tcPr>
          <w:p>
            <w:pPr>
              <w:jc w:val="center"/>
            </w:pPr>
            <w:r>
              <w:rPr>
                <w:b/>
                <w:color w:val="C0392B"/>
                <w:sz w:val="20"/>
              </w:rPr>
              <w:t>-9.2%</w:t>
            </w:r>
          </w:p>
        </w:tc>
      </w:tr>
      <w:tr>
        <w:tc>
          <w:tcPr>
            <w:tcW w:type="dxa" w:w="3168"/>
            <w:shd w:fill="F4F6F7"/>
            <w:tcMar>
              <w:top w:w="70" w:type="dxa"/>
              <w:bottom w:w="70" w:type="dxa"/>
              <w:left w:w="80" w:type="dxa"/>
              <w:right w:w="80" w:type="dxa"/>
            </w:tcMar>
          </w:tcPr>
          <w:p>
            <w:pPr>
              <w:jc w:val="left"/>
            </w:pPr>
            <w:r>
              <w:rPr>
                <w:b/>
                <w:sz w:val="20"/>
              </w:rPr>
              <w:t>Tháng 06</w:t>
            </w:r>
          </w:p>
        </w:tc>
        <w:tc>
          <w:tcPr>
            <w:tcW w:type="dxa" w:w="2448"/>
            <w:shd w:fill="F4F6F7"/>
            <w:tcMar>
              <w:top w:w="70" w:type="dxa"/>
              <w:bottom w:w="70" w:type="dxa"/>
              <w:left w:w="80" w:type="dxa"/>
              <w:right w:w="80" w:type="dxa"/>
            </w:tcMar>
          </w:tcPr>
          <w:p>
            <w:pPr>
              <w:jc w:val="right"/>
            </w:pPr>
            <w:r>
              <w:rPr>
                <w:sz w:val="20"/>
              </w:rPr>
              <w:t>977,414</w:t>
            </w:r>
          </w:p>
        </w:tc>
        <w:tc>
          <w:tcPr>
            <w:tcW w:type="dxa" w:w="1584"/>
            <w:shd w:fill="F4F6F7"/>
            <w:tcMar>
              <w:top w:w="70" w:type="dxa"/>
              <w:bottom w:w="70" w:type="dxa"/>
              <w:left w:w="80" w:type="dxa"/>
              <w:right w:w="80" w:type="dxa"/>
            </w:tcMar>
          </w:tcPr>
          <w:p>
            <w:pPr>
              <w:jc w:val="center"/>
            </w:pPr>
            <w:r>
              <w:rPr>
                <w:sz w:val="20"/>
              </w:rPr>
              <w:t>30</w:t>
            </w:r>
          </w:p>
        </w:tc>
        <w:tc>
          <w:tcPr>
            <w:tcW w:type="dxa" w:w="2592"/>
            <w:shd w:fill="F4F6F7"/>
            <w:tcMar>
              <w:top w:w="70" w:type="dxa"/>
              <w:bottom w:w="70" w:type="dxa"/>
              <w:left w:w="80" w:type="dxa"/>
              <w:right w:w="80" w:type="dxa"/>
            </w:tcMar>
          </w:tcPr>
          <w:p>
            <w:pPr>
              <w:jc w:val="right"/>
            </w:pPr>
            <w:r>
              <w:rPr>
                <w:b/>
                <w:sz w:val="20"/>
              </w:rPr>
              <w:t>32,580</w:t>
            </w:r>
          </w:p>
        </w:tc>
        <w:tc>
          <w:tcPr>
            <w:tcW w:type="dxa" w:w="2592"/>
            <w:shd w:fill="F4F6F7"/>
            <w:tcMar>
              <w:top w:w="70" w:type="dxa"/>
              <w:bottom w:w="70" w:type="dxa"/>
              <w:left w:w="80" w:type="dxa"/>
              <w:right w:w="80" w:type="dxa"/>
            </w:tcMar>
          </w:tcPr>
          <w:p>
            <w:pPr>
              <w:jc w:val="right"/>
            </w:pPr>
            <w:r>
              <w:rPr>
                <w:color w:val="27AE60"/>
                <w:sz w:val="20"/>
              </w:rPr>
              <w:t>+6,563</w:t>
            </w:r>
          </w:p>
        </w:tc>
        <w:tc>
          <w:tcPr>
            <w:tcW w:type="dxa" w:w="2592"/>
            <w:shd w:fill="F4F6F7"/>
            <w:tcMar>
              <w:top w:w="70" w:type="dxa"/>
              <w:bottom w:w="70" w:type="dxa"/>
              <w:left w:w="80" w:type="dxa"/>
              <w:right w:w="80" w:type="dxa"/>
            </w:tcMar>
          </w:tcPr>
          <w:p>
            <w:pPr>
              <w:jc w:val="center"/>
            </w:pPr>
            <w:r>
              <w:rPr>
                <w:b/>
                <w:color w:val="27AE60"/>
                <w:sz w:val="20"/>
              </w:rPr>
              <w:t>+25.2%</w:t>
            </w:r>
          </w:p>
        </w:tc>
      </w:tr>
      <w:tr>
        <w:tc>
          <w:tcPr>
            <w:tcW w:type="dxa" w:w="3168"/>
            <w:shd w:fill="FFFFFF"/>
            <w:tcMar>
              <w:top w:w="70" w:type="dxa"/>
              <w:bottom w:w="70" w:type="dxa"/>
              <w:left w:w="80" w:type="dxa"/>
              <w:right w:w="80" w:type="dxa"/>
            </w:tcMar>
          </w:tcPr>
          <w:p>
            <w:pPr>
              <w:jc w:val="left"/>
            </w:pPr>
            <w:r>
              <w:rPr>
                <w:b/>
                <w:sz w:val="20"/>
              </w:rPr>
              <w:t>Tháng 07</w:t>
            </w:r>
          </w:p>
        </w:tc>
        <w:tc>
          <w:tcPr>
            <w:tcW w:type="dxa" w:w="2448"/>
            <w:shd w:fill="FFFFFF"/>
            <w:tcMar>
              <w:top w:w="70" w:type="dxa"/>
              <w:bottom w:w="70" w:type="dxa"/>
              <w:left w:w="80" w:type="dxa"/>
              <w:right w:w="80" w:type="dxa"/>
            </w:tcMar>
          </w:tcPr>
          <w:p>
            <w:pPr>
              <w:jc w:val="right"/>
            </w:pPr>
            <w:r>
              <w:rPr>
                <w:sz w:val="20"/>
              </w:rPr>
              <w:t>935,326</w:t>
            </w:r>
          </w:p>
        </w:tc>
        <w:tc>
          <w:tcPr>
            <w:tcW w:type="dxa" w:w="1584"/>
            <w:shd w:fill="FFFFFF"/>
            <w:tcMar>
              <w:top w:w="70" w:type="dxa"/>
              <w:bottom w:w="70" w:type="dxa"/>
              <w:left w:w="80" w:type="dxa"/>
              <w:right w:w="80" w:type="dxa"/>
            </w:tcMar>
          </w:tcPr>
          <w:p>
            <w:pPr>
              <w:jc w:val="center"/>
            </w:pPr>
            <w:r>
              <w:rPr>
                <w:sz w:val="20"/>
              </w:rPr>
              <w:t>31</w:t>
            </w:r>
          </w:p>
        </w:tc>
        <w:tc>
          <w:tcPr>
            <w:tcW w:type="dxa" w:w="2592"/>
            <w:shd w:fill="FFFFFF"/>
            <w:tcMar>
              <w:top w:w="70" w:type="dxa"/>
              <w:bottom w:w="70" w:type="dxa"/>
              <w:left w:w="80" w:type="dxa"/>
              <w:right w:w="80" w:type="dxa"/>
            </w:tcMar>
          </w:tcPr>
          <w:p>
            <w:pPr>
              <w:jc w:val="right"/>
            </w:pPr>
            <w:r>
              <w:rPr>
                <w:b/>
                <w:sz w:val="20"/>
              </w:rPr>
              <w:t>30,172</w:t>
            </w:r>
          </w:p>
        </w:tc>
        <w:tc>
          <w:tcPr>
            <w:tcW w:type="dxa" w:w="2592"/>
            <w:shd w:fill="FFFFFF"/>
            <w:tcMar>
              <w:top w:w="70" w:type="dxa"/>
              <w:bottom w:w="70" w:type="dxa"/>
              <w:left w:w="80" w:type="dxa"/>
              <w:right w:w="80" w:type="dxa"/>
            </w:tcMar>
          </w:tcPr>
          <w:p>
            <w:pPr>
              <w:jc w:val="right"/>
            </w:pPr>
            <w:r>
              <w:rPr>
                <w:color w:val="C0392B"/>
                <w:sz w:val="20"/>
              </w:rPr>
              <w:t>-2,408</w:t>
            </w:r>
          </w:p>
        </w:tc>
        <w:tc>
          <w:tcPr>
            <w:tcW w:type="dxa" w:w="2592"/>
            <w:shd w:fill="FFFFFF"/>
            <w:tcMar>
              <w:top w:w="70" w:type="dxa"/>
              <w:bottom w:w="70" w:type="dxa"/>
              <w:left w:w="80" w:type="dxa"/>
              <w:right w:w="80" w:type="dxa"/>
            </w:tcMar>
          </w:tcPr>
          <w:p>
            <w:pPr>
              <w:jc w:val="center"/>
            </w:pPr>
            <w:r>
              <w:rPr>
                <w:b/>
                <w:color w:val="C0392B"/>
                <w:sz w:val="20"/>
              </w:rPr>
              <w:t>-7.4%</w:t>
            </w:r>
          </w:p>
        </w:tc>
      </w:tr>
      <w:tr>
        <w:tc>
          <w:tcPr>
            <w:tcW w:type="dxa" w:w="3168"/>
            <w:shd w:fill="F4F6F7"/>
            <w:tcMar>
              <w:top w:w="70" w:type="dxa"/>
              <w:bottom w:w="70" w:type="dxa"/>
              <w:left w:w="80" w:type="dxa"/>
              <w:right w:w="80" w:type="dxa"/>
            </w:tcMar>
          </w:tcPr>
          <w:p>
            <w:pPr>
              <w:jc w:val="left"/>
            </w:pPr>
            <w:r>
              <w:rPr>
                <w:b/>
                <w:sz w:val="20"/>
              </w:rPr>
              <w:t>Tháng 08</w:t>
            </w:r>
          </w:p>
        </w:tc>
        <w:tc>
          <w:tcPr>
            <w:tcW w:type="dxa" w:w="2448"/>
            <w:shd w:fill="F4F6F7"/>
            <w:tcMar>
              <w:top w:w="70" w:type="dxa"/>
              <w:bottom w:w="70" w:type="dxa"/>
              <w:left w:w="80" w:type="dxa"/>
              <w:right w:w="80" w:type="dxa"/>
            </w:tcMar>
          </w:tcPr>
          <w:p>
            <w:pPr>
              <w:jc w:val="right"/>
            </w:pPr>
            <w:r>
              <w:rPr>
                <w:sz w:val="20"/>
              </w:rPr>
              <w:t>928,578</w:t>
            </w:r>
          </w:p>
        </w:tc>
        <w:tc>
          <w:tcPr>
            <w:tcW w:type="dxa" w:w="1584"/>
            <w:shd w:fill="F4F6F7"/>
            <w:tcMar>
              <w:top w:w="70" w:type="dxa"/>
              <w:bottom w:w="70" w:type="dxa"/>
              <w:left w:w="80" w:type="dxa"/>
              <w:right w:w="80" w:type="dxa"/>
            </w:tcMar>
          </w:tcPr>
          <w:p>
            <w:pPr>
              <w:jc w:val="center"/>
            </w:pPr>
            <w:r>
              <w:rPr>
                <w:sz w:val="20"/>
              </w:rPr>
              <w:t>31</w:t>
            </w:r>
          </w:p>
        </w:tc>
        <w:tc>
          <w:tcPr>
            <w:tcW w:type="dxa" w:w="2592"/>
            <w:shd w:fill="F4F6F7"/>
            <w:tcMar>
              <w:top w:w="70" w:type="dxa"/>
              <w:bottom w:w="70" w:type="dxa"/>
              <w:left w:w="80" w:type="dxa"/>
              <w:right w:w="80" w:type="dxa"/>
            </w:tcMar>
          </w:tcPr>
          <w:p>
            <w:pPr>
              <w:jc w:val="right"/>
            </w:pPr>
            <w:r>
              <w:rPr>
                <w:b/>
                <w:sz w:val="20"/>
              </w:rPr>
              <w:t>29,954</w:t>
            </w:r>
          </w:p>
        </w:tc>
        <w:tc>
          <w:tcPr>
            <w:tcW w:type="dxa" w:w="2592"/>
            <w:shd w:fill="F4F6F7"/>
            <w:tcMar>
              <w:top w:w="70" w:type="dxa"/>
              <w:bottom w:w="70" w:type="dxa"/>
              <w:left w:w="80" w:type="dxa"/>
              <w:right w:w="80" w:type="dxa"/>
            </w:tcMar>
          </w:tcPr>
          <w:p>
            <w:pPr>
              <w:jc w:val="right"/>
            </w:pPr>
            <w:r>
              <w:rPr>
                <w:color w:val="C0392B"/>
                <w:sz w:val="20"/>
              </w:rPr>
              <w:t>-218</w:t>
            </w:r>
          </w:p>
        </w:tc>
        <w:tc>
          <w:tcPr>
            <w:tcW w:type="dxa" w:w="2592"/>
            <w:shd w:fill="F4F6F7"/>
            <w:tcMar>
              <w:top w:w="70" w:type="dxa"/>
              <w:bottom w:w="70" w:type="dxa"/>
              <w:left w:w="80" w:type="dxa"/>
              <w:right w:w="80" w:type="dxa"/>
            </w:tcMar>
          </w:tcPr>
          <w:p>
            <w:pPr>
              <w:jc w:val="center"/>
            </w:pPr>
            <w:r>
              <w:rPr>
                <w:b/>
                <w:color w:val="C0392B"/>
                <w:sz w:val="20"/>
              </w:rPr>
              <w:t>-0.7%</w:t>
            </w:r>
          </w:p>
        </w:tc>
      </w:tr>
      <w:tr>
        <w:tc>
          <w:tcPr>
            <w:tcW w:type="dxa" w:w="3168"/>
            <w:shd w:fill="FFFFFF"/>
            <w:tcMar>
              <w:top w:w="70" w:type="dxa"/>
              <w:bottom w:w="70" w:type="dxa"/>
              <w:left w:w="80" w:type="dxa"/>
              <w:right w:w="80" w:type="dxa"/>
            </w:tcMar>
          </w:tcPr>
          <w:p>
            <w:pPr>
              <w:jc w:val="left"/>
            </w:pPr>
            <w:r>
              <w:rPr>
                <w:b/>
                <w:sz w:val="20"/>
              </w:rPr>
              <w:t>Tháng 09</w:t>
            </w:r>
          </w:p>
        </w:tc>
        <w:tc>
          <w:tcPr>
            <w:tcW w:type="dxa" w:w="2448"/>
            <w:shd w:fill="FFFFFF"/>
            <w:tcMar>
              <w:top w:w="70" w:type="dxa"/>
              <w:bottom w:w="70" w:type="dxa"/>
              <w:left w:w="80" w:type="dxa"/>
              <w:right w:w="80" w:type="dxa"/>
            </w:tcMar>
          </w:tcPr>
          <w:p>
            <w:pPr>
              <w:jc w:val="right"/>
            </w:pPr>
            <w:r>
              <w:rPr>
                <w:sz w:val="20"/>
              </w:rPr>
              <w:t>957,767</w:t>
            </w:r>
          </w:p>
        </w:tc>
        <w:tc>
          <w:tcPr>
            <w:tcW w:type="dxa" w:w="1584"/>
            <w:shd w:fill="FFFFFF"/>
            <w:tcMar>
              <w:top w:w="70" w:type="dxa"/>
              <w:bottom w:w="70" w:type="dxa"/>
              <w:left w:w="80" w:type="dxa"/>
              <w:right w:w="80" w:type="dxa"/>
            </w:tcMar>
          </w:tcPr>
          <w:p>
            <w:pPr>
              <w:jc w:val="center"/>
            </w:pPr>
            <w:r>
              <w:rPr>
                <w:sz w:val="20"/>
              </w:rPr>
              <w:t>30</w:t>
            </w:r>
          </w:p>
        </w:tc>
        <w:tc>
          <w:tcPr>
            <w:tcW w:type="dxa" w:w="2592"/>
            <w:shd w:fill="FFFFFF"/>
            <w:tcMar>
              <w:top w:w="70" w:type="dxa"/>
              <w:bottom w:w="70" w:type="dxa"/>
              <w:left w:w="80" w:type="dxa"/>
              <w:right w:w="80" w:type="dxa"/>
            </w:tcMar>
          </w:tcPr>
          <w:p>
            <w:pPr>
              <w:jc w:val="right"/>
            </w:pPr>
            <w:r>
              <w:rPr>
                <w:b/>
                <w:sz w:val="20"/>
              </w:rPr>
              <w:t>31,926</w:t>
            </w:r>
          </w:p>
        </w:tc>
        <w:tc>
          <w:tcPr>
            <w:tcW w:type="dxa" w:w="2592"/>
            <w:shd w:fill="FFFFFF"/>
            <w:tcMar>
              <w:top w:w="70" w:type="dxa"/>
              <w:bottom w:w="70" w:type="dxa"/>
              <w:left w:w="80" w:type="dxa"/>
              <w:right w:w="80" w:type="dxa"/>
            </w:tcMar>
          </w:tcPr>
          <w:p>
            <w:pPr>
              <w:jc w:val="right"/>
            </w:pPr>
            <w:r>
              <w:rPr>
                <w:color w:val="27AE60"/>
                <w:sz w:val="20"/>
              </w:rPr>
              <w:t>+1,972</w:t>
            </w:r>
          </w:p>
        </w:tc>
        <w:tc>
          <w:tcPr>
            <w:tcW w:type="dxa" w:w="2592"/>
            <w:shd w:fill="FFFFFF"/>
            <w:tcMar>
              <w:top w:w="70" w:type="dxa"/>
              <w:bottom w:w="70" w:type="dxa"/>
              <w:left w:w="80" w:type="dxa"/>
              <w:right w:w="80" w:type="dxa"/>
            </w:tcMar>
          </w:tcPr>
          <w:p>
            <w:pPr>
              <w:jc w:val="center"/>
            </w:pPr>
            <w:r>
              <w:rPr>
                <w:b/>
                <w:color w:val="27AE60"/>
                <w:sz w:val="20"/>
              </w:rPr>
              <w:t>+6.6%</w:t>
            </w:r>
          </w:p>
        </w:tc>
      </w:tr>
      <w:tr>
        <w:tc>
          <w:tcPr>
            <w:tcW w:type="dxa" w:w="3168"/>
            <w:shd w:fill="EAF2F8"/>
            <w:tcMar>
              <w:top w:w="70" w:type="dxa"/>
              <w:bottom w:w="70" w:type="dxa"/>
              <w:left w:w="80" w:type="dxa"/>
              <w:right w:w="80" w:type="dxa"/>
            </w:tcMar>
          </w:tcPr>
          <w:p>
            <w:pPr>
              <w:jc w:val="left"/>
            </w:pPr>
            <w:r>
              <w:rPr>
                <w:b/>
                <w:sz w:val="20"/>
              </w:rPr>
              <w:t>Kỳ T10 (3 ngày)</w:t>
            </w:r>
          </w:p>
        </w:tc>
        <w:tc>
          <w:tcPr>
            <w:tcW w:type="dxa" w:w="2448"/>
            <w:shd w:fill="EAF2F8"/>
            <w:tcMar>
              <w:top w:w="70" w:type="dxa"/>
              <w:bottom w:w="70" w:type="dxa"/>
              <w:left w:w="80" w:type="dxa"/>
              <w:right w:w="80" w:type="dxa"/>
            </w:tcMar>
          </w:tcPr>
          <w:p>
            <w:pPr>
              <w:jc w:val="right"/>
            </w:pPr>
            <w:r>
              <w:rPr>
                <w:sz w:val="20"/>
              </w:rPr>
              <w:t>116,584</w:t>
            </w:r>
          </w:p>
        </w:tc>
        <w:tc>
          <w:tcPr>
            <w:tcW w:type="dxa" w:w="1584"/>
            <w:shd w:fill="EAF2F8"/>
            <w:tcMar>
              <w:top w:w="70" w:type="dxa"/>
              <w:bottom w:w="70" w:type="dxa"/>
              <w:left w:w="80" w:type="dxa"/>
              <w:right w:w="80" w:type="dxa"/>
            </w:tcMar>
          </w:tcPr>
          <w:p>
            <w:pPr>
              <w:jc w:val="center"/>
            </w:pPr>
            <w:r>
              <w:rPr>
                <w:sz w:val="20"/>
              </w:rPr>
              <w:t>3</w:t>
            </w:r>
          </w:p>
        </w:tc>
        <w:tc>
          <w:tcPr>
            <w:tcW w:type="dxa" w:w="2592"/>
            <w:shd w:fill="EAF2F8"/>
            <w:tcMar>
              <w:top w:w="70" w:type="dxa"/>
              <w:bottom w:w="70" w:type="dxa"/>
              <w:left w:w="80" w:type="dxa"/>
              <w:right w:w="80" w:type="dxa"/>
            </w:tcMar>
          </w:tcPr>
          <w:p>
            <w:pPr>
              <w:jc w:val="right"/>
            </w:pPr>
            <w:r>
              <w:rPr>
                <w:b/>
                <w:sz w:val="20"/>
              </w:rPr>
              <w:t>38,861</w:t>
            </w:r>
          </w:p>
        </w:tc>
        <w:tc>
          <w:tcPr>
            <w:tcW w:type="dxa" w:w="2592"/>
            <w:shd w:fill="EAF2F8"/>
            <w:tcMar>
              <w:top w:w="70" w:type="dxa"/>
              <w:bottom w:w="70" w:type="dxa"/>
              <w:left w:w="80" w:type="dxa"/>
              <w:right w:w="80" w:type="dxa"/>
            </w:tcMar>
          </w:tcPr>
          <w:p>
            <w:pPr>
              <w:jc w:val="right"/>
            </w:pPr>
            <w:r>
              <w:rPr>
                <w:color w:val="27AE60"/>
                <w:sz w:val="20"/>
              </w:rPr>
              <w:t>+6,935</w:t>
            </w:r>
          </w:p>
        </w:tc>
        <w:tc>
          <w:tcPr>
            <w:tcW w:type="dxa" w:w="2592"/>
            <w:shd w:fill="EAF2F8"/>
            <w:tcMar>
              <w:top w:w="70" w:type="dxa"/>
              <w:bottom w:w="70" w:type="dxa"/>
              <w:left w:w="80" w:type="dxa"/>
              <w:right w:w="80" w:type="dxa"/>
            </w:tcMar>
          </w:tcPr>
          <w:p>
            <w:pPr>
              <w:jc w:val="center"/>
            </w:pPr>
            <w:r>
              <w:rPr>
                <w:b/>
                <w:color w:val="27AE60"/>
                <w:sz w:val="20"/>
              </w:rPr>
              <w:t>+21.7%</w:t>
            </w:r>
          </w:p>
        </w:tc>
      </w:tr>
    </w:tbl>
    <w:p>
      <w:pPr>
        <w:spacing w:before="120" w:after="160"/>
      </w:pPr>
      <w:r>
        <w:rPr>
          <w:b/>
          <w:color w:val="1A5276"/>
        </w:rPr>
        <w:t xml:space="preserve">Đánh giá tổng quát: </w:t>
      </w:r>
      <w:r>
        <w:t>Trong 3 ngày đầu Tháng 10/2026 (01/10 - 03/10/2026), toàn công ty đạt tổng sản lượng 116,584 Kg, tương đương mức tiêu thụ bình quân đạt 38,861 Kg/ngày. So với Tháng 09/2026 (31,926 Kg/ngày), lượng tiêu thụ trung bình ngày ghi nhận mức TĂNG TRƯỞNG MẠNH +6,935 Kg/ngày (+21.7%). Tốc độ bán hàng đầu tháng 10 khởi sắc rất tích cực, đạt mức bình quân ngày cao nhất từ đầu năm đến nay.</w:t>
      </w:r>
    </w:p>
    <w:p>
      <w:pPr>
        <w:spacing w:before="160" w:after="60"/>
      </w:pPr>
      <w:r>
        <w:rPr>
          <w:b/>
          <w:color w:val="1A5276"/>
          <w:sz w:val="26"/>
        </w:rPr>
        <w:t>III. Bảng so sánh chi tiết theo từng khách hàng</w:t>
      </w:r>
    </w:p>
    <w:p>
      <w:pPr>
        <w:spacing w:after="80"/>
      </w:pPr>
      <w:r>
        <w:t>Bảng tổng hợp chi tiết lượng bán trung bình ngày của toàn bộ 190 khách hàng qua 9 tháng đầu năm và kỳ 3 ngày đầu Tháng 10/2026, cùng mức chênh lệch giữa Kỳ T10 so với Tháng 09/2026:</w:t>
      </w:r>
    </w:p>
    <w:tbl>
      <w:tblPr>
        <w:tblW w:type="auto" w:w="0"/>
        <w:jc w:val="center"/>
        <w:tblLayout w:type="fixed"/>
        <w:tblLook w:firstColumn="1" w:firstRow="1" w:lastColumn="0" w:lastRow="0" w:noHBand="0" w:noVBand="1" w:val="04A0"/>
      </w:tblPr>
      <w:tblGrid>
        <w:gridCol w:w="1026"/>
        <w:gridCol w:w="1026"/>
        <w:gridCol w:w="1026"/>
        <w:gridCol w:w="1026"/>
        <w:gridCol w:w="1026"/>
        <w:gridCol w:w="1026"/>
        <w:gridCol w:w="1026"/>
        <w:gridCol w:w="1026"/>
        <w:gridCol w:w="1026"/>
        <w:gridCol w:w="1026"/>
        <w:gridCol w:w="1026"/>
        <w:gridCol w:w="1026"/>
        <w:gridCol w:w="1026"/>
        <w:gridCol w:w="1026"/>
        <w:gridCol w:w="1026"/>
      </w:tblGrid>
      <w:tr>
        <w:tc>
          <w:tcPr>
            <w:tcW w:type="dxa" w:w="504"/>
            <w:shd w:fill="1A5276"/>
            <w:tcMar>
              <w:top w:w="60" w:type="dxa"/>
              <w:bottom w:w="60" w:type="dxa"/>
              <w:left w:w="30" w:type="dxa"/>
              <w:right w:w="30" w:type="dxa"/>
            </w:tcMar>
          </w:tcPr>
          <w:p>
            <w:pPr>
              <w:jc w:val="center"/>
            </w:pPr>
            <w:r>
              <w:rPr>
                <w:b/>
                <w:color w:val="FFFFFF"/>
                <w:sz w:val="16"/>
              </w:rPr>
              <w:t>STT</w:t>
            </w:r>
          </w:p>
        </w:tc>
        <w:tc>
          <w:tcPr>
            <w:tcW w:type="dxa" w:w="936"/>
            <w:shd w:fill="1A5276"/>
            <w:tcMar>
              <w:top w:w="60" w:type="dxa"/>
              <w:bottom w:w="60" w:type="dxa"/>
              <w:left w:w="30" w:type="dxa"/>
              <w:right w:w="30" w:type="dxa"/>
            </w:tcMar>
          </w:tcPr>
          <w:p>
            <w:pPr>
              <w:jc w:val="center"/>
            </w:pPr>
            <w:r>
              <w:rPr>
                <w:b/>
                <w:color w:val="FFFFFF"/>
                <w:sz w:val="16"/>
              </w:rPr>
              <w:t>Mã KH</w:t>
            </w:r>
          </w:p>
        </w:tc>
        <w:tc>
          <w:tcPr>
            <w:tcW w:type="dxa" w:w="3024"/>
            <w:shd w:fill="1A5276"/>
            <w:tcMar>
              <w:top w:w="60" w:type="dxa"/>
              <w:bottom w:w="60" w:type="dxa"/>
              <w:left w:w="30" w:type="dxa"/>
              <w:right w:w="30" w:type="dxa"/>
            </w:tcMar>
          </w:tcPr>
          <w:p>
            <w:pPr>
              <w:jc w:val="center"/>
            </w:pPr>
            <w:r>
              <w:rPr>
                <w:b/>
                <w:color w:val="FFFFFF"/>
                <w:sz w:val="16"/>
              </w:rPr>
              <w:t>Tên Khách Hàng</w:t>
            </w:r>
          </w:p>
        </w:tc>
        <w:tc>
          <w:tcPr>
            <w:tcW w:type="dxa" w:w="835"/>
            <w:shd w:fill="1A5276"/>
            <w:tcMar>
              <w:top w:w="60" w:type="dxa"/>
              <w:bottom w:w="60" w:type="dxa"/>
              <w:left w:w="30" w:type="dxa"/>
              <w:right w:w="30" w:type="dxa"/>
            </w:tcMar>
          </w:tcPr>
          <w:p>
            <w:pPr>
              <w:jc w:val="center"/>
            </w:pPr>
            <w:r>
              <w:rPr>
                <w:b/>
                <w:color w:val="FFFFFF"/>
                <w:sz w:val="16"/>
              </w:rPr>
              <w:t>TB T1</w:t>
            </w:r>
          </w:p>
        </w:tc>
        <w:tc>
          <w:tcPr>
            <w:tcW w:type="dxa" w:w="835"/>
            <w:shd w:fill="1A5276"/>
            <w:tcMar>
              <w:top w:w="60" w:type="dxa"/>
              <w:bottom w:w="60" w:type="dxa"/>
              <w:left w:w="30" w:type="dxa"/>
              <w:right w:w="30" w:type="dxa"/>
            </w:tcMar>
          </w:tcPr>
          <w:p>
            <w:pPr>
              <w:jc w:val="center"/>
            </w:pPr>
            <w:r>
              <w:rPr>
                <w:b/>
                <w:color w:val="FFFFFF"/>
                <w:sz w:val="16"/>
              </w:rPr>
              <w:t>TB T2</w:t>
            </w:r>
          </w:p>
        </w:tc>
        <w:tc>
          <w:tcPr>
            <w:tcW w:type="dxa" w:w="835"/>
            <w:shd w:fill="1A5276"/>
            <w:tcMar>
              <w:top w:w="60" w:type="dxa"/>
              <w:bottom w:w="60" w:type="dxa"/>
              <w:left w:w="30" w:type="dxa"/>
              <w:right w:w="30" w:type="dxa"/>
            </w:tcMar>
          </w:tcPr>
          <w:p>
            <w:pPr>
              <w:jc w:val="center"/>
            </w:pPr>
            <w:r>
              <w:rPr>
                <w:b/>
                <w:color w:val="FFFFFF"/>
                <w:sz w:val="16"/>
              </w:rPr>
              <w:t>TB T3</w:t>
            </w:r>
          </w:p>
        </w:tc>
        <w:tc>
          <w:tcPr>
            <w:tcW w:type="dxa" w:w="835"/>
            <w:shd w:fill="1A5276"/>
            <w:tcMar>
              <w:top w:w="60" w:type="dxa"/>
              <w:bottom w:w="60" w:type="dxa"/>
              <w:left w:w="30" w:type="dxa"/>
              <w:right w:w="30" w:type="dxa"/>
            </w:tcMar>
          </w:tcPr>
          <w:p>
            <w:pPr>
              <w:jc w:val="center"/>
            </w:pPr>
            <w:r>
              <w:rPr>
                <w:b/>
                <w:color w:val="FFFFFF"/>
                <w:sz w:val="16"/>
              </w:rPr>
              <w:t>TB T4</w:t>
            </w:r>
          </w:p>
        </w:tc>
        <w:tc>
          <w:tcPr>
            <w:tcW w:type="dxa" w:w="835"/>
            <w:shd w:fill="1A5276"/>
            <w:tcMar>
              <w:top w:w="60" w:type="dxa"/>
              <w:bottom w:w="60" w:type="dxa"/>
              <w:left w:w="30" w:type="dxa"/>
              <w:right w:w="30" w:type="dxa"/>
            </w:tcMar>
          </w:tcPr>
          <w:p>
            <w:pPr>
              <w:jc w:val="center"/>
            </w:pPr>
            <w:r>
              <w:rPr>
                <w:b/>
                <w:color w:val="FFFFFF"/>
                <w:sz w:val="16"/>
              </w:rPr>
              <w:t>TB T5</w:t>
            </w:r>
          </w:p>
        </w:tc>
        <w:tc>
          <w:tcPr>
            <w:tcW w:type="dxa" w:w="835"/>
            <w:shd w:fill="1A5276"/>
            <w:tcMar>
              <w:top w:w="60" w:type="dxa"/>
              <w:bottom w:w="60" w:type="dxa"/>
              <w:left w:w="30" w:type="dxa"/>
              <w:right w:w="30" w:type="dxa"/>
            </w:tcMar>
          </w:tcPr>
          <w:p>
            <w:pPr>
              <w:jc w:val="center"/>
            </w:pPr>
            <w:r>
              <w:rPr>
                <w:b/>
                <w:color w:val="FFFFFF"/>
                <w:sz w:val="16"/>
              </w:rPr>
              <w:t>TB T6</w:t>
            </w:r>
          </w:p>
        </w:tc>
        <w:tc>
          <w:tcPr>
            <w:tcW w:type="dxa" w:w="835"/>
            <w:shd w:fill="1A5276"/>
            <w:tcMar>
              <w:top w:w="60" w:type="dxa"/>
              <w:bottom w:w="60" w:type="dxa"/>
              <w:left w:w="30" w:type="dxa"/>
              <w:right w:w="30" w:type="dxa"/>
            </w:tcMar>
          </w:tcPr>
          <w:p>
            <w:pPr>
              <w:jc w:val="center"/>
            </w:pPr>
            <w:r>
              <w:rPr>
                <w:b/>
                <w:color w:val="FFFFFF"/>
                <w:sz w:val="16"/>
              </w:rPr>
              <w:t>TB T7</w:t>
            </w:r>
          </w:p>
        </w:tc>
        <w:tc>
          <w:tcPr>
            <w:tcW w:type="dxa" w:w="835"/>
            <w:shd w:fill="1A5276"/>
            <w:tcMar>
              <w:top w:w="60" w:type="dxa"/>
              <w:bottom w:w="60" w:type="dxa"/>
              <w:left w:w="30" w:type="dxa"/>
              <w:right w:w="30" w:type="dxa"/>
            </w:tcMar>
          </w:tcPr>
          <w:p>
            <w:pPr>
              <w:jc w:val="center"/>
            </w:pPr>
            <w:r>
              <w:rPr>
                <w:b/>
                <w:color w:val="FFFFFF"/>
                <w:sz w:val="16"/>
              </w:rPr>
              <w:t>TB T8</w:t>
            </w:r>
          </w:p>
        </w:tc>
        <w:tc>
          <w:tcPr>
            <w:tcW w:type="dxa" w:w="835"/>
            <w:shd w:fill="1A5276"/>
            <w:tcMar>
              <w:top w:w="60" w:type="dxa"/>
              <w:bottom w:w="60" w:type="dxa"/>
              <w:left w:w="30" w:type="dxa"/>
              <w:right w:w="30" w:type="dxa"/>
            </w:tcMar>
          </w:tcPr>
          <w:p>
            <w:pPr>
              <w:jc w:val="center"/>
            </w:pPr>
            <w:r>
              <w:rPr>
                <w:b/>
                <w:color w:val="FFFFFF"/>
                <w:sz w:val="16"/>
              </w:rPr>
              <w:t>TB T9</w:t>
            </w:r>
          </w:p>
        </w:tc>
        <w:tc>
          <w:tcPr>
            <w:tcW w:type="dxa" w:w="835"/>
            <w:shd w:fill="1A5276"/>
            <w:tcMar>
              <w:top w:w="60" w:type="dxa"/>
              <w:bottom w:w="60" w:type="dxa"/>
              <w:left w:w="30" w:type="dxa"/>
              <w:right w:w="30" w:type="dxa"/>
            </w:tcMar>
          </w:tcPr>
          <w:p>
            <w:pPr>
              <w:jc w:val="center"/>
            </w:pPr>
            <w:r>
              <w:rPr>
                <w:b/>
                <w:color w:val="FFFFFF"/>
                <w:sz w:val="16"/>
              </w:rPr>
              <w:t>TB T10 (3N)</w:t>
            </w:r>
          </w:p>
        </w:tc>
        <w:tc>
          <w:tcPr>
            <w:tcW w:type="dxa" w:w="1224"/>
            <w:shd w:fill="1A5276"/>
            <w:tcMar>
              <w:top w:w="60" w:type="dxa"/>
              <w:bottom w:w="60" w:type="dxa"/>
              <w:left w:w="30" w:type="dxa"/>
              <w:right w:w="30" w:type="dxa"/>
            </w:tcMar>
          </w:tcPr>
          <w:p>
            <w:pPr>
              <w:jc w:val="center"/>
            </w:pPr>
            <w:r>
              <w:rPr>
                <w:b/>
                <w:color w:val="FFFFFF"/>
                <w:sz w:val="16"/>
              </w:rPr>
              <w:t>Chênh Lệch (Kg/ngày)</w:t>
            </w:r>
          </w:p>
        </w:tc>
        <w:tc>
          <w:tcPr>
            <w:tcW w:type="dxa" w:w="1066"/>
            <w:shd w:fill="1A5276"/>
            <w:tcMar>
              <w:top w:w="60" w:type="dxa"/>
              <w:bottom w:w="60" w:type="dxa"/>
              <w:left w:w="30" w:type="dxa"/>
              <w:right w:w="30" w:type="dxa"/>
            </w:tcMar>
          </w:tcPr>
          <w:p>
            <w:pPr>
              <w:jc w:val="center"/>
            </w:pPr>
            <w:r>
              <w:rPr>
                <w:b/>
                <w:color w:val="FFFFFF"/>
                <w:sz w:val="16"/>
              </w:rPr>
              <w:t>Tăng/Giảm (%)</w:t>
            </w:r>
          </w:p>
        </w:tc>
      </w:tr>
      <w:tr>
        <w:tc>
          <w:tcPr>
            <w:tcW w:type="dxa" w:w="504"/>
            <w:shd w:fill="FFFFFF"/>
            <w:tcMar>
              <w:top w:w="35" w:type="dxa"/>
              <w:bottom w:w="35" w:type="dxa"/>
              <w:left w:w="20" w:type="dxa"/>
              <w:right w:w="20" w:type="dxa"/>
            </w:tcMar>
          </w:tcPr>
          <w:p>
            <w:pPr>
              <w:jc w:val="center"/>
            </w:pPr>
            <w:r>
              <w:rPr>
                <w:sz w:val="15"/>
              </w:rPr>
              <w:t>1</w:t>
            </w:r>
          </w:p>
        </w:tc>
        <w:tc>
          <w:tcPr>
            <w:tcW w:type="dxa" w:w="936"/>
            <w:shd w:fill="FFFFFF"/>
            <w:tcMar>
              <w:top w:w="35" w:type="dxa"/>
              <w:bottom w:w="35" w:type="dxa"/>
              <w:left w:w="20" w:type="dxa"/>
              <w:right w:w="20" w:type="dxa"/>
            </w:tcMar>
          </w:tcPr>
          <w:p>
            <w:pPr>
              <w:jc w:val="left"/>
            </w:pPr>
            <w:r>
              <w:rPr>
                <w:sz w:val="15"/>
              </w:rPr>
              <w:t>KH1090</w:t>
            </w:r>
          </w:p>
        </w:tc>
        <w:tc>
          <w:tcPr>
            <w:tcW w:type="dxa" w:w="3024"/>
            <w:shd w:fill="FFFFFF"/>
            <w:tcMar>
              <w:top w:w="35" w:type="dxa"/>
              <w:bottom w:w="35" w:type="dxa"/>
              <w:left w:w="20" w:type="dxa"/>
              <w:right w:w="20" w:type="dxa"/>
            </w:tcMar>
          </w:tcPr>
          <w:p>
            <w:pPr>
              <w:jc w:val="left"/>
            </w:pPr>
            <w:r>
              <w:rPr>
                <w:sz w:val="15"/>
              </w:rPr>
              <w:t>XÍ NGHIỆP THẮNG LỢI - CHI NHÁNH CÔNG TY CỔ PHẦN PHÚ TÀI</w:t>
            </w:r>
          </w:p>
        </w:tc>
        <w:tc>
          <w:tcPr>
            <w:tcW w:type="dxa" w:w="835"/>
            <w:shd w:fill="FFFFFF"/>
            <w:tcMar>
              <w:top w:w="35" w:type="dxa"/>
              <w:bottom w:w="35" w:type="dxa"/>
              <w:left w:w="20" w:type="dxa"/>
              <w:right w:w="20" w:type="dxa"/>
            </w:tcMar>
          </w:tcPr>
          <w:p>
            <w:pPr>
              <w:jc w:val="right"/>
            </w:pPr>
            <w:r>
              <w:rPr>
                <w:sz w:val="15"/>
              </w:rPr>
              <w:t>1,808</w:t>
            </w:r>
          </w:p>
        </w:tc>
        <w:tc>
          <w:tcPr>
            <w:tcW w:type="dxa" w:w="835"/>
            <w:shd w:fill="FFFFFF"/>
            <w:tcMar>
              <w:top w:w="35" w:type="dxa"/>
              <w:bottom w:w="35" w:type="dxa"/>
              <w:left w:w="20" w:type="dxa"/>
              <w:right w:w="20" w:type="dxa"/>
            </w:tcMar>
          </w:tcPr>
          <w:p>
            <w:pPr>
              <w:jc w:val="right"/>
            </w:pPr>
            <w:r>
              <w:rPr>
                <w:sz w:val="15"/>
              </w:rPr>
              <w:t>838</w:t>
            </w:r>
          </w:p>
        </w:tc>
        <w:tc>
          <w:tcPr>
            <w:tcW w:type="dxa" w:w="835"/>
            <w:shd w:fill="FFFFFF"/>
            <w:tcMar>
              <w:top w:w="35" w:type="dxa"/>
              <w:bottom w:w="35" w:type="dxa"/>
              <w:left w:w="20" w:type="dxa"/>
              <w:right w:w="20" w:type="dxa"/>
            </w:tcMar>
          </w:tcPr>
          <w:p>
            <w:pPr>
              <w:jc w:val="right"/>
            </w:pPr>
            <w:r>
              <w:rPr>
                <w:sz w:val="15"/>
              </w:rPr>
              <w:t>1,692</w:t>
            </w:r>
          </w:p>
        </w:tc>
        <w:tc>
          <w:tcPr>
            <w:tcW w:type="dxa" w:w="835"/>
            <w:shd w:fill="FFFFFF"/>
            <w:tcMar>
              <w:top w:w="35" w:type="dxa"/>
              <w:bottom w:w="35" w:type="dxa"/>
              <w:left w:w="20" w:type="dxa"/>
              <w:right w:w="20" w:type="dxa"/>
            </w:tcMar>
          </w:tcPr>
          <w:p>
            <w:pPr>
              <w:jc w:val="right"/>
            </w:pPr>
            <w:r>
              <w:rPr>
                <w:sz w:val="15"/>
              </w:rPr>
              <w:t>1,504</w:t>
            </w:r>
          </w:p>
        </w:tc>
        <w:tc>
          <w:tcPr>
            <w:tcW w:type="dxa" w:w="835"/>
            <w:shd w:fill="FFFFFF"/>
            <w:tcMar>
              <w:top w:w="35" w:type="dxa"/>
              <w:bottom w:w="35" w:type="dxa"/>
              <w:left w:w="20" w:type="dxa"/>
              <w:right w:w="20" w:type="dxa"/>
            </w:tcMar>
          </w:tcPr>
          <w:p>
            <w:pPr>
              <w:jc w:val="right"/>
            </w:pPr>
            <w:r>
              <w:rPr>
                <w:sz w:val="15"/>
              </w:rPr>
              <w:t>1,634</w:t>
            </w:r>
          </w:p>
        </w:tc>
        <w:tc>
          <w:tcPr>
            <w:tcW w:type="dxa" w:w="835"/>
            <w:shd w:fill="FFFFFF"/>
            <w:tcMar>
              <w:top w:w="35" w:type="dxa"/>
              <w:bottom w:w="35" w:type="dxa"/>
              <w:left w:w="20" w:type="dxa"/>
              <w:right w:w="20" w:type="dxa"/>
            </w:tcMar>
          </w:tcPr>
          <w:p>
            <w:pPr>
              <w:jc w:val="right"/>
            </w:pPr>
            <w:r>
              <w:rPr>
                <w:sz w:val="15"/>
              </w:rPr>
              <w:t>1,282</w:t>
            </w:r>
          </w:p>
        </w:tc>
        <w:tc>
          <w:tcPr>
            <w:tcW w:type="dxa" w:w="835"/>
            <w:shd w:fill="FFFFFF"/>
            <w:tcMar>
              <w:top w:w="35" w:type="dxa"/>
              <w:bottom w:w="35" w:type="dxa"/>
              <w:left w:w="20" w:type="dxa"/>
              <w:right w:w="20" w:type="dxa"/>
            </w:tcMar>
          </w:tcPr>
          <w:p>
            <w:pPr>
              <w:jc w:val="right"/>
            </w:pPr>
            <w:r>
              <w:rPr>
                <w:sz w:val="15"/>
              </w:rPr>
              <w:t>945</w:t>
            </w:r>
          </w:p>
        </w:tc>
        <w:tc>
          <w:tcPr>
            <w:tcW w:type="dxa" w:w="835"/>
            <w:shd w:fill="FFFFFF"/>
            <w:tcMar>
              <w:top w:w="35" w:type="dxa"/>
              <w:bottom w:w="35" w:type="dxa"/>
              <w:left w:w="20" w:type="dxa"/>
              <w:right w:w="20" w:type="dxa"/>
            </w:tcMar>
          </w:tcPr>
          <w:p>
            <w:pPr>
              <w:jc w:val="right"/>
            </w:pPr>
            <w:r>
              <w:rPr>
                <w:sz w:val="15"/>
              </w:rPr>
              <w:t>1,513</w:t>
            </w:r>
          </w:p>
        </w:tc>
        <w:tc>
          <w:tcPr>
            <w:tcW w:type="dxa" w:w="835"/>
            <w:shd w:fill="FFFFFF"/>
            <w:tcMar>
              <w:top w:w="35" w:type="dxa"/>
              <w:bottom w:w="35" w:type="dxa"/>
              <w:left w:w="20" w:type="dxa"/>
              <w:right w:w="20" w:type="dxa"/>
            </w:tcMar>
          </w:tcPr>
          <w:p>
            <w:pPr>
              <w:jc w:val="right"/>
            </w:pPr>
            <w:r>
              <w:rPr>
                <w:sz w:val="15"/>
              </w:rPr>
              <w:t>1,945</w:t>
            </w:r>
          </w:p>
        </w:tc>
        <w:tc>
          <w:tcPr>
            <w:tcW w:type="dxa" w:w="835"/>
            <w:shd w:fill="FFFFFF"/>
            <w:tcMar>
              <w:top w:w="35" w:type="dxa"/>
              <w:bottom w:w="35" w:type="dxa"/>
              <w:left w:w="20" w:type="dxa"/>
              <w:right w:w="20" w:type="dxa"/>
            </w:tcMar>
          </w:tcPr>
          <w:p>
            <w:pPr>
              <w:jc w:val="right"/>
            </w:pPr>
            <w:r>
              <w:rPr>
                <w:b/>
                <w:sz w:val="15"/>
              </w:rPr>
              <w:t>3,909</w:t>
            </w:r>
          </w:p>
        </w:tc>
        <w:tc>
          <w:tcPr>
            <w:tcW w:type="dxa" w:w="1224"/>
            <w:shd w:fill="FFFFFF"/>
            <w:tcMar>
              <w:top w:w="35" w:type="dxa"/>
              <w:bottom w:w="35" w:type="dxa"/>
              <w:left w:w="20" w:type="dxa"/>
              <w:right w:w="20" w:type="dxa"/>
            </w:tcMar>
          </w:tcPr>
          <w:p>
            <w:pPr>
              <w:jc w:val="right"/>
            </w:pPr>
            <w:r>
              <w:rPr>
                <w:color w:val="27AE60"/>
                <w:sz w:val="15"/>
              </w:rPr>
              <w:t>+1,964</w:t>
            </w:r>
          </w:p>
        </w:tc>
        <w:tc>
          <w:tcPr>
            <w:tcW w:type="dxa" w:w="1066"/>
            <w:shd w:fill="FFFFFF"/>
            <w:tcMar>
              <w:top w:w="35" w:type="dxa"/>
              <w:bottom w:w="35" w:type="dxa"/>
              <w:left w:w="20" w:type="dxa"/>
              <w:right w:w="20" w:type="dxa"/>
            </w:tcMar>
          </w:tcPr>
          <w:p>
            <w:pPr>
              <w:jc w:val="center"/>
            </w:pPr>
            <w:r>
              <w:rPr>
                <w:b/>
                <w:color w:val="27AE60"/>
                <w:sz w:val="15"/>
              </w:rPr>
              <w:t>+101.0%</w:t>
            </w:r>
          </w:p>
        </w:tc>
      </w:tr>
      <w:tr>
        <w:tc>
          <w:tcPr>
            <w:tcW w:type="dxa" w:w="504"/>
            <w:shd w:fill="F9FBFB"/>
            <w:tcMar>
              <w:top w:w="35" w:type="dxa"/>
              <w:bottom w:w="35" w:type="dxa"/>
              <w:left w:w="20" w:type="dxa"/>
              <w:right w:w="20" w:type="dxa"/>
            </w:tcMar>
          </w:tcPr>
          <w:p>
            <w:pPr>
              <w:jc w:val="center"/>
            </w:pPr>
            <w:r>
              <w:rPr>
                <w:sz w:val="15"/>
              </w:rPr>
              <w:t>2</w:t>
            </w:r>
          </w:p>
        </w:tc>
        <w:tc>
          <w:tcPr>
            <w:tcW w:type="dxa" w:w="936"/>
            <w:shd w:fill="F9FBFB"/>
            <w:tcMar>
              <w:top w:w="35" w:type="dxa"/>
              <w:bottom w:w="35" w:type="dxa"/>
              <w:left w:w="20" w:type="dxa"/>
              <w:right w:w="20" w:type="dxa"/>
            </w:tcMar>
          </w:tcPr>
          <w:p>
            <w:pPr>
              <w:jc w:val="left"/>
            </w:pPr>
            <w:r>
              <w:rPr>
                <w:sz w:val="15"/>
              </w:rPr>
              <w:t>KH0130</w:t>
            </w:r>
          </w:p>
        </w:tc>
        <w:tc>
          <w:tcPr>
            <w:tcW w:type="dxa" w:w="3024"/>
            <w:shd w:fill="F9FBFB"/>
            <w:tcMar>
              <w:top w:w="35" w:type="dxa"/>
              <w:bottom w:w="35" w:type="dxa"/>
              <w:left w:w="20" w:type="dxa"/>
              <w:right w:w="20" w:type="dxa"/>
            </w:tcMar>
          </w:tcPr>
          <w:p>
            <w:pPr>
              <w:jc w:val="left"/>
            </w:pPr>
            <w:r>
              <w:rPr>
                <w:sz w:val="15"/>
              </w:rPr>
              <w:t>CÔNG TY CP CÔNG NGHỆ GỖ ĐẠI THÀNH</w:t>
            </w:r>
          </w:p>
        </w:tc>
        <w:tc>
          <w:tcPr>
            <w:tcW w:type="dxa" w:w="835"/>
            <w:shd w:fill="F9FBFB"/>
            <w:tcMar>
              <w:top w:w="35" w:type="dxa"/>
              <w:bottom w:w="35" w:type="dxa"/>
              <w:left w:w="20" w:type="dxa"/>
              <w:right w:w="20" w:type="dxa"/>
            </w:tcMar>
          </w:tcPr>
          <w:p>
            <w:pPr>
              <w:jc w:val="right"/>
            </w:pPr>
            <w:r>
              <w:rPr>
                <w:sz w:val="15"/>
              </w:rPr>
              <w:t>1,115</w:t>
            </w:r>
          </w:p>
        </w:tc>
        <w:tc>
          <w:tcPr>
            <w:tcW w:type="dxa" w:w="835"/>
            <w:shd w:fill="F9FBFB"/>
            <w:tcMar>
              <w:top w:w="35" w:type="dxa"/>
              <w:bottom w:w="35" w:type="dxa"/>
              <w:left w:w="20" w:type="dxa"/>
              <w:right w:w="20" w:type="dxa"/>
            </w:tcMar>
          </w:tcPr>
          <w:p>
            <w:pPr>
              <w:jc w:val="right"/>
            </w:pPr>
            <w:r>
              <w:rPr>
                <w:sz w:val="15"/>
              </w:rPr>
              <w:t>706</w:t>
            </w:r>
          </w:p>
        </w:tc>
        <w:tc>
          <w:tcPr>
            <w:tcW w:type="dxa" w:w="835"/>
            <w:shd w:fill="F9FBFB"/>
            <w:tcMar>
              <w:top w:w="35" w:type="dxa"/>
              <w:bottom w:w="35" w:type="dxa"/>
              <w:left w:w="20" w:type="dxa"/>
              <w:right w:w="20" w:type="dxa"/>
            </w:tcMar>
          </w:tcPr>
          <w:p>
            <w:pPr>
              <w:jc w:val="right"/>
            </w:pPr>
            <w:r>
              <w:rPr>
                <w:sz w:val="15"/>
              </w:rPr>
              <w:t>990</w:t>
            </w:r>
          </w:p>
        </w:tc>
        <w:tc>
          <w:tcPr>
            <w:tcW w:type="dxa" w:w="835"/>
            <w:shd w:fill="F9FBFB"/>
            <w:tcMar>
              <w:top w:w="35" w:type="dxa"/>
              <w:bottom w:w="35" w:type="dxa"/>
              <w:left w:w="20" w:type="dxa"/>
              <w:right w:w="20" w:type="dxa"/>
            </w:tcMar>
          </w:tcPr>
          <w:p>
            <w:pPr>
              <w:jc w:val="right"/>
            </w:pPr>
            <w:r>
              <w:rPr>
                <w:sz w:val="15"/>
              </w:rPr>
              <w:t>1,166</w:t>
            </w:r>
          </w:p>
        </w:tc>
        <w:tc>
          <w:tcPr>
            <w:tcW w:type="dxa" w:w="835"/>
            <w:shd w:fill="F9FBFB"/>
            <w:tcMar>
              <w:top w:w="35" w:type="dxa"/>
              <w:bottom w:w="35" w:type="dxa"/>
              <w:left w:w="20" w:type="dxa"/>
              <w:right w:w="20" w:type="dxa"/>
            </w:tcMar>
          </w:tcPr>
          <w:p>
            <w:pPr>
              <w:jc w:val="right"/>
            </w:pPr>
            <w:r>
              <w:rPr>
                <w:sz w:val="15"/>
              </w:rPr>
              <w:t>792</w:t>
            </w:r>
          </w:p>
        </w:tc>
        <w:tc>
          <w:tcPr>
            <w:tcW w:type="dxa" w:w="835"/>
            <w:shd w:fill="F9FBFB"/>
            <w:tcMar>
              <w:top w:w="35" w:type="dxa"/>
              <w:bottom w:w="35" w:type="dxa"/>
              <w:left w:w="20" w:type="dxa"/>
              <w:right w:w="20" w:type="dxa"/>
            </w:tcMar>
          </w:tcPr>
          <w:p>
            <w:pPr>
              <w:jc w:val="right"/>
            </w:pPr>
            <w:r>
              <w:rPr>
                <w:sz w:val="15"/>
              </w:rPr>
              <w:t>1,007</w:t>
            </w:r>
          </w:p>
        </w:tc>
        <w:tc>
          <w:tcPr>
            <w:tcW w:type="dxa" w:w="835"/>
            <w:shd w:fill="F9FBFB"/>
            <w:tcMar>
              <w:top w:w="35" w:type="dxa"/>
              <w:bottom w:w="35" w:type="dxa"/>
              <w:left w:w="20" w:type="dxa"/>
              <w:right w:w="20" w:type="dxa"/>
            </w:tcMar>
          </w:tcPr>
          <w:p>
            <w:pPr>
              <w:jc w:val="right"/>
            </w:pPr>
            <w:r>
              <w:rPr>
                <w:sz w:val="15"/>
              </w:rPr>
              <w:t>1,444</w:t>
            </w:r>
          </w:p>
        </w:tc>
        <w:tc>
          <w:tcPr>
            <w:tcW w:type="dxa" w:w="835"/>
            <w:shd w:fill="F9FBFB"/>
            <w:tcMar>
              <w:top w:w="35" w:type="dxa"/>
              <w:bottom w:w="35" w:type="dxa"/>
              <w:left w:w="20" w:type="dxa"/>
              <w:right w:w="20" w:type="dxa"/>
            </w:tcMar>
          </w:tcPr>
          <w:p>
            <w:pPr>
              <w:jc w:val="right"/>
            </w:pPr>
            <w:r>
              <w:rPr>
                <w:sz w:val="15"/>
              </w:rPr>
              <w:t>1,273</w:t>
            </w:r>
          </w:p>
        </w:tc>
        <w:tc>
          <w:tcPr>
            <w:tcW w:type="dxa" w:w="835"/>
            <w:shd w:fill="F9FBFB"/>
            <w:tcMar>
              <w:top w:w="35" w:type="dxa"/>
              <w:bottom w:w="35" w:type="dxa"/>
              <w:left w:w="20" w:type="dxa"/>
              <w:right w:w="20" w:type="dxa"/>
            </w:tcMar>
          </w:tcPr>
          <w:p>
            <w:pPr>
              <w:jc w:val="right"/>
            </w:pPr>
            <w:r>
              <w:rPr>
                <w:sz w:val="15"/>
              </w:rPr>
              <w:t>1,497</w:t>
            </w:r>
          </w:p>
        </w:tc>
        <w:tc>
          <w:tcPr>
            <w:tcW w:type="dxa" w:w="835"/>
            <w:shd w:fill="F9FBFB"/>
            <w:tcMar>
              <w:top w:w="35" w:type="dxa"/>
              <w:bottom w:w="35" w:type="dxa"/>
              <w:left w:w="20" w:type="dxa"/>
              <w:right w:w="20" w:type="dxa"/>
            </w:tcMar>
          </w:tcPr>
          <w:p>
            <w:pPr>
              <w:jc w:val="right"/>
            </w:pPr>
            <w:r>
              <w:rPr>
                <w:b/>
                <w:sz w:val="15"/>
              </w:rPr>
              <w:t>705</w:t>
            </w:r>
          </w:p>
        </w:tc>
        <w:tc>
          <w:tcPr>
            <w:tcW w:type="dxa" w:w="1224"/>
            <w:shd w:fill="F9FBFB"/>
            <w:tcMar>
              <w:top w:w="35" w:type="dxa"/>
              <w:bottom w:w="35" w:type="dxa"/>
              <w:left w:w="20" w:type="dxa"/>
              <w:right w:w="20" w:type="dxa"/>
            </w:tcMar>
          </w:tcPr>
          <w:p>
            <w:pPr>
              <w:jc w:val="right"/>
            </w:pPr>
            <w:r>
              <w:rPr>
                <w:color w:val="C0392B"/>
                <w:sz w:val="15"/>
              </w:rPr>
              <w:t>-792</w:t>
            </w:r>
          </w:p>
        </w:tc>
        <w:tc>
          <w:tcPr>
            <w:tcW w:type="dxa" w:w="1066"/>
            <w:shd w:fill="F9FBFB"/>
            <w:tcMar>
              <w:top w:w="35" w:type="dxa"/>
              <w:bottom w:w="35" w:type="dxa"/>
              <w:left w:w="20" w:type="dxa"/>
              <w:right w:w="20" w:type="dxa"/>
            </w:tcMar>
          </w:tcPr>
          <w:p>
            <w:pPr>
              <w:jc w:val="center"/>
            </w:pPr>
            <w:r>
              <w:rPr>
                <w:b/>
                <w:color w:val="C0392B"/>
                <w:sz w:val="15"/>
              </w:rPr>
              <w:t>-52.9%</w:t>
            </w:r>
          </w:p>
        </w:tc>
      </w:tr>
      <w:tr>
        <w:tc>
          <w:tcPr>
            <w:tcW w:type="dxa" w:w="504"/>
            <w:shd w:fill="FFFFFF"/>
            <w:tcMar>
              <w:top w:w="35" w:type="dxa"/>
              <w:bottom w:w="35" w:type="dxa"/>
              <w:left w:w="20" w:type="dxa"/>
              <w:right w:w="20" w:type="dxa"/>
            </w:tcMar>
          </w:tcPr>
          <w:p>
            <w:pPr>
              <w:jc w:val="center"/>
            </w:pPr>
            <w:r>
              <w:rPr>
                <w:sz w:val="15"/>
              </w:rPr>
              <w:t>3</w:t>
            </w:r>
          </w:p>
        </w:tc>
        <w:tc>
          <w:tcPr>
            <w:tcW w:type="dxa" w:w="936"/>
            <w:shd w:fill="FFFFFF"/>
            <w:tcMar>
              <w:top w:w="35" w:type="dxa"/>
              <w:bottom w:w="35" w:type="dxa"/>
              <w:left w:w="20" w:type="dxa"/>
              <w:right w:w="20" w:type="dxa"/>
            </w:tcMar>
          </w:tcPr>
          <w:p>
            <w:pPr>
              <w:jc w:val="left"/>
            </w:pPr>
            <w:r>
              <w:rPr>
                <w:sz w:val="15"/>
              </w:rPr>
              <w:t>KH0351</w:t>
            </w:r>
          </w:p>
        </w:tc>
        <w:tc>
          <w:tcPr>
            <w:tcW w:type="dxa" w:w="3024"/>
            <w:shd w:fill="FFFFFF"/>
            <w:tcMar>
              <w:top w:w="35" w:type="dxa"/>
              <w:bottom w:w="35" w:type="dxa"/>
              <w:left w:w="20" w:type="dxa"/>
              <w:right w:w="20" w:type="dxa"/>
            </w:tcMar>
          </w:tcPr>
          <w:p>
            <w:pPr>
              <w:jc w:val="left"/>
            </w:pPr>
            <w:r>
              <w:rPr>
                <w:sz w:val="15"/>
              </w:rPr>
              <w:t>CÔNG TY TNHH MINH HẠNH</w:t>
            </w:r>
          </w:p>
        </w:tc>
        <w:tc>
          <w:tcPr>
            <w:tcW w:type="dxa" w:w="835"/>
            <w:shd w:fill="FFFFFF"/>
            <w:tcMar>
              <w:top w:w="35" w:type="dxa"/>
              <w:bottom w:w="35" w:type="dxa"/>
              <w:left w:w="20" w:type="dxa"/>
              <w:right w:w="20" w:type="dxa"/>
            </w:tcMar>
          </w:tcPr>
          <w:p>
            <w:pPr>
              <w:jc w:val="right"/>
            </w:pPr>
            <w:r>
              <w:rPr>
                <w:sz w:val="15"/>
              </w:rPr>
              <w:t>1,458</w:t>
            </w:r>
          </w:p>
        </w:tc>
        <w:tc>
          <w:tcPr>
            <w:tcW w:type="dxa" w:w="835"/>
            <w:shd w:fill="FFFFFF"/>
            <w:tcMar>
              <w:top w:w="35" w:type="dxa"/>
              <w:bottom w:w="35" w:type="dxa"/>
              <w:left w:w="20" w:type="dxa"/>
              <w:right w:w="20" w:type="dxa"/>
            </w:tcMar>
          </w:tcPr>
          <w:p>
            <w:pPr>
              <w:jc w:val="right"/>
            </w:pPr>
            <w:r>
              <w:rPr>
                <w:sz w:val="15"/>
              </w:rPr>
              <w:t>711</w:t>
            </w:r>
          </w:p>
        </w:tc>
        <w:tc>
          <w:tcPr>
            <w:tcW w:type="dxa" w:w="835"/>
            <w:shd w:fill="FFFFFF"/>
            <w:tcMar>
              <w:top w:w="35" w:type="dxa"/>
              <w:bottom w:w="35" w:type="dxa"/>
              <w:left w:w="20" w:type="dxa"/>
              <w:right w:w="20" w:type="dxa"/>
            </w:tcMar>
          </w:tcPr>
          <w:p>
            <w:pPr>
              <w:jc w:val="right"/>
            </w:pPr>
            <w:r>
              <w:rPr>
                <w:sz w:val="15"/>
              </w:rPr>
              <w:t>1,792</w:t>
            </w:r>
          </w:p>
        </w:tc>
        <w:tc>
          <w:tcPr>
            <w:tcW w:type="dxa" w:w="835"/>
            <w:shd w:fill="FFFFFF"/>
            <w:tcMar>
              <w:top w:w="35" w:type="dxa"/>
              <w:bottom w:w="35" w:type="dxa"/>
              <w:left w:w="20" w:type="dxa"/>
              <w:right w:w="20" w:type="dxa"/>
            </w:tcMar>
          </w:tcPr>
          <w:p>
            <w:pPr>
              <w:jc w:val="right"/>
            </w:pPr>
            <w:r>
              <w:rPr>
                <w:sz w:val="15"/>
              </w:rPr>
              <w:t>1,554</w:t>
            </w:r>
          </w:p>
        </w:tc>
        <w:tc>
          <w:tcPr>
            <w:tcW w:type="dxa" w:w="835"/>
            <w:shd w:fill="FFFFFF"/>
            <w:tcMar>
              <w:top w:w="35" w:type="dxa"/>
              <w:bottom w:w="35" w:type="dxa"/>
              <w:left w:w="20" w:type="dxa"/>
              <w:right w:w="20" w:type="dxa"/>
            </w:tcMar>
          </w:tcPr>
          <w:p>
            <w:pPr>
              <w:jc w:val="right"/>
            </w:pPr>
            <w:r>
              <w:rPr>
                <w:sz w:val="15"/>
              </w:rPr>
              <w:t>1,497</w:t>
            </w:r>
          </w:p>
        </w:tc>
        <w:tc>
          <w:tcPr>
            <w:tcW w:type="dxa" w:w="835"/>
            <w:shd w:fill="FFFFFF"/>
            <w:tcMar>
              <w:top w:w="35" w:type="dxa"/>
              <w:bottom w:w="35" w:type="dxa"/>
              <w:left w:w="20" w:type="dxa"/>
              <w:right w:w="20" w:type="dxa"/>
            </w:tcMar>
          </w:tcPr>
          <w:p>
            <w:pPr>
              <w:jc w:val="right"/>
            </w:pPr>
            <w:r>
              <w:rPr>
                <w:sz w:val="15"/>
              </w:rPr>
              <w:t>2,007</w:t>
            </w:r>
          </w:p>
        </w:tc>
        <w:tc>
          <w:tcPr>
            <w:tcW w:type="dxa" w:w="835"/>
            <w:shd w:fill="FFFFFF"/>
            <w:tcMar>
              <w:top w:w="35" w:type="dxa"/>
              <w:bottom w:w="35" w:type="dxa"/>
              <w:left w:w="20" w:type="dxa"/>
              <w:right w:w="20" w:type="dxa"/>
            </w:tcMar>
          </w:tcPr>
          <w:p>
            <w:pPr>
              <w:jc w:val="right"/>
            </w:pPr>
            <w:r>
              <w:rPr>
                <w:sz w:val="15"/>
              </w:rPr>
              <w:t>1,548</w:t>
            </w:r>
          </w:p>
        </w:tc>
        <w:tc>
          <w:tcPr>
            <w:tcW w:type="dxa" w:w="835"/>
            <w:shd w:fill="FFFFFF"/>
            <w:tcMar>
              <w:top w:w="35" w:type="dxa"/>
              <w:bottom w:w="35" w:type="dxa"/>
              <w:left w:w="20" w:type="dxa"/>
              <w:right w:w="20" w:type="dxa"/>
            </w:tcMar>
          </w:tcPr>
          <w:p>
            <w:pPr>
              <w:jc w:val="right"/>
            </w:pPr>
            <w:r>
              <w:rPr>
                <w:sz w:val="15"/>
              </w:rPr>
              <w:t>1,398</w:t>
            </w:r>
          </w:p>
        </w:tc>
        <w:tc>
          <w:tcPr>
            <w:tcW w:type="dxa" w:w="835"/>
            <w:shd w:fill="FFFFFF"/>
            <w:tcMar>
              <w:top w:w="35" w:type="dxa"/>
              <w:bottom w:w="35" w:type="dxa"/>
              <w:left w:w="20" w:type="dxa"/>
              <w:right w:w="20" w:type="dxa"/>
            </w:tcMar>
          </w:tcPr>
          <w:p>
            <w:pPr>
              <w:jc w:val="right"/>
            </w:pPr>
            <w:r>
              <w:rPr>
                <w:sz w:val="15"/>
              </w:rPr>
              <w:t>1,256</w:t>
            </w:r>
          </w:p>
        </w:tc>
        <w:tc>
          <w:tcPr>
            <w:tcW w:type="dxa" w:w="835"/>
            <w:shd w:fill="FFFFFF"/>
            <w:tcMar>
              <w:top w:w="35" w:type="dxa"/>
              <w:bottom w:w="35" w:type="dxa"/>
              <w:left w:w="20" w:type="dxa"/>
              <w:right w:w="20" w:type="dxa"/>
            </w:tcMar>
          </w:tcPr>
          <w:p>
            <w:pPr>
              <w:jc w:val="right"/>
            </w:pPr>
            <w:r>
              <w:rPr>
                <w:b/>
                <w:sz w:val="15"/>
              </w:rPr>
              <w:t>923</w:t>
            </w:r>
          </w:p>
        </w:tc>
        <w:tc>
          <w:tcPr>
            <w:tcW w:type="dxa" w:w="1224"/>
            <w:shd w:fill="FFFFFF"/>
            <w:tcMar>
              <w:top w:w="35" w:type="dxa"/>
              <w:bottom w:w="35" w:type="dxa"/>
              <w:left w:w="20" w:type="dxa"/>
              <w:right w:w="20" w:type="dxa"/>
            </w:tcMar>
          </w:tcPr>
          <w:p>
            <w:pPr>
              <w:jc w:val="right"/>
            </w:pPr>
            <w:r>
              <w:rPr>
                <w:color w:val="C0392B"/>
                <w:sz w:val="15"/>
              </w:rPr>
              <w:t>-333</w:t>
            </w:r>
          </w:p>
        </w:tc>
        <w:tc>
          <w:tcPr>
            <w:tcW w:type="dxa" w:w="1066"/>
            <w:shd w:fill="FFFFFF"/>
            <w:tcMar>
              <w:top w:w="35" w:type="dxa"/>
              <w:bottom w:w="35" w:type="dxa"/>
              <w:left w:w="20" w:type="dxa"/>
              <w:right w:w="20" w:type="dxa"/>
            </w:tcMar>
          </w:tcPr>
          <w:p>
            <w:pPr>
              <w:jc w:val="center"/>
            </w:pPr>
            <w:r>
              <w:rPr>
                <w:b/>
                <w:color w:val="C0392B"/>
                <w:sz w:val="15"/>
              </w:rPr>
              <w:t>-26.5%</w:t>
            </w:r>
          </w:p>
        </w:tc>
      </w:tr>
      <w:tr>
        <w:tc>
          <w:tcPr>
            <w:tcW w:type="dxa" w:w="504"/>
            <w:shd w:fill="F9FBFB"/>
            <w:tcMar>
              <w:top w:w="35" w:type="dxa"/>
              <w:bottom w:w="35" w:type="dxa"/>
              <w:left w:w="20" w:type="dxa"/>
              <w:right w:w="20" w:type="dxa"/>
            </w:tcMar>
          </w:tcPr>
          <w:p>
            <w:pPr>
              <w:jc w:val="center"/>
            </w:pPr>
            <w:r>
              <w:rPr>
                <w:sz w:val="15"/>
              </w:rPr>
              <w:t>4</w:t>
            </w:r>
          </w:p>
        </w:tc>
        <w:tc>
          <w:tcPr>
            <w:tcW w:type="dxa" w:w="936"/>
            <w:shd w:fill="F9FBFB"/>
            <w:tcMar>
              <w:top w:w="35" w:type="dxa"/>
              <w:bottom w:w="35" w:type="dxa"/>
              <w:left w:w="20" w:type="dxa"/>
              <w:right w:w="20" w:type="dxa"/>
            </w:tcMar>
          </w:tcPr>
          <w:p>
            <w:pPr>
              <w:jc w:val="left"/>
            </w:pPr>
            <w:r>
              <w:rPr>
                <w:sz w:val="15"/>
              </w:rPr>
              <w:t>KH1006</w:t>
            </w:r>
          </w:p>
        </w:tc>
        <w:tc>
          <w:tcPr>
            <w:tcW w:type="dxa" w:w="3024"/>
            <w:shd w:fill="F9FBFB"/>
            <w:tcMar>
              <w:top w:w="35" w:type="dxa"/>
              <w:bottom w:w="35" w:type="dxa"/>
              <w:left w:w="20" w:type="dxa"/>
              <w:right w:w="20" w:type="dxa"/>
            </w:tcMar>
          </w:tcPr>
          <w:p>
            <w:pPr>
              <w:jc w:val="left"/>
            </w:pPr>
            <w:r>
              <w:rPr>
                <w:sz w:val="15"/>
              </w:rPr>
              <w:t>CTY TNHH THIẾT ĐAN</w:t>
            </w:r>
          </w:p>
        </w:tc>
        <w:tc>
          <w:tcPr>
            <w:tcW w:type="dxa" w:w="835"/>
            <w:shd w:fill="F9FBFB"/>
            <w:tcMar>
              <w:top w:w="35" w:type="dxa"/>
              <w:bottom w:w="35" w:type="dxa"/>
              <w:left w:w="20" w:type="dxa"/>
              <w:right w:w="20" w:type="dxa"/>
            </w:tcMar>
          </w:tcPr>
          <w:p>
            <w:pPr>
              <w:jc w:val="right"/>
            </w:pPr>
            <w:r>
              <w:rPr>
                <w:sz w:val="15"/>
              </w:rPr>
              <w:t>1,410</w:t>
            </w:r>
          </w:p>
        </w:tc>
        <w:tc>
          <w:tcPr>
            <w:tcW w:type="dxa" w:w="835"/>
            <w:shd w:fill="F9FBFB"/>
            <w:tcMar>
              <w:top w:w="35" w:type="dxa"/>
              <w:bottom w:w="35" w:type="dxa"/>
              <w:left w:w="20" w:type="dxa"/>
              <w:right w:w="20" w:type="dxa"/>
            </w:tcMar>
          </w:tcPr>
          <w:p>
            <w:pPr>
              <w:jc w:val="right"/>
            </w:pPr>
            <w:r>
              <w:rPr>
                <w:sz w:val="15"/>
              </w:rPr>
              <w:t>606</w:t>
            </w:r>
          </w:p>
        </w:tc>
        <w:tc>
          <w:tcPr>
            <w:tcW w:type="dxa" w:w="835"/>
            <w:shd w:fill="F9FBFB"/>
            <w:tcMar>
              <w:top w:w="35" w:type="dxa"/>
              <w:bottom w:w="35" w:type="dxa"/>
              <w:left w:w="20" w:type="dxa"/>
              <w:right w:w="20" w:type="dxa"/>
            </w:tcMar>
          </w:tcPr>
          <w:p>
            <w:pPr>
              <w:jc w:val="right"/>
            </w:pPr>
            <w:r>
              <w:rPr>
                <w:sz w:val="15"/>
              </w:rPr>
              <w:t>934</w:t>
            </w:r>
          </w:p>
        </w:tc>
        <w:tc>
          <w:tcPr>
            <w:tcW w:type="dxa" w:w="835"/>
            <w:shd w:fill="F9FBFB"/>
            <w:tcMar>
              <w:top w:w="35" w:type="dxa"/>
              <w:bottom w:w="35" w:type="dxa"/>
              <w:left w:w="20" w:type="dxa"/>
              <w:right w:w="20" w:type="dxa"/>
            </w:tcMar>
          </w:tcPr>
          <w:p>
            <w:pPr>
              <w:jc w:val="right"/>
            </w:pPr>
            <w:r>
              <w:rPr>
                <w:sz w:val="15"/>
              </w:rPr>
              <w:t>1,175</w:t>
            </w:r>
          </w:p>
        </w:tc>
        <w:tc>
          <w:tcPr>
            <w:tcW w:type="dxa" w:w="835"/>
            <w:shd w:fill="F9FBFB"/>
            <w:tcMar>
              <w:top w:w="35" w:type="dxa"/>
              <w:bottom w:w="35" w:type="dxa"/>
              <w:left w:w="20" w:type="dxa"/>
              <w:right w:w="20" w:type="dxa"/>
            </w:tcMar>
          </w:tcPr>
          <w:p>
            <w:pPr>
              <w:jc w:val="right"/>
            </w:pPr>
            <w:r>
              <w:rPr>
                <w:sz w:val="15"/>
              </w:rPr>
              <w:t>1,132</w:t>
            </w:r>
          </w:p>
        </w:tc>
        <w:tc>
          <w:tcPr>
            <w:tcW w:type="dxa" w:w="835"/>
            <w:shd w:fill="F9FBFB"/>
            <w:tcMar>
              <w:top w:w="35" w:type="dxa"/>
              <w:bottom w:w="35" w:type="dxa"/>
              <w:left w:w="20" w:type="dxa"/>
              <w:right w:w="20" w:type="dxa"/>
            </w:tcMar>
          </w:tcPr>
          <w:p>
            <w:pPr>
              <w:jc w:val="right"/>
            </w:pPr>
            <w:r>
              <w:rPr>
                <w:sz w:val="15"/>
              </w:rPr>
              <w:t>1,309</w:t>
            </w:r>
          </w:p>
        </w:tc>
        <w:tc>
          <w:tcPr>
            <w:tcW w:type="dxa" w:w="835"/>
            <w:shd w:fill="F9FBFB"/>
            <w:tcMar>
              <w:top w:w="35" w:type="dxa"/>
              <w:bottom w:w="35" w:type="dxa"/>
              <w:left w:w="20" w:type="dxa"/>
              <w:right w:w="20" w:type="dxa"/>
            </w:tcMar>
          </w:tcPr>
          <w:p>
            <w:pPr>
              <w:jc w:val="right"/>
            </w:pPr>
            <w:r>
              <w:rPr>
                <w:sz w:val="15"/>
              </w:rPr>
              <w:t>1,072</w:t>
            </w:r>
          </w:p>
        </w:tc>
        <w:tc>
          <w:tcPr>
            <w:tcW w:type="dxa" w:w="835"/>
            <w:shd w:fill="F9FBFB"/>
            <w:tcMar>
              <w:top w:w="35" w:type="dxa"/>
              <w:bottom w:w="35" w:type="dxa"/>
              <w:left w:w="20" w:type="dxa"/>
              <w:right w:w="20" w:type="dxa"/>
            </w:tcMar>
          </w:tcPr>
          <w:p>
            <w:pPr>
              <w:jc w:val="right"/>
            </w:pPr>
            <w:r>
              <w:rPr>
                <w:sz w:val="15"/>
              </w:rPr>
              <w:t>1,153</w:t>
            </w:r>
          </w:p>
        </w:tc>
        <w:tc>
          <w:tcPr>
            <w:tcW w:type="dxa" w:w="835"/>
            <w:shd w:fill="F9FBFB"/>
            <w:tcMar>
              <w:top w:w="35" w:type="dxa"/>
              <w:bottom w:w="35" w:type="dxa"/>
              <w:left w:w="20" w:type="dxa"/>
              <w:right w:w="20" w:type="dxa"/>
            </w:tcMar>
          </w:tcPr>
          <w:p>
            <w:pPr>
              <w:jc w:val="right"/>
            </w:pPr>
            <w:r>
              <w:rPr>
                <w:sz w:val="15"/>
              </w:rPr>
              <w:t>1,226</w:t>
            </w:r>
          </w:p>
        </w:tc>
        <w:tc>
          <w:tcPr>
            <w:tcW w:type="dxa" w:w="835"/>
            <w:shd w:fill="F9FBFB"/>
            <w:tcMar>
              <w:top w:w="35" w:type="dxa"/>
              <w:bottom w:w="35" w:type="dxa"/>
              <w:left w:w="20" w:type="dxa"/>
              <w:right w:w="20" w:type="dxa"/>
            </w:tcMar>
          </w:tcPr>
          <w:p>
            <w:pPr>
              <w:jc w:val="right"/>
            </w:pPr>
            <w:r>
              <w:rPr>
                <w:b/>
                <w:sz w:val="15"/>
              </w:rPr>
              <w:t>1,343</w:t>
            </w:r>
          </w:p>
        </w:tc>
        <w:tc>
          <w:tcPr>
            <w:tcW w:type="dxa" w:w="1224"/>
            <w:shd w:fill="F9FBFB"/>
            <w:tcMar>
              <w:top w:w="35" w:type="dxa"/>
              <w:bottom w:w="35" w:type="dxa"/>
              <w:left w:w="20" w:type="dxa"/>
              <w:right w:w="20" w:type="dxa"/>
            </w:tcMar>
          </w:tcPr>
          <w:p>
            <w:pPr>
              <w:jc w:val="right"/>
            </w:pPr>
            <w:r>
              <w:rPr>
                <w:color w:val="27AE60"/>
                <w:sz w:val="15"/>
              </w:rPr>
              <w:t>+117</w:t>
            </w:r>
          </w:p>
        </w:tc>
        <w:tc>
          <w:tcPr>
            <w:tcW w:type="dxa" w:w="1066"/>
            <w:shd w:fill="F9FBFB"/>
            <w:tcMar>
              <w:top w:w="35" w:type="dxa"/>
              <w:bottom w:w="35" w:type="dxa"/>
              <w:left w:w="20" w:type="dxa"/>
              <w:right w:w="20" w:type="dxa"/>
            </w:tcMar>
          </w:tcPr>
          <w:p>
            <w:pPr>
              <w:jc w:val="center"/>
            </w:pPr>
            <w:r>
              <w:rPr>
                <w:b/>
                <w:color w:val="27AE60"/>
                <w:sz w:val="15"/>
              </w:rPr>
              <w:t>+9.5%</w:t>
            </w:r>
          </w:p>
        </w:tc>
      </w:tr>
      <w:tr>
        <w:tc>
          <w:tcPr>
            <w:tcW w:type="dxa" w:w="504"/>
            <w:shd w:fill="FFFFFF"/>
            <w:tcMar>
              <w:top w:w="35" w:type="dxa"/>
              <w:bottom w:w="35" w:type="dxa"/>
              <w:left w:w="20" w:type="dxa"/>
              <w:right w:w="20" w:type="dxa"/>
            </w:tcMar>
          </w:tcPr>
          <w:p>
            <w:pPr>
              <w:jc w:val="center"/>
            </w:pPr>
            <w:r>
              <w:rPr>
                <w:sz w:val="15"/>
              </w:rPr>
              <w:t>5</w:t>
            </w:r>
          </w:p>
        </w:tc>
        <w:tc>
          <w:tcPr>
            <w:tcW w:type="dxa" w:w="936"/>
            <w:shd w:fill="FFFFFF"/>
            <w:tcMar>
              <w:top w:w="35" w:type="dxa"/>
              <w:bottom w:w="35" w:type="dxa"/>
              <w:left w:w="20" w:type="dxa"/>
              <w:right w:w="20" w:type="dxa"/>
            </w:tcMar>
          </w:tcPr>
          <w:p>
            <w:pPr>
              <w:jc w:val="left"/>
            </w:pPr>
            <w:r>
              <w:rPr>
                <w:sz w:val="15"/>
              </w:rPr>
              <w:t>KH0610</w:t>
            </w:r>
          </w:p>
        </w:tc>
        <w:tc>
          <w:tcPr>
            <w:tcW w:type="dxa" w:w="3024"/>
            <w:shd w:fill="FFFFFF"/>
            <w:tcMar>
              <w:top w:w="35" w:type="dxa"/>
              <w:bottom w:w="35" w:type="dxa"/>
              <w:left w:w="20" w:type="dxa"/>
              <w:right w:w="20" w:type="dxa"/>
            </w:tcMar>
          </w:tcPr>
          <w:p>
            <w:pPr>
              <w:jc w:val="left"/>
            </w:pPr>
            <w:r>
              <w:rPr>
                <w:sz w:val="15"/>
              </w:rPr>
              <w:t>CÔNG TY TNHH THÀNH THẮNG</w:t>
            </w:r>
          </w:p>
        </w:tc>
        <w:tc>
          <w:tcPr>
            <w:tcW w:type="dxa" w:w="835"/>
            <w:shd w:fill="FFFFFF"/>
            <w:tcMar>
              <w:top w:w="35" w:type="dxa"/>
              <w:bottom w:w="35" w:type="dxa"/>
              <w:left w:w="20" w:type="dxa"/>
              <w:right w:w="20" w:type="dxa"/>
            </w:tcMar>
          </w:tcPr>
          <w:p>
            <w:pPr>
              <w:jc w:val="right"/>
            </w:pPr>
            <w:r>
              <w:rPr>
                <w:sz w:val="15"/>
              </w:rPr>
              <w:t>1,060</w:t>
            </w:r>
          </w:p>
        </w:tc>
        <w:tc>
          <w:tcPr>
            <w:tcW w:type="dxa" w:w="835"/>
            <w:shd w:fill="FFFFFF"/>
            <w:tcMar>
              <w:top w:w="35" w:type="dxa"/>
              <w:bottom w:w="35" w:type="dxa"/>
              <w:left w:w="20" w:type="dxa"/>
              <w:right w:w="20" w:type="dxa"/>
            </w:tcMar>
          </w:tcPr>
          <w:p>
            <w:pPr>
              <w:jc w:val="right"/>
            </w:pPr>
            <w:r>
              <w:rPr>
                <w:sz w:val="15"/>
              </w:rPr>
              <w:t>301</w:t>
            </w:r>
          </w:p>
        </w:tc>
        <w:tc>
          <w:tcPr>
            <w:tcW w:type="dxa" w:w="835"/>
            <w:shd w:fill="FFFFFF"/>
            <w:tcMar>
              <w:top w:w="35" w:type="dxa"/>
              <w:bottom w:w="35" w:type="dxa"/>
              <w:left w:w="20" w:type="dxa"/>
              <w:right w:w="20" w:type="dxa"/>
            </w:tcMar>
          </w:tcPr>
          <w:p>
            <w:pPr>
              <w:jc w:val="right"/>
            </w:pPr>
            <w:r>
              <w:rPr>
                <w:sz w:val="15"/>
              </w:rPr>
              <w:t>1,217</w:t>
            </w:r>
          </w:p>
        </w:tc>
        <w:tc>
          <w:tcPr>
            <w:tcW w:type="dxa" w:w="835"/>
            <w:shd w:fill="FFFFFF"/>
            <w:tcMar>
              <w:top w:w="35" w:type="dxa"/>
              <w:bottom w:w="35" w:type="dxa"/>
              <w:left w:w="20" w:type="dxa"/>
              <w:right w:w="20" w:type="dxa"/>
            </w:tcMar>
          </w:tcPr>
          <w:p>
            <w:pPr>
              <w:jc w:val="right"/>
            </w:pPr>
            <w:r>
              <w:rPr>
                <w:sz w:val="15"/>
              </w:rPr>
              <w:t>967</w:t>
            </w:r>
          </w:p>
        </w:tc>
        <w:tc>
          <w:tcPr>
            <w:tcW w:type="dxa" w:w="835"/>
            <w:shd w:fill="FFFFFF"/>
            <w:tcMar>
              <w:top w:w="35" w:type="dxa"/>
              <w:bottom w:w="35" w:type="dxa"/>
              <w:left w:w="20" w:type="dxa"/>
              <w:right w:w="20" w:type="dxa"/>
            </w:tcMar>
          </w:tcPr>
          <w:p>
            <w:pPr>
              <w:jc w:val="right"/>
            </w:pPr>
            <w:r>
              <w:rPr>
                <w:sz w:val="15"/>
              </w:rPr>
              <w:t>833</w:t>
            </w:r>
          </w:p>
        </w:tc>
        <w:tc>
          <w:tcPr>
            <w:tcW w:type="dxa" w:w="835"/>
            <w:shd w:fill="FFFFFF"/>
            <w:tcMar>
              <w:top w:w="35" w:type="dxa"/>
              <w:bottom w:w="35" w:type="dxa"/>
              <w:left w:w="20" w:type="dxa"/>
              <w:right w:w="20" w:type="dxa"/>
            </w:tcMar>
          </w:tcPr>
          <w:p>
            <w:pPr>
              <w:jc w:val="right"/>
            </w:pPr>
            <w:r>
              <w:rPr>
                <w:sz w:val="15"/>
              </w:rPr>
              <w:t>1,015</w:t>
            </w:r>
          </w:p>
        </w:tc>
        <w:tc>
          <w:tcPr>
            <w:tcW w:type="dxa" w:w="835"/>
            <w:shd w:fill="FFFFFF"/>
            <w:tcMar>
              <w:top w:w="35" w:type="dxa"/>
              <w:bottom w:w="35" w:type="dxa"/>
              <w:left w:w="20" w:type="dxa"/>
              <w:right w:w="20" w:type="dxa"/>
            </w:tcMar>
          </w:tcPr>
          <w:p>
            <w:pPr>
              <w:jc w:val="right"/>
            </w:pPr>
            <w:r>
              <w:rPr>
                <w:sz w:val="15"/>
              </w:rPr>
              <w:t>1,119</w:t>
            </w:r>
          </w:p>
        </w:tc>
        <w:tc>
          <w:tcPr>
            <w:tcW w:type="dxa" w:w="835"/>
            <w:shd w:fill="FFFFFF"/>
            <w:tcMar>
              <w:top w:w="35" w:type="dxa"/>
              <w:bottom w:w="35" w:type="dxa"/>
              <w:left w:w="20" w:type="dxa"/>
              <w:right w:w="20" w:type="dxa"/>
            </w:tcMar>
          </w:tcPr>
          <w:p>
            <w:pPr>
              <w:jc w:val="right"/>
            </w:pPr>
            <w:r>
              <w:rPr>
                <w:sz w:val="15"/>
              </w:rPr>
              <w:t>1,146</w:t>
            </w:r>
          </w:p>
        </w:tc>
        <w:tc>
          <w:tcPr>
            <w:tcW w:type="dxa" w:w="835"/>
            <w:shd w:fill="FFFFFF"/>
            <w:tcMar>
              <w:top w:w="35" w:type="dxa"/>
              <w:bottom w:w="35" w:type="dxa"/>
              <w:left w:w="20" w:type="dxa"/>
              <w:right w:w="20" w:type="dxa"/>
            </w:tcMar>
          </w:tcPr>
          <w:p>
            <w:pPr>
              <w:jc w:val="right"/>
            </w:pPr>
            <w:r>
              <w:rPr>
                <w:sz w:val="15"/>
              </w:rPr>
              <w:t>1,212</w:t>
            </w:r>
          </w:p>
        </w:tc>
        <w:tc>
          <w:tcPr>
            <w:tcW w:type="dxa" w:w="835"/>
            <w:shd w:fill="FFFFFF"/>
            <w:tcMar>
              <w:top w:w="35" w:type="dxa"/>
              <w:bottom w:w="35" w:type="dxa"/>
              <w:left w:w="20" w:type="dxa"/>
              <w:right w:w="20" w:type="dxa"/>
            </w:tcMar>
          </w:tcPr>
          <w:p>
            <w:pPr>
              <w:jc w:val="right"/>
            </w:pPr>
            <w:r>
              <w:rPr>
                <w:b/>
                <w:sz w:val="15"/>
              </w:rPr>
              <w:t>1,379</w:t>
            </w:r>
          </w:p>
        </w:tc>
        <w:tc>
          <w:tcPr>
            <w:tcW w:type="dxa" w:w="1224"/>
            <w:shd w:fill="FFFFFF"/>
            <w:tcMar>
              <w:top w:w="35" w:type="dxa"/>
              <w:bottom w:w="35" w:type="dxa"/>
              <w:left w:w="20" w:type="dxa"/>
              <w:right w:w="20" w:type="dxa"/>
            </w:tcMar>
          </w:tcPr>
          <w:p>
            <w:pPr>
              <w:jc w:val="right"/>
            </w:pPr>
            <w:r>
              <w:rPr>
                <w:color w:val="27AE60"/>
                <w:sz w:val="15"/>
              </w:rPr>
              <w:t>+167</w:t>
            </w:r>
          </w:p>
        </w:tc>
        <w:tc>
          <w:tcPr>
            <w:tcW w:type="dxa" w:w="1066"/>
            <w:shd w:fill="FFFFFF"/>
            <w:tcMar>
              <w:top w:w="35" w:type="dxa"/>
              <w:bottom w:w="35" w:type="dxa"/>
              <w:left w:w="20" w:type="dxa"/>
              <w:right w:w="20" w:type="dxa"/>
            </w:tcMar>
          </w:tcPr>
          <w:p>
            <w:pPr>
              <w:jc w:val="center"/>
            </w:pPr>
            <w:r>
              <w:rPr>
                <w:b/>
                <w:color w:val="27AE60"/>
                <w:sz w:val="15"/>
              </w:rPr>
              <w:t>+13.8%</w:t>
            </w:r>
          </w:p>
        </w:tc>
      </w:tr>
      <w:tr>
        <w:tc>
          <w:tcPr>
            <w:tcW w:type="dxa" w:w="504"/>
            <w:shd w:fill="F9FBFB"/>
            <w:tcMar>
              <w:top w:w="35" w:type="dxa"/>
              <w:bottom w:w="35" w:type="dxa"/>
              <w:left w:w="20" w:type="dxa"/>
              <w:right w:w="20" w:type="dxa"/>
            </w:tcMar>
          </w:tcPr>
          <w:p>
            <w:pPr>
              <w:jc w:val="center"/>
            </w:pPr>
            <w:r>
              <w:rPr>
                <w:sz w:val="15"/>
              </w:rPr>
              <w:t>6</w:t>
            </w:r>
          </w:p>
        </w:tc>
        <w:tc>
          <w:tcPr>
            <w:tcW w:type="dxa" w:w="936"/>
            <w:shd w:fill="F9FBFB"/>
            <w:tcMar>
              <w:top w:w="35" w:type="dxa"/>
              <w:bottom w:w="35" w:type="dxa"/>
              <w:left w:w="20" w:type="dxa"/>
              <w:right w:w="20" w:type="dxa"/>
            </w:tcMar>
          </w:tcPr>
          <w:p>
            <w:pPr>
              <w:jc w:val="left"/>
            </w:pPr>
            <w:r>
              <w:rPr>
                <w:sz w:val="15"/>
              </w:rPr>
              <w:t>KH1438</w:t>
            </w:r>
          </w:p>
        </w:tc>
        <w:tc>
          <w:tcPr>
            <w:tcW w:type="dxa" w:w="3024"/>
            <w:shd w:fill="F9FBFB"/>
            <w:tcMar>
              <w:top w:w="35" w:type="dxa"/>
              <w:bottom w:w="35" w:type="dxa"/>
              <w:left w:w="20" w:type="dxa"/>
              <w:right w:w="20" w:type="dxa"/>
            </w:tcMar>
          </w:tcPr>
          <w:p>
            <w:pPr>
              <w:jc w:val="left"/>
            </w:pPr>
            <w:r>
              <w:rPr>
                <w:sz w:val="15"/>
              </w:rPr>
              <w:t>CÔNG TY TNHH KỸ NGHỆ ECO TECH</w:t>
            </w:r>
          </w:p>
        </w:tc>
        <w:tc>
          <w:tcPr>
            <w:tcW w:type="dxa" w:w="835"/>
            <w:shd w:fill="F9FBFB"/>
            <w:tcMar>
              <w:top w:w="35" w:type="dxa"/>
              <w:bottom w:w="35" w:type="dxa"/>
              <w:left w:w="20" w:type="dxa"/>
              <w:right w:w="20" w:type="dxa"/>
            </w:tcMar>
          </w:tcPr>
          <w:p>
            <w:pPr>
              <w:jc w:val="right"/>
            </w:pPr>
            <w:r>
              <w:rPr>
                <w:sz w:val="15"/>
              </w:rPr>
              <w:t>707</w:t>
            </w:r>
          </w:p>
        </w:tc>
        <w:tc>
          <w:tcPr>
            <w:tcW w:type="dxa" w:w="835"/>
            <w:shd w:fill="F9FBFB"/>
            <w:tcMar>
              <w:top w:w="35" w:type="dxa"/>
              <w:bottom w:w="35" w:type="dxa"/>
              <w:left w:w="20" w:type="dxa"/>
              <w:right w:w="20" w:type="dxa"/>
            </w:tcMar>
          </w:tcPr>
          <w:p>
            <w:pPr>
              <w:jc w:val="right"/>
            </w:pPr>
            <w:r>
              <w:rPr>
                <w:sz w:val="15"/>
              </w:rPr>
              <w:t>683</w:t>
            </w:r>
          </w:p>
        </w:tc>
        <w:tc>
          <w:tcPr>
            <w:tcW w:type="dxa" w:w="835"/>
            <w:shd w:fill="F9FBFB"/>
            <w:tcMar>
              <w:top w:w="35" w:type="dxa"/>
              <w:bottom w:w="35" w:type="dxa"/>
              <w:left w:w="20" w:type="dxa"/>
              <w:right w:w="20" w:type="dxa"/>
            </w:tcMar>
          </w:tcPr>
          <w:p>
            <w:pPr>
              <w:jc w:val="right"/>
            </w:pPr>
            <w:r>
              <w:rPr>
                <w:sz w:val="15"/>
              </w:rPr>
              <w:t>1,054</w:t>
            </w:r>
          </w:p>
        </w:tc>
        <w:tc>
          <w:tcPr>
            <w:tcW w:type="dxa" w:w="835"/>
            <w:shd w:fill="F9FBFB"/>
            <w:tcMar>
              <w:top w:w="35" w:type="dxa"/>
              <w:bottom w:w="35" w:type="dxa"/>
              <w:left w:w="20" w:type="dxa"/>
              <w:right w:w="20" w:type="dxa"/>
            </w:tcMar>
          </w:tcPr>
          <w:p>
            <w:pPr>
              <w:jc w:val="right"/>
            </w:pPr>
            <w:r>
              <w:rPr>
                <w:sz w:val="15"/>
              </w:rPr>
              <w:t>1,706</w:t>
            </w:r>
          </w:p>
        </w:tc>
        <w:tc>
          <w:tcPr>
            <w:tcW w:type="dxa" w:w="835"/>
            <w:shd w:fill="F9FBFB"/>
            <w:tcMar>
              <w:top w:w="35" w:type="dxa"/>
              <w:bottom w:w="35" w:type="dxa"/>
              <w:left w:w="20" w:type="dxa"/>
              <w:right w:w="20" w:type="dxa"/>
            </w:tcMar>
          </w:tcPr>
          <w:p>
            <w:pPr>
              <w:jc w:val="right"/>
            </w:pPr>
            <w:r>
              <w:rPr>
                <w:sz w:val="15"/>
              </w:rPr>
              <w:t>826</w:t>
            </w:r>
          </w:p>
        </w:tc>
        <w:tc>
          <w:tcPr>
            <w:tcW w:type="dxa" w:w="835"/>
            <w:shd w:fill="F9FBFB"/>
            <w:tcMar>
              <w:top w:w="35" w:type="dxa"/>
              <w:bottom w:w="35" w:type="dxa"/>
              <w:left w:w="20" w:type="dxa"/>
              <w:right w:w="20" w:type="dxa"/>
            </w:tcMar>
          </w:tcPr>
          <w:p>
            <w:pPr>
              <w:jc w:val="right"/>
            </w:pPr>
            <w:r>
              <w:rPr>
                <w:sz w:val="15"/>
              </w:rPr>
              <w:t>1,051</w:t>
            </w:r>
          </w:p>
        </w:tc>
        <w:tc>
          <w:tcPr>
            <w:tcW w:type="dxa" w:w="835"/>
            <w:shd w:fill="F9FBFB"/>
            <w:tcMar>
              <w:top w:w="35" w:type="dxa"/>
              <w:bottom w:w="35" w:type="dxa"/>
              <w:left w:w="20" w:type="dxa"/>
              <w:right w:w="20" w:type="dxa"/>
            </w:tcMar>
          </w:tcPr>
          <w:p>
            <w:pPr>
              <w:jc w:val="right"/>
            </w:pPr>
            <w:r>
              <w:rPr>
                <w:sz w:val="15"/>
              </w:rPr>
              <w:t>723</w:t>
            </w:r>
          </w:p>
        </w:tc>
        <w:tc>
          <w:tcPr>
            <w:tcW w:type="dxa" w:w="835"/>
            <w:shd w:fill="F9FBFB"/>
            <w:tcMar>
              <w:top w:w="35" w:type="dxa"/>
              <w:bottom w:w="35" w:type="dxa"/>
              <w:left w:w="20" w:type="dxa"/>
              <w:right w:w="20" w:type="dxa"/>
            </w:tcMar>
          </w:tcPr>
          <w:p>
            <w:pPr>
              <w:jc w:val="right"/>
            </w:pPr>
            <w:r>
              <w:rPr>
                <w:sz w:val="15"/>
              </w:rPr>
              <w:t>1,380</w:t>
            </w:r>
          </w:p>
        </w:tc>
        <w:tc>
          <w:tcPr>
            <w:tcW w:type="dxa" w:w="835"/>
            <w:shd w:fill="F9FBFB"/>
            <w:tcMar>
              <w:top w:w="35" w:type="dxa"/>
              <w:bottom w:w="35" w:type="dxa"/>
              <w:left w:w="20" w:type="dxa"/>
              <w:right w:w="20" w:type="dxa"/>
            </w:tcMar>
          </w:tcPr>
          <w:p>
            <w:pPr>
              <w:jc w:val="right"/>
            </w:pPr>
            <w:r>
              <w:rPr>
                <w:sz w:val="15"/>
              </w:rPr>
              <w:t>1,073</w:t>
            </w:r>
          </w:p>
        </w:tc>
        <w:tc>
          <w:tcPr>
            <w:tcW w:type="dxa" w:w="835"/>
            <w:shd w:fill="F9FBFB"/>
            <w:tcMar>
              <w:top w:w="35" w:type="dxa"/>
              <w:bottom w:w="35" w:type="dxa"/>
              <w:left w:w="20" w:type="dxa"/>
              <w:right w:w="20" w:type="dxa"/>
            </w:tcMar>
          </w:tcPr>
          <w:p>
            <w:pPr>
              <w:jc w:val="right"/>
            </w:pPr>
            <w:r>
              <w:rPr>
                <w:b/>
                <w:sz w:val="15"/>
              </w:rPr>
              <w:t>1,110</w:t>
            </w:r>
          </w:p>
        </w:tc>
        <w:tc>
          <w:tcPr>
            <w:tcW w:type="dxa" w:w="1224"/>
            <w:shd w:fill="F9FBFB"/>
            <w:tcMar>
              <w:top w:w="35" w:type="dxa"/>
              <w:bottom w:w="35" w:type="dxa"/>
              <w:left w:w="20" w:type="dxa"/>
              <w:right w:w="20" w:type="dxa"/>
            </w:tcMar>
          </w:tcPr>
          <w:p>
            <w:pPr>
              <w:jc w:val="right"/>
            </w:pPr>
            <w:r>
              <w:rPr>
                <w:color w:val="27AE60"/>
                <w:sz w:val="15"/>
              </w:rPr>
              <w:t>+37</w:t>
            </w:r>
          </w:p>
        </w:tc>
        <w:tc>
          <w:tcPr>
            <w:tcW w:type="dxa" w:w="1066"/>
            <w:shd w:fill="F9FBFB"/>
            <w:tcMar>
              <w:top w:w="35" w:type="dxa"/>
              <w:bottom w:w="35" w:type="dxa"/>
              <w:left w:w="20" w:type="dxa"/>
              <w:right w:w="20" w:type="dxa"/>
            </w:tcMar>
          </w:tcPr>
          <w:p>
            <w:pPr>
              <w:jc w:val="center"/>
            </w:pPr>
            <w:r>
              <w:rPr>
                <w:b/>
                <w:color w:val="27AE60"/>
                <w:sz w:val="15"/>
              </w:rPr>
              <w:t>+3.4%</w:t>
            </w:r>
          </w:p>
        </w:tc>
      </w:tr>
      <w:tr>
        <w:tc>
          <w:tcPr>
            <w:tcW w:type="dxa" w:w="504"/>
            <w:shd w:fill="FFFFFF"/>
            <w:tcMar>
              <w:top w:w="35" w:type="dxa"/>
              <w:bottom w:w="35" w:type="dxa"/>
              <w:left w:w="20" w:type="dxa"/>
              <w:right w:w="20" w:type="dxa"/>
            </w:tcMar>
          </w:tcPr>
          <w:p>
            <w:pPr>
              <w:jc w:val="center"/>
            </w:pPr>
            <w:r>
              <w:rPr>
                <w:sz w:val="15"/>
              </w:rPr>
              <w:t>7</w:t>
            </w:r>
          </w:p>
        </w:tc>
        <w:tc>
          <w:tcPr>
            <w:tcW w:type="dxa" w:w="936"/>
            <w:shd w:fill="FFFFFF"/>
            <w:tcMar>
              <w:top w:w="35" w:type="dxa"/>
              <w:bottom w:w="35" w:type="dxa"/>
              <w:left w:w="20" w:type="dxa"/>
              <w:right w:w="20" w:type="dxa"/>
            </w:tcMar>
          </w:tcPr>
          <w:p>
            <w:pPr>
              <w:jc w:val="left"/>
            </w:pPr>
            <w:r>
              <w:rPr>
                <w:sz w:val="15"/>
              </w:rPr>
              <w:t>KH0643</w:t>
            </w:r>
          </w:p>
        </w:tc>
        <w:tc>
          <w:tcPr>
            <w:tcW w:type="dxa" w:w="3024"/>
            <w:shd w:fill="FFFFFF"/>
            <w:tcMar>
              <w:top w:w="35" w:type="dxa"/>
              <w:bottom w:w="35" w:type="dxa"/>
              <w:left w:w="20" w:type="dxa"/>
              <w:right w:w="20" w:type="dxa"/>
            </w:tcMar>
          </w:tcPr>
          <w:p>
            <w:pPr>
              <w:jc w:val="left"/>
            </w:pPr>
            <w:r>
              <w:rPr>
                <w:sz w:val="15"/>
              </w:rPr>
              <w:t>CÔNG TY TNHH TIẾN HƯNG</w:t>
            </w:r>
          </w:p>
        </w:tc>
        <w:tc>
          <w:tcPr>
            <w:tcW w:type="dxa" w:w="835"/>
            <w:shd w:fill="FFFFFF"/>
            <w:tcMar>
              <w:top w:w="35" w:type="dxa"/>
              <w:bottom w:w="35" w:type="dxa"/>
              <w:left w:w="20" w:type="dxa"/>
              <w:right w:w="20" w:type="dxa"/>
            </w:tcMar>
          </w:tcPr>
          <w:p>
            <w:pPr>
              <w:jc w:val="right"/>
            </w:pPr>
            <w:r>
              <w:rPr>
                <w:sz w:val="15"/>
              </w:rPr>
              <w:t>1,239</w:t>
            </w:r>
          </w:p>
        </w:tc>
        <w:tc>
          <w:tcPr>
            <w:tcW w:type="dxa" w:w="835"/>
            <w:shd w:fill="FFFFFF"/>
            <w:tcMar>
              <w:top w:w="35" w:type="dxa"/>
              <w:bottom w:w="35" w:type="dxa"/>
              <w:left w:w="20" w:type="dxa"/>
              <w:right w:w="20" w:type="dxa"/>
            </w:tcMar>
          </w:tcPr>
          <w:p>
            <w:pPr>
              <w:jc w:val="right"/>
            </w:pPr>
            <w:r>
              <w:rPr>
                <w:sz w:val="15"/>
              </w:rPr>
              <w:t>383</w:t>
            </w:r>
          </w:p>
        </w:tc>
        <w:tc>
          <w:tcPr>
            <w:tcW w:type="dxa" w:w="835"/>
            <w:shd w:fill="FFFFFF"/>
            <w:tcMar>
              <w:top w:w="35" w:type="dxa"/>
              <w:bottom w:w="35" w:type="dxa"/>
              <w:left w:w="20" w:type="dxa"/>
              <w:right w:w="20" w:type="dxa"/>
            </w:tcMar>
          </w:tcPr>
          <w:p>
            <w:pPr>
              <w:jc w:val="right"/>
            </w:pPr>
            <w:r>
              <w:rPr>
                <w:sz w:val="15"/>
              </w:rPr>
              <w:t>1,007</w:t>
            </w:r>
          </w:p>
        </w:tc>
        <w:tc>
          <w:tcPr>
            <w:tcW w:type="dxa" w:w="835"/>
            <w:shd w:fill="FFFFFF"/>
            <w:tcMar>
              <w:top w:w="35" w:type="dxa"/>
              <w:bottom w:w="35" w:type="dxa"/>
              <w:left w:w="20" w:type="dxa"/>
              <w:right w:w="20" w:type="dxa"/>
            </w:tcMar>
          </w:tcPr>
          <w:p>
            <w:pPr>
              <w:jc w:val="right"/>
            </w:pPr>
            <w:r>
              <w:rPr>
                <w:sz w:val="15"/>
              </w:rPr>
              <w:t>1,069</w:t>
            </w:r>
          </w:p>
        </w:tc>
        <w:tc>
          <w:tcPr>
            <w:tcW w:type="dxa" w:w="835"/>
            <w:shd w:fill="FFFFFF"/>
            <w:tcMar>
              <w:top w:w="35" w:type="dxa"/>
              <w:bottom w:w="35" w:type="dxa"/>
              <w:left w:w="20" w:type="dxa"/>
              <w:right w:w="20" w:type="dxa"/>
            </w:tcMar>
          </w:tcPr>
          <w:p>
            <w:pPr>
              <w:jc w:val="right"/>
            </w:pPr>
            <w:r>
              <w:rPr>
                <w:sz w:val="15"/>
              </w:rPr>
              <w:t>863</w:t>
            </w:r>
          </w:p>
        </w:tc>
        <w:tc>
          <w:tcPr>
            <w:tcW w:type="dxa" w:w="835"/>
            <w:shd w:fill="FFFFFF"/>
            <w:tcMar>
              <w:top w:w="35" w:type="dxa"/>
              <w:bottom w:w="35" w:type="dxa"/>
              <w:left w:w="20" w:type="dxa"/>
              <w:right w:w="20" w:type="dxa"/>
            </w:tcMar>
          </w:tcPr>
          <w:p>
            <w:pPr>
              <w:jc w:val="right"/>
            </w:pPr>
            <w:r>
              <w:rPr>
                <w:sz w:val="15"/>
              </w:rPr>
              <w:t>1,074</w:t>
            </w:r>
          </w:p>
        </w:tc>
        <w:tc>
          <w:tcPr>
            <w:tcW w:type="dxa" w:w="835"/>
            <w:shd w:fill="FFFFFF"/>
            <w:tcMar>
              <w:top w:w="35" w:type="dxa"/>
              <w:bottom w:w="35" w:type="dxa"/>
              <w:left w:w="20" w:type="dxa"/>
              <w:right w:w="20" w:type="dxa"/>
            </w:tcMar>
          </w:tcPr>
          <w:p>
            <w:pPr>
              <w:jc w:val="right"/>
            </w:pPr>
            <w:r>
              <w:rPr>
                <w:sz w:val="15"/>
              </w:rPr>
              <w:t>917</w:t>
            </w:r>
          </w:p>
        </w:tc>
        <w:tc>
          <w:tcPr>
            <w:tcW w:type="dxa" w:w="835"/>
            <w:shd w:fill="FFFFFF"/>
            <w:tcMar>
              <w:top w:w="35" w:type="dxa"/>
              <w:bottom w:w="35" w:type="dxa"/>
              <w:left w:w="20" w:type="dxa"/>
              <w:right w:w="20" w:type="dxa"/>
            </w:tcMar>
          </w:tcPr>
          <w:p>
            <w:pPr>
              <w:jc w:val="right"/>
            </w:pPr>
            <w:r>
              <w:rPr>
                <w:sz w:val="15"/>
              </w:rPr>
              <w:t>861</w:t>
            </w:r>
          </w:p>
        </w:tc>
        <w:tc>
          <w:tcPr>
            <w:tcW w:type="dxa" w:w="835"/>
            <w:shd w:fill="FFFFFF"/>
            <w:tcMar>
              <w:top w:w="35" w:type="dxa"/>
              <w:bottom w:w="35" w:type="dxa"/>
              <w:left w:w="20" w:type="dxa"/>
              <w:right w:w="20" w:type="dxa"/>
            </w:tcMar>
          </w:tcPr>
          <w:p>
            <w:pPr>
              <w:jc w:val="right"/>
            </w:pPr>
            <w:r>
              <w:rPr>
                <w:sz w:val="15"/>
              </w:rPr>
              <w:t>1,036</w:t>
            </w:r>
          </w:p>
        </w:tc>
        <w:tc>
          <w:tcPr>
            <w:tcW w:type="dxa" w:w="835"/>
            <w:shd w:fill="FFFFFF"/>
            <w:tcMar>
              <w:top w:w="35" w:type="dxa"/>
              <w:bottom w:w="35" w:type="dxa"/>
              <w:left w:w="20" w:type="dxa"/>
              <w:right w:w="20" w:type="dxa"/>
            </w:tcMar>
          </w:tcPr>
          <w:p>
            <w:pPr>
              <w:jc w:val="right"/>
            </w:pPr>
            <w:r>
              <w:rPr>
                <w:b/>
                <w:sz w:val="15"/>
              </w:rPr>
              <w:t>1,309</w:t>
            </w:r>
          </w:p>
        </w:tc>
        <w:tc>
          <w:tcPr>
            <w:tcW w:type="dxa" w:w="1224"/>
            <w:shd w:fill="FFFFFF"/>
            <w:tcMar>
              <w:top w:w="35" w:type="dxa"/>
              <w:bottom w:w="35" w:type="dxa"/>
              <w:left w:w="20" w:type="dxa"/>
              <w:right w:w="20" w:type="dxa"/>
            </w:tcMar>
          </w:tcPr>
          <w:p>
            <w:pPr>
              <w:jc w:val="right"/>
            </w:pPr>
            <w:r>
              <w:rPr>
                <w:color w:val="27AE60"/>
                <w:sz w:val="15"/>
              </w:rPr>
              <w:t>+273</w:t>
            </w:r>
          </w:p>
        </w:tc>
        <w:tc>
          <w:tcPr>
            <w:tcW w:type="dxa" w:w="1066"/>
            <w:shd w:fill="FFFFFF"/>
            <w:tcMar>
              <w:top w:w="35" w:type="dxa"/>
              <w:bottom w:w="35" w:type="dxa"/>
              <w:left w:w="20" w:type="dxa"/>
              <w:right w:w="20" w:type="dxa"/>
            </w:tcMar>
          </w:tcPr>
          <w:p>
            <w:pPr>
              <w:jc w:val="center"/>
            </w:pPr>
            <w:r>
              <w:rPr>
                <w:b/>
                <w:color w:val="27AE60"/>
                <w:sz w:val="15"/>
              </w:rPr>
              <w:t>+26.4%</w:t>
            </w:r>
          </w:p>
        </w:tc>
      </w:tr>
      <w:tr>
        <w:tc>
          <w:tcPr>
            <w:tcW w:type="dxa" w:w="504"/>
            <w:shd w:fill="F9FBFB"/>
            <w:tcMar>
              <w:top w:w="35" w:type="dxa"/>
              <w:bottom w:w="35" w:type="dxa"/>
              <w:left w:w="20" w:type="dxa"/>
              <w:right w:w="20" w:type="dxa"/>
            </w:tcMar>
          </w:tcPr>
          <w:p>
            <w:pPr>
              <w:jc w:val="center"/>
            </w:pPr>
            <w:r>
              <w:rPr>
                <w:sz w:val="15"/>
              </w:rPr>
              <w:t>8</w:t>
            </w:r>
          </w:p>
        </w:tc>
        <w:tc>
          <w:tcPr>
            <w:tcW w:type="dxa" w:w="936"/>
            <w:shd w:fill="F9FBFB"/>
            <w:tcMar>
              <w:top w:w="35" w:type="dxa"/>
              <w:bottom w:w="35" w:type="dxa"/>
              <w:left w:w="20" w:type="dxa"/>
              <w:right w:w="20" w:type="dxa"/>
            </w:tcMar>
          </w:tcPr>
          <w:p>
            <w:pPr>
              <w:jc w:val="left"/>
            </w:pPr>
            <w:r>
              <w:rPr>
                <w:sz w:val="15"/>
              </w:rPr>
              <w:t>KH0258</w:t>
            </w:r>
          </w:p>
        </w:tc>
        <w:tc>
          <w:tcPr>
            <w:tcW w:type="dxa" w:w="3024"/>
            <w:shd w:fill="F9FBFB"/>
            <w:tcMar>
              <w:top w:w="35" w:type="dxa"/>
              <w:bottom w:w="35" w:type="dxa"/>
              <w:left w:w="20" w:type="dxa"/>
              <w:right w:w="20" w:type="dxa"/>
            </w:tcMar>
          </w:tcPr>
          <w:p>
            <w:pPr>
              <w:jc w:val="left"/>
            </w:pPr>
            <w:r>
              <w:rPr>
                <w:sz w:val="15"/>
              </w:rPr>
              <w:t>CÔNG TY TNHH GỖ HẠNH PHÚC</w:t>
            </w:r>
          </w:p>
        </w:tc>
        <w:tc>
          <w:tcPr>
            <w:tcW w:type="dxa" w:w="835"/>
            <w:shd w:fill="F9FBFB"/>
            <w:tcMar>
              <w:top w:w="35" w:type="dxa"/>
              <w:bottom w:w="35" w:type="dxa"/>
              <w:left w:w="20" w:type="dxa"/>
              <w:right w:w="20" w:type="dxa"/>
            </w:tcMar>
          </w:tcPr>
          <w:p>
            <w:pPr>
              <w:jc w:val="right"/>
            </w:pPr>
            <w:r>
              <w:rPr>
                <w:sz w:val="15"/>
              </w:rPr>
              <w:t>830</w:t>
            </w:r>
          </w:p>
        </w:tc>
        <w:tc>
          <w:tcPr>
            <w:tcW w:type="dxa" w:w="835"/>
            <w:shd w:fill="F9FBFB"/>
            <w:tcMar>
              <w:top w:w="35" w:type="dxa"/>
              <w:bottom w:w="35" w:type="dxa"/>
              <w:left w:w="20" w:type="dxa"/>
              <w:right w:w="20" w:type="dxa"/>
            </w:tcMar>
          </w:tcPr>
          <w:p>
            <w:pPr>
              <w:jc w:val="right"/>
            </w:pPr>
            <w:r>
              <w:rPr>
                <w:sz w:val="15"/>
              </w:rPr>
              <w:t>348</w:t>
            </w:r>
          </w:p>
        </w:tc>
        <w:tc>
          <w:tcPr>
            <w:tcW w:type="dxa" w:w="835"/>
            <w:shd w:fill="F9FBFB"/>
            <w:tcMar>
              <w:top w:w="35" w:type="dxa"/>
              <w:bottom w:w="35" w:type="dxa"/>
              <w:left w:w="20" w:type="dxa"/>
              <w:right w:w="20" w:type="dxa"/>
            </w:tcMar>
          </w:tcPr>
          <w:p>
            <w:pPr>
              <w:jc w:val="right"/>
            </w:pPr>
            <w:r>
              <w:rPr>
                <w:sz w:val="15"/>
              </w:rPr>
              <w:t>1,225</w:t>
            </w:r>
          </w:p>
        </w:tc>
        <w:tc>
          <w:tcPr>
            <w:tcW w:type="dxa" w:w="835"/>
            <w:shd w:fill="F9FBFB"/>
            <w:tcMar>
              <w:top w:w="35" w:type="dxa"/>
              <w:bottom w:w="35" w:type="dxa"/>
              <w:left w:w="20" w:type="dxa"/>
              <w:right w:w="20" w:type="dxa"/>
            </w:tcMar>
          </w:tcPr>
          <w:p>
            <w:pPr>
              <w:jc w:val="right"/>
            </w:pPr>
            <w:r>
              <w:rPr>
                <w:sz w:val="15"/>
              </w:rPr>
              <w:t>1,118</w:t>
            </w:r>
          </w:p>
        </w:tc>
        <w:tc>
          <w:tcPr>
            <w:tcW w:type="dxa" w:w="835"/>
            <w:shd w:fill="F9FBFB"/>
            <w:tcMar>
              <w:top w:w="35" w:type="dxa"/>
              <w:bottom w:w="35" w:type="dxa"/>
              <w:left w:w="20" w:type="dxa"/>
              <w:right w:w="20" w:type="dxa"/>
            </w:tcMar>
          </w:tcPr>
          <w:p>
            <w:pPr>
              <w:jc w:val="right"/>
            </w:pPr>
            <w:r>
              <w:rPr>
                <w:sz w:val="15"/>
              </w:rPr>
              <w:t>1,023</w:t>
            </w:r>
          </w:p>
        </w:tc>
        <w:tc>
          <w:tcPr>
            <w:tcW w:type="dxa" w:w="835"/>
            <w:shd w:fill="F9FBFB"/>
            <w:tcMar>
              <w:top w:w="35" w:type="dxa"/>
              <w:bottom w:w="35" w:type="dxa"/>
              <w:left w:w="20" w:type="dxa"/>
              <w:right w:w="20" w:type="dxa"/>
            </w:tcMar>
          </w:tcPr>
          <w:p>
            <w:pPr>
              <w:jc w:val="right"/>
            </w:pPr>
            <w:r>
              <w:rPr>
                <w:sz w:val="15"/>
              </w:rPr>
              <w:t>1,353</w:t>
            </w:r>
          </w:p>
        </w:tc>
        <w:tc>
          <w:tcPr>
            <w:tcW w:type="dxa" w:w="835"/>
            <w:shd w:fill="F9FBFB"/>
            <w:tcMar>
              <w:top w:w="35" w:type="dxa"/>
              <w:bottom w:w="35" w:type="dxa"/>
              <w:left w:w="20" w:type="dxa"/>
              <w:right w:w="20" w:type="dxa"/>
            </w:tcMar>
          </w:tcPr>
          <w:p>
            <w:pPr>
              <w:jc w:val="right"/>
            </w:pPr>
            <w:r>
              <w:rPr>
                <w:sz w:val="15"/>
              </w:rPr>
              <w:t>923</w:t>
            </w:r>
          </w:p>
        </w:tc>
        <w:tc>
          <w:tcPr>
            <w:tcW w:type="dxa" w:w="835"/>
            <w:shd w:fill="F9FBFB"/>
            <w:tcMar>
              <w:top w:w="35" w:type="dxa"/>
              <w:bottom w:w="35" w:type="dxa"/>
              <w:left w:w="20" w:type="dxa"/>
              <w:right w:w="20" w:type="dxa"/>
            </w:tcMar>
          </w:tcPr>
          <w:p>
            <w:pPr>
              <w:jc w:val="right"/>
            </w:pPr>
            <w:r>
              <w:rPr>
                <w:sz w:val="15"/>
              </w:rPr>
              <w:t>920</w:t>
            </w:r>
          </w:p>
        </w:tc>
        <w:tc>
          <w:tcPr>
            <w:tcW w:type="dxa" w:w="835"/>
            <w:shd w:fill="F9FBFB"/>
            <w:tcMar>
              <w:top w:w="35" w:type="dxa"/>
              <w:bottom w:w="35" w:type="dxa"/>
              <w:left w:w="20" w:type="dxa"/>
              <w:right w:w="20" w:type="dxa"/>
            </w:tcMar>
          </w:tcPr>
          <w:p>
            <w:pPr>
              <w:jc w:val="right"/>
            </w:pPr>
            <w:r>
              <w:rPr>
                <w:sz w:val="15"/>
              </w:rPr>
              <w:t>979</w:t>
            </w:r>
          </w:p>
        </w:tc>
        <w:tc>
          <w:tcPr>
            <w:tcW w:type="dxa" w:w="835"/>
            <w:shd w:fill="F9FBFB"/>
            <w:tcMar>
              <w:top w:w="35" w:type="dxa"/>
              <w:bottom w:w="35" w:type="dxa"/>
              <w:left w:w="20" w:type="dxa"/>
              <w:right w:w="20" w:type="dxa"/>
            </w:tcMar>
          </w:tcPr>
          <w:p>
            <w:pPr>
              <w:jc w:val="right"/>
            </w:pPr>
            <w:r>
              <w:rPr>
                <w:b/>
                <w:sz w:val="15"/>
              </w:rPr>
              <w:t>733</w:t>
            </w:r>
          </w:p>
        </w:tc>
        <w:tc>
          <w:tcPr>
            <w:tcW w:type="dxa" w:w="1224"/>
            <w:shd w:fill="F9FBFB"/>
            <w:tcMar>
              <w:top w:w="35" w:type="dxa"/>
              <w:bottom w:w="35" w:type="dxa"/>
              <w:left w:w="20" w:type="dxa"/>
              <w:right w:w="20" w:type="dxa"/>
            </w:tcMar>
          </w:tcPr>
          <w:p>
            <w:pPr>
              <w:jc w:val="right"/>
            </w:pPr>
            <w:r>
              <w:rPr>
                <w:color w:val="C0392B"/>
                <w:sz w:val="15"/>
              </w:rPr>
              <w:t>-246</w:t>
            </w:r>
          </w:p>
        </w:tc>
        <w:tc>
          <w:tcPr>
            <w:tcW w:type="dxa" w:w="1066"/>
            <w:shd w:fill="F9FBFB"/>
            <w:tcMar>
              <w:top w:w="35" w:type="dxa"/>
              <w:bottom w:w="35" w:type="dxa"/>
              <w:left w:w="20" w:type="dxa"/>
              <w:right w:w="20" w:type="dxa"/>
            </w:tcMar>
          </w:tcPr>
          <w:p>
            <w:pPr>
              <w:jc w:val="center"/>
            </w:pPr>
            <w:r>
              <w:rPr>
                <w:b/>
                <w:color w:val="C0392B"/>
                <w:sz w:val="15"/>
              </w:rPr>
              <w:t>-25.1%</w:t>
            </w:r>
          </w:p>
        </w:tc>
      </w:tr>
      <w:tr>
        <w:tc>
          <w:tcPr>
            <w:tcW w:type="dxa" w:w="504"/>
            <w:shd w:fill="FFFFFF"/>
            <w:tcMar>
              <w:top w:w="35" w:type="dxa"/>
              <w:bottom w:w="35" w:type="dxa"/>
              <w:left w:w="20" w:type="dxa"/>
              <w:right w:w="20" w:type="dxa"/>
            </w:tcMar>
          </w:tcPr>
          <w:p>
            <w:pPr>
              <w:jc w:val="center"/>
            </w:pPr>
            <w:r>
              <w:rPr>
                <w:sz w:val="15"/>
              </w:rPr>
              <w:t>9</w:t>
            </w:r>
          </w:p>
        </w:tc>
        <w:tc>
          <w:tcPr>
            <w:tcW w:type="dxa" w:w="936"/>
            <w:shd w:fill="FFFFFF"/>
            <w:tcMar>
              <w:top w:w="35" w:type="dxa"/>
              <w:bottom w:w="35" w:type="dxa"/>
              <w:left w:w="20" w:type="dxa"/>
              <w:right w:w="20" w:type="dxa"/>
            </w:tcMar>
          </w:tcPr>
          <w:p>
            <w:pPr>
              <w:jc w:val="left"/>
            </w:pPr>
            <w:r>
              <w:rPr>
                <w:sz w:val="15"/>
              </w:rPr>
              <w:t>KH0644</w:t>
            </w:r>
          </w:p>
        </w:tc>
        <w:tc>
          <w:tcPr>
            <w:tcW w:type="dxa" w:w="3024"/>
            <w:shd w:fill="FFFFFF"/>
            <w:tcMar>
              <w:top w:w="35" w:type="dxa"/>
              <w:bottom w:w="35" w:type="dxa"/>
              <w:left w:w="20" w:type="dxa"/>
              <w:right w:w="20" w:type="dxa"/>
            </w:tcMar>
          </w:tcPr>
          <w:p>
            <w:pPr>
              <w:jc w:val="left"/>
            </w:pPr>
            <w:r>
              <w:rPr>
                <w:sz w:val="15"/>
              </w:rPr>
              <w:t>CÔNG TY TNHH TIẾN TRIỂN VIỆT NAM</w:t>
            </w:r>
          </w:p>
        </w:tc>
        <w:tc>
          <w:tcPr>
            <w:tcW w:type="dxa" w:w="835"/>
            <w:shd w:fill="FFFFFF"/>
            <w:tcMar>
              <w:top w:w="35" w:type="dxa"/>
              <w:bottom w:w="35" w:type="dxa"/>
              <w:left w:w="20" w:type="dxa"/>
              <w:right w:w="20" w:type="dxa"/>
            </w:tcMar>
          </w:tcPr>
          <w:p>
            <w:pPr>
              <w:jc w:val="right"/>
            </w:pPr>
            <w:r>
              <w:rPr>
                <w:sz w:val="15"/>
              </w:rPr>
              <w:t>1,063</w:t>
            </w:r>
          </w:p>
        </w:tc>
        <w:tc>
          <w:tcPr>
            <w:tcW w:type="dxa" w:w="835"/>
            <w:shd w:fill="FFFFFF"/>
            <w:tcMar>
              <w:top w:w="35" w:type="dxa"/>
              <w:bottom w:w="35" w:type="dxa"/>
              <w:left w:w="20" w:type="dxa"/>
              <w:right w:w="20" w:type="dxa"/>
            </w:tcMar>
          </w:tcPr>
          <w:p>
            <w:pPr>
              <w:jc w:val="right"/>
            </w:pPr>
            <w:r>
              <w:rPr>
                <w:sz w:val="15"/>
              </w:rPr>
              <w:t>591</w:t>
            </w:r>
          </w:p>
        </w:tc>
        <w:tc>
          <w:tcPr>
            <w:tcW w:type="dxa" w:w="835"/>
            <w:shd w:fill="FFFFFF"/>
            <w:tcMar>
              <w:top w:w="35" w:type="dxa"/>
              <w:bottom w:w="35" w:type="dxa"/>
              <w:left w:w="20" w:type="dxa"/>
              <w:right w:w="20" w:type="dxa"/>
            </w:tcMar>
          </w:tcPr>
          <w:p>
            <w:pPr>
              <w:jc w:val="right"/>
            </w:pPr>
            <w:r>
              <w:rPr>
                <w:sz w:val="15"/>
              </w:rPr>
              <w:t>723</w:t>
            </w:r>
          </w:p>
        </w:tc>
        <w:tc>
          <w:tcPr>
            <w:tcW w:type="dxa" w:w="835"/>
            <w:shd w:fill="FFFFFF"/>
            <w:tcMar>
              <w:top w:w="35" w:type="dxa"/>
              <w:bottom w:w="35" w:type="dxa"/>
              <w:left w:w="20" w:type="dxa"/>
              <w:right w:w="20" w:type="dxa"/>
            </w:tcMar>
          </w:tcPr>
          <w:p>
            <w:pPr>
              <w:jc w:val="right"/>
            </w:pPr>
            <w:r>
              <w:rPr>
                <w:sz w:val="15"/>
              </w:rPr>
              <w:t>679</w:t>
            </w:r>
          </w:p>
        </w:tc>
        <w:tc>
          <w:tcPr>
            <w:tcW w:type="dxa" w:w="835"/>
            <w:shd w:fill="FFFFFF"/>
            <w:tcMar>
              <w:top w:w="35" w:type="dxa"/>
              <w:bottom w:w="35" w:type="dxa"/>
              <w:left w:w="20" w:type="dxa"/>
              <w:right w:w="20" w:type="dxa"/>
            </w:tcMar>
          </w:tcPr>
          <w:p>
            <w:pPr>
              <w:jc w:val="right"/>
            </w:pPr>
            <w:r>
              <w:rPr>
                <w:sz w:val="15"/>
              </w:rPr>
              <w:t>523</w:t>
            </w:r>
          </w:p>
        </w:tc>
        <w:tc>
          <w:tcPr>
            <w:tcW w:type="dxa" w:w="835"/>
            <w:shd w:fill="FFFFFF"/>
            <w:tcMar>
              <w:top w:w="35" w:type="dxa"/>
              <w:bottom w:w="35" w:type="dxa"/>
              <w:left w:w="20" w:type="dxa"/>
              <w:right w:w="20" w:type="dxa"/>
            </w:tcMar>
          </w:tcPr>
          <w:p>
            <w:pPr>
              <w:jc w:val="right"/>
            </w:pPr>
            <w:r>
              <w:rPr>
                <w:sz w:val="15"/>
              </w:rPr>
              <w:t>898</w:t>
            </w:r>
          </w:p>
        </w:tc>
        <w:tc>
          <w:tcPr>
            <w:tcW w:type="dxa" w:w="835"/>
            <w:shd w:fill="FFFFFF"/>
            <w:tcMar>
              <w:top w:w="35" w:type="dxa"/>
              <w:bottom w:w="35" w:type="dxa"/>
              <w:left w:w="20" w:type="dxa"/>
              <w:right w:w="20" w:type="dxa"/>
            </w:tcMar>
          </w:tcPr>
          <w:p>
            <w:pPr>
              <w:jc w:val="right"/>
            </w:pPr>
            <w:r>
              <w:rPr>
                <w:sz w:val="15"/>
              </w:rPr>
              <w:t>629</w:t>
            </w:r>
          </w:p>
        </w:tc>
        <w:tc>
          <w:tcPr>
            <w:tcW w:type="dxa" w:w="835"/>
            <w:shd w:fill="FFFFFF"/>
            <w:tcMar>
              <w:top w:w="35" w:type="dxa"/>
              <w:bottom w:w="35" w:type="dxa"/>
              <w:left w:w="20" w:type="dxa"/>
              <w:right w:w="20" w:type="dxa"/>
            </w:tcMar>
          </w:tcPr>
          <w:p>
            <w:pPr>
              <w:jc w:val="right"/>
            </w:pPr>
            <w:r>
              <w:rPr>
                <w:sz w:val="15"/>
              </w:rPr>
              <w:t>786</w:t>
            </w:r>
          </w:p>
        </w:tc>
        <w:tc>
          <w:tcPr>
            <w:tcW w:type="dxa" w:w="835"/>
            <w:shd w:fill="FFFFFF"/>
            <w:tcMar>
              <w:top w:w="35" w:type="dxa"/>
              <w:bottom w:w="35" w:type="dxa"/>
              <w:left w:w="20" w:type="dxa"/>
              <w:right w:w="20" w:type="dxa"/>
            </w:tcMar>
          </w:tcPr>
          <w:p>
            <w:pPr>
              <w:jc w:val="right"/>
            </w:pPr>
            <w:r>
              <w:rPr>
                <w:sz w:val="15"/>
              </w:rPr>
              <w:t>889</w:t>
            </w:r>
          </w:p>
        </w:tc>
        <w:tc>
          <w:tcPr>
            <w:tcW w:type="dxa" w:w="835"/>
            <w:shd w:fill="FFFFFF"/>
            <w:tcMar>
              <w:top w:w="35" w:type="dxa"/>
              <w:bottom w:w="35" w:type="dxa"/>
              <w:left w:w="20" w:type="dxa"/>
              <w:right w:w="20" w:type="dxa"/>
            </w:tcMar>
          </w:tcPr>
          <w:p>
            <w:pPr>
              <w:jc w:val="right"/>
            </w:pPr>
            <w:r>
              <w:rPr>
                <w:b/>
                <w:sz w:val="15"/>
              </w:rPr>
              <w:t>2,905</w:t>
            </w:r>
          </w:p>
        </w:tc>
        <w:tc>
          <w:tcPr>
            <w:tcW w:type="dxa" w:w="1224"/>
            <w:shd w:fill="FFFFFF"/>
            <w:tcMar>
              <w:top w:w="35" w:type="dxa"/>
              <w:bottom w:w="35" w:type="dxa"/>
              <w:left w:w="20" w:type="dxa"/>
              <w:right w:w="20" w:type="dxa"/>
            </w:tcMar>
          </w:tcPr>
          <w:p>
            <w:pPr>
              <w:jc w:val="right"/>
            </w:pPr>
            <w:r>
              <w:rPr>
                <w:color w:val="27AE60"/>
                <w:sz w:val="15"/>
              </w:rPr>
              <w:t>+2,016</w:t>
            </w:r>
          </w:p>
        </w:tc>
        <w:tc>
          <w:tcPr>
            <w:tcW w:type="dxa" w:w="1066"/>
            <w:shd w:fill="FFFFFF"/>
            <w:tcMar>
              <w:top w:w="35" w:type="dxa"/>
              <w:bottom w:w="35" w:type="dxa"/>
              <w:left w:w="20" w:type="dxa"/>
              <w:right w:w="20" w:type="dxa"/>
            </w:tcMar>
          </w:tcPr>
          <w:p>
            <w:pPr>
              <w:jc w:val="center"/>
            </w:pPr>
            <w:r>
              <w:rPr>
                <w:b/>
                <w:color w:val="27AE60"/>
                <w:sz w:val="15"/>
              </w:rPr>
              <w:t>+226.8%</w:t>
            </w:r>
          </w:p>
        </w:tc>
      </w:tr>
      <w:tr>
        <w:tc>
          <w:tcPr>
            <w:tcW w:type="dxa" w:w="504"/>
            <w:shd w:fill="F9FBFB"/>
            <w:tcMar>
              <w:top w:w="35" w:type="dxa"/>
              <w:bottom w:w="35" w:type="dxa"/>
              <w:left w:w="20" w:type="dxa"/>
              <w:right w:w="20" w:type="dxa"/>
            </w:tcMar>
          </w:tcPr>
          <w:p>
            <w:pPr>
              <w:jc w:val="center"/>
            </w:pPr>
            <w:r>
              <w:rPr>
                <w:sz w:val="15"/>
              </w:rPr>
              <w:t>10</w:t>
            </w:r>
          </w:p>
        </w:tc>
        <w:tc>
          <w:tcPr>
            <w:tcW w:type="dxa" w:w="936"/>
            <w:shd w:fill="F9FBFB"/>
            <w:tcMar>
              <w:top w:w="35" w:type="dxa"/>
              <w:bottom w:w="35" w:type="dxa"/>
              <w:left w:w="20" w:type="dxa"/>
              <w:right w:w="20" w:type="dxa"/>
            </w:tcMar>
          </w:tcPr>
          <w:p>
            <w:pPr>
              <w:jc w:val="left"/>
            </w:pPr>
            <w:r>
              <w:rPr>
                <w:sz w:val="15"/>
              </w:rPr>
              <w:t>KH2193</w:t>
            </w:r>
          </w:p>
        </w:tc>
        <w:tc>
          <w:tcPr>
            <w:tcW w:type="dxa" w:w="3024"/>
            <w:shd w:fill="F9FBFB"/>
            <w:tcMar>
              <w:top w:w="35" w:type="dxa"/>
              <w:bottom w:w="35" w:type="dxa"/>
              <w:left w:w="20" w:type="dxa"/>
              <w:right w:w="20" w:type="dxa"/>
            </w:tcMar>
          </w:tcPr>
          <w:p>
            <w:pPr>
              <w:jc w:val="left"/>
            </w:pPr>
            <w:r>
              <w:rPr>
                <w:sz w:val="15"/>
              </w:rPr>
              <w:t>CHI NHÁNH CÔNG TY TNHH THƯƠNG MẠI XUẤT NHẬP KHẨU C.R.M.G</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511</w:t>
            </w:r>
          </w:p>
        </w:tc>
        <w:tc>
          <w:tcPr>
            <w:tcW w:type="dxa" w:w="835"/>
            <w:shd w:fill="F9FBFB"/>
            <w:tcMar>
              <w:top w:w="35" w:type="dxa"/>
              <w:bottom w:w="35" w:type="dxa"/>
              <w:left w:w="20" w:type="dxa"/>
              <w:right w:w="20" w:type="dxa"/>
            </w:tcMar>
          </w:tcPr>
          <w:p>
            <w:pPr>
              <w:jc w:val="right"/>
            </w:pPr>
            <w:r>
              <w:rPr>
                <w:sz w:val="15"/>
              </w:rPr>
              <w:t>664</w:t>
            </w:r>
          </w:p>
        </w:tc>
        <w:tc>
          <w:tcPr>
            <w:tcW w:type="dxa" w:w="835"/>
            <w:shd w:fill="F9FBFB"/>
            <w:tcMar>
              <w:top w:w="35" w:type="dxa"/>
              <w:bottom w:w="35" w:type="dxa"/>
              <w:left w:w="20" w:type="dxa"/>
              <w:right w:w="20" w:type="dxa"/>
            </w:tcMar>
          </w:tcPr>
          <w:p>
            <w:pPr>
              <w:jc w:val="right"/>
            </w:pPr>
            <w:r>
              <w:rPr>
                <w:sz w:val="15"/>
              </w:rPr>
              <w:t>456</w:t>
            </w:r>
          </w:p>
        </w:tc>
        <w:tc>
          <w:tcPr>
            <w:tcW w:type="dxa" w:w="835"/>
            <w:shd w:fill="F9FBFB"/>
            <w:tcMar>
              <w:top w:w="35" w:type="dxa"/>
              <w:bottom w:w="35" w:type="dxa"/>
              <w:left w:w="20" w:type="dxa"/>
              <w:right w:w="20" w:type="dxa"/>
            </w:tcMar>
          </w:tcPr>
          <w:p>
            <w:pPr>
              <w:jc w:val="right"/>
            </w:pPr>
            <w:r>
              <w:rPr>
                <w:sz w:val="15"/>
              </w:rPr>
              <w:t>514</w:t>
            </w:r>
          </w:p>
        </w:tc>
        <w:tc>
          <w:tcPr>
            <w:tcW w:type="dxa" w:w="835"/>
            <w:shd w:fill="F9FBFB"/>
            <w:tcMar>
              <w:top w:w="35" w:type="dxa"/>
              <w:bottom w:w="35" w:type="dxa"/>
              <w:left w:w="20" w:type="dxa"/>
              <w:right w:w="20" w:type="dxa"/>
            </w:tcMar>
          </w:tcPr>
          <w:p>
            <w:pPr>
              <w:jc w:val="right"/>
            </w:pPr>
            <w:r>
              <w:rPr>
                <w:sz w:val="15"/>
              </w:rPr>
              <w:t>888</w:t>
            </w:r>
          </w:p>
        </w:tc>
        <w:tc>
          <w:tcPr>
            <w:tcW w:type="dxa" w:w="835"/>
            <w:shd w:fill="F9FBFB"/>
            <w:tcMar>
              <w:top w:w="35" w:type="dxa"/>
              <w:bottom w:w="35" w:type="dxa"/>
              <w:left w:w="20" w:type="dxa"/>
              <w:right w:w="20" w:type="dxa"/>
            </w:tcMar>
          </w:tcPr>
          <w:p>
            <w:pPr>
              <w:jc w:val="right"/>
            </w:pPr>
            <w:r>
              <w:rPr>
                <w:b/>
                <w:sz w:val="15"/>
              </w:rPr>
              <w:t>-</w:t>
            </w:r>
          </w:p>
        </w:tc>
        <w:tc>
          <w:tcPr>
            <w:tcW w:type="dxa" w:w="1224"/>
            <w:shd w:fill="F9FBFB"/>
            <w:tcMar>
              <w:top w:w="35" w:type="dxa"/>
              <w:bottom w:w="35" w:type="dxa"/>
              <w:left w:w="20" w:type="dxa"/>
              <w:right w:w="20" w:type="dxa"/>
            </w:tcMar>
          </w:tcPr>
          <w:p>
            <w:pPr>
              <w:jc w:val="right"/>
            </w:pPr>
            <w:r>
              <w:rPr>
                <w:color w:val="C0392B"/>
                <w:sz w:val="15"/>
              </w:rPr>
              <w:t>-888</w:t>
            </w:r>
          </w:p>
        </w:tc>
        <w:tc>
          <w:tcPr>
            <w:tcW w:type="dxa" w:w="1066"/>
            <w:shd w:fill="F9FBFB"/>
            <w:tcMar>
              <w:top w:w="35" w:type="dxa"/>
              <w:bottom w:w="35" w:type="dxa"/>
              <w:left w:w="20" w:type="dxa"/>
              <w:right w:w="20" w:type="dxa"/>
            </w:tcMar>
          </w:tcPr>
          <w:p>
            <w:pPr>
              <w:jc w:val="center"/>
            </w:pPr>
            <w:r>
              <w:rPr>
                <w:b/>
                <w:color w:val="C0392B"/>
                <w:sz w:val="15"/>
              </w:rPr>
              <w:t>-100.0%</w:t>
            </w:r>
          </w:p>
        </w:tc>
      </w:tr>
      <w:tr>
        <w:tc>
          <w:tcPr>
            <w:tcW w:type="dxa" w:w="504"/>
            <w:shd w:fill="FFFFFF"/>
            <w:tcMar>
              <w:top w:w="35" w:type="dxa"/>
              <w:bottom w:w="35" w:type="dxa"/>
              <w:left w:w="20" w:type="dxa"/>
              <w:right w:w="20" w:type="dxa"/>
            </w:tcMar>
          </w:tcPr>
          <w:p>
            <w:pPr>
              <w:jc w:val="center"/>
            </w:pPr>
            <w:r>
              <w:rPr>
                <w:sz w:val="15"/>
              </w:rPr>
              <w:t>11</w:t>
            </w:r>
          </w:p>
        </w:tc>
        <w:tc>
          <w:tcPr>
            <w:tcW w:type="dxa" w:w="936"/>
            <w:shd w:fill="FFFFFF"/>
            <w:tcMar>
              <w:top w:w="35" w:type="dxa"/>
              <w:bottom w:w="35" w:type="dxa"/>
              <w:left w:w="20" w:type="dxa"/>
              <w:right w:w="20" w:type="dxa"/>
            </w:tcMar>
          </w:tcPr>
          <w:p>
            <w:pPr>
              <w:jc w:val="left"/>
            </w:pPr>
            <w:r>
              <w:rPr>
                <w:sz w:val="15"/>
              </w:rPr>
              <w:t>KH0071</w:t>
            </w:r>
          </w:p>
        </w:tc>
        <w:tc>
          <w:tcPr>
            <w:tcW w:type="dxa" w:w="3024"/>
            <w:shd w:fill="FFFFFF"/>
            <w:tcMar>
              <w:top w:w="35" w:type="dxa"/>
              <w:bottom w:w="35" w:type="dxa"/>
              <w:left w:w="20" w:type="dxa"/>
              <w:right w:w="20" w:type="dxa"/>
            </w:tcMar>
          </w:tcPr>
          <w:p>
            <w:pPr>
              <w:jc w:val="left"/>
            </w:pPr>
            <w:r>
              <w:rPr>
                <w:sz w:val="15"/>
              </w:rPr>
              <w:t>CÔNG TY CỔ PHẦN KỸ NGHỆ GỖ TIẾN ĐẠT</w:t>
            </w:r>
          </w:p>
        </w:tc>
        <w:tc>
          <w:tcPr>
            <w:tcW w:type="dxa" w:w="835"/>
            <w:shd w:fill="FFFFFF"/>
            <w:tcMar>
              <w:top w:w="35" w:type="dxa"/>
              <w:bottom w:w="35" w:type="dxa"/>
              <w:left w:w="20" w:type="dxa"/>
              <w:right w:w="20" w:type="dxa"/>
            </w:tcMar>
          </w:tcPr>
          <w:p>
            <w:pPr>
              <w:jc w:val="right"/>
            </w:pPr>
            <w:r>
              <w:rPr>
                <w:sz w:val="15"/>
              </w:rPr>
              <w:t>621</w:t>
            </w:r>
          </w:p>
        </w:tc>
        <w:tc>
          <w:tcPr>
            <w:tcW w:type="dxa" w:w="835"/>
            <w:shd w:fill="FFFFFF"/>
            <w:tcMar>
              <w:top w:w="35" w:type="dxa"/>
              <w:bottom w:w="35" w:type="dxa"/>
              <w:left w:w="20" w:type="dxa"/>
              <w:right w:w="20" w:type="dxa"/>
            </w:tcMar>
          </w:tcPr>
          <w:p>
            <w:pPr>
              <w:jc w:val="right"/>
            </w:pPr>
            <w:r>
              <w:rPr>
                <w:sz w:val="15"/>
              </w:rPr>
              <w:t>227</w:t>
            </w:r>
          </w:p>
        </w:tc>
        <w:tc>
          <w:tcPr>
            <w:tcW w:type="dxa" w:w="835"/>
            <w:shd w:fill="FFFFFF"/>
            <w:tcMar>
              <w:top w:w="35" w:type="dxa"/>
              <w:bottom w:w="35" w:type="dxa"/>
              <w:left w:w="20" w:type="dxa"/>
              <w:right w:w="20" w:type="dxa"/>
            </w:tcMar>
          </w:tcPr>
          <w:p>
            <w:pPr>
              <w:jc w:val="right"/>
            </w:pPr>
            <w:r>
              <w:rPr>
                <w:sz w:val="15"/>
              </w:rPr>
              <w:t>430</w:t>
            </w:r>
          </w:p>
        </w:tc>
        <w:tc>
          <w:tcPr>
            <w:tcW w:type="dxa" w:w="835"/>
            <w:shd w:fill="FFFFFF"/>
            <w:tcMar>
              <w:top w:w="35" w:type="dxa"/>
              <w:bottom w:w="35" w:type="dxa"/>
              <w:left w:w="20" w:type="dxa"/>
              <w:right w:w="20" w:type="dxa"/>
            </w:tcMar>
          </w:tcPr>
          <w:p>
            <w:pPr>
              <w:jc w:val="right"/>
            </w:pPr>
            <w:r>
              <w:rPr>
                <w:sz w:val="15"/>
              </w:rPr>
              <w:t>265</w:t>
            </w:r>
          </w:p>
        </w:tc>
        <w:tc>
          <w:tcPr>
            <w:tcW w:type="dxa" w:w="835"/>
            <w:shd w:fill="FFFFFF"/>
            <w:tcMar>
              <w:top w:w="35" w:type="dxa"/>
              <w:bottom w:w="35" w:type="dxa"/>
              <w:left w:w="20" w:type="dxa"/>
              <w:right w:w="20" w:type="dxa"/>
            </w:tcMar>
          </w:tcPr>
          <w:p>
            <w:pPr>
              <w:jc w:val="right"/>
            </w:pPr>
            <w:r>
              <w:rPr>
                <w:sz w:val="15"/>
              </w:rPr>
              <w:t>367</w:t>
            </w:r>
          </w:p>
        </w:tc>
        <w:tc>
          <w:tcPr>
            <w:tcW w:type="dxa" w:w="835"/>
            <w:shd w:fill="FFFFFF"/>
            <w:tcMar>
              <w:top w:w="35" w:type="dxa"/>
              <w:bottom w:w="35" w:type="dxa"/>
              <w:left w:w="20" w:type="dxa"/>
              <w:right w:w="20" w:type="dxa"/>
            </w:tcMar>
          </w:tcPr>
          <w:p>
            <w:pPr>
              <w:jc w:val="right"/>
            </w:pPr>
            <w:r>
              <w:rPr>
                <w:sz w:val="15"/>
              </w:rPr>
              <w:t>655</w:t>
            </w:r>
          </w:p>
        </w:tc>
        <w:tc>
          <w:tcPr>
            <w:tcW w:type="dxa" w:w="835"/>
            <w:shd w:fill="FFFFFF"/>
            <w:tcMar>
              <w:top w:w="35" w:type="dxa"/>
              <w:bottom w:w="35" w:type="dxa"/>
              <w:left w:w="20" w:type="dxa"/>
              <w:right w:w="20" w:type="dxa"/>
            </w:tcMar>
          </w:tcPr>
          <w:p>
            <w:pPr>
              <w:jc w:val="right"/>
            </w:pPr>
            <w:r>
              <w:rPr>
                <w:sz w:val="15"/>
              </w:rPr>
              <w:t>242</w:t>
            </w:r>
          </w:p>
        </w:tc>
        <w:tc>
          <w:tcPr>
            <w:tcW w:type="dxa" w:w="835"/>
            <w:shd w:fill="FFFFFF"/>
            <w:tcMar>
              <w:top w:w="35" w:type="dxa"/>
              <w:bottom w:w="35" w:type="dxa"/>
              <w:left w:w="20" w:type="dxa"/>
              <w:right w:w="20" w:type="dxa"/>
            </w:tcMar>
          </w:tcPr>
          <w:p>
            <w:pPr>
              <w:jc w:val="right"/>
            </w:pPr>
            <w:r>
              <w:rPr>
                <w:sz w:val="15"/>
              </w:rPr>
              <w:t>378</w:t>
            </w:r>
          </w:p>
        </w:tc>
        <w:tc>
          <w:tcPr>
            <w:tcW w:type="dxa" w:w="835"/>
            <w:shd w:fill="FFFFFF"/>
            <w:tcMar>
              <w:top w:w="35" w:type="dxa"/>
              <w:bottom w:w="35" w:type="dxa"/>
              <w:left w:w="20" w:type="dxa"/>
              <w:right w:w="20" w:type="dxa"/>
            </w:tcMar>
          </w:tcPr>
          <w:p>
            <w:pPr>
              <w:jc w:val="right"/>
            </w:pPr>
            <w:r>
              <w:rPr>
                <w:sz w:val="15"/>
              </w:rPr>
              <w:t>761</w:t>
            </w:r>
          </w:p>
        </w:tc>
        <w:tc>
          <w:tcPr>
            <w:tcW w:type="dxa" w:w="835"/>
            <w:shd w:fill="FFFFFF"/>
            <w:tcMar>
              <w:top w:w="35" w:type="dxa"/>
              <w:bottom w:w="35" w:type="dxa"/>
              <w:left w:w="20" w:type="dxa"/>
              <w:right w:w="20" w:type="dxa"/>
            </w:tcMar>
          </w:tcPr>
          <w:p>
            <w:pPr>
              <w:jc w:val="right"/>
            </w:pPr>
            <w:r>
              <w:rPr>
                <w:b/>
                <w:sz w:val="15"/>
              </w:rPr>
              <w:t>1,945</w:t>
            </w:r>
          </w:p>
        </w:tc>
        <w:tc>
          <w:tcPr>
            <w:tcW w:type="dxa" w:w="1224"/>
            <w:shd w:fill="FFFFFF"/>
            <w:tcMar>
              <w:top w:w="35" w:type="dxa"/>
              <w:bottom w:w="35" w:type="dxa"/>
              <w:left w:w="20" w:type="dxa"/>
              <w:right w:w="20" w:type="dxa"/>
            </w:tcMar>
          </w:tcPr>
          <w:p>
            <w:pPr>
              <w:jc w:val="right"/>
            </w:pPr>
            <w:r>
              <w:rPr>
                <w:color w:val="27AE60"/>
                <w:sz w:val="15"/>
              </w:rPr>
              <w:t>+1,184</w:t>
            </w:r>
          </w:p>
        </w:tc>
        <w:tc>
          <w:tcPr>
            <w:tcW w:type="dxa" w:w="1066"/>
            <w:shd w:fill="FFFFFF"/>
            <w:tcMar>
              <w:top w:w="35" w:type="dxa"/>
              <w:bottom w:w="35" w:type="dxa"/>
              <w:left w:w="20" w:type="dxa"/>
              <w:right w:w="20" w:type="dxa"/>
            </w:tcMar>
          </w:tcPr>
          <w:p>
            <w:pPr>
              <w:jc w:val="center"/>
            </w:pPr>
            <w:r>
              <w:rPr>
                <w:b/>
                <w:color w:val="27AE60"/>
                <w:sz w:val="15"/>
              </w:rPr>
              <w:t>+155.6%</w:t>
            </w:r>
          </w:p>
        </w:tc>
      </w:tr>
      <w:tr>
        <w:tc>
          <w:tcPr>
            <w:tcW w:type="dxa" w:w="504"/>
            <w:shd w:fill="F9FBFB"/>
            <w:tcMar>
              <w:top w:w="35" w:type="dxa"/>
              <w:bottom w:w="35" w:type="dxa"/>
              <w:left w:w="20" w:type="dxa"/>
              <w:right w:w="20" w:type="dxa"/>
            </w:tcMar>
          </w:tcPr>
          <w:p>
            <w:pPr>
              <w:jc w:val="center"/>
            </w:pPr>
            <w:r>
              <w:rPr>
                <w:sz w:val="15"/>
              </w:rPr>
              <w:t>12</w:t>
            </w:r>
          </w:p>
        </w:tc>
        <w:tc>
          <w:tcPr>
            <w:tcW w:type="dxa" w:w="936"/>
            <w:shd w:fill="F9FBFB"/>
            <w:tcMar>
              <w:top w:w="35" w:type="dxa"/>
              <w:bottom w:w="35" w:type="dxa"/>
              <w:left w:w="20" w:type="dxa"/>
              <w:right w:w="20" w:type="dxa"/>
            </w:tcMar>
          </w:tcPr>
          <w:p>
            <w:pPr>
              <w:jc w:val="left"/>
            </w:pPr>
            <w:r>
              <w:rPr>
                <w:sz w:val="15"/>
              </w:rPr>
              <w:t>KH0496</w:t>
            </w:r>
          </w:p>
        </w:tc>
        <w:tc>
          <w:tcPr>
            <w:tcW w:type="dxa" w:w="3024"/>
            <w:shd w:fill="F9FBFB"/>
            <w:tcMar>
              <w:top w:w="35" w:type="dxa"/>
              <w:bottom w:w="35" w:type="dxa"/>
              <w:left w:w="20" w:type="dxa"/>
              <w:right w:w="20" w:type="dxa"/>
            </w:tcMar>
          </w:tcPr>
          <w:p>
            <w:pPr>
              <w:jc w:val="left"/>
            </w:pPr>
            <w:r>
              <w:rPr>
                <w:sz w:val="15"/>
              </w:rPr>
              <w:t>CÔNG TY TNHH SẢN XUẤT THỊNH VIỆT</w:t>
            </w:r>
          </w:p>
        </w:tc>
        <w:tc>
          <w:tcPr>
            <w:tcW w:type="dxa" w:w="835"/>
            <w:shd w:fill="F9FBFB"/>
            <w:tcMar>
              <w:top w:w="35" w:type="dxa"/>
              <w:bottom w:w="35" w:type="dxa"/>
              <w:left w:w="20" w:type="dxa"/>
              <w:right w:w="20" w:type="dxa"/>
            </w:tcMar>
          </w:tcPr>
          <w:p>
            <w:pPr>
              <w:jc w:val="right"/>
            </w:pPr>
            <w:r>
              <w:rPr>
                <w:sz w:val="15"/>
              </w:rPr>
              <w:t>422</w:t>
            </w:r>
          </w:p>
        </w:tc>
        <w:tc>
          <w:tcPr>
            <w:tcW w:type="dxa" w:w="835"/>
            <w:shd w:fill="F9FBFB"/>
            <w:tcMar>
              <w:top w:w="35" w:type="dxa"/>
              <w:bottom w:w="35" w:type="dxa"/>
              <w:left w:w="20" w:type="dxa"/>
              <w:right w:w="20" w:type="dxa"/>
            </w:tcMar>
          </w:tcPr>
          <w:p>
            <w:pPr>
              <w:jc w:val="right"/>
            </w:pPr>
            <w:r>
              <w:rPr>
                <w:sz w:val="15"/>
              </w:rPr>
              <w:t>341</w:t>
            </w:r>
          </w:p>
        </w:tc>
        <w:tc>
          <w:tcPr>
            <w:tcW w:type="dxa" w:w="835"/>
            <w:shd w:fill="F9FBFB"/>
            <w:tcMar>
              <w:top w:w="35" w:type="dxa"/>
              <w:bottom w:w="35" w:type="dxa"/>
              <w:left w:w="20" w:type="dxa"/>
              <w:right w:w="20" w:type="dxa"/>
            </w:tcMar>
          </w:tcPr>
          <w:p>
            <w:pPr>
              <w:jc w:val="right"/>
            </w:pPr>
            <w:r>
              <w:rPr>
                <w:sz w:val="15"/>
              </w:rPr>
              <w:t>707</w:t>
            </w:r>
          </w:p>
        </w:tc>
        <w:tc>
          <w:tcPr>
            <w:tcW w:type="dxa" w:w="835"/>
            <w:shd w:fill="F9FBFB"/>
            <w:tcMar>
              <w:top w:w="35" w:type="dxa"/>
              <w:bottom w:w="35" w:type="dxa"/>
              <w:left w:w="20" w:type="dxa"/>
              <w:right w:w="20" w:type="dxa"/>
            </w:tcMar>
          </w:tcPr>
          <w:p>
            <w:pPr>
              <w:jc w:val="right"/>
            </w:pPr>
            <w:r>
              <w:rPr>
                <w:sz w:val="15"/>
              </w:rPr>
              <w:t>492</w:t>
            </w:r>
          </w:p>
        </w:tc>
        <w:tc>
          <w:tcPr>
            <w:tcW w:type="dxa" w:w="835"/>
            <w:shd w:fill="F9FBFB"/>
            <w:tcMar>
              <w:top w:w="35" w:type="dxa"/>
              <w:bottom w:w="35" w:type="dxa"/>
              <w:left w:w="20" w:type="dxa"/>
              <w:right w:w="20" w:type="dxa"/>
            </w:tcMar>
          </w:tcPr>
          <w:p>
            <w:pPr>
              <w:jc w:val="right"/>
            </w:pPr>
            <w:r>
              <w:rPr>
                <w:sz w:val="15"/>
              </w:rPr>
              <w:t>496</w:t>
            </w:r>
          </w:p>
        </w:tc>
        <w:tc>
          <w:tcPr>
            <w:tcW w:type="dxa" w:w="835"/>
            <w:shd w:fill="F9FBFB"/>
            <w:tcMar>
              <w:top w:w="35" w:type="dxa"/>
              <w:bottom w:w="35" w:type="dxa"/>
              <w:left w:w="20" w:type="dxa"/>
              <w:right w:w="20" w:type="dxa"/>
            </w:tcMar>
          </w:tcPr>
          <w:p>
            <w:pPr>
              <w:jc w:val="right"/>
            </w:pPr>
            <w:r>
              <w:rPr>
                <w:sz w:val="15"/>
              </w:rPr>
              <w:t>866</w:t>
            </w:r>
          </w:p>
        </w:tc>
        <w:tc>
          <w:tcPr>
            <w:tcW w:type="dxa" w:w="835"/>
            <w:shd w:fill="F9FBFB"/>
            <w:tcMar>
              <w:top w:w="35" w:type="dxa"/>
              <w:bottom w:w="35" w:type="dxa"/>
              <w:left w:w="20" w:type="dxa"/>
              <w:right w:w="20" w:type="dxa"/>
            </w:tcMar>
          </w:tcPr>
          <w:p>
            <w:pPr>
              <w:jc w:val="right"/>
            </w:pPr>
            <w:r>
              <w:rPr>
                <w:sz w:val="15"/>
              </w:rPr>
              <w:t>757</w:t>
            </w:r>
          </w:p>
        </w:tc>
        <w:tc>
          <w:tcPr>
            <w:tcW w:type="dxa" w:w="835"/>
            <w:shd w:fill="F9FBFB"/>
            <w:tcMar>
              <w:top w:w="35" w:type="dxa"/>
              <w:bottom w:w="35" w:type="dxa"/>
              <w:left w:w="20" w:type="dxa"/>
              <w:right w:w="20" w:type="dxa"/>
            </w:tcMar>
          </w:tcPr>
          <w:p>
            <w:pPr>
              <w:jc w:val="right"/>
            </w:pPr>
            <w:r>
              <w:rPr>
                <w:sz w:val="15"/>
              </w:rPr>
              <w:t>387</w:t>
            </w:r>
          </w:p>
        </w:tc>
        <w:tc>
          <w:tcPr>
            <w:tcW w:type="dxa" w:w="835"/>
            <w:shd w:fill="F9FBFB"/>
            <w:tcMar>
              <w:top w:w="35" w:type="dxa"/>
              <w:bottom w:w="35" w:type="dxa"/>
              <w:left w:w="20" w:type="dxa"/>
              <w:right w:w="20" w:type="dxa"/>
            </w:tcMar>
          </w:tcPr>
          <w:p>
            <w:pPr>
              <w:jc w:val="right"/>
            </w:pPr>
            <w:r>
              <w:rPr>
                <w:sz w:val="15"/>
              </w:rPr>
              <w:t>751</w:t>
            </w:r>
          </w:p>
        </w:tc>
        <w:tc>
          <w:tcPr>
            <w:tcW w:type="dxa" w:w="835"/>
            <w:shd w:fill="F9FBFB"/>
            <w:tcMar>
              <w:top w:w="35" w:type="dxa"/>
              <w:bottom w:w="35" w:type="dxa"/>
              <w:left w:w="20" w:type="dxa"/>
              <w:right w:w="20" w:type="dxa"/>
            </w:tcMar>
          </w:tcPr>
          <w:p>
            <w:pPr>
              <w:jc w:val="right"/>
            </w:pPr>
            <w:r>
              <w:rPr>
                <w:b/>
                <w:sz w:val="15"/>
              </w:rPr>
              <w:t>67</w:t>
            </w:r>
          </w:p>
        </w:tc>
        <w:tc>
          <w:tcPr>
            <w:tcW w:type="dxa" w:w="1224"/>
            <w:shd w:fill="F9FBFB"/>
            <w:tcMar>
              <w:top w:w="35" w:type="dxa"/>
              <w:bottom w:w="35" w:type="dxa"/>
              <w:left w:w="20" w:type="dxa"/>
              <w:right w:w="20" w:type="dxa"/>
            </w:tcMar>
          </w:tcPr>
          <w:p>
            <w:pPr>
              <w:jc w:val="right"/>
            </w:pPr>
            <w:r>
              <w:rPr>
                <w:color w:val="C0392B"/>
                <w:sz w:val="15"/>
              </w:rPr>
              <w:t>-684</w:t>
            </w:r>
          </w:p>
        </w:tc>
        <w:tc>
          <w:tcPr>
            <w:tcW w:type="dxa" w:w="1066"/>
            <w:shd w:fill="F9FBFB"/>
            <w:tcMar>
              <w:top w:w="35" w:type="dxa"/>
              <w:bottom w:w="35" w:type="dxa"/>
              <w:left w:w="20" w:type="dxa"/>
              <w:right w:w="20" w:type="dxa"/>
            </w:tcMar>
          </w:tcPr>
          <w:p>
            <w:pPr>
              <w:jc w:val="center"/>
            </w:pPr>
            <w:r>
              <w:rPr>
                <w:b/>
                <w:color w:val="C0392B"/>
                <w:sz w:val="15"/>
              </w:rPr>
              <w:t>-91.1%</w:t>
            </w:r>
          </w:p>
        </w:tc>
      </w:tr>
      <w:tr>
        <w:tc>
          <w:tcPr>
            <w:tcW w:type="dxa" w:w="504"/>
            <w:shd w:fill="FFFFFF"/>
            <w:tcMar>
              <w:top w:w="35" w:type="dxa"/>
              <w:bottom w:w="35" w:type="dxa"/>
              <w:left w:w="20" w:type="dxa"/>
              <w:right w:w="20" w:type="dxa"/>
            </w:tcMar>
          </w:tcPr>
          <w:p>
            <w:pPr>
              <w:jc w:val="center"/>
            </w:pPr>
            <w:r>
              <w:rPr>
                <w:sz w:val="15"/>
              </w:rPr>
              <w:t>13</w:t>
            </w:r>
          </w:p>
        </w:tc>
        <w:tc>
          <w:tcPr>
            <w:tcW w:type="dxa" w:w="936"/>
            <w:shd w:fill="FFFFFF"/>
            <w:tcMar>
              <w:top w:w="35" w:type="dxa"/>
              <w:bottom w:w="35" w:type="dxa"/>
              <w:left w:w="20" w:type="dxa"/>
              <w:right w:w="20" w:type="dxa"/>
            </w:tcMar>
          </w:tcPr>
          <w:p>
            <w:pPr>
              <w:jc w:val="left"/>
            </w:pPr>
            <w:r>
              <w:rPr>
                <w:sz w:val="15"/>
              </w:rPr>
              <w:t>KH0312</w:t>
            </w:r>
          </w:p>
        </w:tc>
        <w:tc>
          <w:tcPr>
            <w:tcW w:type="dxa" w:w="3024"/>
            <w:shd w:fill="FFFFFF"/>
            <w:tcMar>
              <w:top w:w="35" w:type="dxa"/>
              <w:bottom w:w="35" w:type="dxa"/>
              <w:left w:w="20" w:type="dxa"/>
              <w:right w:w="20" w:type="dxa"/>
            </w:tcMar>
          </w:tcPr>
          <w:p>
            <w:pPr>
              <w:jc w:val="left"/>
            </w:pPr>
            <w:r>
              <w:rPr>
                <w:sz w:val="15"/>
              </w:rPr>
              <w:t>CÔNG TY TNHH KIM HUY</w:t>
            </w:r>
          </w:p>
        </w:tc>
        <w:tc>
          <w:tcPr>
            <w:tcW w:type="dxa" w:w="835"/>
            <w:shd w:fill="FFFFFF"/>
            <w:tcMar>
              <w:top w:w="35" w:type="dxa"/>
              <w:bottom w:w="35" w:type="dxa"/>
              <w:left w:w="20" w:type="dxa"/>
              <w:right w:w="20" w:type="dxa"/>
            </w:tcMar>
          </w:tcPr>
          <w:p>
            <w:pPr>
              <w:jc w:val="right"/>
            </w:pPr>
            <w:r>
              <w:rPr>
                <w:sz w:val="15"/>
              </w:rPr>
              <w:t>794</w:t>
            </w:r>
          </w:p>
        </w:tc>
        <w:tc>
          <w:tcPr>
            <w:tcW w:type="dxa" w:w="835"/>
            <w:shd w:fill="FFFFFF"/>
            <w:tcMar>
              <w:top w:w="35" w:type="dxa"/>
              <w:bottom w:w="35" w:type="dxa"/>
              <w:left w:w="20" w:type="dxa"/>
              <w:right w:w="20" w:type="dxa"/>
            </w:tcMar>
          </w:tcPr>
          <w:p>
            <w:pPr>
              <w:jc w:val="right"/>
            </w:pPr>
            <w:r>
              <w:rPr>
                <w:sz w:val="15"/>
              </w:rPr>
              <w:t>128</w:t>
            </w:r>
          </w:p>
        </w:tc>
        <w:tc>
          <w:tcPr>
            <w:tcW w:type="dxa" w:w="835"/>
            <w:shd w:fill="FFFFFF"/>
            <w:tcMar>
              <w:top w:w="35" w:type="dxa"/>
              <w:bottom w:w="35" w:type="dxa"/>
              <w:left w:w="20" w:type="dxa"/>
              <w:right w:w="20" w:type="dxa"/>
            </w:tcMar>
          </w:tcPr>
          <w:p>
            <w:pPr>
              <w:jc w:val="right"/>
            </w:pPr>
            <w:r>
              <w:rPr>
                <w:sz w:val="15"/>
              </w:rPr>
              <w:t>372</w:t>
            </w:r>
          </w:p>
        </w:tc>
        <w:tc>
          <w:tcPr>
            <w:tcW w:type="dxa" w:w="835"/>
            <w:shd w:fill="FFFFFF"/>
            <w:tcMar>
              <w:top w:w="35" w:type="dxa"/>
              <w:bottom w:w="35" w:type="dxa"/>
              <w:left w:w="20" w:type="dxa"/>
              <w:right w:w="20" w:type="dxa"/>
            </w:tcMar>
          </w:tcPr>
          <w:p>
            <w:pPr>
              <w:jc w:val="right"/>
            </w:pPr>
            <w:r>
              <w:rPr>
                <w:sz w:val="15"/>
              </w:rPr>
              <w:t>268</w:t>
            </w:r>
          </w:p>
        </w:tc>
        <w:tc>
          <w:tcPr>
            <w:tcW w:type="dxa" w:w="835"/>
            <w:shd w:fill="FFFFFF"/>
            <w:tcMar>
              <w:top w:w="35" w:type="dxa"/>
              <w:bottom w:w="35" w:type="dxa"/>
              <w:left w:w="20" w:type="dxa"/>
              <w:right w:w="20" w:type="dxa"/>
            </w:tcMar>
          </w:tcPr>
          <w:p>
            <w:pPr>
              <w:jc w:val="right"/>
            </w:pPr>
            <w:r>
              <w:rPr>
                <w:sz w:val="15"/>
              </w:rPr>
              <w:t>389</w:t>
            </w:r>
          </w:p>
        </w:tc>
        <w:tc>
          <w:tcPr>
            <w:tcW w:type="dxa" w:w="835"/>
            <w:shd w:fill="FFFFFF"/>
            <w:tcMar>
              <w:top w:w="35" w:type="dxa"/>
              <w:bottom w:w="35" w:type="dxa"/>
              <w:left w:w="20" w:type="dxa"/>
              <w:right w:w="20" w:type="dxa"/>
            </w:tcMar>
          </w:tcPr>
          <w:p>
            <w:pPr>
              <w:jc w:val="right"/>
            </w:pPr>
            <w:r>
              <w:rPr>
                <w:sz w:val="15"/>
              </w:rPr>
              <w:t>866</w:t>
            </w:r>
          </w:p>
        </w:tc>
        <w:tc>
          <w:tcPr>
            <w:tcW w:type="dxa" w:w="835"/>
            <w:shd w:fill="FFFFFF"/>
            <w:tcMar>
              <w:top w:w="35" w:type="dxa"/>
              <w:bottom w:w="35" w:type="dxa"/>
              <w:left w:w="20" w:type="dxa"/>
              <w:right w:w="20" w:type="dxa"/>
            </w:tcMar>
          </w:tcPr>
          <w:p>
            <w:pPr>
              <w:jc w:val="right"/>
            </w:pPr>
            <w:r>
              <w:rPr>
                <w:sz w:val="15"/>
              </w:rPr>
              <w:t>679</w:t>
            </w:r>
          </w:p>
        </w:tc>
        <w:tc>
          <w:tcPr>
            <w:tcW w:type="dxa" w:w="835"/>
            <w:shd w:fill="FFFFFF"/>
            <w:tcMar>
              <w:top w:w="35" w:type="dxa"/>
              <w:bottom w:w="35" w:type="dxa"/>
              <w:left w:w="20" w:type="dxa"/>
              <w:right w:w="20" w:type="dxa"/>
            </w:tcMar>
          </w:tcPr>
          <w:p>
            <w:pPr>
              <w:jc w:val="right"/>
            </w:pPr>
            <w:r>
              <w:rPr>
                <w:sz w:val="15"/>
              </w:rPr>
              <w:t>591</w:t>
            </w:r>
          </w:p>
        </w:tc>
        <w:tc>
          <w:tcPr>
            <w:tcW w:type="dxa" w:w="835"/>
            <w:shd w:fill="FFFFFF"/>
            <w:tcMar>
              <w:top w:w="35" w:type="dxa"/>
              <w:bottom w:w="35" w:type="dxa"/>
              <w:left w:w="20" w:type="dxa"/>
              <w:right w:w="20" w:type="dxa"/>
            </w:tcMar>
          </w:tcPr>
          <w:p>
            <w:pPr>
              <w:jc w:val="right"/>
            </w:pPr>
            <w:r>
              <w:rPr>
                <w:sz w:val="15"/>
              </w:rPr>
              <w:t>717</w:t>
            </w:r>
          </w:p>
        </w:tc>
        <w:tc>
          <w:tcPr>
            <w:tcW w:type="dxa" w:w="835"/>
            <w:shd w:fill="FFFFFF"/>
            <w:tcMar>
              <w:top w:w="35" w:type="dxa"/>
              <w:bottom w:w="35" w:type="dxa"/>
              <w:left w:w="20" w:type="dxa"/>
              <w:right w:w="20" w:type="dxa"/>
            </w:tcMar>
          </w:tcPr>
          <w:p>
            <w:pPr>
              <w:jc w:val="right"/>
            </w:pPr>
            <w:r>
              <w:rPr>
                <w:b/>
                <w:sz w:val="15"/>
              </w:rPr>
              <w:t>921</w:t>
            </w:r>
          </w:p>
        </w:tc>
        <w:tc>
          <w:tcPr>
            <w:tcW w:type="dxa" w:w="1224"/>
            <w:shd w:fill="FFFFFF"/>
            <w:tcMar>
              <w:top w:w="35" w:type="dxa"/>
              <w:bottom w:w="35" w:type="dxa"/>
              <w:left w:w="20" w:type="dxa"/>
              <w:right w:w="20" w:type="dxa"/>
            </w:tcMar>
          </w:tcPr>
          <w:p>
            <w:pPr>
              <w:jc w:val="right"/>
            </w:pPr>
            <w:r>
              <w:rPr>
                <w:color w:val="27AE60"/>
                <w:sz w:val="15"/>
              </w:rPr>
              <w:t>+204</w:t>
            </w:r>
          </w:p>
        </w:tc>
        <w:tc>
          <w:tcPr>
            <w:tcW w:type="dxa" w:w="1066"/>
            <w:shd w:fill="FFFFFF"/>
            <w:tcMar>
              <w:top w:w="35" w:type="dxa"/>
              <w:bottom w:w="35" w:type="dxa"/>
              <w:left w:w="20" w:type="dxa"/>
              <w:right w:w="20" w:type="dxa"/>
            </w:tcMar>
          </w:tcPr>
          <w:p>
            <w:pPr>
              <w:jc w:val="center"/>
            </w:pPr>
            <w:r>
              <w:rPr>
                <w:b/>
                <w:color w:val="27AE60"/>
                <w:sz w:val="15"/>
              </w:rPr>
              <w:t>+28.5%</w:t>
            </w:r>
          </w:p>
        </w:tc>
      </w:tr>
      <w:tr>
        <w:tc>
          <w:tcPr>
            <w:tcW w:type="dxa" w:w="504"/>
            <w:shd w:fill="F9FBFB"/>
            <w:tcMar>
              <w:top w:w="35" w:type="dxa"/>
              <w:bottom w:w="35" w:type="dxa"/>
              <w:left w:w="20" w:type="dxa"/>
              <w:right w:w="20" w:type="dxa"/>
            </w:tcMar>
          </w:tcPr>
          <w:p>
            <w:pPr>
              <w:jc w:val="center"/>
            </w:pPr>
            <w:r>
              <w:rPr>
                <w:sz w:val="15"/>
              </w:rPr>
              <w:t>14</w:t>
            </w:r>
          </w:p>
        </w:tc>
        <w:tc>
          <w:tcPr>
            <w:tcW w:type="dxa" w:w="936"/>
            <w:shd w:fill="F9FBFB"/>
            <w:tcMar>
              <w:top w:w="35" w:type="dxa"/>
              <w:bottom w:w="35" w:type="dxa"/>
              <w:left w:w="20" w:type="dxa"/>
              <w:right w:w="20" w:type="dxa"/>
            </w:tcMar>
          </w:tcPr>
          <w:p>
            <w:pPr>
              <w:jc w:val="left"/>
            </w:pPr>
            <w:r>
              <w:rPr>
                <w:sz w:val="15"/>
              </w:rPr>
              <w:t>KH0808</w:t>
            </w:r>
          </w:p>
        </w:tc>
        <w:tc>
          <w:tcPr>
            <w:tcW w:type="dxa" w:w="3024"/>
            <w:shd w:fill="F9FBFB"/>
            <w:tcMar>
              <w:top w:w="35" w:type="dxa"/>
              <w:bottom w:w="35" w:type="dxa"/>
              <w:left w:w="20" w:type="dxa"/>
              <w:right w:w="20" w:type="dxa"/>
            </w:tcMar>
          </w:tcPr>
          <w:p>
            <w:pPr>
              <w:jc w:val="left"/>
            </w:pPr>
            <w:r>
              <w:rPr>
                <w:sz w:val="15"/>
              </w:rPr>
              <w:t>CÔNG TY CỔ PHẦN ĐỒ DÙNG GIA ĐÌNH VIỆT NAM</w:t>
            </w:r>
          </w:p>
        </w:tc>
        <w:tc>
          <w:tcPr>
            <w:tcW w:type="dxa" w:w="835"/>
            <w:shd w:fill="F9FBFB"/>
            <w:tcMar>
              <w:top w:w="35" w:type="dxa"/>
              <w:bottom w:w="35" w:type="dxa"/>
              <w:left w:w="20" w:type="dxa"/>
              <w:right w:w="20" w:type="dxa"/>
            </w:tcMar>
          </w:tcPr>
          <w:p>
            <w:pPr>
              <w:jc w:val="right"/>
            </w:pPr>
            <w:r>
              <w:rPr>
                <w:sz w:val="15"/>
              </w:rPr>
              <w:t>374</w:t>
            </w:r>
          </w:p>
        </w:tc>
        <w:tc>
          <w:tcPr>
            <w:tcW w:type="dxa" w:w="835"/>
            <w:shd w:fill="F9FBFB"/>
            <w:tcMar>
              <w:top w:w="35" w:type="dxa"/>
              <w:bottom w:w="35" w:type="dxa"/>
              <w:left w:w="20" w:type="dxa"/>
              <w:right w:w="20" w:type="dxa"/>
            </w:tcMar>
          </w:tcPr>
          <w:p>
            <w:pPr>
              <w:jc w:val="right"/>
            </w:pPr>
            <w:r>
              <w:rPr>
                <w:sz w:val="15"/>
              </w:rPr>
              <w:t>220</w:t>
            </w:r>
          </w:p>
        </w:tc>
        <w:tc>
          <w:tcPr>
            <w:tcW w:type="dxa" w:w="835"/>
            <w:shd w:fill="F9FBFB"/>
            <w:tcMar>
              <w:top w:w="35" w:type="dxa"/>
              <w:bottom w:w="35" w:type="dxa"/>
              <w:left w:w="20" w:type="dxa"/>
              <w:right w:w="20" w:type="dxa"/>
            </w:tcMar>
          </w:tcPr>
          <w:p>
            <w:pPr>
              <w:jc w:val="right"/>
            </w:pPr>
            <w:r>
              <w:rPr>
                <w:sz w:val="15"/>
              </w:rPr>
              <w:t>557</w:t>
            </w:r>
          </w:p>
        </w:tc>
        <w:tc>
          <w:tcPr>
            <w:tcW w:type="dxa" w:w="835"/>
            <w:shd w:fill="F9FBFB"/>
            <w:tcMar>
              <w:top w:w="35" w:type="dxa"/>
              <w:bottom w:w="35" w:type="dxa"/>
              <w:left w:w="20" w:type="dxa"/>
              <w:right w:w="20" w:type="dxa"/>
            </w:tcMar>
          </w:tcPr>
          <w:p>
            <w:pPr>
              <w:jc w:val="right"/>
            </w:pPr>
            <w:r>
              <w:rPr>
                <w:sz w:val="15"/>
              </w:rPr>
              <w:t>588</w:t>
            </w:r>
          </w:p>
        </w:tc>
        <w:tc>
          <w:tcPr>
            <w:tcW w:type="dxa" w:w="835"/>
            <w:shd w:fill="F9FBFB"/>
            <w:tcMar>
              <w:top w:w="35" w:type="dxa"/>
              <w:bottom w:w="35" w:type="dxa"/>
              <w:left w:w="20" w:type="dxa"/>
              <w:right w:w="20" w:type="dxa"/>
            </w:tcMar>
          </w:tcPr>
          <w:p>
            <w:pPr>
              <w:jc w:val="right"/>
            </w:pPr>
            <w:r>
              <w:rPr>
                <w:sz w:val="15"/>
              </w:rPr>
              <w:t>452</w:t>
            </w:r>
          </w:p>
        </w:tc>
        <w:tc>
          <w:tcPr>
            <w:tcW w:type="dxa" w:w="835"/>
            <w:shd w:fill="F9FBFB"/>
            <w:tcMar>
              <w:top w:w="35" w:type="dxa"/>
              <w:bottom w:w="35" w:type="dxa"/>
              <w:left w:w="20" w:type="dxa"/>
              <w:right w:w="20" w:type="dxa"/>
            </w:tcMar>
          </w:tcPr>
          <w:p>
            <w:pPr>
              <w:jc w:val="right"/>
            </w:pPr>
            <w:r>
              <w:rPr>
                <w:sz w:val="15"/>
              </w:rPr>
              <w:t>528</w:t>
            </w:r>
          </w:p>
        </w:tc>
        <w:tc>
          <w:tcPr>
            <w:tcW w:type="dxa" w:w="835"/>
            <w:shd w:fill="F9FBFB"/>
            <w:tcMar>
              <w:top w:w="35" w:type="dxa"/>
              <w:bottom w:w="35" w:type="dxa"/>
              <w:left w:w="20" w:type="dxa"/>
              <w:right w:w="20" w:type="dxa"/>
            </w:tcMar>
          </w:tcPr>
          <w:p>
            <w:pPr>
              <w:jc w:val="right"/>
            </w:pPr>
            <w:r>
              <w:rPr>
                <w:sz w:val="15"/>
              </w:rPr>
              <w:t>411</w:t>
            </w:r>
          </w:p>
        </w:tc>
        <w:tc>
          <w:tcPr>
            <w:tcW w:type="dxa" w:w="835"/>
            <w:shd w:fill="F9FBFB"/>
            <w:tcMar>
              <w:top w:w="35" w:type="dxa"/>
              <w:bottom w:w="35" w:type="dxa"/>
              <w:left w:w="20" w:type="dxa"/>
              <w:right w:w="20" w:type="dxa"/>
            </w:tcMar>
          </w:tcPr>
          <w:p>
            <w:pPr>
              <w:jc w:val="right"/>
            </w:pPr>
            <w:r>
              <w:rPr>
                <w:sz w:val="15"/>
              </w:rPr>
              <w:t>625</w:t>
            </w:r>
          </w:p>
        </w:tc>
        <w:tc>
          <w:tcPr>
            <w:tcW w:type="dxa" w:w="835"/>
            <w:shd w:fill="F9FBFB"/>
            <w:tcMar>
              <w:top w:w="35" w:type="dxa"/>
              <w:bottom w:w="35" w:type="dxa"/>
              <w:left w:w="20" w:type="dxa"/>
              <w:right w:w="20" w:type="dxa"/>
            </w:tcMar>
          </w:tcPr>
          <w:p>
            <w:pPr>
              <w:jc w:val="right"/>
            </w:pPr>
            <w:r>
              <w:rPr>
                <w:sz w:val="15"/>
              </w:rPr>
              <w:t>661</w:t>
            </w:r>
          </w:p>
        </w:tc>
        <w:tc>
          <w:tcPr>
            <w:tcW w:type="dxa" w:w="835"/>
            <w:shd w:fill="F9FBFB"/>
            <w:tcMar>
              <w:top w:w="35" w:type="dxa"/>
              <w:bottom w:w="35" w:type="dxa"/>
              <w:left w:w="20" w:type="dxa"/>
              <w:right w:w="20" w:type="dxa"/>
            </w:tcMar>
          </w:tcPr>
          <w:p>
            <w:pPr>
              <w:jc w:val="right"/>
            </w:pPr>
            <w:r>
              <w:rPr>
                <w:b/>
                <w:sz w:val="15"/>
              </w:rPr>
              <w:t>115</w:t>
            </w:r>
          </w:p>
        </w:tc>
        <w:tc>
          <w:tcPr>
            <w:tcW w:type="dxa" w:w="1224"/>
            <w:shd w:fill="F9FBFB"/>
            <w:tcMar>
              <w:top w:w="35" w:type="dxa"/>
              <w:bottom w:w="35" w:type="dxa"/>
              <w:left w:w="20" w:type="dxa"/>
              <w:right w:w="20" w:type="dxa"/>
            </w:tcMar>
          </w:tcPr>
          <w:p>
            <w:pPr>
              <w:jc w:val="right"/>
            </w:pPr>
            <w:r>
              <w:rPr>
                <w:color w:val="C0392B"/>
                <w:sz w:val="15"/>
              </w:rPr>
              <w:t>-546</w:t>
            </w:r>
          </w:p>
        </w:tc>
        <w:tc>
          <w:tcPr>
            <w:tcW w:type="dxa" w:w="1066"/>
            <w:shd w:fill="F9FBFB"/>
            <w:tcMar>
              <w:top w:w="35" w:type="dxa"/>
              <w:bottom w:w="35" w:type="dxa"/>
              <w:left w:w="20" w:type="dxa"/>
              <w:right w:w="20" w:type="dxa"/>
            </w:tcMar>
          </w:tcPr>
          <w:p>
            <w:pPr>
              <w:jc w:val="center"/>
            </w:pPr>
            <w:r>
              <w:rPr>
                <w:b/>
                <w:color w:val="C0392B"/>
                <w:sz w:val="15"/>
              </w:rPr>
              <w:t>-82.6%</w:t>
            </w:r>
          </w:p>
        </w:tc>
      </w:tr>
      <w:tr>
        <w:tc>
          <w:tcPr>
            <w:tcW w:type="dxa" w:w="504"/>
            <w:shd w:fill="FFFFFF"/>
            <w:tcMar>
              <w:top w:w="35" w:type="dxa"/>
              <w:bottom w:w="35" w:type="dxa"/>
              <w:left w:w="20" w:type="dxa"/>
              <w:right w:w="20" w:type="dxa"/>
            </w:tcMar>
          </w:tcPr>
          <w:p>
            <w:pPr>
              <w:jc w:val="center"/>
            </w:pPr>
            <w:r>
              <w:rPr>
                <w:sz w:val="15"/>
              </w:rPr>
              <w:t>15</w:t>
            </w:r>
          </w:p>
        </w:tc>
        <w:tc>
          <w:tcPr>
            <w:tcW w:type="dxa" w:w="936"/>
            <w:shd w:fill="FFFFFF"/>
            <w:tcMar>
              <w:top w:w="35" w:type="dxa"/>
              <w:bottom w:w="35" w:type="dxa"/>
              <w:left w:w="20" w:type="dxa"/>
              <w:right w:w="20" w:type="dxa"/>
            </w:tcMar>
          </w:tcPr>
          <w:p>
            <w:pPr>
              <w:jc w:val="left"/>
            </w:pPr>
            <w:r>
              <w:rPr>
                <w:sz w:val="15"/>
              </w:rPr>
              <w:t>KH0586</w:t>
            </w:r>
          </w:p>
        </w:tc>
        <w:tc>
          <w:tcPr>
            <w:tcW w:type="dxa" w:w="3024"/>
            <w:shd w:fill="FFFFFF"/>
            <w:tcMar>
              <w:top w:w="35" w:type="dxa"/>
              <w:bottom w:w="35" w:type="dxa"/>
              <w:left w:w="20" w:type="dxa"/>
              <w:right w:w="20" w:type="dxa"/>
            </w:tcMar>
          </w:tcPr>
          <w:p>
            <w:pPr>
              <w:jc w:val="left"/>
            </w:pPr>
            <w:r>
              <w:rPr>
                <w:sz w:val="15"/>
              </w:rPr>
              <w:t>CÔNG TY TNHH SƠN CAO</w:t>
            </w:r>
          </w:p>
        </w:tc>
        <w:tc>
          <w:tcPr>
            <w:tcW w:type="dxa" w:w="835"/>
            <w:shd w:fill="FFFFFF"/>
            <w:tcMar>
              <w:top w:w="35" w:type="dxa"/>
              <w:bottom w:w="35" w:type="dxa"/>
              <w:left w:w="20" w:type="dxa"/>
              <w:right w:w="20" w:type="dxa"/>
            </w:tcMar>
          </w:tcPr>
          <w:p>
            <w:pPr>
              <w:jc w:val="right"/>
            </w:pPr>
            <w:r>
              <w:rPr>
                <w:sz w:val="15"/>
              </w:rPr>
              <w:t>719</w:t>
            </w:r>
          </w:p>
        </w:tc>
        <w:tc>
          <w:tcPr>
            <w:tcW w:type="dxa" w:w="835"/>
            <w:shd w:fill="FFFFFF"/>
            <w:tcMar>
              <w:top w:w="35" w:type="dxa"/>
              <w:bottom w:w="35" w:type="dxa"/>
              <w:left w:w="20" w:type="dxa"/>
              <w:right w:w="20" w:type="dxa"/>
            </w:tcMar>
          </w:tcPr>
          <w:p>
            <w:pPr>
              <w:jc w:val="right"/>
            </w:pPr>
            <w:r>
              <w:rPr>
                <w:sz w:val="15"/>
              </w:rPr>
              <w:t>289</w:t>
            </w:r>
          </w:p>
        </w:tc>
        <w:tc>
          <w:tcPr>
            <w:tcW w:type="dxa" w:w="835"/>
            <w:shd w:fill="FFFFFF"/>
            <w:tcMar>
              <w:top w:w="35" w:type="dxa"/>
              <w:bottom w:w="35" w:type="dxa"/>
              <w:left w:w="20" w:type="dxa"/>
              <w:right w:w="20" w:type="dxa"/>
            </w:tcMar>
          </w:tcPr>
          <w:p>
            <w:pPr>
              <w:jc w:val="right"/>
            </w:pPr>
            <w:r>
              <w:rPr>
                <w:sz w:val="15"/>
              </w:rPr>
              <w:t>890</w:t>
            </w:r>
          </w:p>
        </w:tc>
        <w:tc>
          <w:tcPr>
            <w:tcW w:type="dxa" w:w="835"/>
            <w:shd w:fill="FFFFFF"/>
            <w:tcMar>
              <w:top w:w="35" w:type="dxa"/>
              <w:bottom w:w="35" w:type="dxa"/>
              <w:left w:w="20" w:type="dxa"/>
              <w:right w:w="20" w:type="dxa"/>
            </w:tcMar>
          </w:tcPr>
          <w:p>
            <w:pPr>
              <w:jc w:val="right"/>
            </w:pPr>
            <w:r>
              <w:rPr>
                <w:sz w:val="15"/>
              </w:rPr>
              <w:t>666</w:t>
            </w:r>
          </w:p>
        </w:tc>
        <w:tc>
          <w:tcPr>
            <w:tcW w:type="dxa" w:w="835"/>
            <w:shd w:fill="FFFFFF"/>
            <w:tcMar>
              <w:top w:w="35" w:type="dxa"/>
              <w:bottom w:w="35" w:type="dxa"/>
              <w:left w:w="20" w:type="dxa"/>
              <w:right w:w="20" w:type="dxa"/>
            </w:tcMar>
          </w:tcPr>
          <w:p>
            <w:pPr>
              <w:jc w:val="right"/>
            </w:pPr>
            <w:r>
              <w:rPr>
                <w:sz w:val="15"/>
              </w:rPr>
              <w:t>678</w:t>
            </w:r>
          </w:p>
        </w:tc>
        <w:tc>
          <w:tcPr>
            <w:tcW w:type="dxa" w:w="835"/>
            <w:shd w:fill="FFFFFF"/>
            <w:tcMar>
              <w:top w:w="35" w:type="dxa"/>
              <w:bottom w:w="35" w:type="dxa"/>
              <w:left w:w="20" w:type="dxa"/>
              <w:right w:w="20" w:type="dxa"/>
            </w:tcMar>
          </w:tcPr>
          <w:p>
            <w:pPr>
              <w:jc w:val="right"/>
            </w:pPr>
            <w:r>
              <w:rPr>
                <w:sz w:val="15"/>
              </w:rPr>
              <w:t>683</w:t>
            </w:r>
          </w:p>
        </w:tc>
        <w:tc>
          <w:tcPr>
            <w:tcW w:type="dxa" w:w="835"/>
            <w:shd w:fill="FFFFFF"/>
            <w:tcMar>
              <w:top w:w="35" w:type="dxa"/>
              <w:bottom w:w="35" w:type="dxa"/>
              <w:left w:w="20" w:type="dxa"/>
              <w:right w:w="20" w:type="dxa"/>
            </w:tcMar>
          </w:tcPr>
          <w:p>
            <w:pPr>
              <w:jc w:val="right"/>
            </w:pPr>
            <w:r>
              <w:rPr>
                <w:sz w:val="15"/>
              </w:rPr>
              <w:t>730</w:t>
            </w:r>
          </w:p>
        </w:tc>
        <w:tc>
          <w:tcPr>
            <w:tcW w:type="dxa" w:w="835"/>
            <w:shd w:fill="FFFFFF"/>
            <w:tcMar>
              <w:top w:w="35" w:type="dxa"/>
              <w:bottom w:w="35" w:type="dxa"/>
              <w:left w:w="20" w:type="dxa"/>
              <w:right w:w="20" w:type="dxa"/>
            </w:tcMar>
          </w:tcPr>
          <w:p>
            <w:pPr>
              <w:jc w:val="right"/>
            </w:pPr>
            <w:r>
              <w:rPr>
                <w:sz w:val="15"/>
              </w:rPr>
              <w:t>541</w:t>
            </w:r>
          </w:p>
        </w:tc>
        <w:tc>
          <w:tcPr>
            <w:tcW w:type="dxa" w:w="835"/>
            <w:shd w:fill="FFFFFF"/>
            <w:tcMar>
              <w:top w:w="35" w:type="dxa"/>
              <w:bottom w:w="35" w:type="dxa"/>
              <w:left w:w="20" w:type="dxa"/>
              <w:right w:w="20" w:type="dxa"/>
            </w:tcMar>
          </w:tcPr>
          <w:p>
            <w:pPr>
              <w:jc w:val="right"/>
            </w:pPr>
            <w:r>
              <w:rPr>
                <w:sz w:val="15"/>
              </w:rPr>
              <w:t>638</w:t>
            </w:r>
          </w:p>
        </w:tc>
        <w:tc>
          <w:tcPr>
            <w:tcW w:type="dxa" w:w="835"/>
            <w:shd w:fill="FFFFFF"/>
            <w:tcMar>
              <w:top w:w="35" w:type="dxa"/>
              <w:bottom w:w="35" w:type="dxa"/>
              <w:left w:w="20" w:type="dxa"/>
              <w:right w:w="20" w:type="dxa"/>
            </w:tcMar>
          </w:tcPr>
          <w:p>
            <w:pPr>
              <w:jc w:val="right"/>
            </w:pPr>
            <w:r>
              <w:rPr>
                <w:b/>
                <w:sz w:val="15"/>
              </w:rPr>
              <w:t>801</w:t>
            </w:r>
          </w:p>
        </w:tc>
        <w:tc>
          <w:tcPr>
            <w:tcW w:type="dxa" w:w="1224"/>
            <w:shd w:fill="FFFFFF"/>
            <w:tcMar>
              <w:top w:w="35" w:type="dxa"/>
              <w:bottom w:w="35" w:type="dxa"/>
              <w:left w:w="20" w:type="dxa"/>
              <w:right w:w="20" w:type="dxa"/>
            </w:tcMar>
          </w:tcPr>
          <w:p>
            <w:pPr>
              <w:jc w:val="right"/>
            </w:pPr>
            <w:r>
              <w:rPr>
                <w:color w:val="27AE60"/>
                <w:sz w:val="15"/>
              </w:rPr>
              <w:t>+163</w:t>
            </w:r>
          </w:p>
        </w:tc>
        <w:tc>
          <w:tcPr>
            <w:tcW w:type="dxa" w:w="1066"/>
            <w:shd w:fill="FFFFFF"/>
            <w:tcMar>
              <w:top w:w="35" w:type="dxa"/>
              <w:bottom w:w="35" w:type="dxa"/>
              <w:left w:w="20" w:type="dxa"/>
              <w:right w:w="20" w:type="dxa"/>
            </w:tcMar>
          </w:tcPr>
          <w:p>
            <w:pPr>
              <w:jc w:val="center"/>
            </w:pPr>
            <w:r>
              <w:rPr>
                <w:b/>
                <w:color w:val="27AE60"/>
                <w:sz w:val="15"/>
              </w:rPr>
              <w:t>+25.5%</w:t>
            </w:r>
          </w:p>
        </w:tc>
      </w:tr>
      <w:tr>
        <w:tc>
          <w:tcPr>
            <w:tcW w:type="dxa" w:w="504"/>
            <w:shd w:fill="F9FBFB"/>
            <w:tcMar>
              <w:top w:w="35" w:type="dxa"/>
              <w:bottom w:w="35" w:type="dxa"/>
              <w:left w:w="20" w:type="dxa"/>
              <w:right w:w="20" w:type="dxa"/>
            </w:tcMar>
          </w:tcPr>
          <w:p>
            <w:pPr>
              <w:jc w:val="center"/>
            </w:pPr>
            <w:r>
              <w:rPr>
                <w:sz w:val="15"/>
              </w:rPr>
              <w:t>16</w:t>
            </w:r>
          </w:p>
        </w:tc>
        <w:tc>
          <w:tcPr>
            <w:tcW w:type="dxa" w:w="936"/>
            <w:shd w:fill="F9FBFB"/>
            <w:tcMar>
              <w:top w:w="35" w:type="dxa"/>
              <w:bottom w:w="35" w:type="dxa"/>
              <w:left w:w="20" w:type="dxa"/>
              <w:right w:w="20" w:type="dxa"/>
            </w:tcMar>
          </w:tcPr>
          <w:p>
            <w:pPr>
              <w:jc w:val="left"/>
            </w:pPr>
            <w:r>
              <w:rPr>
                <w:sz w:val="15"/>
              </w:rPr>
              <w:t>KH1640</w:t>
            </w:r>
          </w:p>
        </w:tc>
        <w:tc>
          <w:tcPr>
            <w:tcW w:type="dxa" w:w="3024"/>
            <w:shd w:fill="F9FBFB"/>
            <w:tcMar>
              <w:top w:w="35" w:type="dxa"/>
              <w:bottom w:w="35" w:type="dxa"/>
              <w:left w:w="20" w:type="dxa"/>
              <w:right w:w="20" w:type="dxa"/>
            </w:tcMar>
          </w:tcPr>
          <w:p>
            <w:pPr>
              <w:jc w:val="left"/>
            </w:pPr>
            <w:r>
              <w:rPr>
                <w:sz w:val="15"/>
              </w:rPr>
              <w:t>CÔNG TY TNHH KỸ NGHỆ KINGSTON VIỆT NAM</w:t>
            </w:r>
          </w:p>
        </w:tc>
        <w:tc>
          <w:tcPr>
            <w:tcW w:type="dxa" w:w="835"/>
            <w:shd w:fill="F9FBFB"/>
            <w:tcMar>
              <w:top w:w="35" w:type="dxa"/>
              <w:bottom w:w="35" w:type="dxa"/>
              <w:left w:w="20" w:type="dxa"/>
              <w:right w:w="20" w:type="dxa"/>
            </w:tcMar>
          </w:tcPr>
          <w:p>
            <w:pPr>
              <w:jc w:val="right"/>
            </w:pPr>
            <w:r>
              <w:rPr>
                <w:sz w:val="15"/>
              </w:rPr>
              <w:t>494</w:t>
            </w:r>
          </w:p>
        </w:tc>
        <w:tc>
          <w:tcPr>
            <w:tcW w:type="dxa" w:w="835"/>
            <w:shd w:fill="F9FBFB"/>
            <w:tcMar>
              <w:top w:w="35" w:type="dxa"/>
              <w:bottom w:w="35" w:type="dxa"/>
              <w:left w:w="20" w:type="dxa"/>
              <w:right w:w="20" w:type="dxa"/>
            </w:tcMar>
          </w:tcPr>
          <w:p>
            <w:pPr>
              <w:jc w:val="right"/>
            </w:pPr>
            <w:r>
              <w:rPr>
                <w:sz w:val="15"/>
              </w:rPr>
              <w:t>314</w:t>
            </w:r>
          </w:p>
        </w:tc>
        <w:tc>
          <w:tcPr>
            <w:tcW w:type="dxa" w:w="835"/>
            <w:shd w:fill="F9FBFB"/>
            <w:tcMar>
              <w:top w:w="35" w:type="dxa"/>
              <w:bottom w:w="35" w:type="dxa"/>
              <w:left w:w="20" w:type="dxa"/>
              <w:right w:w="20" w:type="dxa"/>
            </w:tcMar>
          </w:tcPr>
          <w:p>
            <w:pPr>
              <w:jc w:val="right"/>
            </w:pPr>
            <w:r>
              <w:rPr>
                <w:sz w:val="15"/>
              </w:rPr>
              <w:t>381</w:t>
            </w:r>
          </w:p>
        </w:tc>
        <w:tc>
          <w:tcPr>
            <w:tcW w:type="dxa" w:w="835"/>
            <w:shd w:fill="F9FBFB"/>
            <w:tcMar>
              <w:top w:w="35" w:type="dxa"/>
              <w:bottom w:w="35" w:type="dxa"/>
              <w:left w:w="20" w:type="dxa"/>
              <w:right w:w="20" w:type="dxa"/>
            </w:tcMar>
          </w:tcPr>
          <w:p>
            <w:pPr>
              <w:jc w:val="right"/>
            </w:pPr>
            <w:r>
              <w:rPr>
                <w:sz w:val="15"/>
              </w:rPr>
              <w:t>617</w:t>
            </w:r>
          </w:p>
        </w:tc>
        <w:tc>
          <w:tcPr>
            <w:tcW w:type="dxa" w:w="835"/>
            <w:shd w:fill="F9FBFB"/>
            <w:tcMar>
              <w:top w:w="35" w:type="dxa"/>
              <w:bottom w:w="35" w:type="dxa"/>
              <w:left w:w="20" w:type="dxa"/>
              <w:right w:w="20" w:type="dxa"/>
            </w:tcMar>
          </w:tcPr>
          <w:p>
            <w:pPr>
              <w:jc w:val="right"/>
            </w:pPr>
            <w:r>
              <w:rPr>
                <w:sz w:val="15"/>
              </w:rPr>
              <w:t>655</w:t>
            </w:r>
          </w:p>
        </w:tc>
        <w:tc>
          <w:tcPr>
            <w:tcW w:type="dxa" w:w="835"/>
            <w:shd w:fill="F9FBFB"/>
            <w:tcMar>
              <w:top w:w="35" w:type="dxa"/>
              <w:bottom w:w="35" w:type="dxa"/>
              <w:left w:w="20" w:type="dxa"/>
              <w:right w:w="20" w:type="dxa"/>
            </w:tcMar>
          </w:tcPr>
          <w:p>
            <w:pPr>
              <w:jc w:val="right"/>
            </w:pPr>
            <w:r>
              <w:rPr>
                <w:sz w:val="15"/>
              </w:rPr>
              <w:t>434</w:t>
            </w:r>
          </w:p>
        </w:tc>
        <w:tc>
          <w:tcPr>
            <w:tcW w:type="dxa" w:w="835"/>
            <w:shd w:fill="F9FBFB"/>
            <w:tcMar>
              <w:top w:w="35" w:type="dxa"/>
              <w:bottom w:w="35" w:type="dxa"/>
              <w:left w:w="20" w:type="dxa"/>
              <w:right w:w="20" w:type="dxa"/>
            </w:tcMar>
          </w:tcPr>
          <w:p>
            <w:pPr>
              <w:jc w:val="right"/>
            </w:pPr>
            <w:r>
              <w:rPr>
                <w:sz w:val="15"/>
              </w:rPr>
              <w:t>537</w:t>
            </w:r>
          </w:p>
        </w:tc>
        <w:tc>
          <w:tcPr>
            <w:tcW w:type="dxa" w:w="835"/>
            <w:shd w:fill="F9FBFB"/>
            <w:tcMar>
              <w:top w:w="35" w:type="dxa"/>
              <w:bottom w:w="35" w:type="dxa"/>
              <w:left w:w="20" w:type="dxa"/>
              <w:right w:w="20" w:type="dxa"/>
            </w:tcMar>
          </w:tcPr>
          <w:p>
            <w:pPr>
              <w:jc w:val="right"/>
            </w:pPr>
            <w:r>
              <w:rPr>
                <w:sz w:val="15"/>
              </w:rPr>
              <w:t>572</w:t>
            </w:r>
          </w:p>
        </w:tc>
        <w:tc>
          <w:tcPr>
            <w:tcW w:type="dxa" w:w="835"/>
            <w:shd w:fill="F9FBFB"/>
            <w:tcMar>
              <w:top w:w="35" w:type="dxa"/>
              <w:bottom w:w="35" w:type="dxa"/>
              <w:left w:w="20" w:type="dxa"/>
              <w:right w:w="20" w:type="dxa"/>
            </w:tcMar>
          </w:tcPr>
          <w:p>
            <w:pPr>
              <w:jc w:val="right"/>
            </w:pPr>
            <w:r>
              <w:rPr>
                <w:sz w:val="15"/>
              </w:rPr>
              <w:t>637</w:t>
            </w:r>
          </w:p>
        </w:tc>
        <w:tc>
          <w:tcPr>
            <w:tcW w:type="dxa" w:w="835"/>
            <w:shd w:fill="F9FBFB"/>
            <w:tcMar>
              <w:top w:w="35" w:type="dxa"/>
              <w:bottom w:w="35" w:type="dxa"/>
              <w:left w:w="20" w:type="dxa"/>
              <w:right w:w="20" w:type="dxa"/>
            </w:tcMar>
          </w:tcPr>
          <w:p>
            <w:pPr>
              <w:jc w:val="right"/>
            </w:pPr>
            <w:r>
              <w:rPr>
                <w:b/>
                <w:sz w:val="15"/>
              </w:rPr>
              <w:t>751</w:t>
            </w:r>
          </w:p>
        </w:tc>
        <w:tc>
          <w:tcPr>
            <w:tcW w:type="dxa" w:w="1224"/>
            <w:shd w:fill="F9FBFB"/>
            <w:tcMar>
              <w:top w:w="35" w:type="dxa"/>
              <w:bottom w:w="35" w:type="dxa"/>
              <w:left w:w="20" w:type="dxa"/>
              <w:right w:w="20" w:type="dxa"/>
            </w:tcMar>
          </w:tcPr>
          <w:p>
            <w:pPr>
              <w:jc w:val="right"/>
            </w:pPr>
            <w:r>
              <w:rPr>
                <w:color w:val="27AE60"/>
                <w:sz w:val="15"/>
              </w:rPr>
              <w:t>+114</w:t>
            </w:r>
          </w:p>
        </w:tc>
        <w:tc>
          <w:tcPr>
            <w:tcW w:type="dxa" w:w="1066"/>
            <w:shd w:fill="F9FBFB"/>
            <w:tcMar>
              <w:top w:w="35" w:type="dxa"/>
              <w:bottom w:w="35" w:type="dxa"/>
              <w:left w:w="20" w:type="dxa"/>
              <w:right w:w="20" w:type="dxa"/>
            </w:tcMar>
          </w:tcPr>
          <w:p>
            <w:pPr>
              <w:jc w:val="center"/>
            </w:pPr>
            <w:r>
              <w:rPr>
                <w:b/>
                <w:color w:val="27AE60"/>
                <w:sz w:val="15"/>
              </w:rPr>
              <w:t>+17.9%</w:t>
            </w:r>
          </w:p>
        </w:tc>
      </w:tr>
      <w:tr>
        <w:tc>
          <w:tcPr>
            <w:tcW w:type="dxa" w:w="504"/>
            <w:shd w:fill="FFFFFF"/>
            <w:tcMar>
              <w:top w:w="35" w:type="dxa"/>
              <w:bottom w:w="35" w:type="dxa"/>
              <w:left w:w="20" w:type="dxa"/>
              <w:right w:w="20" w:type="dxa"/>
            </w:tcMar>
          </w:tcPr>
          <w:p>
            <w:pPr>
              <w:jc w:val="center"/>
            </w:pPr>
            <w:r>
              <w:rPr>
                <w:sz w:val="15"/>
              </w:rPr>
              <w:t>17</w:t>
            </w:r>
          </w:p>
        </w:tc>
        <w:tc>
          <w:tcPr>
            <w:tcW w:type="dxa" w:w="936"/>
            <w:shd w:fill="FFFFFF"/>
            <w:tcMar>
              <w:top w:w="35" w:type="dxa"/>
              <w:bottom w:w="35" w:type="dxa"/>
              <w:left w:w="20" w:type="dxa"/>
              <w:right w:w="20" w:type="dxa"/>
            </w:tcMar>
          </w:tcPr>
          <w:p>
            <w:pPr>
              <w:jc w:val="left"/>
            </w:pPr>
            <w:r>
              <w:rPr>
                <w:sz w:val="15"/>
              </w:rPr>
              <w:t>KH0291</w:t>
            </w:r>
          </w:p>
        </w:tc>
        <w:tc>
          <w:tcPr>
            <w:tcW w:type="dxa" w:w="3024"/>
            <w:shd w:fill="FFFFFF"/>
            <w:tcMar>
              <w:top w:w="35" w:type="dxa"/>
              <w:bottom w:w="35" w:type="dxa"/>
              <w:left w:w="20" w:type="dxa"/>
              <w:right w:w="20" w:type="dxa"/>
            </w:tcMar>
          </w:tcPr>
          <w:p>
            <w:pPr>
              <w:jc w:val="left"/>
            </w:pPr>
            <w:r>
              <w:rPr>
                <w:sz w:val="15"/>
              </w:rPr>
              <w:t>CÔNG TY TNHH HỐ NAI</w:t>
            </w:r>
          </w:p>
        </w:tc>
        <w:tc>
          <w:tcPr>
            <w:tcW w:type="dxa" w:w="835"/>
            <w:shd w:fill="FFFFFF"/>
            <w:tcMar>
              <w:top w:w="35" w:type="dxa"/>
              <w:bottom w:w="35" w:type="dxa"/>
              <w:left w:w="20" w:type="dxa"/>
              <w:right w:w="20" w:type="dxa"/>
            </w:tcMar>
          </w:tcPr>
          <w:p>
            <w:pPr>
              <w:jc w:val="right"/>
            </w:pPr>
            <w:r>
              <w:rPr>
                <w:sz w:val="15"/>
              </w:rPr>
              <w:t>730</w:t>
            </w:r>
          </w:p>
        </w:tc>
        <w:tc>
          <w:tcPr>
            <w:tcW w:type="dxa" w:w="835"/>
            <w:shd w:fill="FFFFFF"/>
            <w:tcMar>
              <w:top w:w="35" w:type="dxa"/>
              <w:bottom w:w="35" w:type="dxa"/>
              <w:left w:w="20" w:type="dxa"/>
              <w:right w:w="20" w:type="dxa"/>
            </w:tcMar>
          </w:tcPr>
          <w:p>
            <w:pPr>
              <w:jc w:val="right"/>
            </w:pPr>
            <w:r>
              <w:rPr>
                <w:sz w:val="15"/>
              </w:rPr>
              <w:t>286</w:t>
            </w:r>
          </w:p>
        </w:tc>
        <w:tc>
          <w:tcPr>
            <w:tcW w:type="dxa" w:w="835"/>
            <w:shd w:fill="FFFFFF"/>
            <w:tcMar>
              <w:top w:w="35" w:type="dxa"/>
              <w:bottom w:w="35" w:type="dxa"/>
              <w:left w:w="20" w:type="dxa"/>
              <w:right w:w="20" w:type="dxa"/>
            </w:tcMar>
          </w:tcPr>
          <w:p>
            <w:pPr>
              <w:jc w:val="right"/>
            </w:pPr>
            <w:r>
              <w:rPr>
                <w:sz w:val="15"/>
              </w:rPr>
              <w:t>472</w:t>
            </w:r>
          </w:p>
        </w:tc>
        <w:tc>
          <w:tcPr>
            <w:tcW w:type="dxa" w:w="835"/>
            <w:shd w:fill="FFFFFF"/>
            <w:tcMar>
              <w:top w:w="35" w:type="dxa"/>
              <w:bottom w:w="35" w:type="dxa"/>
              <w:left w:w="20" w:type="dxa"/>
              <w:right w:w="20" w:type="dxa"/>
            </w:tcMar>
          </w:tcPr>
          <w:p>
            <w:pPr>
              <w:jc w:val="right"/>
            </w:pPr>
            <w:r>
              <w:rPr>
                <w:sz w:val="15"/>
              </w:rPr>
              <w:t>380</w:t>
            </w:r>
          </w:p>
        </w:tc>
        <w:tc>
          <w:tcPr>
            <w:tcW w:type="dxa" w:w="835"/>
            <w:shd w:fill="FFFFFF"/>
            <w:tcMar>
              <w:top w:w="35" w:type="dxa"/>
              <w:bottom w:w="35" w:type="dxa"/>
              <w:left w:w="20" w:type="dxa"/>
              <w:right w:w="20" w:type="dxa"/>
            </w:tcMar>
          </w:tcPr>
          <w:p>
            <w:pPr>
              <w:jc w:val="right"/>
            </w:pPr>
            <w:r>
              <w:rPr>
                <w:sz w:val="15"/>
              </w:rPr>
              <w:t>414</w:t>
            </w:r>
          </w:p>
        </w:tc>
        <w:tc>
          <w:tcPr>
            <w:tcW w:type="dxa" w:w="835"/>
            <w:shd w:fill="FFFFFF"/>
            <w:tcMar>
              <w:top w:w="35" w:type="dxa"/>
              <w:bottom w:w="35" w:type="dxa"/>
              <w:left w:w="20" w:type="dxa"/>
              <w:right w:w="20" w:type="dxa"/>
            </w:tcMar>
          </w:tcPr>
          <w:p>
            <w:pPr>
              <w:jc w:val="right"/>
            </w:pPr>
            <w:r>
              <w:rPr>
                <w:sz w:val="15"/>
              </w:rPr>
              <w:t>538</w:t>
            </w:r>
          </w:p>
        </w:tc>
        <w:tc>
          <w:tcPr>
            <w:tcW w:type="dxa" w:w="835"/>
            <w:shd w:fill="FFFFFF"/>
            <w:tcMar>
              <w:top w:w="35" w:type="dxa"/>
              <w:bottom w:w="35" w:type="dxa"/>
              <w:left w:w="20" w:type="dxa"/>
              <w:right w:w="20" w:type="dxa"/>
            </w:tcMar>
          </w:tcPr>
          <w:p>
            <w:pPr>
              <w:jc w:val="right"/>
            </w:pPr>
            <w:r>
              <w:rPr>
                <w:sz w:val="15"/>
              </w:rPr>
              <w:t>527</w:t>
            </w:r>
          </w:p>
        </w:tc>
        <w:tc>
          <w:tcPr>
            <w:tcW w:type="dxa" w:w="835"/>
            <w:shd w:fill="FFFFFF"/>
            <w:tcMar>
              <w:top w:w="35" w:type="dxa"/>
              <w:bottom w:w="35" w:type="dxa"/>
              <w:left w:w="20" w:type="dxa"/>
              <w:right w:w="20" w:type="dxa"/>
            </w:tcMar>
          </w:tcPr>
          <w:p>
            <w:pPr>
              <w:jc w:val="right"/>
            </w:pPr>
            <w:r>
              <w:rPr>
                <w:sz w:val="15"/>
              </w:rPr>
              <w:t>696</w:t>
            </w:r>
          </w:p>
        </w:tc>
        <w:tc>
          <w:tcPr>
            <w:tcW w:type="dxa" w:w="835"/>
            <w:shd w:fill="FFFFFF"/>
            <w:tcMar>
              <w:top w:w="35" w:type="dxa"/>
              <w:bottom w:w="35" w:type="dxa"/>
              <w:left w:w="20" w:type="dxa"/>
              <w:right w:w="20" w:type="dxa"/>
            </w:tcMar>
          </w:tcPr>
          <w:p>
            <w:pPr>
              <w:jc w:val="right"/>
            </w:pPr>
            <w:r>
              <w:rPr>
                <w:sz w:val="15"/>
              </w:rPr>
              <w:t>565</w:t>
            </w:r>
          </w:p>
        </w:tc>
        <w:tc>
          <w:tcPr>
            <w:tcW w:type="dxa" w:w="835"/>
            <w:shd w:fill="FFFFFF"/>
            <w:tcMar>
              <w:top w:w="35" w:type="dxa"/>
              <w:bottom w:w="35" w:type="dxa"/>
              <w:left w:w="20" w:type="dxa"/>
              <w:right w:w="20" w:type="dxa"/>
            </w:tcMar>
          </w:tcPr>
          <w:p>
            <w:pPr>
              <w:jc w:val="right"/>
            </w:pPr>
            <w:r>
              <w:rPr>
                <w:b/>
                <w:sz w:val="15"/>
              </w:rPr>
              <w:t>260</w:t>
            </w:r>
          </w:p>
        </w:tc>
        <w:tc>
          <w:tcPr>
            <w:tcW w:type="dxa" w:w="1224"/>
            <w:shd w:fill="FFFFFF"/>
            <w:tcMar>
              <w:top w:w="35" w:type="dxa"/>
              <w:bottom w:w="35" w:type="dxa"/>
              <w:left w:w="20" w:type="dxa"/>
              <w:right w:w="20" w:type="dxa"/>
            </w:tcMar>
          </w:tcPr>
          <w:p>
            <w:pPr>
              <w:jc w:val="right"/>
            </w:pPr>
            <w:r>
              <w:rPr>
                <w:color w:val="C0392B"/>
                <w:sz w:val="15"/>
              </w:rPr>
              <w:t>-305</w:t>
            </w:r>
          </w:p>
        </w:tc>
        <w:tc>
          <w:tcPr>
            <w:tcW w:type="dxa" w:w="1066"/>
            <w:shd w:fill="FFFFFF"/>
            <w:tcMar>
              <w:top w:w="35" w:type="dxa"/>
              <w:bottom w:w="35" w:type="dxa"/>
              <w:left w:w="20" w:type="dxa"/>
              <w:right w:w="20" w:type="dxa"/>
            </w:tcMar>
          </w:tcPr>
          <w:p>
            <w:pPr>
              <w:jc w:val="center"/>
            </w:pPr>
            <w:r>
              <w:rPr>
                <w:b/>
                <w:color w:val="C0392B"/>
                <w:sz w:val="15"/>
              </w:rPr>
              <w:t>-54.0%</w:t>
            </w:r>
          </w:p>
        </w:tc>
      </w:tr>
      <w:tr>
        <w:tc>
          <w:tcPr>
            <w:tcW w:type="dxa" w:w="504"/>
            <w:shd w:fill="F9FBFB"/>
            <w:tcMar>
              <w:top w:w="35" w:type="dxa"/>
              <w:bottom w:w="35" w:type="dxa"/>
              <w:left w:w="20" w:type="dxa"/>
              <w:right w:w="20" w:type="dxa"/>
            </w:tcMar>
          </w:tcPr>
          <w:p>
            <w:pPr>
              <w:jc w:val="center"/>
            </w:pPr>
            <w:r>
              <w:rPr>
                <w:sz w:val="15"/>
              </w:rPr>
              <w:t>18</w:t>
            </w:r>
          </w:p>
        </w:tc>
        <w:tc>
          <w:tcPr>
            <w:tcW w:type="dxa" w:w="936"/>
            <w:shd w:fill="F9FBFB"/>
            <w:tcMar>
              <w:top w:w="35" w:type="dxa"/>
              <w:bottom w:w="35" w:type="dxa"/>
              <w:left w:w="20" w:type="dxa"/>
              <w:right w:w="20" w:type="dxa"/>
            </w:tcMar>
          </w:tcPr>
          <w:p>
            <w:pPr>
              <w:jc w:val="left"/>
            </w:pPr>
            <w:r>
              <w:rPr>
                <w:sz w:val="15"/>
              </w:rPr>
              <w:t>KH0057</w:t>
            </w:r>
          </w:p>
        </w:tc>
        <w:tc>
          <w:tcPr>
            <w:tcW w:type="dxa" w:w="3024"/>
            <w:shd w:fill="F9FBFB"/>
            <w:tcMar>
              <w:top w:w="35" w:type="dxa"/>
              <w:bottom w:w="35" w:type="dxa"/>
              <w:left w:w="20" w:type="dxa"/>
              <w:right w:w="20" w:type="dxa"/>
            </w:tcMar>
          </w:tcPr>
          <w:p>
            <w:pPr>
              <w:jc w:val="left"/>
            </w:pPr>
            <w:r>
              <w:rPr>
                <w:sz w:val="15"/>
              </w:rPr>
              <w:t>CÔNG TY CỔ PHẦN GỖ TÂN THÀNH</w:t>
            </w:r>
          </w:p>
        </w:tc>
        <w:tc>
          <w:tcPr>
            <w:tcW w:type="dxa" w:w="835"/>
            <w:shd w:fill="F9FBFB"/>
            <w:tcMar>
              <w:top w:w="35" w:type="dxa"/>
              <w:bottom w:w="35" w:type="dxa"/>
              <w:left w:w="20" w:type="dxa"/>
              <w:right w:w="20" w:type="dxa"/>
            </w:tcMar>
          </w:tcPr>
          <w:p>
            <w:pPr>
              <w:jc w:val="right"/>
            </w:pPr>
            <w:r>
              <w:rPr>
                <w:sz w:val="15"/>
              </w:rPr>
              <w:t>622</w:t>
            </w:r>
          </w:p>
        </w:tc>
        <w:tc>
          <w:tcPr>
            <w:tcW w:type="dxa" w:w="835"/>
            <w:shd w:fill="F9FBFB"/>
            <w:tcMar>
              <w:top w:w="35" w:type="dxa"/>
              <w:bottom w:w="35" w:type="dxa"/>
              <w:left w:w="20" w:type="dxa"/>
              <w:right w:w="20" w:type="dxa"/>
            </w:tcMar>
          </w:tcPr>
          <w:p>
            <w:pPr>
              <w:jc w:val="right"/>
            </w:pPr>
            <w:r>
              <w:rPr>
                <w:sz w:val="15"/>
              </w:rPr>
              <w:t>528</w:t>
            </w:r>
          </w:p>
        </w:tc>
        <w:tc>
          <w:tcPr>
            <w:tcW w:type="dxa" w:w="835"/>
            <w:shd w:fill="F9FBFB"/>
            <w:tcMar>
              <w:top w:w="35" w:type="dxa"/>
              <w:bottom w:w="35" w:type="dxa"/>
              <w:left w:w="20" w:type="dxa"/>
              <w:right w:w="20" w:type="dxa"/>
            </w:tcMar>
          </w:tcPr>
          <w:p>
            <w:pPr>
              <w:jc w:val="right"/>
            </w:pPr>
            <w:r>
              <w:rPr>
                <w:sz w:val="15"/>
              </w:rPr>
              <w:t>371</w:t>
            </w:r>
          </w:p>
        </w:tc>
        <w:tc>
          <w:tcPr>
            <w:tcW w:type="dxa" w:w="835"/>
            <w:shd w:fill="F9FBFB"/>
            <w:tcMar>
              <w:top w:w="35" w:type="dxa"/>
              <w:bottom w:w="35" w:type="dxa"/>
              <w:left w:w="20" w:type="dxa"/>
              <w:right w:w="20" w:type="dxa"/>
            </w:tcMar>
          </w:tcPr>
          <w:p>
            <w:pPr>
              <w:jc w:val="right"/>
            </w:pPr>
            <w:r>
              <w:rPr>
                <w:sz w:val="15"/>
              </w:rPr>
              <w:t>601</w:t>
            </w:r>
          </w:p>
        </w:tc>
        <w:tc>
          <w:tcPr>
            <w:tcW w:type="dxa" w:w="835"/>
            <w:shd w:fill="F9FBFB"/>
            <w:tcMar>
              <w:top w:w="35" w:type="dxa"/>
              <w:bottom w:w="35" w:type="dxa"/>
              <w:left w:w="20" w:type="dxa"/>
              <w:right w:w="20" w:type="dxa"/>
            </w:tcMar>
          </w:tcPr>
          <w:p>
            <w:pPr>
              <w:jc w:val="right"/>
            </w:pPr>
            <w:r>
              <w:rPr>
                <w:sz w:val="15"/>
              </w:rPr>
              <w:t>612</w:t>
            </w:r>
          </w:p>
        </w:tc>
        <w:tc>
          <w:tcPr>
            <w:tcW w:type="dxa" w:w="835"/>
            <w:shd w:fill="F9FBFB"/>
            <w:tcMar>
              <w:top w:w="35" w:type="dxa"/>
              <w:bottom w:w="35" w:type="dxa"/>
              <w:left w:w="20" w:type="dxa"/>
              <w:right w:w="20" w:type="dxa"/>
            </w:tcMar>
          </w:tcPr>
          <w:p>
            <w:pPr>
              <w:jc w:val="right"/>
            </w:pPr>
            <w:r>
              <w:rPr>
                <w:sz w:val="15"/>
              </w:rPr>
              <w:t>568</w:t>
            </w:r>
          </w:p>
        </w:tc>
        <w:tc>
          <w:tcPr>
            <w:tcW w:type="dxa" w:w="835"/>
            <w:shd w:fill="F9FBFB"/>
            <w:tcMar>
              <w:top w:w="35" w:type="dxa"/>
              <w:bottom w:w="35" w:type="dxa"/>
              <w:left w:w="20" w:type="dxa"/>
              <w:right w:w="20" w:type="dxa"/>
            </w:tcMar>
          </w:tcPr>
          <w:p>
            <w:pPr>
              <w:jc w:val="right"/>
            </w:pPr>
            <w:r>
              <w:rPr>
                <w:sz w:val="15"/>
              </w:rPr>
              <w:t>592</w:t>
            </w:r>
          </w:p>
        </w:tc>
        <w:tc>
          <w:tcPr>
            <w:tcW w:type="dxa" w:w="835"/>
            <w:shd w:fill="F9FBFB"/>
            <w:tcMar>
              <w:top w:w="35" w:type="dxa"/>
              <w:bottom w:w="35" w:type="dxa"/>
              <w:left w:w="20" w:type="dxa"/>
              <w:right w:w="20" w:type="dxa"/>
            </w:tcMar>
          </w:tcPr>
          <w:p>
            <w:pPr>
              <w:jc w:val="right"/>
            </w:pPr>
            <w:r>
              <w:rPr>
                <w:sz w:val="15"/>
              </w:rPr>
              <w:t>826</w:t>
            </w:r>
          </w:p>
        </w:tc>
        <w:tc>
          <w:tcPr>
            <w:tcW w:type="dxa" w:w="835"/>
            <w:shd w:fill="F9FBFB"/>
            <w:tcMar>
              <w:top w:w="35" w:type="dxa"/>
              <w:bottom w:w="35" w:type="dxa"/>
              <w:left w:w="20" w:type="dxa"/>
              <w:right w:w="20" w:type="dxa"/>
            </w:tcMar>
          </w:tcPr>
          <w:p>
            <w:pPr>
              <w:jc w:val="right"/>
            </w:pPr>
            <w:r>
              <w:rPr>
                <w:sz w:val="15"/>
              </w:rPr>
              <w:t>557</w:t>
            </w:r>
          </w:p>
        </w:tc>
        <w:tc>
          <w:tcPr>
            <w:tcW w:type="dxa" w:w="835"/>
            <w:shd w:fill="F9FBFB"/>
            <w:tcMar>
              <w:top w:w="35" w:type="dxa"/>
              <w:bottom w:w="35" w:type="dxa"/>
              <w:left w:w="20" w:type="dxa"/>
              <w:right w:w="20" w:type="dxa"/>
            </w:tcMar>
          </w:tcPr>
          <w:p>
            <w:pPr>
              <w:jc w:val="right"/>
            </w:pPr>
            <w:r>
              <w:rPr>
                <w:b/>
                <w:sz w:val="15"/>
              </w:rPr>
              <w:t>900</w:t>
            </w:r>
          </w:p>
        </w:tc>
        <w:tc>
          <w:tcPr>
            <w:tcW w:type="dxa" w:w="1224"/>
            <w:shd w:fill="F9FBFB"/>
            <w:tcMar>
              <w:top w:w="35" w:type="dxa"/>
              <w:bottom w:w="35" w:type="dxa"/>
              <w:left w:w="20" w:type="dxa"/>
              <w:right w:w="20" w:type="dxa"/>
            </w:tcMar>
          </w:tcPr>
          <w:p>
            <w:pPr>
              <w:jc w:val="right"/>
            </w:pPr>
            <w:r>
              <w:rPr>
                <w:color w:val="27AE60"/>
                <w:sz w:val="15"/>
              </w:rPr>
              <w:t>+343</w:t>
            </w:r>
          </w:p>
        </w:tc>
        <w:tc>
          <w:tcPr>
            <w:tcW w:type="dxa" w:w="1066"/>
            <w:shd w:fill="F9FBFB"/>
            <w:tcMar>
              <w:top w:w="35" w:type="dxa"/>
              <w:bottom w:w="35" w:type="dxa"/>
              <w:left w:w="20" w:type="dxa"/>
              <w:right w:w="20" w:type="dxa"/>
            </w:tcMar>
          </w:tcPr>
          <w:p>
            <w:pPr>
              <w:jc w:val="center"/>
            </w:pPr>
            <w:r>
              <w:rPr>
                <w:b/>
                <w:color w:val="27AE60"/>
                <w:sz w:val="15"/>
              </w:rPr>
              <w:t>+61.6%</w:t>
            </w:r>
          </w:p>
        </w:tc>
      </w:tr>
      <w:tr>
        <w:tc>
          <w:tcPr>
            <w:tcW w:type="dxa" w:w="504"/>
            <w:shd w:fill="FFFFFF"/>
            <w:tcMar>
              <w:top w:w="35" w:type="dxa"/>
              <w:bottom w:w="35" w:type="dxa"/>
              <w:left w:w="20" w:type="dxa"/>
              <w:right w:w="20" w:type="dxa"/>
            </w:tcMar>
          </w:tcPr>
          <w:p>
            <w:pPr>
              <w:jc w:val="center"/>
            </w:pPr>
            <w:r>
              <w:rPr>
                <w:sz w:val="15"/>
              </w:rPr>
              <w:t>19</w:t>
            </w:r>
          </w:p>
        </w:tc>
        <w:tc>
          <w:tcPr>
            <w:tcW w:type="dxa" w:w="936"/>
            <w:shd w:fill="FFFFFF"/>
            <w:tcMar>
              <w:top w:w="35" w:type="dxa"/>
              <w:bottom w:w="35" w:type="dxa"/>
              <w:left w:w="20" w:type="dxa"/>
              <w:right w:w="20" w:type="dxa"/>
            </w:tcMar>
          </w:tcPr>
          <w:p>
            <w:pPr>
              <w:jc w:val="left"/>
            </w:pPr>
            <w:r>
              <w:rPr>
                <w:sz w:val="15"/>
              </w:rPr>
              <w:t>KH0190</w:t>
            </w:r>
          </w:p>
        </w:tc>
        <w:tc>
          <w:tcPr>
            <w:tcW w:type="dxa" w:w="3024"/>
            <w:shd w:fill="FFFFFF"/>
            <w:tcMar>
              <w:top w:w="35" w:type="dxa"/>
              <w:bottom w:w="35" w:type="dxa"/>
              <w:left w:w="20" w:type="dxa"/>
              <w:right w:w="20" w:type="dxa"/>
            </w:tcMar>
          </w:tcPr>
          <w:p>
            <w:pPr>
              <w:jc w:val="left"/>
            </w:pPr>
            <w:r>
              <w:rPr>
                <w:sz w:val="15"/>
              </w:rPr>
              <w:t>CÔNG TY TNHH ANH KHOA</w:t>
            </w:r>
          </w:p>
        </w:tc>
        <w:tc>
          <w:tcPr>
            <w:tcW w:type="dxa" w:w="835"/>
            <w:shd w:fill="FFFFFF"/>
            <w:tcMar>
              <w:top w:w="35" w:type="dxa"/>
              <w:bottom w:w="35" w:type="dxa"/>
              <w:left w:w="20" w:type="dxa"/>
              <w:right w:w="20" w:type="dxa"/>
            </w:tcMar>
          </w:tcPr>
          <w:p>
            <w:pPr>
              <w:jc w:val="right"/>
            </w:pPr>
            <w:r>
              <w:rPr>
                <w:sz w:val="15"/>
              </w:rPr>
              <w:t>549</w:t>
            </w:r>
          </w:p>
        </w:tc>
        <w:tc>
          <w:tcPr>
            <w:tcW w:type="dxa" w:w="835"/>
            <w:shd w:fill="FFFFFF"/>
            <w:tcMar>
              <w:top w:w="35" w:type="dxa"/>
              <w:bottom w:w="35" w:type="dxa"/>
              <w:left w:w="20" w:type="dxa"/>
              <w:right w:w="20" w:type="dxa"/>
            </w:tcMar>
          </w:tcPr>
          <w:p>
            <w:pPr>
              <w:jc w:val="right"/>
            </w:pPr>
            <w:r>
              <w:rPr>
                <w:sz w:val="15"/>
              </w:rPr>
              <w:t>160</w:t>
            </w:r>
          </w:p>
        </w:tc>
        <w:tc>
          <w:tcPr>
            <w:tcW w:type="dxa" w:w="835"/>
            <w:shd w:fill="FFFFFF"/>
            <w:tcMar>
              <w:top w:w="35" w:type="dxa"/>
              <w:bottom w:w="35" w:type="dxa"/>
              <w:left w:w="20" w:type="dxa"/>
              <w:right w:w="20" w:type="dxa"/>
            </w:tcMar>
          </w:tcPr>
          <w:p>
            <w:pPr>
              <w:jc w:val="right"/>
            </w:pPr>
            <w:r>
              <w:rPr>
                <w:sz w:val="15"/>
              </w:rPr>
              <w:t>373</w:t>
            </w:r>
          </w:p>
        </w:tc>
        <w:tc>
          <w:tcPr>
            <w:tcW w:type="dxa" w:w="835"/>
            <w:shd w:fill="FFFFFF"/>
            <w:tcMar>
              <w:top w:w="35" w:type="dxa"/>
              <w:bottom w:w="35" w:type="dxa"/>
              <w:left w:w="20" w:type="dxa"/>
              <w:right w:w="20" w:type="dxa"/>
            </w:tcMar>
          </w:tcPr>
          <w:p>
            <w:pPr>
              <w:jc w:val="right"/>
            </w:pPr>
            <w:r>
              <w:rPr>
                <w:sz w:val="15"/>
              </w:rPr>
              <w:t>404</w:t>
            </w:r>
          </w:p>
        </w:tc>
        <w:tc>
          <w:tcPr>
            <w:tcW w:type="dxa" w:w="835"/>
            <w:shd w:fill="FFFFFF"/>
            <w:tcMar>
              <w:top w:w="35" w:type="dxa"/>
              <w:bottom w:w="35" w:type="dxa"/>
              <w:left w:w="20" w:type="dxa"/>
              <w:right w:w="20" w:type="dxa"/>
            </w:tcMar>
          </w:tcPr>
          <w:p>
            <w:pPr>
              <w:jc w:val="right"/>
            </w:pPr>
            <w:r>
              <w:rPr>
                <w:sz w:val="15"/>
              </w:rPr>
              <w:t>641</w:t>
            </w:r>
          </w:p>
        </w:tc>
        <w:tc>
          <w:tcPr>
            <w:tcW w:type="dxa" w:w="835"/>
            <w:shd w:fill="FFFFFF"/>
            <w:tcMar>
              <w:top w:w="35" w:type="dxa"/>
              <w:bottom w:w="35" w:type="dxa"/>
              <w:left w:w="20" w:type="dxa"/>
              <w:right w:w="20" w:type="dxa"/>
            </w:tcMar>
          </w:tcPr>
          <w:p>
            <w:pPr>
              <w:jc w:val="right"/>
            </w:pPr>
            <w:r>
              <w:rPr>
                <w:sz w:val="15"/>
              </w:rPr>
              <w:t>694</w:t>
            </w:r>
          </w:p>
        </w:tc>
        <w:tc>
          <w:tcPr>
            <w:tcW w:type="dxa" w:w="835"/>
            <w:shd w:fill="FFFFFF"/>
            <w:tcMar>
              <w:top w:w="35" w:type="dxa"/>
              <w:bottom w:w="35" w:type="dxa"/>
              <w:left w:w="20" w:type="dxa"/>
              <w:right w:w="20" w:type="dxa"/>
            </w:tcMar>
          </w:tcPr>
          <w:p>
            <w:pPr>
              <w:jc w:val="right"/>
            </w:pPr>
            <w:r>
              <w:rPr>
                <w:sz w:val="15"/>
              </w:rPr>
              <w:t>815</w:t>
            </w:r>
          </w:p>
        </w:tc>
        <w:tc>
          <w:tcPr>
            <w:tcW w:type="dxa" w:w="835"/>
            <w:shd w:fill="FFFFFF"/>
            <w:tcMar>
              <w:top w:w="35" w:type="dxa"/>
              <w:bottom w:w="35" w:type="dxa"/>
              <w:left w:w="20" w:type="dxa"/>
              <w:right w:w="20" w:type="dxa"/>
            </w:tcMar>
          </w:tcPr>
          <w:p>
            <w:pPr>
              <w:jc w:val="right"/>
            </w:pPr>
            <w:r>
              <w:rPr>
                <w:sz w:val="15"/>
              </w:rPr>
              <w:t>585</w:t>
            </w:r>
          </w:p>
        </w:tc>
        <w:tc>
          <w:tcPr>
            <w:tcW w:type="dxa" w:w="835"/>
            <w:shd w:fill="FFFFFF"/>
            <w:tcMar>
              <w:top w:w="35" w:type="dxa"/>
              <w:bottom w:w="35" w:type="dxa"/>
              <w:left w:w="20" w:type="dxa"/>
              <w:right w:w="20" w:type="dxa"/>
            </w:tcMar>
          </w:tcPr>
          <w:p>
            <w:pPr>
              <w:jc w:val="right"/>
            </w:pPr>
            <w:r>
              <w:rPr>
                <w:sz w:val="15"/>
              </w:rPr>
              <w:t>551</w:t>
            </w:r>
          </w:p>
        </w:tc>
        <w:tc>
          <w:tcPr>
            <w:tcW w:type="dxa" w:w="835"/>
            <w:shd w:fill="FFFFFF"/>
            <w:tcMar>
              <w:top w:w="35" w:type="dxa"/>
              <w:bottom w:w="35" w:type="dxa"/>
              <w:left w:w="20" w:type="dxa"/>
              <w:right w:w="20" w:type="dxa"/>
            </w:tcMar>
          </w:tcPr>
          <w:p>
            <w:pPr>
              <w:jc w:val="right"/>
            </w:pPr>
            <w:r>
              <w:rPr>
                <w:b/>
                <w:sz w:val="15"/>
              </w:rPr>
              <w:t>670</w:t>
            </w:r>
          </w:p>
        </w:tc>
        <w:tc>
          <w:tcPr>
            <w:tcW w:type="dxa" w:w="1224"/>
            <w:shd w:fill="FFFFFF"/>
            <w:tcMar>
              <w:top w:w="35" w:type="dxa"/>
              <w:bottom w:w="35" w:type="dxa"/>
              <w:left w:w="20" w:type="dxa"/>
              <w:right w:w="20" w:type="dxa"/>
            </w:tcMar>
          </w:tcPr>
          <w:p>
            <w:pPr>
              <w:jc w:val="right"/>
            </w:pPr>
            <w:r>
              <w:rPr>
                <w:color w:val="27AE60"/>
                <w:sz w:val="15"/>
              </w:rPr>
              <w:t>+119</w:t>
            </w:r>
          </w:p>
        </w:tc>
        <w:tc>
          <w:tcPr>
            <w:tcW w:type="dxa" w:w="1066"/>
            <w:shd w:fill="FFFFFF"/>
            <w:tcMar>
              <w:top w:w="35" w:type="dxa"/>
              <w:bottom w:w="35" w:type="dxa"/>
              <w:left w:w="20" w:type="dxa"/>
              <w:right w:w="20" w:type="dxa"/>
            </w:tcMar>
          </w:tcPr>
          <w:p>
            <w:pPr>
              <w:jc w:val="center"/>
            </w:pPr>
            <w:r>
              <w:rPr>
                <w:b/>
                <w:color w:val="27AE60"/>
                <w:sz w:val="15"/>
              </w:rPr>
              <w:t>+21.6%</w:t>
            </w:r>
          </w:p>
        </w:tc>
      </w:tr>
      <w:tr>
        <w:tc>
          <w:tcPr>
            <w:tcW w:type="dxa" w:w="504"/>
            <w:shd w:fill="F9FBFB"/>
            <w:tcMar>
              <w:top w:w="35" w:type="dxa"/>
              <w:bottom w:w="35" w:type="dxa"/>
              <w:left w:w="20" w:type="dxa"/>
              <w:right w:w="20" w:type="dxa"/>
            </w:tcMar>
          </w:tcPr>
          <w:p>
            <w:pPr>
              <w:jc w:val="center"/>
            </w:pPr>
            <w:r>
              <w:rPr>
                <w:sz w:val="15"/>
              </w:rPr>
              <w:t>20</w:t>
            </w:r>
          </w:p>
        </w:tc>
        <w:tc>
          <w:tcPr>
            <w:tcW w:type="dxa" w:w="936"/>
            <w:shd w:fill="F9FBFB"/>
            <w:tcMar>
              <w:top w:w="35" w:type="dxa"/>
              <w:bottom w:w="35" w:type="dxa"/>
              <w:left w:w="20" w:type="dxa"/>
              <w:right w:w="20" w:type="dxa"/>
            </w:tcMar>
          </w:tcPr>
          <w:p>
            <w:pPr>
              <w:jc w:val="left"/>
            </w:pPr>
            <w:r>
              <w:rPr>
                <w:sz w:val="15"/>
              </w:rPr>
              <w:t>KH1941</w:t>
            </w:r>
          </w:p>
        </w:tc>
        <w:tc>
          <w:tcPr>
            <w:tcW w:type="dxa" w:w="3024"/>
            <w:shd w:fill="F9FBFB"/>
            <w:tcMar>
              <w:top w:w="35" w:type="dxa"/>
              <w:bottom w:w="35" w:type="dxa"/>
              <w:left w:w="20" w:type="dxa"/>
              <w:right w:w="20" w:type="dxa"/>
            </w:tcMar>
          </w:tcPr>
          <w:p>
            <w:pPr>
              <w:jc w:val="left"/>
            </w:pPr>
            <w:r>
              <w:rPr>
                <w:sz w:val="15"/>
              </w:rPr>
              <w:t>CÔNG TY CỔ PHẦN CHẾ BIẾN GỖ AN LONG</w:t>
            </w:r>
          </w:p>
        </w:tc>
        <w:tc>
          <w:tcPr>
            <w:tcW w:type="dxa" w:w="835"/>
            <w:shd w:fill="F9FBFB"/>
            <w:tcMar>
              <w:top w:w="35" w:type="dxa"/>
              <w:bottom w:w="35" w:type="dxa"/>
              <w:left w:w="20" w:type="dxa"/>
              <w:right w:w="20" w:type="dxa"/>
            </w:tcMar>
          </w:tcPr>
          <w:p>
            <w:pPr>
              <w:jc w:val="right"/>
            </w:pPr>
            <w:r>
              <w:rPr>
                <w:sz w:val="15"/>
              </w:rPr>
              <w:t>329</w:t>
            </w:r>
          </w:p>
        </w:tc>
        <w:tc>
          <w:tcPr>
            <w:tcW w:type="dxa" w:w="835"/>
            <w:shd w:fill="F9FBFB"/>
            <w:tcMar>
              <w:top w:w="35" w:type="dxa"/>
              <w:bottom w:w="35" w:type="dxa"/>
              <w:left w:w="20" w:type="dxa"/>
              <w:right w:w="20" w:type="dxa"/>
            </w:tcMar>
          </w:tcPr>
          <w:p>
            <w:pPr>
              <w:jc w:val="right"/>
            </w:pPr>
            <w:r>
              <w:rPr>
                <w:sz w:val="15"/>
              </w:rPr>
              <w:t>371</w:t>
            </w:r>
          </w:p>
        </w:tc>
        <w:tc>
          <w:tcPr>
            <w:tcW w:type="dxa" w:w="835"/>
            <w:shd w:fill="F9FBFB"/>
            <w:tcMar>
              <w:top w:w="35" w:type="dxa"/>
              <w:bottom w:w="35" w:type="dxa"/>
              <w:left w:w="20" w:type="dxa"/>
              <w:right w:w="20" w:type="dxa"/>
            </w:tcMar>
          </w:tcPr>
          <w:p>
            <w:pPr>
              <w:jc w:val="right"/>
            </w:pPr>
            <w:r>
              <w:rPr>
                <w:sz w:val="15"/>
              </w:rPr>
              <w:t>199</w:t>
            </w:r>
          </w:p>
        </w:tc>
        <w:tc>
          <w:tcPr>
            <w:tcW w:type="dxa" w:w="835"/>
            <w:shd w:fill="F9FBFB"/>
            <w:tcMar>
              <w:top w:w="35" w:type="dxa"/>
              <w:bottom w:w="35" w:type="dxa"/>
              <w:left w:w="20" w:type="dxa"/>
              <w:right w:w="20" w:type="dxa"/>
            </w:tcMar>
          </w:tcPr>
          <w:p>
            <w:pPr>
              <w:jc w:val="right"/>
            </w:pPr>
            <w:r>
              <w:rPr>
                <w:sz w:val="15"/>
              </w:rPr>
              <w:t>429</w:t>
            </w:r>
          </w:p>
        </w:tc>
        <w:tc>
          <w:tcPr>
            <w:tcW w:type="dxa" w:w="835"/>
            <w:shd w:fill="F9FBFB"/>
            <w:tcMar>
              <w:top w:w="35" w:type="dxa"/>
              <w:bottom w:w="35" w:type="dxa"/>
              <w:left w:w="20" w:type="dxa"/>
              <w:right w:w="20" w:type="dxa"/>
            </w:tcMar>
          </w:tcPr>
          <w:p>
            <w:pPr>
              <w:jc w:val="right"/>
            </w:pPr>
            <w:r>
              <w:rPr>
                <w:sz w:val="15"/>
              </w:rPr>
              <w:t>263</w:t>
            </w:r>
          </w:p>
        </w:tc>
        <w:tc>
          <w:tcPr>
            <w:tcW w:type="dxa" w:w="835"/>
            <w:shd w:fill="F9FBFB"/>
            <w:tcMar>
              <w:top w:w="35" w:type="dxa"/>
              <w:bottom w:w="35" w:type="dxa"/>
              <w:left w:w="20" w:type="dxa"/>
              <w:right w:w="20" w:type="dxa"/>
            </w:tcMar>
          </w:tcPr>
          <w:p>
            <w:pPr>
              <w:jc w:val="right"/>
            </w:pPr>
            <w:r>
              <w:rPr>
                <w:sz w:val="15"/>
              </w:rPr>
              <w:t>478</w:t>
            </w:r>
          </w:p>
        </w:tc>
        <w:tc>
          <w:tcPr>
            <w:tcW w:type="dxa" w:w="835"/>
            <w:shd w:fill="F9FBFB"/>
            <w:tcMar>
              <w:top w:w="35" w:type="dxa"/>
              <w:bottom w:w="35" w:type="dxa"/>
              <w:left w:w="20" w:type="dxa"/>
              <w:right w:w="20" w:type="dxa"/>
            </w:tcMar>
          </w:tcPr>
          <w:p>
            <w:pPr>
              <w:jc w:val="right"/>
            </w:pPr>
            <w:r>
              <w:rPr>
                <w:sz w:val="15"/>
              </w:rPr>
              <w:t>329</w:t>
            </w:r>
          </w:p>
        </w:tc>
        <w:tc>
          <w:tcPr>
            <w:tcW w:type="dxa" w:w="835"/>
            <w:shd w:fill="F9FBFB"/>
            <w:tcMar>
              <w:top w:w="35" w:type="dxa"/>
              <w:bottom w:w="35" w:type="dxa"/>
              <w:left w:w="20" w:type="dxa"/>
              <w:right w:w="20" w:type="dxa"/>
            </w:tcMar>
          </w:tcPr>
          <w:p>
            <w:pPr>
              <w:jc w:val="right"/>
            </w:pPr>
            <w:r>
              <w:rPr>
                <w:sz w:val="15"/>
              </w:rPr>
              <w:t>418</w:t>
            </w:r>
          </w:p>
        </w:tc>
        <w:tc>
          <w:tcPr>
            <w:tcW w:type="dxa" w:w="835"/>
            <w:shd w:fill="F9FBFB"/>
            <w:tcMar>
              <w:top w:w="35" w:type="dxa"/>
              <w:bottom w:w="35" w:type="dxa"/>
              <w:left w:w="20" w:type="dxa"/>
              <w:right w:w="20" w:type="dxa"/>
            </w:tcMar>
          </w:tcPr>
          <w:p>
            <w:pPr>
              <w:jc w:val="right"/>
            </w:pPr>
            <w:r>
              <w:rPr>
                <w:sz w:val="15"/>
              </w:rPr>
              <w:t>547</w:t>
            </w:r>
          </w:p>
        </w:tc>
        <w:tc>
          <w:tcPr>
            <w:tcW w:type="dxa" w:w="835"/>
            <w:shd w:fill="F9FBFB"/>
            <w:tcMar>
              <w:top w:w="35" w:type="dxa"/>
              <w:bottom w:w="35" w:type="dxa"/>
              <w:left w:w="20" w:type="dxa"/>
              <w:right w:w="20" w:type="dxa"/>
            </w:tcMar>
          </w:tcPr>
          <w:p>
            <w:pPr>
              <w:jc w:val="right"/>
            </w:pPr>
            <w:r>
              <w:rPr>
                <w:b/>
                <w:sz w:val="15"/>
              </w:rPr>
              <w:t>994</w:t>
            </w:r>
          </w:p>
        </w:tc>
        <w:tc>
          <w:tcPr>
            <w:tcW w:type="dxa" w:w="1224"/>
            <w:shd w:fill="F9FBFB"/>
            <w:tcMar>
              <w:top w:w="35" w:type="dxa"/>
              <w:bottom w:w="35" w:type="dxa"/>
              <w:left w:w="20" w:type="dxa"/>
              <w:right w:w="20" w:type="dxa"/>
            </w:tcMar>
          </w:tcPr>
          <w:p>
            <w:pPr>
              <w:jc w:val="right"/>
            </w:pPr>
            <w:r>
              <w:rPr>
                <w:color w:val="27AE60"/>
                <w:sz w:val="15"/>
              </w:rPr>
              <w:t>+447</w:t>
            </w:r>
          </w:p>
        </w:tc>
        <w:tc>
          <w:tcPr>
            <w:tcW w:type="dxa" w:w="1066"/>
            <w:shd w:fill="F9FBFB"/>
            <w:tcMar>
              <w:top w:w="35" w:type="dxa"/>
              <w:bottom w:w="35" w:type="dxa"/>
              <w:left w:w="20" w:type="dxa"/>
              <w:right w:w="20" w:type="dxa"/>
            </w:tcMar>
          </w:tcPr>
          <w:p>
            <w:pPr>
              <w:jc w:val="center"/>
            </w:pPr>
            <w:r>
              <w:rPr>
                <w:b/>
                <w:color w:val="27AE60"/>
                <w:sz w:val="15"/>
              </w:rPr>
              <w:t>+81.7%</w:t>
            </w:r>
          </w:p>
        </w:tc>
      </w:tr>
      <w:tr>
        <w:tc>
          <w:tcPr>
            <w:tcW w:type="dxa" w:w="504"/>
            <w:shd w:fill="FFFFFF"/>
            <w:tcMar>
              <w:top w:w="35" w:type="dxa"/>
              <w:bottom w:w="35" w:type="dxa"/>
              <w:left w:w="20" w:type="dxa"/>
              <w:right w:w="20" w:type="dxa"/>
            </w:tcMar>
          </w:tcPr>
          <w:p>
            <w:pPr>
              <w:jc w:val="center"/>
            </w:pPr>
            <w:r>
              <w:rPr>
                <w:sz w:val="15"/>
              </w:rPr>
              <w:t>21</w:t>
            </w:r>
          </w:p>
        </w:tc>
        <w:tc>
          <w:tcPr>
            <w:tcW w:type="dxa" w:w="936"/>
            <w:shd w:fill="FFFFFF"/>
            <w:tcMar>
              <w:top w:w="35" w:type="dxa"/>
              <w:bottom w:w="35" w:type="dxa"/>
              <w:left w:w="20" w:type="dxa"/>
              <w:right w:w="20" w:type="dxa"/>
            </w:tcMar>
          </w:tcPr>
          <w:p>
            <w:pPr>
              <w:jc w:val="left"/>
            </w:pPr>
            <w:r>
              <w:rPr>
                <w:sz w:val="15"/>
              </w:rPr>
              <w:t>KH0797</w:t>
            </w:r>
          </w:p>
        </w:tc>
        <w:tc>
          <w:tcPr>
            <w:tcW w:type="dxa" w:w="3024"/>
            <w:shd w:fill="FFFFFF"/>
            <w:tcMar>
              <w:top w:w="35" w:type="dxa"/>
              <w:bottom w:w="35" w:type="dxa"/>
              <w:left w:w="20" w:type="dxa"/>
              <w:right w:w="20" w:type="dxa"/>
            </w:tcMar>
          </w:tcPr>
          <w:p>
            <w:pPr>
              <w:jc w:val="left"/>
            </w:pPr>
            <w:r>
              <w:rPr>
                <w:sz w:val="15"/>
              </w:rPr>
              <w:t>CÔNG TY CỔ PHẦN TẬP ĐOÀN KỸ NGHỆ GỖ TRƯỜNG THÀNH</w:t>
            </w:r>
          </w:p>
        </w:tc>
        <w:tc>
          <w:tcPr>
            <w:tcW w:type="dxa" w:w="835"/>
            <w:shd w:fill="FFFFFF"/>
            <w:tcMar>
              <w:top w:w="35" w:type="dxa"/>
              <w:bottom w:w="35" w:type="dxa"/>
              <w:left w:w="20" w:type="dxa"/>
              <w:right w:w="20" w:type="dxa"/>
            </w:tcMar>
          </w:tcPr>
          <w:p>
            <w:pPr>
              <w:jc w:val="right"/>
            </w:pPr>
            <w:r>
              <w:rPr>
                <w:sz w:val="15"/>
              </w:rPr>
              <w:t>654</w:t>
            </w:r>
          </w:p>
        </w:tc>
        <w:tc>
          <w:tcPr>
            <w:tcW w:type="dxa" w:w="835"/>
            <w:shd w:fill="FFFFFF"/>
            <w:tcMar>
              <w:top w:w="35" w:type="dxa"/>
              <w:bottom w:w="35" w:type="dxa"/>
              <w:left w:w="20" w:type="dxa"/>
              <w:right w:w="20" w:type="dxa"/>
            </w:tcMar>
          </w:tcPr>
          <w:p>
            <w:pPr>
              <w:jc w:val="right"/>
            </w:pPr>
            <w:r>
              <w:rPr>
                <w:sz w:val="15"/>
              </w:rPr>
              <w:t>101</w:t>
            </w:r>
          </w:p>
        </w:tc>
        <w:tc>
          <w:tcPr>
            <w:tcW w:type="dxa" w:w="835"/>
            <w:shd w:fill="FFFFFF"/>
            <w:tcMar>
              <w:top w:w="35" w:type="dxa"/>
              <w:bottom w:w="35" w:type="dxa"/>
              <w:left w:w="20" w:type="dxa"/>
              <w:right w:w="20" w:type="dxa"/>
            </w:tcMar>
          </w:tcPr>
          <w:p>
            <w:pPr>
              <w:jc w:val="right"/>
            </w:pPr>
            <w:r>
              <w:rPr>
                <w:sz w:val="15"/>
              </w:rPr>
              <w:t>648</w:t>
            </w:r>
          </w:p>
        </w:tc>
        <w:tc>
          <w:tcPr>
            <w:tcW w:type="dxa" w:w="835"/>
            <w:shd w:fill="FFFFFF"/>
            <w:tcMar>
              <w:top w:w="35" w:type="dxa"/>
              <w:bottom w:w="35" w:type="dxa"/>
              <w:left w:w="20" w:type="dxa"/>
              <w:right w:w="20" w:type="dxa"/>
            </w:tcMar>
          </w:tcPr>
          <w:p>
            <w:pPr>
              <w:jc w:val="right"/>
            </w:pPr>
            <w:r>
              <w:rPr>
                <w:sz w:val="15"/>
              </w:rPr>
              <w:t>647</w:t>
            </w:r>
          </w:p>
        </w:tc>
        <w:tc>
          <w:tcPr>
            <w:tcW w:type="dxa" w:w="835"/>
            <w:shd w:fill="FFFFFF"/>
            <w:tcMar>
              <w:top w:w="35" w:type="dxa"/>
              <w:bottom w:w="35" w:type="dxa"/>
              <w:left w:w="20" w:type="dxa"/>
              <w:right w:w="20" w:type="dxa"/>
            </w:tcMar>
          </w:tcPr>
          <w:p>
            <w:pPr>
              <w:jc w:val="right"/>
            </w:pPr>
            <w:r>
              <w:rPr>
                <w:sz w:val="15"/>
              </w:rPr>
              <w:t>218</w:t>
            </w:r>
          </w:p>
        </w:tc>
        <w:tc>
          <w:tcPr>
            <w:tcW w:type="dxa" w:w="835"/>
            <w:shd w:fill="FFFFFF"/>
            <w:tcMar>
              <w:top w:w="35" w:type="dxa"/>
              <w:bottom w:w="35" w:type="dxa"/>
              <w:left w:w="20" w:type="dxa"/>
              <w:right w:w="20" w:type="dxa"/>
            </w:tcMar>
          </w:tcPr>
          <w:p>
            <w:pPr>
              <w:jc w:val="right"/>
            </w:pPr>
            <w:r>
              <w:rPr>
                <w:sz w:val="15"/>
              </w:rPr>
              <w:t>642</w:t>
            </w:r>
          </w:p>
        </w:tc>
        <w:tc>
          <w:tcPr>
            <w:tcW w:type="dxa" w:w="835"/>
            <w:shd w:fill="FFFFFF"/>
            <w:tcMar>
              <w:top w:w="35" w:type="dxa"/>
              <w:bottom w:w="35" w:type="dxa"/>
              <w:left w:w="20" w:type="dxa"/>
              <w:right w:w="20" w:type="dxa"/>
            </w:tcMar>
          </w:tcPr>
          <w:p>
            <w:pPr>
              <w:jc w:val="right"/>
            </w:pPr>
            <w:r>
              <w:rPr>
                <w:sz w:val="15"/>
              </w:rPr>
              <w:t>793</w:t>
            </w:r>
          </w:p>
        </w:tc>
        <w:tc>
          <w:tcPr>
            <w:tcW w:type="dxa" w:w="835"/>
            <w:shd w:fill="FFFFFF"/>
            <w:tcMar>
              <w:top w:w="35" w:type="dxa"/>
              <w:bottom w:w="35" w:type="dxa"/>
              <w:left w:w="20" w:type="dxa"/>
              <w:right w:w="20" w:type="dxa"/>
            </w:tcMar>
          </w:tcPr>
          <w:p>
            <w:pPr>
              <w:jc w:val="right"/>
            </w:pPr>
            <w:r>
              <w:rPr>
                <w:sz w:val="15"/>
              </w:rPr>
              <w:t>634</w:t>
            </w:r>
          </w:p>
        </w:tc>
        <w:tc>
          <w:tcPr>
            <w:tcW w:type="dxa" w:w="835"/>
            <w:shd w:fill="FFFFFF"/>
            <w:tcMar>
              <w:top w:w="35" w:type="dxa"/>
              <w:bottom w:w="35" w:type="dxa"/>
              <w:left w:w="20" w:type="dxa"/>
              <w:right w:w="20" w:type="dxa"/>
            </w:tcMar>
          </w:tcPr>
          <w:p>
            <w:pPr>
              <w:jc w:val="right"/>
            </w:pPr>
            <w:r>
              <w:rPr>
                <w:sz w:val="15"/>
              </w:rPr>
              <w:t>535</w:t>
            </w:r>
          </w:p>
        </w:tc>
        <w:tc>
          <w:tcPr>
            <w:tcW w:type="dxa" w:w="835"/>
            <w:shd w:fill="FFFFFF"/>
            <w:tcMar>
              <w:top w:w="35" w:type="dxa"/>
              <w:bottom w:w="35" w:type="dxa"/>
              <w:left w:w="20" w:type="dxa"/>
              <w:right w:w="20" w:type="dxa"/>
            </w:tcMar>
          </w:tcPr>
          <w:p>
            <w:pPr>
              <w:jc w:val="right"/>
            </w:pPr>
            <w:r>
              <w:rPr>
                <w:b/>
                <w:sz w:val="15"/>
              </w:rPr>
              <w:t>415</w:t>
            </w:r>
          </w:p>
        </w:tc>
        <w:tc>
          <w:tcPr>
            <w:tcW w:type="dxa" w:w="1224"/>
            <w:shd w:fill="FFFFFF"/>
            <w:tcMar>
              <w:top w:w="35" w:type="dxa"/>
              <w:bottom w:w="35" w:type="dxa"/>
              <w:left w:w="20" w:type="dxa"/>
              <w:right w:w="20" w:type="dxa"/>
            </w:tcMar>
          </w:tcPr>
          <w:p>
            <w:pPr>
              <w:jc w:val="right"/>
            </w:pPr>
            <w:r>
              <w:rPr>
                <w:color w:val="C0392B"/>
                <w:sz w:val="15"/>
              </w:rPr>
              <w:t>-120</w:t>
            </w:r>
          </w:p>
        </w:tc>
        <w:tc>
          <w:tcPr>
            <w:tcW w:type="dxa" w:w="1066"/>
            <w:shd w:fill="FFFFFF"/>
            <w:tcMar>
              <w:top w:w="35" w:type="dxa"/>
              <w:bottom w:w="35" w:type="dxa"/>
              <w:left w:w="20" w:type="dxa"/>
              <w:right w:w="20" w:type="dxa"/>
            </w:tcMar>
          </w:tcPr>
          <w:p>
            <w:pPr>
              <w:jc w:val="center"/>
            </w:pPr>
            <w:r>
              <w:rPr>
                <w:b/>
                <w:color w:val="C0392B"/>
                <w:sz w:val="15"/>
              </w:rPr>
              <w:t>-22.4%</w:t>
            </w:r>
          </w:p>
        </w:tc>
      </w:tr>
      <w:tr>
        <w:tc>
          <w:tcPr>
            <w:tcW w:type="dxa" w:w="504"/>
            <w:shd w:fill="F9FBFB"/>
            <w:tcMar>
              <w:top w:w="35" w:type="dxa"/>
              <w:bottom w:w="35" w:type="dxa"/>
              <w:left w:w="20" w:type="dxa"/>
              <w:right w:w="20" w:type="dxa"/>
            </w:tcMar>
          </w:tcPr>
          <w:p>
            <w:pPr>
              <w:jc w:val="center"/>
            </w:pPr>
            <w:r>
              <w:rPr>
                <w:sz w:val="15"/>
              </w:rPr>
              <w:t>22</w:t>
            </w:r>
          </w:p>
        </w:tc>
        <w:tc>
          <w:tcPr>
            <w:tcW w:type="dxa" w:w="936"/>
            <w:shd w:fill="F9FBFB"/>
            <w:tcMar>
              <w:top w:w="35" w:type="dxa"/>
              <w:bottom w:w="35" w:type="dxa"/>
              <w:left w:w="20" w:type="dxa"/>
              <w:right w:w="20" w:type="dxa"/>
            </w:tcMar>
          </w:tcPr>
          <w:p>
            <w:pPr>
              <w:jc w:val="left"/>
            </w:pPr>
            <w:r>
              <w:rPr>
                <w:sz w:val="15"/>
              </w:rPr>
              <w:t>KH1526</w:t>
            </w:r>
          </w:p>
        </w:tc>
        <w:tc>
          <w:tcPr>
            <w:tcW w:type="dxa" w:w="3024"/>
            <w:shd w:fill="F9FBFB"/>
            <w:tcMar>
              <w:top w:w="35" w:type="dxa"/>
              <w:bottom w:w="35" w:type="dxa"/>
              <w:left w:w="20" w:type="dxa"/>
              <w:right w:w="20" w:type="dxa"/>
            </w:tcMar>
          </w:tcPr>
          <w:p>
            <w:pPr>
              <w:jc w:val="left"/>
            </w:pPr>
            <w:r>
              <w:rPr>
                <w:sz w:val="15"/>
              </w:rPr>
              <w:t>CÔNG TY TNHH NỘI THẤT MÊ KÔNG</w:t>
            </w:r>
          </w:p>
        </w:tc>
        <w:tc>
          <w:tcPr>
            <w:tcW w:type="dxa" w:w="835"/>
            <w:shd w:fill="F9FBFB"/>
            <w:tcMar>
              <w:top w:w="35" w:type="dxa"/>
              <w:bottom w:w="35" w:type="dxa"/>
              <w:left w:w="20" w:type="dxa"/>
              <w:right w:w="20" w:type="dxa"/>
            </w:tcMar>
          </w:tcPr>
          <w:p>
            <w:pPr>
              <w:jc w:val="right"/>
            </w:pPr>
            <w:r>
              <w:rPr>
                <w:sz w:val="15"/>
              </w:rPr>
              <w:t>726</w:t>
            </w:r>
          </w:p>
        </w:tc>
        <w:tc>
          <w:tcPr>
            <w:tcW w:type="dxa" w:w="835"/>
            <w:shd w:fill="F9FBFB"/>
            <w:tcMar>
              <w:top w:w="35" w:type="dxa"/>
              <w:bottom w:w="35" w:type="dxa"/>
              <w:left w:w="20" w:type="dxa"/>
              <w:right w:w="20" w:type="dxa"/>
            </w:tcMar>
          </w:tcPr>
          <w:p>
            <w:pPr>
              <w:jc w:val="right"/>
            </w:pPr>
            <w:r>
              <w:rPr>
                <w:sz w:val="15"/>
              </w:rPr>
              <w:t>232</w:t>
            </w:r>
          </w:p>
        </w:tc>
        <w:tc>
          <w:tcPr>
            <w:tcW w:type="dxa" w:w="835"/>
            <w:shd w:fill="F9FBFB"/>
            <w:tcMar>
              <w:top w:w="35" w:type="dxa"/>
              <w:bottom w:w="35" w:type="dxa"/>
              <w:left w:w="20" w:type="dxa"/>
              <w:right w:w="20" w:type="dxa"/>
            </w:tcMar>
          </w:tcPr>
          <w:p>
            <w:pPr>
              <w:jc w:val="right"/>
            </w:pPr>
            <w:r>
              <w:rPr>
                <w:sz w:val="15"/>
              </w:rPr>
              <w:t>861</w:t>
            </w:r>
          </w:p>
        </w:tc>
        <w:tc>
          <w:tcPr>
            <w:tcW w:type="dxa" w:w="835"/>
            <w:shd w:fill="F9FBFB"/>
            <w:tcMar>
              <w:top w:w="35" w:type="dxa"/>
              <w:bottom w:w="35" w:type="dxa"/>
              <w:left w:w="20" w:type="dxa"/>
              <w:right w:w="20" w:type="dxa"/>
            </w:tcMar>
          </w:tcPr>
          <w:p>
            <w:pPr>
              <w:jc w:val="right"/>
            </w:pPr>
            <w:r>
              <w:rPr>
                <w:sz w:val="15"/>
              </w:rPr>
              <w:t>941</w:t>
            </w:r>
          </w:p>
        </w:tc>
        <w:tc>
          <w:tcPr>
            <w:tcW w:type="dxa" w:w="835"/>
            <w:shd w:fill="F9FBFB"/>
            <w:tcMar>
              <w:top w:w="35" w:type="dxa"/>
              <w:bottom w:w="35" w:type="dxa"/>
              <w:left w:w="20" w:type="dxa"/>
              <w:right w:w="20" w:type="dxa"/>
            </w:tcMar>
          </w:tcPr>
          <w:p>
            <w:pPr>
              <w:jc w:val="right"/>
            </w:pPr>
            <w:r>
              <w:rPr>
                <w:sz w:val="15"/>
              </w:rPr>
              <w:t>583</w:t>
            </w:r>
          </w:p>
        </w:tc>
        <w:tc>
          <w:tcPr>
            <w:tcW w:type="dxa" w:w="835"/>
            <w:shd w:fill="F9FBFB"/>
            <w:tcMar>
              <w:top w:w="35" w:type="dxa"/>
              <w:bottom w:w="35" w:type="dxa"/>
              <w:left w:w="20" w:type="dxa"/>
              <w:right w:w="20" w:type="dxa"/>
            </w:tcMar>
          </w:tcPr>
          <w:p>
            <w:pPr>
              <w:jc w:val="right"/>
            </w:pPr>
            <w:r>
              <w:rPr>
                <w:sz w:val="15"/>
              </w:rPr>
              <w:t>662</w:t>
            </w:r>
          </w:p>
        </w:tc>
        <w:tc>
          <w:tcPr>
            <w:tcW w:type="dxa" w:w="835"/>
            <w:shd w:fill="F9FBFB"/>
            <w:tcMar>
              <w:top w:w="35" w:type="dxa"/>
              <w:bottom w:w="35" w:type="dxa"/>
              <w:left w:w="20" w:type="dxa"/>
              <w:right w:w="20" w:type="dxa"/>
            </w:tcMar>
          </w:tcPr>
          <w:p>
            <w:pPr>
              <w:jc w:val="right"/>
            </w:pPr>
            <w:r>
              <w:rPr>
                <w:sz w:val="15"/>
              </w:rPr>
              <w:t>732</w:t>
            </w:r>
          </w:p>
        </w:tc>
        <w:tc>
          <w:tcPr>
            <w:tcW w:type="dxa" w:w="835"/>
            <w:shd w:fill="F9FBFB"/>
            <w:tcMar>
              <w:top w:w="35" w:type="dxa"/>
              <w:bottom w:w="35" w:type="dxa"/>
              <w:left w:w="20" w:type="dxa"/>
              <w:right w:w="20" w:type="dxa"/>
            </w:tcMar>
          </w:tcPr>
          <w:p>
            <w:pPr>
              <w:jc w:val="right"/>
            </w:pPr>
            <w:r>
              <w:rPr>
                <w:sz w:val="15"/>
              </w:rPr>
              <w:t>441</w:t>
            </w:r>
          </w:p>
        </w:tc>
        <w:tc>
          <w:tcPr>
            <w:tcW w:type="dxa" w:w="835"/>
            <w:shd w:fill="F9FBFB"/>
            <w:tcMar>
              <w:top w:w="35" w:type="dxa"/>
              <w:bottom w:w="35" w:type="dxa"/>
              <w:left w:w="20" w:type="dxa"/>
              <w:right w:w="20" w:type="dxa"/>
            </w:tcMar>
          </w:tcPr>
          <w:p>
            <w:pPr>
              <w:jc w:val="right"/>
            </w:pPr>
            <w:r>
              <w:rPr>
                <w:sz w:val="15"/>
              </w:rPr>
              <w:t>507</w:t>
            </w:r>
          </w:p>
        </w:tc>
        <w:tc>
          <w:tcPr>
            <w:tcW w:type="dxa" w:w="835"/>
            <w:shd w:fill="F9FBFB"/>
            <w:tcMar>
              <w:top w:w="35" w:type="dxa"/>
              <w:bottom w:w="35" w:type="dxa"/>
              <w:left w:w="20" w:type="dxa"/>
              <w:right w:w="20" w:type="dxa"/>
            </w:tcMar>
          </w:tcPr>
          <w:p>
            <w:pPr>
              <w:jc w:val="right"/>
            </w:pPr>
            <w:r>
              <w:rPr>
                <w:b/>
                <w:sz w:val="15"/>
              </w:rPr>
              <w:t>346</w:t>
            </w:r>
          </w:p>
        </w:tc>
        <w:tc>
          <w:tcPr>
            <w:tcW w:type="dxa" w:w="1224"/>
            <w:shd w:fill="F9FBFB"/>
            <w:tcMar>
              <w:top w:w="35" w:type="dxa"/>
              <w:bottom w:w="35" w:type="dxa"/>
              <w:left w:w="20" w:type="dxa"/>
              <w:right w:w="20" w:type="dxa"/>
            </w:tcMar>
          </w:tcPr>
          <w:p>
            <w:pPr>
              <w:jc w:val="right"/>
            </w:pPr>
            <w:r>
              <w:rPr>
                <w:color w:val="C0392B"/>
                <w:sz w:val="15"/>
              </w:rPr>
              <w:t>-161</w:t>
            </w:r>
          </w:p>
        </w:tc>
        <w:tc>
          <w:tcPr>
            <w:tcW w:type="dxa" w:w="1066"/>
            <w:shd w:fill="F9FBFB"/>
            <w:tcMar>
              <w:top w:w="35" w:type="dxa"/>
              <w:bottom w:w="35" w:type="dxa"/>
              <w:left w:w="20" w:type="dxa"/>
              <w:right w:w="20" w:type="dxa"/>
            </w:tcMar>
          </w:tcPr>
          <w:p>
            <w:pPr>
              <w:jc w:val="center"/>
            </w:pPr>
            <w:r>
              <w:rPr>
                <w:b/>
                <w:color w:val="C0392B"/>
                <w:sz w:val="15"/>
              </w:rPr>
              <w:t>-31.8%</w:t>
            </w:r>
          </w:p>
        </w:tc>
      </w:tr>
      <w:tr>
        <w:tc>
          <w:tcPr>
            <w:tcW w:type="dxa" w:w="504"/>
            <w:shd w:fill="FFFFFF"/>
            <w:tcMar>
              <w:top w:w="35" w:type="dxa"/>
              <w:bottom w:w="35" w:type="dxa"/>
              <w:left w:w="20" w:type="dxa"/>
              <w:right w:w="20" w:type="dxa"/>
            </w:tcMar>
          </w:tcPr>
          <w:p>
            <w:pPr>
              <w:jc w:val="center"/>
            </w:pPr>
            <w:r>
              <w:rPr>
                <w:sz w:val="15"/>
              </w:rPr>
              <w:t>23</w:t>
            </w:r>
          </w:p>
        </w:tc>
        <w:tc>
          <w:tcPr>
            <w:tcW w:type="dxa" w:w="936"/>
            <w:shd w:fill="FFFFFF"/>
            <w:tcMar>
              <w:top w:w="35" w:type="dxa"/>
              <w:bottom w:w="35" w:type="dxa"/>
              <w:left w:w="20" w:type="dxa"/>
              <w:right w:w="20" w:type="dxa"/>
            </w:tcMar>
          </w:tcPr>
          <w:p>
            <w:pPr>
              <w:jc w:val="left"/>
            </w:pPr>
            <w:r>
              <w:rPr>
                <w:sz w:val="15"/>
              </w:rPr>
              <w:t>KH1550</w:t>
            </w:r>
          </w:p>
        </w:tc>
        <w:tc>
          <w:tcPr>
            <w:tcW w:type="dxa" w:w="3024"/>
            <w:shd w:fill="FFFFFF"/>
            <w:tcMar>
              <w:top w:w="35" w:type="dxa"/>
              <w:bottom w:w="35" w:type="dxa"/>
              <w:left w:w="20" w:type="dxa"/>
              <w:right w:w="20" w:type="dxa"/>
            </w:tcMar>
          </w:tcPr>
          <w:p>
            <w:pPr>
              <w:jc w:val="left"/>
            </w:pPr>
            <w:r>
              <w:rPr>
                <w:sz w:val="15"/>
              </w:rPr>
              <w:t>CÔNG TY TNHH MINH HƯNG TIẾN</w:t>
            </w:r>
          </w:p>
        </w:tc>
        <w:tc>
          <w:tcPr>
            <w:tcW w:type="dxa" w:w="835"/>
            <w:shd w:fill="FFFFFF"/>
            <w:tcMar>
              <w:top w:w="35" w:type="dxa"/>
              <w:bottom w:w="35" w:type="dxa"/>
              <w:left w:w="20" w:type="dxa"/>
              <w:right w:w="20" w:type="dxa"/>
            </w:tcMar>
          </w:tcPr>
          <w:p>
            <w:pPr>
              <w:jc w:val="right"/>
            </w:pPr>
            <w:r>
              <w:rPr>
                <w:sz w:val="15"/>
              </w:rPr>
              <w:t>201</w:t>
            </w:r>
          </w:p>
        </w:tc>
        <w:tc>
          <w:tcPr>
            <w:tcW w:type="dxa" w:w="835"/>
            <w:shd w:fill="FFFFFF"/>
            <w:tcMar>
              <w:top w:w="35" w:type="dxa"/>
              <w:bottom w:w="35" w:type="dxa"/>
              <w:left w:w="20" w:type="dxa"/>
              <w:right w:w="20" w:type="dxa"/>
            </w:tcMar>
          </w:tcPr>
          <w:p>
            <w:pPr>
              <w:jc w:val="right"/>
            </w:pPr>
            <w:r>
              <w:rPr>
                <w:sz w:val="15"/>
              </w:rPr>
              <w:t>105</w:t>
            </w:r>
          </w:p>
        </w:tc>
        <w:tc>
          <w:tcPr>
            <w:tcW w:type="dxa" w:w="835"/>
            <w:shd w:fill="FFFFFF"/>
            <w:tcMar>
              <w:top w:w="35" w:type="dxa"/>
              <w:bottom w:w="35" w:type="dxa"/>
              <w:left w:w="20" w:type="dxa"/>
              <w:right w:w="20" w:type="dxa"/>
            </w:tcMar>
          </w:tcPr>
          <w:p>
            <w:pPr>
              <w:jc w:val="right"/>
            </w:pPr>
            <w:r>
              <w:rPr>
                <w:sz w:val="15"/>
              </w:rPr>
              <w:t>421</w:t>
            </w:r>
          </w:p>
        </w:tc>
        <w:tc>
          <w:tcPr>
            <w:tcW w:type="dxa" w:w="835"/>
            <w:shd w:fill="FFFFFF"/>
            <w:tcMar>
              <w:top w:w="35" w:type="dxa"/>
              <w:bottom w:w="35" w:type="dxa"/>
              <w:left w:w="20" w:type="dxa"/>
              <w:right w:w="20" w:type="dxa"/>
            </w:tcMar>
          </w:tcPr>
          <w:p>
            <w:pPr>
              <w:jc w:val="right"/>
            </w:pPr>
            <w:r>
              <w:rPr>
                <w:sz w:val="15"/>
              </w:rPr>
              <w:t>504</w:t>
            </w:r>
          </w:p>
        </w:tc>
        <w:tc>
          <w:tcPr>
            <w:tcW w:type="dxa" w:w="835"/>
            <w:shd w:fill="FFFFFF"/>
            <w:tcMar>
              <w:top w:w="35" w:type="dxa"/>
              <w:bottom w:w="35" w:type="dxa"/>
              <w:left w:w="20" w:type="dxa"/>
              <w:right w:w="20" w:type="dxa"/>
            </w:tcMar>
          </w:tcPr>
          <w:p>
            <w:pPr>
              <w:jc w:val="right"/>
            </w:pPr>
            <w:r>
              <w:rPr>
                <w:sz w:val="15"/>
              </w:rPr>
              <w:t>436</w:t>
            </w:r>
          </w:p>
        </w:tc>
        <w:tc>
          <w:tcPr>
            <w:tcW w:type="dxa" w:w="835"/>
            <w:shd w:fill="FFFFFF"/>
            <w:tcMar>
              <w:top w:w="35" w:type="dxa"/>
              <w:bottom w:w="35" w:type="dxa"/>
              <w:left w:w="20" w:type="dxa"/>
              <w:right w:w="20" w:type="dxa"/>
            </w:tcMar>
          </w:tcPr>
          <w:p>
            <w:pPr>
              <w:jc w:val="right"/>
            </w:pPr>
            <w:r>
              <w:rPr>
                <w:sz w:val="15"/>
              </w:rPr>
              <w:t>561</w:t>
            </w:r>
          </w:p>
        </w:tc>
        <w:tc>
          <w:tcPr>
            <w:tcW w:type="dxa" w:w="835"/>
            <w:shd w:fill="FFFFFF"/>
            <w:tcMar>
              <w:top w:w="35" w:type="dxa"/>
              <w:bottom w:w="35" w:type="dxa"/>
              <w:left w:w="20" w:type="dxa"/>
              <w:right w:w="20" w:type="dxa"/>
            </w:tcMar>
          </w:tcPr>
          <w:p>
            <w:pPr>
              <w:jc w:val="right"/>
            </w:pPr>
            <w:r>
              <w:rPr>
                <w:sz w:val="15"/>
              </w:rPr>
              <w:t>617</w:t>
            </w:r>
          </w:p>
        </w:tc>
        <w:tc>
          <w:tcPr>
            <w:tcW w:type="dxa" w:w="835"/>
            <w:shd w:fill="FFFFFF"/>
            <w:tcMar>
              <w:top w:w="35" w:type="dxa"/>
              <w:bottom w:w="35" w:type="dxa"/>
              <w:left w:w="20" w:type="dxa"/>
              <w:right w:w="20" w:type="dxa"/>
            </w:tcMar>
          </w:tcPr>
          <w:p>
            <w:pPr>
              <w:jc w:val="right"/>
            </w:pPr>
            <w:r>
              <w:rPr>
                <w:sz w:val="15"/>
              </w:rPr>
              <w:t>822</w:t>
            </w:r>
          </w:p>
        </w:tc>
        <w:tc>
          <w:tcPr>
            <w:tcW w:type="dxa" w:w="835"/>
            <w:shd w:fill="FFFFFF"/>
            <w:tcMar>
              <w:top w:w="35" w:type="dxa"/>
              <w:bottom w:w="35" w:type="dxa"/>
              <w:left w:w="20" w:type="dxa"/>
              <w:right w:w="20" w:type="dxa"/>
            </w:tcMar>
          </w:tcPr>
          <w:p>
            <w:pPr>
              <w:jc w:val="right"/>
            </w:pPr>
            <w:r>
              <w:rPr>
                <w:sz w:val="15"/>
              </w:rPr>
              <w:t>495</w:t>
            </w:r>
          </w:p>
        </w:tc>
        <w:tc>
          <w:tcPr>
            <w:tcW w:type="dxa" w:w="835"/>
            <w:shd w:fill="FFFFFF"/>
            <w:tcMar>
              <w:top w:w="35" w:type="dxa"/>
              <w:bottom w:w="35" w:type="dxa"/>
              <w:left w:w="20" w:type="dxa"/>
              <w:right w:w="20" w:type="dxa"/>
            </w:tcMar>
          </w:tcPr>
          <w:p>
            <w:pPr>
              <w:jc w:val="right"/>
            </w:pPr>
            <w:r>
              <w:rPr>
                <w:b/>
                <w:sz w:val="15"/>
              </w:rPr>
              <w:t>739</w:t>
            </w:r>
          </w:p>
        </w:tc>
        <w:tc>
          <w:tcPr>
            <w:tcW w:type="dxa" w:w="1224"/>
            <w:shd w:fill="FFFFFF"/>
            <w:tcMar>
              <w:top w:w="35" w:type="dxa"/>
              <w:bottom w:w="35" w:type="dxa"/>
              <w:left w:w="20" w:type="dxa"/>
              <w:right w:w="20" w:type="dxa"/>
            </w:tcMar>
          </w:tcPr>
          <w:p>
            <w:pPr>
              <w:jc w:val="right"/>
            </w:pPr>
            <w:r>
              <w:rPr>
                <w:color w:val="27AE60"/>
                <w:sz w:val="15"/>
              </w:rPr>
              <w:t>+244</w:t>
            </w:r>
          </w:p>
        </w:tc>
        <w:tc>
          <w:tcPr>
            <w:tcW w:type="dxa" w:w="1066"/>
            <w:shd w:fill="FFFFFF"/>
            <w:tcMar>
              <w:top w:w="35" w:type="dxa"/>
              <w:bottom w:w="35" w:type="dxa"/>
              <w:left w:w="20" w:type="dxa"/>
              <w:right w:w="20" w:type="dxa"/>
            </w:tcMar>
          </w:tcPr>
          <w:p>
            <w:pPr>
              <w:jc w:val="center"/>
            </w:pPr>
            <w:r>
              <w:rPr>
                <w:b/>
                <w:color w:val="27AE60"/>
                <w:sz w:val="15"/>
              </w:rPr>
              <w:t>+49.3%</w:t>
            </w:r>
          </w:p>
        </w:tc>
      </w:tr>
      <w:tr>
        <w:tc>
          <w:tcPr>
            <w:tcW w:type="dxa" w:w="504"/>
            <w:shd w:fill="F9FBFB"/>
            <w:tcMar>
              <w:top w:w="35" w:type="dxa"/>
              <w:bottom w:w="35" w:type="dxa"/>
              <w:left w:w="20" w:type="dxa"/>
              <w:right w:w="20" w:type="dxa"/>
            </w:tcMar>
          </w:tcPr>
          <w:p>
            <w:pPr>
              <w:jc w:val="center"/>
            </w:pPr>
            <w:r>
              <w:rPr>
                <w:sz w:val="15"/>
              </w:rPr>
              <w:t>24</w:t>
            </w:r>
          </w:p>
        </w:tc>
        <w:tc>
          <w:tcPr>
            <w:tcW w:type="dxa" w:w="936"/>
            <w:shd w:fill="F9FBFB"/>
            <w:tcMar>
              <w:top w:w="35" w:type="dxa"/>
              <w:bottom w:w="35" w:type="dxa"/>
              <w:left w:w="20" w:type="dxa"/>
              <w:right w:w="20" w:type="dxa"/>
            </w:tcMar>
          </w:tcPr>
          <w:p>
            <w:pPr>
              <w:jc w:val="left"/>
            </w:pPr>
            <w:r>
              <w:rPr>
                <w:sz w:val="15"/>
              </w:rPr>
              <w:t>KH0751</w:t>
            </w:r>
          </w:p>
        </w:tc>
        <w:tc>
          <w:tcPr>
            <w:tcW w:type="dxa" w:w="3024"/>
            <w:shd w:fill="F9FBFB"/>
            <w:tcMar>
              <w:top w:w="35" w:type="dxa"/>
              <w:bottom w:w="35" w:type="dxa"/>
              <w:left w:w="20" w:type="dxa"/>
              <w:right w:w="20" w:type="dxa"/>
            </w:tcMar>
          </w:tcPr>
          <w:p>
            <w:pPr>
              <w:jc w:val="left"/>
            </w:pPr>
            <w:r>
              <w:rPr>
                <w:sz w:val="15"/>
              </w:rPr>
              <w:t>CÔNG TY TNHH ĐĂNG LONG</w:t>
            </w:r>
          </w:p>
        </w:tc>
        <w:tc>
          <w:tcPr>
            <w:tcW w:type="dxa" w:w="835"/>
            <w:shd w:fill="F9FBFB"/>
            <w:tcMar>
              <w:top w:w="35" w:type="dxa"/>
              <w:bottom w:w="35" w:type="dxa"/>
              <w:left w:w="20" w:type="dxa"/>
              <w:right w:w="20" w:type="dxa"/>
            </w:tcMar>
          </w:tcPr>
          <w:p>
            <w:pPr>
              <w:jc w:val="right"/>
            </w:pPr>
            <w:r>
              <w:rPr>
                <w:sz w:val="15"/>
              </w:rPr>
              <w:t>302</w:t>
            </w:r>
          </w:p>
        </w:tc>
        <w:tc>
          <w:tcPr>
            <w:tcW w:type="dxa" w:w="835"/>
            <w:shd w:fill="F9FBFB"/>
            <w:tcMar>
              <w:top w:w="35" w:type="dxa"/>
              <w:bottom w:w="35" w:type="dxa"/>
              <w:left w:w="20" w:type="dxa"/>
              <w:right w:w="20" w:type="dxa"/>
            </w:tcMar>
          </w:tcPr>
          <w:p>
            <w:pPr>
              <w:jc w:val="right"/>
            </w:pPr>
            <w:r>
              <w:rPr>
                <w:sz w:val="15"/>
              </w:rPr>
              <w:t>159</w:t>
            </w:r>
          </w:p>
        </w:tc>
        <w:tc>
          <w:tcPr>
            <w:tcW w:type="dxa" w:w="835"/>
            <w:shd w:fill="F9FBFB"/>
            <w:tcMar>
              <w:top w:w="35" w:type="dxa"/>
              <w:bottom w:w="35" w:type="dxa"/>
              <w:left w:w="20" w:type="dxa"/>
              <w:right w:w="20" w:type="dxa"/>
            </w:tcMar>
          </w:tcPr>
          <w:p>
            <w:pPr>
              <w:jc w:val="right"/>
            </w:pPr>
            <w:r>
              <w:rPr>
                <w:sz w:val="15"/>
              </w:rPr>
              <w:t>514</w:t>
            </w:r>
          </w:p>
        </w:tc>
        <w:tc>
          <w:tcPr>
            <w:tcW w:type="dxa" w:w="835"/>
            <w:shd w:fill="F9FBFB"/>
            <w:tcMar>
              <w:top w:w="35" w:type="dxa"/>
              <w:bottom w:w="35" w:type="dxa"/>
              <w:left w:w="20" w:type="dxa"/>
              <w:right w:w="20" w:type="dxa"/>
            </w:tcMar>
          </w:tcPr>
          <w:p>
            <w:pPr>
              <w:jc w:val="right"/>
            </w:pPr>
            <w:r>
              <w:rPr>
                <w:sz w:val="15"/>
              </w:rPr>
              <w:t>521</w:t>
            </w:r>
          </w:p>
        </w:tc>
        <w:tc>
          <w:tcPr>
            <w:tcW w:type="dxa" w:w="835"/>
            <w:shd w:fill="F9FBFB"/>
            <w:tcMar>
              <w:top w:w="35" w:type="dxa"/>
              <w:bottom w:w="35" w:type="dxa"/>
              <w:left w:w="20" w:type="dxa"/>
              <w:right w:w="20" w:type="dxa"/>
            </w:tcMar>
          </w:tcPr>
          <w:p>
            <w:pPr>
              <w:jc w:val="right"/>
            </w:pPr>
            <w:r>
              <w:rPr>
                <w:sz w:val="15"/>
              </w:rPr>
              <w:t>460</w:t>
            </w:r>
          </w:p>
        </w:tc>
        <w:tc>
          <w:tcPr>
            <w:tcW w:type="dxa" w:w="835"/>
            <w:shd w:fill="F9FBFB"/>
            <w:tcMar>
              <w:top w:w="35" w:type="dxa"/>
              <w:bottom w:w="35" w:type="dxa"/>
              <w:left w:w="20" w:type="dxa"/>
              <w:right w:w="20" w:type="dxa"/>
            </w:tcMar>
          </w:tcPr>
          <w:p>
            <w:pPr>
              <w:jc w:val="right"/>
            </w:pPr>
            <w:r>
              <w:rPr>
                <w:sz w:val="15"/>
              </w:rPr>
              <w:t>258</w:t>
            </w:r>
          </w:p>
        </w:tc>
        <w:tc>
          <w:tcPr>
            <w:tcW w:type="dxa" w:w="835"/>
            <w:shd w:fill="F9FBFB"/>
            <w:tcMar>
              <w:top w:w="35" w:type="dxa"/>
              <w:bottom w:w="35" w:type="dxa"/>
              <w:left w:w="20" w:type="dxa"/>
              <w:right w:w="20" w:type="dxa"/>
            </w:tcMar>
          </w:tcPr>
          <w:p>
            <w:pPr>
              <w:jc w:val="right"/>
            </w:pPr>
            <w:r>
              <w:rPr>
                <w:sz w:val="15"/>
              </w:rPr>
              <w:t>435</w:t>
            </w:r>
          </w:p>
        </w:tc>
        <w:tc>
          <w:tcPr>
            <w:tcW w:type="dxa" w:w="835"/>
            <w:shd w:fill="F9FBFB"/>
            <w:tcMar>
              <w:top w:w="35" w:type="dxa"/>
              <w:bottom w:w="35" w:type="dxa"/>
              <w:left w:w="20" w:type="dxa"/>
              <w:right w:w="20" w:type="dxa"/>
            </w:tcMar>
          </w:tcPr>
          <w:p>
            <w:pPr>
              <w:jc w:val="right"/>
            </w:pPr>
            <w:r>
              <w:rPr>
                <w:sz w:val="15"/>
              </w:rPr>
              <w:t>215</w:t>
            </w:r>
          </w:p>
        </w:tc>
        <w:tc>
          <w:tcPr>
            <w:tcW w:type="dxa" w:w="835"/>
            <w:shd w:fill="F9FBFB"/>
            <w:tcMar>
              <w:top w:w="35" w:type="dxa"/>
              <w:bottom w:w="35" w:type="dxa"/>
              <w:left w:w="20" w:type="dxa"/>
              <w:right w:w="20" w:type="dxa"/>
            </w:tcMar>
          </w:tcPr>
          <w:p>
            <w:pPr>
              <w:jc w:val="right"/>
            </w:pPr>
            <w:r>
              <w:rPr>
                <w:sz w:val="15"/>
              </w:rPr>
              <w:t>488</w:t>
            </w:r>
          </w:p>
        </w:tc>
        <w:tc>
          <w:tcPr>
            <w:tcW w:type="dxa" w:w="835"/>
            <w:shd w:fill="F9FBFB"/>
            <w:tcMar>
              <w:top w:w="35" w:type="dxa"/>
              <w:bottom w:w="35" w:type="dxa"/>
              <w:left w:w="20" w:type="dxa"/>
              <w:right w:w="20" w:type="dxa"/>
            </w:tcMar>
          </w:tcPr>
          <w:p>
            <w:pPr>
              <w:jc w:val="right"/>
            </w:pPr>
            <w:r>
              <w:rPr>
                <w:b/>
                <w:sz w:val="15"/>
              </w:rPr>
              <w:t>52</w:t>
            </w:r>
          </w:p>
        </w:tc>
        <w:tc>
          <w:tcPr>
            <w:tcW w:type="dxa" w:w="1224"/>
            <w:shd w:fill="F9FBFB"/>
            <w:tcMar>
              <w:top w:w="35" w:type="dxa"/>
              <w:bottom w:w="35" w:type="dxa"/>
              <w:left w:w="20" w:type="dxa"/>
              <w:right w:w="20" w:type="dxa"/>
            </w:tcMar>
          </w:tcPr>
          <w:p>
            <w:pPr>
              <w:jc w:val="right"/>
            </w:pPr>
            <w:r>
              <w:rPr>
                <w:color w:val="C0392B"/>
                <w:sz w:val="15"/>
              </w:rPr>
              <w:t>-436</w:t>
            </w:r>
          </w:p>
        </w:tc>
        <w:tc>
          <w:tcPr>
            <w:tcW w:type="dxa" w:w="1066"/>
            <w:shd w:fill="F9FBFB"/>
            <w:tcMar>
              <w:top w:w="35" w:type="dxa"/>
              <w:bottom w:w="35" w:type="dxa"/>
              <w:left w:w="20" w:type="dxa"/>
              <w:right w:w="20" w:type="dxa"/>
            </w:tcMar>
          </w:tcPr>
          <w:p>
            <w:pPr>
              <w:jc w:val="center"/>
            </w:pPr>
            <w:r>
              <w:rPr>
                <w:b/>
                <w:color w:val="C0392B"/>
                <w:sz w:val="15"/>
              </w:rPr>
              <w:t>-89.3%</w:t>
            </w:r>
          </w:p>
        </w:tc>
      </w:tr>
      <w:tr>
        <w:tc>
          <w:tcPr>
            <w:tcW w:type="dxa" w:w="504"/>
            <w:shd w:fill="FFFFFF"/>
            <w:tcMar>
              <w:top w:w="35" w:type="dxa"/>
              <w:bottom w:w="35" w:type="dxa"/>
              <w:left w:w="20" w:type="dxa"/>
              <w:right w:w="20" w:type="dxa"/>
            </w:tcMar>
          </w:tcPr>
          <w:p>
            <w:pPr>
              <w:jc w:val="center"/>
            </w:pPr>
            <w:r>
              <w:rPr>
                <w:sz w:val="15"/>
              </w:rPr>
              <w:t>25</w:t>
            </w:r>
          </w:p>
        </w:tc>
        <w:tc>
          <w:tcPr>
            <w:tcW w:type="dxa" w:w="936"/>
            <w:shd w:fill="FFFFFF"/>
            <w:tcMar>
              <w:top w:w="35" w:type="dxa"/>
              <w:bottom w:w="35" w:type="dxa"/>
              <w:left w:w="20" w:type="dxa"/>
              <w:right w:w="20" w:type="dxa"/>
            </w:tcMar>
          </w:tcPr>
          <w:p>
            <w:pPr>
              <w:jc w:val="left"/>
            </w:pPr>
            <w:r>
              <w:rPr>
                <w:sz w:val="15"/>
              </w:rPr>
              <w:t>KH0053</w:t>
            </w:r>
          </w:p>
        </w:tc>
        <w:tc>
          <w:tcPr>
            <w:tcW w:type="dxa" w:w="3024"/>
            <w:shd w:fill="FFFFFF"/>
            <w:tcMar>
              <w:top w:w="35" w:type="dxa"/>
              <w:bottom w:w="35" w:type="dxa"/>
              <w:left w:w="20" w:type="dxa"/>
              <w:right w:w="20" w:type="dxa"/>
            </w:tcMar>
          </w:tcPr>
          <w:p>
            <w:pPr>
              <w:jc w:val="left"/>
            </w:pPr>
            <w:r>
              <w:rPr>
                <w:sz w:val="15"/>
              </w:rPr>
              <w:t>CÔNG TY CỔ PHẦN GỖ MINH DƯƠNG</w:t>
            </w:r>
          </w:p>
        </w:tc>
        <w:tc>
          <w:tcPr>
            <w:tcW w:type="dxa" w:w="835"/>
            <w:shd w:fill="FFFFFF"/>
            <w:tcMar>
              <w:top w:w="35" w:type="dxa"/>
              <w:bottom w:w="35" w:type="dxa"/>
              <w:left w:w="20" w:type="dxa"/>
              <w:right w:w="20" w:type="dxa"/>
            </w:tcMar>
          </w:tcPr>
          <w:p>
            <w:pPr>
              <w:jc w:val="right"/>
            </w:pPr>
            <w:r>
              <w:rPr>
                <w:sz w:val="15"/>
              </w:rPr>
              <w:t>212</w:t>
            </w:r>
          </w:p>
        </w:tc>
        <w:tc>
          <w:tcPr>
            <w:tcW w:type="dxa" w:w="835"/>
            <w:shd w:fill="FFFFFF"/>
            <w:tcMar>
              <w:top w:w="35" w:type="dxa"/>
              <w:bottom w:w="35" w:type="dxa"/>
              <w:left w:w="20" w:type="dxa"/>
              <w:right w:w="20" w:type="dxa"/>
            </w:tcMar>
          </w:tcPr>
          <w:p>
            <w:pPr>
              <w:jc w:val="right"/>
            </w:pPr>
            <w:r>
              <w:rPr>
                <w:sz w:val="15"/>
              </w:rPr>
              <w:t>153</w:t>
            </w:r>
          </w:p>
        </w:tc>
        <w:tc>
          <w:tcPr>
            <w:tcW w:type="dxa" w:w="835"/>
            <w:shd w:fill="FFFFFF"/>
            <w:tcMar>
              <w:top w:w="35" w:type="dxa"/>
              <w:bottom w:w="35" w:type="dxa"/>
              <w:left w:w="20" w:type="dxa"/>
              <w:right w:w="20" w:type="dxa"/>
            </w:tcMar>
          </w:tcPr>
          <w:p>
            <w:pPr>
              <w:jc w:val="right"/>
            </w:pPr>
            <w:r>
              <w:rPr>
                <w:sz w:val="15"/>
              </w:rPr>
              <w:t>425</w:t>
            </w:r>
          </w:p>
        </w:tc>
        <w:tc>
          <w:tcPr>
            <w:tcW w:type="dxa" w:w="835"/>
            <w:shd w:fill="FFFFFF"/>
            <w:tcMar>
              <w:top w:w="35" w:type="dxa"/>
              <w:bottom w:w="35" w:type="dxa"/>
              <w:left w:w="20" w:type="dxa"/>
              <w:right w:w="20" w:type="dxa"/>
            </w:tcMar>
          </w:tcPr>
          <w:p>
            <w:pPr>
              <w:jc w:val="right"/>
            </w:pPr>
            <w:r>
              <w:rPr>
                <w:sz w:val="15"/>
              </w:rPr>
              <w:t>278</w:t>
            </w:r>
          </w:p>
        </w:tc>
        <w:tc>
          <w:tcPr>
            <w:tcW w:type="dxa" w:w="835"/>
            <w:shd w:fill="FFFFFF"/>
            <w:tcMar>
              <w:top w:w="35" w:type="dxa"/>
              <w:bottom w:w="35" w:type="dxa"/>
              <w:left w:w="20" w:type="dxa"/>
              <w:right w:w="20" w:type="dxa"/>
            </w:tcMar>
          </w:tcPr>
          <w:p>
            <w:pPr>
              <w:jc w:val="right"/>
            </w:pPr>
            <w:r>
              <w:rPr>
                <w:sz w:val="15"/>
              </w:rPr>
              <w:t>391</w:t>
            </w:r>
          </w:p>
        </w:tc>
        <w:tc>
          <w:tcPr>
            <w:tcW w:type="dxa" w:w="835"/>
            <w:shd w:fill="FFFFFF"/>
            <w:tcMar>
              <w:top w:w="35" w:type="dxa"/>
              <w:bottom w:w="35" w:type="dxa"/>
              <w:left w:w="20" w:type="dxa"/>
              <w:right w:w="20" w:type="dxa"/>
            </w:tcMar>
          </w:tcPr>
          <w:p>
            <w:pPr>
              <w:jc w:val="right"/>
            </w:pPr>
            <w:r>
              <w:rPr>
                <w:sz w:val="15"/>
              </w:rPr>
              <w:t>296</w:t>
            </w:r>
          </w:p>
        </w:tc>
        <w:tc>
          <w:tcPr>
            <w:tcW w:type="dxa" w:w="835"/>
            <w:shd w:fill="FFFFFF"/>
            <w:tcMar>
              <w:top w:w="35" w:type="dxa"/>
              <w:bottom w:w="35" w:type="dxa"/>
              <w:left w:w="20" w:type="dxa"/>
              <w:right w:w="20" w:type="dxa"/>
            </w:tcMar>
          </w:tcPr>
          <w:p>
            <w:pPr>
              <w:jc w:val="right"/>
            </w:pPr>
            <w:r>
              <w:rPr>
                <w:sz w:val="15"/>
              </w:rPr>
              <w:t>304</w:t>
            </w:r>
          </w:p>
        </w:tc>
        <w:tc>
          <w:tcPr>
            <w:tcW w:type="dxa" w:w="835"/>
            <w:shd w:fill="FFFFFF"/>
            <w:tcMar>
              <w:top w:w="35" w:type="dxa"/>
              <w:bottom w:w="35" w:type="dxa"/>
              <w:left w:w="20" w:type="dxa"/>
              <w:right w:w="20" w:type="dxa"/>
            </w:tcMar>
          </w:tcPr>
          <w:p>
            <w:pPr>
              <w:jc w:val="right"/>
            </w:pPr>
            <w:r>
              <w:rPr>
                <w:sz w:val="15"/>
              </w:rPr>
              <w:t>465</w:t>
            </w:r>
          </w:p>
        </w:tc>
        <w:tc>
          <w:tcPr>
            <w:tcW w:type="dxa" w:w="835"/>
            <w:shd w:fill="FFFFFF"/>
            <w:tcMar>
              <w:top w:w="35" w:type="dxa"/>
              <w:bottom w:w="35" w:type="dxa"/>
              <w:left w:w="20" w:type="dxa"/>
              <w:right w:w="20" w:type="dxa"/>
            </w:tcMar>
          </w:tcPr>
          <w:p>
            <w:pPr>
              <w:jc w:val="right"/>
            </w:pPr>
            <w:r>
              <w:rPr>
                <w:sz w:val="15"/>
              </w:rPr>
              <w:t>464</w:t>
            </w:r>
          </w:p>
        </w:tc>
        <w:tc>
          <w:tcPr>
            <w:tcW w:type="dxa" w:w="835"/>
            <w:shd w:fill="FFFFFF"/>
            <w:tcMar>
              <w:top w:w="35" w:type="dxa"/>
              <w:bottom w:w="35" w:type="dxa"/>
              <w:left w:w="20" w:type="dxa"/>
              <w:right w:w="20" w:type="dxa"/>
            </w:tcMar>
          </w:tcPr>
          <w:p>
            <w:pPr>
              <w:jc w:val="right"/>
            </w:pPr>
            <w:r>
              <w:rPr>
                <w:b/>
                <w:sz w:val="15"/>
              </w:rPr>
              <w:t>59</w:t>
            </w:r>
          </w:p>
        </w:tc>
        <w:tc>
          <w:tcPr>
            <w:tcW w:type="dxa" w:w="1224"/>
            <w:shd w:fill="FFFFFF"/>
            <w:tcMar>
              <w:top w:w="35" w:type="dxa"/>
              <w:bottom w:w="35" w:type="dxa"/>
              <w:left w:w="20" w:type="dxa"/>
              <w:right w:w="20" w:type="dxa"/>
            </w:tcMar>
          </w:tcPr>
          <w:p>
            <w:pPr>
              <w:jc w:val="right"/>
            </w:pPr>
            <w:r>
              <w:rPr>
                <w:color w:val="C0392B"/>
                <w:sz w:val="15"/>
              </w:rPr>
              <w:t>-405</w:t>
            </w:r>
          </w:p>
        </w:tc>
        <w:tc>
          <w:tcPr>
            <w:tcW w:type="dxa" w:w="1066"/>
            <w:shd w:fill="FFFFFF"/>
            <w:tcMar>
              <w:top w:w="35" w:type="dxa"/>
              <w:bottom w:w="35" w:type="dxa"/>
              <w:left w:w="20" w:type="dxa"/>
              <w:right w:w="20" w:type="dxa"/>
            </w:tcMar>
          </w:tcPr>
          <w:p>
            <w:pPr>
              <w:jc w:val="center"/>
            </w:pPr>
            <w:r>
              <w:rPr>
                <w:b/>
                <w:color w:val="C0392B"/>
                <w:sz w:val="15"/>
              </w:rPr>
              <w:t>-87.3%</w:t>
            </w:r>
          </w:p>
        </w:tc>
      </w:tr>
      <w:tr>
        <w:tc>
          <w:tcPr>
            <w:tcW w:type="dxa" w:w="504"/>
            <w:shd w:fill="F9FBFB"/>
            <w:tcMar>
              <w:top w:w="35" w:type="dxa"/>
              <w:bottom w:w="35" w:type="dxa"/>
              <w:left w:w="20" w:type="dxa"/>
              <w:right w:w="20" w:type="dxa"/>
            </w:tcMar>
          </w:tcPr>
          <w:p>
            <w:pPr>
              <w:jc w:val="center"/>
            </w:pPr>
            <w:r>
              <w:rPr>
                <w:sz w:val="15"/>
              </w:rPr>
              <w:t>26</w:t>
            </w:r>
          </w:p>
        </w:tc>
        <w:tc>
          <w:tcPr>
            <w:tcW w:type="dxa" w:w="936"/>
            <w:shd w:fill="F9FBFB"/>
            <w:tcMar>
              <w:top w:w="35" w:type="dxa"/>
              <w:bottom w:w="35" w:type="dxa"/>
              <w:left w:w="20" w:type="dxa"/>
              <w:right w:w="20" w:type="dxa"/>
            </w:tcMar>
          </w:tcPr>
          <w:p>
            <w:pPr>
              <w:jc w:val="left"/>
            </w:pPr>
            <w:r>
              <w:rPr>
                <w:sz w:val="15"/>
              </w:rPr>
              <w:t>KH0354</w:t>
            </w:r>
          </w:p>
        </w:tc>
        <w:tc>
          <w:tcPr>
            <w:tcW w:type="dxa" w:w="3024"/>
            <w:shd w:fill="F9FBFB"/>
            <w:tcMar>
              <w:top w:w="35" w:type="dxa"/>
              <w:bottom w:w="35" w:type="dxa"/>
              <w:left w:w="20" w:type="dxa"/>
              <w:right w:w="20" w:type="dxa"/>
            </w:tcMar>
          </w:tcPr>
          <w:p>
            <w:pPr>
              <w:jc w:val="left"/>
            </w:pPr>
            <w:r>
              <w:rPr>
                <w:sz w:val="15"/>
              </w:rPr>
              <w:t>CÔNG TY TNHH MINH PHÁT 2</w:t>
            </w:r>
          </w:p>
        </w:tc>
        <w:tc>
          <w:tcPr>
            <w:tcW w:type="dxa" w:w="835"/>
            <w:shd w:fill="F9FBFB"/>
            <w:tcMar>
              <w:top w:w="35" w:type="dxa"/>
              <w:bottom w:w="35" w:type="dxa"/>
              <w:left w:w="20" w:type="dxa"/>
              <w:right w:w="20" w:type="dxa"/>
            </w:tcMar>
          </w:tcPr>
          <w:p>
            <w:pPr>
              <w:jc w:val="right"/>
            </w:pPr>
            <w:r>
              <w:rPr>
                <w:sz w:val="15"/>
              </w:rPr>
              <w:t>387</w:t>
            </w:r>
          </w:p>
        </w:tc>
        <w:tc>
          <w:tcPr>
            <w:tcW w:type="dxa" w:w="835"/>
            <w:shd w:fill="F9FBFB"/>
            <w:tcMar>
              <w:top w:w="35" w:type="dxa"/>
              <w:bottom w:w="35" w:type="dxa"/>
              <w:left w:w="20" w:type="dxa"/>
              <w:right w:w="20" w:type="dxa"/>
            </w:tcMar>
          </w:tcPr>
          <w:p>
            <w:pPr>
              <w:jc w:val="right"/>
            </w:pPr>
            <w:r>
              <w:rPr>
                <w:sz w:val="15"/>
              </w:rPr>
              <w:t>229</w:t>
            </w:r>
          </w:p>
        </w:tc>
        <w:tc>
          <w:tcPr>
            <w:tcW w:type="dxa" w:w="835"/>
            <w:shd w:fill="F9FBFB"/>
            <w:tcMar>
              <w:top w:w="35" w:type="dxa"/>
              <w:bottom w:w="35" w:type="dxa"/>
              <w:left w:w="20" w:type="dxa"/>
              <w:right w:w="20" w:type="dxa"/>
            </w:tcMar>
          </w:tcPr>
          <w:p>
            <w:pPr>
              <w:jc w:val="right"/>
            </w:pPr>
            <w:r>
              <w:rPr>
                <w:sz w:val="15"/>
              </w:rPr>
              <w:t>424</w:t>
            </w:r>
          </w:p>
        </w:tc>
        <w:tc>
          <w:tcPr>
            <w:tcW w:type="dxa" w:w="835"/>
            <w:shd w:fill="F9FBFB"/>
            <w:tcMar>
              <w:top w:w="35" w:type="dxa"/>
              <w:bottom w:w="35" w:type="dxa"/>
              <w:left w:w="20" w:type="dxa"/>
              <w:right w:w="20" w:type="dxa"/>
            </w:tcMar>
          </w:tcPr>
          <w:p>
            <w:pPr>
              <w:jc w:val="right"/>
            </w:pPr>
            <w:r>
              <w:rPr>
                <w:sz w:val="15"/>
              </w:rPr>
              <w:t>312</w:t>
            </w:r>
          </w:p>
        </w:tc>
        <w:tc>
          <w:tcPr>
            <w:tcW w:type="dxa" w:w="835"/>
            <w:shd w:fill="F9FBFB"/>
            <w:tcMar>
              <w:top w:w="35" w:type="dxa"/>
              <w:bottom w:w="35" w:type="dxa"/>
              <w:left w:w="20" w:type="dxa"/>
              <w:right w:w="20" w:type="dxa"/>
            </w:tcMar>
          </w:tcPr>
          <w:p>
            <w:pPr>
              <w:jc w:val="right"/>
            </w:pPr>
            <w:r>
              <w:rPr>
                <w:sz w:val="15"/>
              </w:rPr>
              <w:t>422</w:t>
            </w:r>
          </w:p>
        </w:tc>
        <w:tc>
          <w:tcPr>
            <w:tcW w:type="dxa" w:w="835"/>
            <w:shd w:fill="F9FBFB"/>
            <w:tcMar>
              <w:top w:w="35" w:type="dxa"/>
              <w:bottom w:w="35" w:type="dxa"/>
              <w:left w:w="20" w:type="dxa"/>
              <w:right w:w="20" w:type="dxa"/>
            </w:tcMar>
          </w:tcPr>
          <w:p>
            <w:pPr>
              <w:jc w:val="right"/>
            </w:pPr>
            <w:r>
              <w:rPr>
                <w:sz w:val="15"/>
              </w:rPr>
              <w:t>319</w:t>
            </w:r>
          </w:p>
        </w:tc>
        <w:tc>
          <w:tcPr>
            <w:tcW w:type="dxa" w:w="835"/>
            <w:shd w:fill="F9FBFB"/>
            <w:tcMar>
              <w:top w:w="35" w:type="dxa"/>
              <w:bottom w:w="35" w:type="dxa"/>
              <w:left w:w="20" w:type="dxa"/>
              <w:right w:w="20" w:type="dxa"/>
            </w:tcMar>
          </w:tcPr>
          <w:p>
            <w:pPr>
              <w:jc w:val="right"/>
            </w:pPr>
            <w:r>
              <w:rPr>
                <w:sz w:val="15"/>
              </w:rPr>
              <w:t>509</w:t>
            </w:r>
          </w:p>
        </w:tc>
        <w:tc>
          <w:tcPr>
            <w:tcW w:type="dxa" w:w="835"/>
            <w:shd w:fill="F9FBFB"/>
            <w:tcMar>
              <w:top w:w="35" w:type="dxa"/>
              <w:bottom w:w="35" w:type="dxa"/>
              <w:left w:w="20" w:type="dxa"/>
              <w:right w:w="20" w:type="dxa"/>
            </w:tcMar>
          </w:tcPr>
          <w:p>
            <w:pPr>
              <w:jc w:val="right"/>
            </w:pPr>
            <w:r>
              <w:rPr>
                <w:sz w:val="15"/>
              </w:rPr>
              <w:t>360</w:t>
            </w:r>
          </w:p>
        </w:tc>
        <w:tc>
          <w:tcPr>
            <w:tcW w:type="dxa" w:w="835"/>
            <w:shd w:fill="F9FBFB"/>
            <w:tcMar>
              <w:top w:w="35" w:type="dxa"/>
              <w:bottom w:w="35" w:type="dxa"/>
              <w:left w:w="20" w:type="dxa"/>
              <w:right w:w="20" w:type="dxa"/>
            </w:tcMar>
          </w:tcPr>
          <w:p>
            <w:pPr>
              <w:jc w:val="right"/>
            </w:pPr>
            <w:r>
              <w:rPr>
                <w:sz w:val="15"/>
              </w:rPr>
              <w:t>458</w:t>
            </w:r>
          </w:p>
        </w:tc>
        <w:tc>
          <w:tcPr>
            <w:tcW w:type="dxa" w:w="835"/>
            <w:shd w:fill="F9FBFB"/>
            <w:tcMar>
              <w:top w:w="35" w:type="dxa"/>
              <w:bottom w:w="35" w:type="dxa"/>
              <w:left w:w="20" w:type="dxa"/>
              <w:right w:w="20" w:type="dxa"/>
            </w:tcMar>
          </w:tcPr>
          <w:p>
            <w:pPr>
              <w:jc w:val="right"/>
            </w:pPr>
            <w:r>
              <w:rPr>
                <w:b/>
                <w:sz w:val="15"/>
              </w:rPr>
              <w:t>593</w:t>
            </w:r>
          </w:p>
        </w:tc>
        <w:tc>
          <w:tcPr>
            <w:tcW w:type="dxa" w:w="1224"/>
            <w:shd w:fill="F9FBFB"/>
            <w:tcMar>
              <w:top w:w="35" w:type="dxa"/>
              <w:bottom w:w="35" w:type="dxa"/>
              <w:left w:w="20" w:type="dxa"/>
              <w:right w:w="20" w:type="dxa"/>
            </w:tcMar>
          </w:tcPr>
          <w:p>
            <w:pPr>
              <w:jc w:val="right"/>
            </w:pPr>
            <w:r>
              <w:rPr>
                <w:color w:val="27AE60"/>
                <w:sz w:val="15"/>
              </w:rPr>
              <w:t>+135</w:t>
            </w:r>
          </w:p>
        </w:tc>
        <w:tc>
          <w:tcPr>
            <w:tcW w:type="dxa" w:w="1066"/>
            <w:shd w:fill="F9FBFB"/>
            <w:tcMar>
              <w:top w:w="35" w:type="dxa"/>
              <w:bottom w:w="35" w:type="dxa"/>
              <w:left w:w="20" w:type="dxa"/>
              <w:right w:w="20" w:type="dxa"/>
            </w:tcMar>
          </w:tcPr>
          <w:p>
            <w:pPr>
              <w:jc w:val="center"/>
            </w:pPr>
            <w:r>
              <w:rPr>
                <w:b/>
                <w:color w:val="27AE60"/>
                <w:sz w:val="15"/>
              </w:rPr>
              <w:t>+29.5%</w:t>
            </w:r>
          </w:p>
        </w:tc>
      </w:tr>
      <w:tr>
        <w:tc>
          <w:tcPr>
            <w:tcW w:type="dxa" w:w="504"/>
            <w:shd w:fill="FFFFFF"/>
            <w:tcMar>
              <w:top w:w="35" w:type="dxa"/>
              <w:bottom w:w="35" w:type="dxa"/>
              <w:left w:w="20" w:type="dxa"/>
              <w:right w:w="20" w:type="dxa"/>
            </w:tcMar>
          </w:tcPr>
          <w:p>
            <w:pPr>
              <w:jc w:val="center"/>
            </w:pPr>
            <w:r>
              <w:rPr>
                <w:sz w:val="15"/>
              </w:rPr>
              <w:t>27</w:t>
            </w:r>
          </w:p>
        </w:tc>
        <w:tc>
          <w:tcPr>
            <w:tcW w:type="dxa" w:w="936"/>
            <w:shd w:fill="FFFFFF"/>
            <w:tcMar>
              <w:top w:w="35" w:type="dxa"/>
              <w:bottom w:w="35" w:type="dxa"/>
              <w:left w:w="20" w:type="dxa"/>
              <w:right w:w="20" w:type="dxa"/>
            </w:tcMar>
          </w:tcPr>
          <w:p>
            <w:pPr>
              <w:jc w:val="left"/>
            </w:pPr>
            <w:r>
              <w:rPr>
                <w:sz w:val="15"/>
              </w:rPr>
              <w:t>KH0787</w:t>
            </w:r>
          </w:p>
        </w:tc>
        <w:tc>
          <w:tcPr>
            <w:tcW w:type="dxa" w:w="3024"/>
            <w:shd w:fill="FFFFFF"/>
            <w:tcMar>
              <w:top w:w="35" w:type="dxa"/>
              <w:bottom w:w="35" w:type="dxa"/>
              <w:left w:w="20" w:type="dxa"/>
              <w:right w:w="20" w:type="dxa"/>
            </w:tcMar>
          </w:tcPr>
          <w:p>
            <w:pPr>
              <w:jc w:val="left"/>
            </w:pPr>
            <w:r>
              <w:rPr>
                <w:sz w:val="15"/>
              </w:rPr>
              <w:t>CÔNG TY TNHH ĐỨC TOÀN</w:t>
            </w:r>
          </w:p>
        </w:tc>
        <w:tc>
          <w:tcPr>
            <w:tcW w:type="dxa" w:w="835"/>
            <w:shd w:fill="FFFFFF"/>
            <w:tcMar>
              <w:top w:w="35" w:type="dxa"/>
              <w:bottom w:w="35" w:type="dxa"/>
              <w:left w:w="20" w:type="dxa"/>
              <w:right w:w="20" w:type="dxa"/>
            </w:tcMar>
          </w:tcPr>
          <w:p>
            <w:pPr>
              <w:jc w:val="right"/>
            </w:pPr>
            <w:r>
              <w:rPr>
                <w:sz w:val="15"/>
              </w:rPr>
              <w:t>235</w:t>
            </w:r>
          </w:p>
        </w:tc>
        <w:tc>
          <w:tcPr>
            <w:tcW w:type="dxa" w:w="835"/>
            <w:shd w:fill="FFFFFF"/>
            <w:tcMar>
              <w:top w:w="35" w:type="dxa"/>
              <w:bottom w:w="35" w:type="dxa"/>
              <w:left w:w="20" w:type="dxa"/>
              <w:right w:w="20" w:type="dxa"/>
            </w:tcMar>
          </w:tcPr>
          <w:p>
            <w:pPr>
              <w:jc w:val="right"/>
            </w:pPr>
            <w:r>
              <w:rPr>
                <w:sz w:val="15"/>
              </w:rPr>
              <w:t>160</w:t>
            </w:r>
          </w:p>
        </w:tc>
        <w:tc>
          <w:tcPr>
            <w:tcW w:type="dxa" w:w="835"/>
            <w:shd w:fill="FFFFFF"/>
            <w:tcMar>
              <w:top w:w="35" w:type="dxa"/>
              <w:bottom w:w="35" w:type="dxa"/>
              <w:left w:w="20" w:type="dxa"/>
              <w:right w:w="20" w:type="dxa"/>
            </w:tcMar>
          </w:tcPr>
          <w:p>
            <w:pPr>
              <w:jc w:val="right"/>
            </w:pPr>
            <w:r>
              <w:rPr>
                <w:sz w:val="15"/>
              </w:rPr>
              <w:t>108</w:t>
            </w:r>
          </w:p>
        </w:tc>
        <w:tc>
          <w:tcPr>
            <w:tcW w:type="dxa" w:w="835"/>
            <w:shd w:fill="FFFFFF"/>
            <w:tcMar>
              <w:top w:w="35" w:type="dxa"/>
              <w:bottom w:w="35" w:type="dxa"/>
              <w:left w:w="20" w:type="dxa"/>
              <w:right w:w="20" w:type="dxa"/>
            </w:tcMar>
          </w:tcPr>
          <w:p>
            <w:pPr>
              <w:jc w:val="right"/>
            </w:pPr>
            <w:r>
              <w:rPr>
                <w:sz w:val="15"/>
              </w:rPr>
              <w:t>8</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126</w:t>
            </w:r>
          </w:p>
        </w:tc>
        <w:tc>
          <w:tcPr>
            <w:tcW w:type="dxa" w:w="835"/>
            <w:shd w:fill="FFFFFF"/>
            <w:tcMar>
              <w:top w:w="35" w:type="dxa"/>
              <w:bottom w:w="35" w:type="dxa"/>
              <w:left w:w="20" w:type="dxa"/>
              <w:right w:w="20" w:type="dxa"/>
            </w:tcMar>
          </w:tcPr>
          <w:p>
            <w:pPr>
              <w:jc w:val="right"/>
            </w:pPr>
            <w:r>
              <w:rPr>
                <w:sz w:val="15"/>
              </w:rPr>
              <w:t>444</w:t>
            </w:r>
          </w:p>
        </w:tc>
        <w:tc>
          <w:tcPr>
            <w:tcW w:type="dxa" w:w="835"/>
            <w:shd w:fill="FFFFFF"/>
            <w:tcMar>
              <w:top w:w="35" w:type="dxa"/>
              <w:bottom w:w="35" w:type="dxa"/>
              <w:left w:w="20" w:type="dxa"/>
              <w:right w:w="20" w:type="dxa"/>
            </w:tcMar>
          </w:tcPr>
          <w:p>
            <w:pPr>
              <w:jc w:val="right"/>
            </w:pPr>
            <w:r>
              <w:rPr>
                <w:sz w:val="15"/>
              </w:rPr>
              <w:t>437</w:t>
            </w:r>
          </w:p>
        </w:tc>
        <w:tc>
          <w:tcPr>
            <w:tcW w:type="dxa" w:w="835"/>
            <w:shd w:fill="FFFFFF"/>
            <w:tcMar>
              <w:top w:w="35" w:type="dxa"/>
              <w:bottom w:w="35" w:type="dxa"/>
              <w:left w:w="20" w:type="dxa"/>
              <w:right w:w="20" w:type="dxa"/>
            </w:tcMar>
          </w:tcPr>
          <w:p>
            <w:pPr>
              <w:jc w:val="right"/>
            </w:pPr>
            <w:r>
              <w:rPr>
                <w:b/>
                <w:sz w:val="15"/>
              </w:rPr>
              <w:t>227</w:t>
            </w:r>
          </w:p>
        </w:tc>
        <w:tc>
          <w:tcPr>
            <w:tcW w:type="dxa" w:w="1224"/>
            <w:shd w:fill="FFFFFF"/>
            <w:tcMar>
              <w:top w:w="35" w:type="dxa"/>
              <w:bottom w:w="35" w:type="dxa"/>
              <w:left w:w="20" w:type="dxa"/>
              <w:right w:w="20" w:type="dxa"/>
            </w:tcMar>
          </w:tcPr>
          <w:p>
            <w:pPr>
              <w:jc w:val="right"/>
            </w:pPr>
            <w:r>
              <w:rPr>
                <w:color w:val="C0392B"/>
                <w:sz w:val="15"/>
              </w:rPr>
              <w:t>-210</w:t>
            </w:r>
          </w:p>
        </w:tc>
        <w:tc>
          <w:tcPr>
            <w:tcW w:type="dxa" w:w="1066"/>
            <w:shd w:fill="FFFFFF"/>
            <w:tcMar>
              <w:top w:w="35" w:type="dxa"/>
              <w:bottom w:w="35" w:type="dxa"/>
              <w:left w:w="20" w:type="dxa"/>
              <w:right w:w="20" w:type="dxa"/>
            </w:tcMar>
          </w:tcPr>
          <w:p>
            <w:pPr>
              <w:jc w:val="center"/>
            </w:pPr>
            <w:r>
              <w:rPr>
                <w:b/>
                <w:color w:val="C0392B"/>
                <w:sz w:val="15"/>
              </w:rPr>
              <w:t>-48.1%</w:t>
            </w:r>
          </w:p>
        </w:tc>
      </w:tr>
      <w:tr>
        <w:tc>
          <w:tcPr>
            <w:tcW w:type="dxa" w:w="504"/>
            <w:shd w:fill="F9FBFB"/>
            <w:tcMar>
              <w:top w:w="35" w:type="dxa"/>
              <w:bottom w:w="35" w:type="dxa"/>
              <w:left w:w="20" w:type="dxa"/>
              <w:right w:w="20" w:type="dxa"/>
            </w:tcMar>
          </w:tcPr>
          <w:p>
            <w:pPr>
              <w:jc w:val="center"/>
            </w:pPr>
            <w:r>
              <w:rPr>
                <w:sz w:val="15"/>
              </w:rPr>
              <w:t>28</w:t>
            </w:r>
          </w:p>
        </w:tc>
        <w:tc>
          <w:tcPr>
            <w:tcW w:type="dxa" w:w="936"/>
            <w:shd w:fill="F9FBFB"/>
            <w:tcMar>
              <w:top w:w="35" w:type="dxa"/>
              <w:bottom w:w="35" w:type="dxa"/>
              <w:left w:w="20" w:type="dxa"/>
              <w:right w:w="20" w:type="dxa"/>
            </w:tcMar>
          </w:tcPr>
          <w:p>
            <w:pPr>
              <w:jc w:val="left"/>
            </w:pPr>
            <w:r>
              <w:rPr>
                <w:sz w:val="15"/>
              </w:rPr>
              <w:t>KH1246</w:t>
            </w:r>
          </w:p>
        </w:tc>
        <w:tc>
          <w:tcPr>
            <w:tcW w:type="dxa" w:w="3024"/>
            <w:shd w:fill="F9FBFB"/>
            <w:tcMar>
              <w:top w:w="35" w:type="dxa"/>
              <w:bottom w:w="35" w:type="dxa"/>
              <w:left w:w="20" w:type="dxa"/>
              <w:right w:w="20" w:type="dxa"/>
            </w:tcMar>
          </w:tcPr>
          <w:p>
            <w:pPr>
              <w:jc w:val="left"/>
            </w:pPr>
            <w:r>
              <w:rPr>
                <w:sz w:val="15"/>
              </w:rPr>
              <w:t>CÔNG TY TRÁCH NHIỆM HỮU HẠN SẢN XUẤT THƯƠNG MẠI TÂM PHÚ</w:t>
            </w:r>
          </w:p>
        </w:tc>
        <w:tc>
          <w:tcPr>
            <w:tcW w:type="dxa" w:w="835"/>
            <w:shd w:fill="F9FBFB"/>
            <w:tcMar>
              <w:top w:w="35" w:type="dxa"/>
              <w:bottom w:w="35" w:type="dxa"/>
              <w:left w:w="20" w:type="dxa"/>
              <w:right w:w="20" w:type="dxa"/>
            </w:tcMar>
          </w:tcPr>
          <w:p>
            <w:pPr>
              <w:jc w:val="right"/>
            </w:pPr>
            <w:r>
              <w:rPr>
                <w:sz w:val="15"/>
              </w:rPr>
              <w:t>36</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55</w:t>
            </w:r>
          </w:p>
        </w:tc>
        <w:tc>
          <w:tcPr>
            <w:tcW w:type="dxa" w:w="835"/>
            <w:shd w:fill="F9FBFB"/>
            <w:tcMar>
              <w:top w:w="35" w:type="dxa"/>
              <w:bottom w:w="35" w:type="dxa"/>
              <w:left w:w="20" w:type="dxa"/>
              <w:right w:w="20" w:type="dxa"/>
            </w:tcMar>
          </w:tcPr>
          <w:p>
            <w:pPr>
              <w:jc w:val="right"/>
            </w:pPr>
            <w:r>
              <w:rPr>
                <w:sz w:val="15"/>
              </w:rPr>
              <w:t>112</w:t>
            </w:r>
          </w:p>
        </w:tc>
        <w:tc>
          <w:tcPr>
            <w:tcW w:type="dxa" w:w="835"/>
            <w:shd w:fill="F9FBFB"/>
            <w:tcMar>
              <w:top w:w="35" w:type="dxa"/>
              <w:bottom w:w="35" w:type="dxa"/>
              <w:left w:w="20" w:type="dxa"/>
              <w:right w:w="20" w:type="dxa"/>
            </w:tcMar>
          </w:tcPr>
          <w:p>
            <w:pPr>
              <w:jc w:val="right"/>
            </w:pPr>
            <w:r>
              <w:rPr>
                <w:sz w:val="15"/>
              </w:rPr>
              <w:t>30</w:t>
            </w:r>
          </w:p>
        </w:tc>
        <w:tc>
          <w:tcPr>
            <w:tcW w:type="dxa" w:w="835"/>
            <w:shd w:fill="F9FBFB"/>
            <w:tcMar>
              <w:top w:w="35" w:type="dxa"/>
              <w:bottom w:w="35" w:type="dxa"/>
              <w:left w:w="20" w:type="dxa"/>
              <w:right w:w="20" w:type="dxa"/>
            </w:tcMar>
          </w:tcPr>
          <w:p>
            <w:pPr>
              <w:jc w:val="right"/>
            </w:pPr>
            <w:r>
              <w:rPr>
                <w:sz w:val="15"/>
              </w:rPr>
              <w:t>6</w:t>
            </w:r>
          </w:p>
        </w:tc>
        <w:tc>
          <w:tcPr>
            <w:tcW w:type="dxa" w:w="835"/>
            <w:shd w:fill="F9FBFB"/>
            <w:tcMar>
              <w:top w:w="35" w:type="dxa"/>
              <w:bottom w:w="35" w:type="dxa"/>
              <w:left w:w="20" w:type="dxa"/>
              <w:right w:w="20" w:type="dxa"/>
            </w:tcMar>
          </w:tcPr>
          <w:p>
            <w:pPr>
              <w:jc w:val="right"/>
            </w:pPr>
            <w:r>
              <w:rPr>
                <w:sz w:val="15"/>
              </w:rPr>
              <w:t>212</w:t>
            </w:r>
          </w:p>
        </w:tc>
        <w:tc>
          <w:tcPr>
            <w:tcW w:type="dxa" w:w="835"/>
            <w:shd w:fill="F9FBFB"/>
            <w:tcMar>
              <w:top w:w="35" w:type="dxa"/>
              <w:bottom w:w="35" w:type="dxa"/>
              <w:left w:w="20" w:type="dxa"/>
              <w:right w:w="20" w:type="dxa"/>
            </w:tcMar>
          </w:tcPr>
          <w:p>
            <w:pPr>
              <w:jc w:val="right"/>
            </w:pPr>
            <w:r>
              <w:rPr>
                <w:sz w:val="15"/>
              </w:rPr>
              <w:t>308</w:t>
            </w:r>
          </w:p>
        </w:tc>
        <w:tc>
          <w:tcPr>
            <w:tcW w:type="dxa" w:w="835"/>
            <w:shd w:fill="F9FBFB"/>
            <w:tcMar>
              <w:top w:w="35" w:type="dxa"/>
              <w:bottom w:w="35" w:type="dxa"/>
              <w:left w:w="20" w:type="dxa"/>
              <w:right w:w="20" w:type="dxa"/>
            </w:tcMar>
          </w:tcPr>
          <w:p>
            <w:pPr>
              <w:jc w:val="right"/>
            </w:pPr>
            <w:r>
              <w:rPr>
                <w:sz w:val="15"/>
              </w:rPr>
              <w:t>421</w:t>
            </w:r>
          </w:p>
        </w:tc>
        <w:tc>
          <w:tcPr>
            <w:tcW w:type="dxa" w:w="835"/>
            <w:shd w:fill="F9FBFB"/>
            <w:tcMar>
              <w:top w:w="35" w:type="dxa"/>
              <w:bottom w:w="35" w:type="dxa"/>
              <w:left w:w="20" w:type="dxa"/>
              <w:right w:w="20" w:type="dxa"/>
            </w:tcMar>
          </w:tcPr>
          <w:p>
            <w:pPr>
              <w:jc w:val="right"/>
            </w:pPr>
            <w:r>
              <w:rPr>
                <w:b/>
                <w:sz w:val="15"/>
              </w:rPr>
              <w:t>-</w:t>
            </w:r>
          </w:p>
        </w:tc>
        <w:tc>
          <w:tcPr>
            <w:tcW w:type="dxa" w:w="1224"/>
            <w:shd w:fill="F9FBFB"/>
            <w:tcMar>
              <w:top w:w="35" w:type="dxa"/>
              <w:bottom w:w="35" w:type="dxa"/>
              <w:left w:w="20" w:type="dxa"/>
              <w:right w:w="20" w:type="dxa"/>
            </w:tcMar>
          </w:tcPr>
          <w:p>
            <w:pPr>
              <w:jc w:val="right"/>
            </w:pPr>
            <w:r>
              <w:rPr>
                <w:color w:val="C0392B"/>
                <w:sz w:val="15"/>
              </w:rPr>
              <w:t>-421</w:t>
            </w:r>
          </w:p>
        </w:tc>
        <w:tc>
          <w:tcPr>
            <w:tcW w:type="dxa" w:w="1066"/>
            <w:shd w:fill="F9FBFB"/>
            <w:tcMar>
              <w:top w:w="35" w:type="dxa"/>
              <w:bottom w:w="35" w:type="dxa"/>
              <w:left w:w="20" w:type="dxa"/>
              <w:right w:w="20" w:type="dxa"/>
            </w:tcMar>
          </w:tcPr>
          <w:p>
            <w:pPr>
              <w:jc w:val="center"/>
            </w:pPr>
            <w:r>
              <w:rPr>
                <w:b/>
                <w:color w:val="C0392B"/>
                <w:sz w:val="15"/>
              </w:rPr>
              <w:t>-100.0%</w:t>
            </w:r>
          </w:p>
        </w:tc>
      </w:tr>
      <w:tr>
        <w:tc>
          <w:tcPr>
            <w:tcW w:type="dxa" w:w="504"/>
            <w:shd w:fill="FFFFFF"/>
            <w:tcMar>
              <w:top w:w="35" w:type="dxa"/>
              <w:bottom w:w="35" w:type="dxa"/>
              <w:left w:w="20" w:type="dxa"/>
              <w:right w:w="20" w:type="dxa"/>
            </w:tcMar>
          </w:tcPr>
          <w:p>
            <w:pPr>
              <w:jc w:val="center"/>
            </w:pPr>
            <w:r>
              <w:rPr>
                <w:sz w:val="15"/>
              </w:rPr>
              <w:t>29</w:t>
            </w:r>
          </w:p>
        </w:tc>
        <w:tc>
          <w:tcPr>
            <w:tcW w:type="dxa" w:w="936"/>
            <w:shd w:fill="FFFFFF"/>
            <w:tcMar>
              <w:top w:w="35" w:type="dxa"/>
              <w:bottom w:w="35" w:type="dxa"/>
              <w:left w:w="20" w:type="dxa"/>
              <w:right w:w="20" w:type="dxa"/>
            </w:tcMar>
          </w:tcPr>
          <w:p>
            <w:pPr>
              <w:jc w:val="left"/>
            </w:pPr>
            <w:r>
              <w:rPr>
                <w:sz w:val="15"/>
              </w:rPr>
              <w:t>KH0292</w:t>
            </w:r>
          </w:p>
        </w:tc>
        <w:tc>
          <w:tcPr>
            <w:tcW w:type="dxa" w:w="3024"/>
            <w:shd w:fill="FFFFFF"/>
            <w:tcMar>
              <w:top w:w="35" w:type="dxa"/>
              <w:bottom w:w="35" w:type="dxa"/>
              <w:left w:w="20" w:type="dxa"/>
              <w:right w:w="20" w:type="dxa"/>
            </w:tcMar>
          </w:tcPr>
          <w:p>
            <w:pPr>
              <w:jc w:val="left"/>
            </w:pPr>
            <w:r>
              <w:rPr>
                <w:sz w:val="15"/>
              </w:rPr>
              <w:t>CÔNG TY TNHH HỐ NAI II</w:t>
            </w:r>
          </w:p>
        </w:tc>
        <w:tc>
          <w:tcPr>
            <w:tcW w:type="dxa" w:w="835"/>
            <w:shd w:fill="FFFFFF"/>
            <w:tcMar>
              <w:top w:w="35" w:type="dxa"/>
              <w:bottom w:w="35" w:type="dxa"/>
              <w:left w:w="20" w:type="dxa"/>
              <w:right w:w="20" w:type="dxa"/>
            </w:tcMar>
          </w:tcPr>
          <w:p>
            <w:pPr>
              <w:jc w:val="right"/>
            </w:pPr>
            <w:r>
              <w:rPr>
                <w:sz w:val="15"/>
              </w:rPr>
              <w:t>435</w:t>
            </w:r>
          </w:p>
        </w:tc>
        <w:tc>
          <w:tcPr>
            <w:tcW w:type="dxa" w:w="835"/>
            <w:shd w:fill="FFFFFF"/>
            <w:tcMar>
              <w:top w:w="35" w:type="dxa"/>
              <w:bottom w:w="35" w:type="dxa"/>
              <w:left w:w="20" w:type="dxa"/>
              <w:right w:w="20" w:type="dxa"/>
            </w:tcMar>
          </w:tcPr>
          <w:p>
            <w:pPr>
              <w:jc w:val="right"/>
            </w:pPr>
            <w:r>
              <w:rPr>
                <w:sz w:val="15"/>
              </w:rPr>
              <w:t>149</w:t>
            </w:r>
          </w:p>
        </w:tc>
        <w:tc>
          <w:tcPr>
            <w:tcW w:type="dxa" w:w="835"/>
            <w:shd w:fill="FFFFFF"/>
            <w:tcMar>
              <w:top w:w="35" w:type="dxa"/>
              <w:bottom w:w="35" w:type="dxa"/>
              <w:left w:w="20" w:type="dxa"/>
              <w:right w:w="20" w:type="dxa"/>
            </w:tcMar>
          </w:tcPr>
          <w:p>
            <w:pPr>
              <w:jc w:val="right"/>
            </w:pPr>
            <w:r>
              <w:rPr>
                <w:sz w:val="15"/>
              </w:rPr>
              <w:t>648</w:t>
            </w:r>
          </w:p>
        </w:tc>
        <w:tc>
          <w:tcPr>
            <w:tcW w:type="dxa" w:w="835"/>
            <w:shd w:fill="FFFFFF"/>
            <w:tcMar>
              <w:top w:w="35" w:type="dxa"/>
              <w:bottom w:w="35" w:type="dxa"/>
              <w:left w:w="20" w:type="dxa"/>
              <w:right w:w="20" w:type="dxa"/>
            </w:tcMar>
          </w:tcPr>
          <w:p>
            <w:pPr>
              <w:jc w:val="right"/>
            </w:pPr>
            <w:r>
              <w:rPr>
                <w:sz w:val="15"/>
              </w:rPr>
              <w:t>273</w:t>
            </w:r>
          </w:p>
        </w:tc>
        <w:tc>
          <w:tcPr>
            <w:tcW w:type="dxa" w:w="835"/>
            <w:shd w:fill="FFFFFF"/>
            <w:tcMar>
              <w:top w:w="35" w:type="dxa"/>
              <w:bottom w:w="35" w:type="dxa"/>
              <w:left w:w="20" w:type="dxa"/>
              <w:right w:w="20" w:type="dxa"/>
            </w:tcMar>
          </w:tcPr>
          <w:p>
            <w:pPr>
              <w:jc w:val="right"/>
            </w:pPr>
            <w:r>
              <w:rPr>
                <w:sz w:val="15"/>
              </w:rPr>
              <w:t>313</w:t>
            </w:r>
          </w:p>
        </w:tc>
        <w:tc>
          <w:tcPr>
            <w:tcW w:type="dxa" w:w="835"/>
            <w:shd w:fill="FFFFFF"/>
            <w:tcMar>
              <w:top w:w="35" w:type="dxa"/>
              <w:bottom w:w="35" w:type="dxa"/>
              <w:left w:w="20" w:type="dxa"/>
              <w:right w:w="20" w:type="dxa"/>
            </w:tcMar>
          </w:tcPr>
          <w:p>
            <w:pPr>
              <w:jc w:val="right"/>
            </w:pPr>
            <w:r>
              <w:rPr>
                <w:sz w:val="15"/>
              </w:rPr>
              <w:t>399</w:t>
            </w:r>
          </w:p>
        </w:tc>
        <w:tc>
          <w:tcPr>
            <w:tcW w:type="dxa" w:w="835"/>
            <w:shd w:fill="FFFFFF"/>
            <w:tcMar>
              <w:top w:w="35" w:type="dxa"/>
              <w:bottom w:w="35" w:type="dxa"/>
              <w:left w:w="20" w:type="dxa"/>
              <w:right w:w="20" w:type="dxa"/>
            </w:tcMar>
          </w:tcPr>
          <w:p>
            <w:pPr>
              <w:jc w:val="right"/>
            </w:pPr>
            <w:r>
              <w:rPr>
                <w:sz w:val="15"/>
              </w:rPr>
              <w:t>360</w:t>
            </w:r>
          </w:p>
        </w:tc>
        <w:tc>
          <w:tcPr>
            <w:tcW w:type="dxa" w:w="835"/>
            <w:shd w:fill="FFFFFF"/>
            <w:tcMar>
              <w:top w:w="35" w:type="dxa"/>
              <w:bottom w:w="35" w:type="dxa"/>
              <w:left w:w="20" w:type="dxa"/>
              <w:right w:w="20" w:type="dxa"/>
            </w:tcMar>
          </w:tcPr>
          <w:p>
            <w:pPr>
              <w:jc w:val="right"/>
            </w:pPr>
            <w:r>
              <w:rPr>
                <w:sz w:val="15"/>
              </w:rPr>
              <w:t>464</w:t>
            </w:r>
          </w:p>
        </w:tc>
        <w:tc>
          <w:tcPr>
            <w:tcW w:type="dxa" w:w="835"/>
            <w:shd w:fill="FFFFFF"/>
            <w:tcMar>
              <w:top w:w="35" w:type="dxa"/>
              <w:bottom w:w="35" w:type="dxa"/>
              <w:left w:w="20" w:type="dxa"/>
              <w:right w:w="20" w:type="dxa"/>
            </w:tcMar>
          </w:tcPr>
          <w:p>
            <w:pPr>
              <w:jc w:val="right"/>
            </w:pPr>
            <w:r>
              <w:rPr>
                <w:sz w:val="15"/>
              </w:rPr>
              <w:t>401</w:t>
            </w:r>
          </w:p>
        </w:tc>
        <w:tc>
          <w:tcPr>
            <w:tcW w:type="dxa" w:w="835"/>
            <w:shd w:fill="FFFFFF"/>
            <w:tcMar>
              <w:top w:w="35" w:type="dxa"/>
              <w:bottom w:w="35" w:type="dxa"/>
              <w:left w:w="20" w:type="dxa"/>
              <w:right w:w="20" w:type="dxa"/>
            </w:tcMar>
          </w:tcPr>
          <w:p>
            <w:pPr>
              <w:jc w:val="right"/>
            </w:pPr>
            <w:r>
              <w:rPr>
                <w:b/>
                <w:sz w:val="15"/>
              </w:rPr>
              <w:t>793</w:t>
            </w:r>
          </w:p>
        </w:tc>
        <w:tc>
          <w:tcPr>
            <w:tcW w:type="dxa" w:w="1224"/>
            <w:shd w:fill="FFFFFF"/>
            <w:tcMar>
              <w:top w:w="35" w:type="dxa"/>
              <w:bottom w:w="35" w:type="dxa"/>
              <w:left w:w="20" w:type="dxa"/>
              <w:right w:w="20" w:type="dxa"/>
            </w:tcMar>
          </w:tcPr>
          <w:p>
            <w:pPr>
              <w:jc w:val="right"/>
            </w:pPr>
            <w:r>
              <w:rPr>
                <w:color w:val="27AE60"/>
                <w:sz w:val="15"/>
              </w:rPr>
              <w:t>+392</w:t>
            </w:r>
          </w:p>
        </w:tc>
        <w:tc>
          <w:tcPr>
            <w:tcW w:type="dxa" w:w="1066"/>
            <w:shd w:fill="FFFFFF"/>
            <w:tcMar>
              <w:top w:w="35" w:type="dxa"/>
              <w:bottom w:w="35" w:type="dxa"/>
              <w:left w:w="20" w:type="dxa"/>
              <w:right w:w="20" w:type="dxa"/>
            </w:tcMar>
          </w:tcPr>
          <w:p>
            <w:pPr>
              <w:jc w:val="center"/>
            </w:pPr>
            <w:r>
              <w:rPr>
                <w:b/>
                <w:color w:val="27AE60"/>
                <w:sz w:val="15"/>
              </w:rPr>
              <w:t>+97.8%</w:t>
            </w:r>
          </w:p>
        </w:tc>
      </w:tr>
      <w:tr>
        <w:tc>
          <w:tcPr>
            <w:tcW w:type="dxa" w:w="504"/>
            <w:shd w:fill="F9FBFB"/>
            <w:tcMar>
              <w:top w:w="35" w:type="dxa"/>
              <w:bottom w:w="35" w:type="dxa"/>
              <w:left w:w="20" w:type="dxa"/>
              <w:right w:w="20" w:type="dxa"/>
            </w:tcMar>
          </w:tcPr>
          <w:p>
            <w:pPr>
              <w:jc w:val="center"/>
            </w:pPr>
            <w:r>
              <w:rPr>
                <w:sz w:val="15"/>
              </w:rPr>
              <w:t>30</w:t>
            </w:r>
          </w:p>
        </w:tc>
        <w:tc>
          <w:tcPr>
            <w:tcW w:type="dxa" w:w="936"/>
            <w:shd w:fill="F9FBFB"/>
            <w:tcMar>
              <w:top w:w="35" w:type="dxa"/>
              <w:bottom w:w="35" w:type="dxa"/>
              <w:left w:w="20" w:type="dxa"/>
              <w:right w:w="20" w:type="dxa"/>
            </w:tcMar>
          </w:tcPr>
          <w:p>
            <w:pPr>
              <w:jc w:val="left"/>
            </w:pPr>
            <w:r>
              <w:rPr>
                <w:sz w:val="15"/>
              </w:rPr>
              <w:t>KH1099</w:t>
            </w:r>
          </w:p>
        </w:tc>
        <w:tc>
          <w:tcPr>
            <w:tcW w:type="dxa" w:w="3024"/>
            <w:shd w:fill="F9FBFB"/>
            <w:tcMar>
              <w:top w:w="35" w:type="dxa"/>
              <w:bottom w:w="35" w:type="dxa"/>
              <w:left w:w="20" w:type="dxa"/>
              <w:right w:w="20" w:type="dxa"/>
            </w:tcMar>
          </w:tcPr>
          <w:p>
            <w:pPr>
              <w:jc w:val="left"/>
            </w:pPr>
            <w:r>
              <w:rPr>
                <w:sz w:val="15"/>
              </w:rPr>
              <w:t>CÔNG TY TNHH HOÀNG ANH QUY NHƠN</w:t>
            </w:r>
          </w:p>
        </w:tc>
        <w:tc>
          <w:tcPr>
            <w:tcW w:type="dxa" w:w="835"/>
            <w:shd w:fill="F9FBFB"/>
            <w:tcMar>
              <w:top w:w="35" w:type="dxa"/>
              <w:bottom w:w="35" w:type="dxa"/>
              <w:left w:w="20" w:type="dxa"/>
              <w:right w:w="20" w:type="dxa"/>
            </w:tcMar>
          </w:tcPr>
          <w:p>
            <w:pPr>
              <w:jc w:val="right"/>
            </w:pPr>
            <w:r>
              <w:rPr>
                <w:sz w:val="15"/>
              </w:rPr>
              <w:t>256</w:t>
            </w:r>
          </w:p>
        </w:tc>
        <w:tc>
          <w:tcPr>
            <w:tcW w:type="dxa" w:w="835"/>
            <w:shd w:fill="F9FBFB"/>
            <w:tcMar>
              <w:top w:w="35" w:type="dxa"/>
              <w:bottom w:w="35" w:type="dxa"/>
              <w:left w:w="20" w:type="dxa"/>
              <w:right w:w="20" w:type="dxa"/>
            </w:tcMar>
          </w:tcPr>
          <w:p>
            <w:pPr>
              <w:jc w:val="right"/>
            </w:pPr>
            <w:r>
              <w:rPr>
                <w:sz w:val="15"/>
              </w:rPr>
              <w:t>69</w:t>
            </w:r>
          </w:p>
        </w:tc>
        <w:tc>
          <w:tcPr>
            <w:tcW w:type="dxa" w:w="835"/>
            <w:shd w:fill="F9FBFB"/>
            <w:tcMar>
              <w:top w:w="35" w:type="dxa"/>
              <w:bottom w:w="35" w:type="dxa"/>
              <w:left w:w="20" w:type="dxa"/>
              <w:right w:w="20" w:type="dxa"/>
            </w:tcMar>
          </w:tcPr>
          <w:p>
            <w:pPr>
              <w:jc w:val="right"/>
            </w:pPr>
            <w:r>
              <w:rPr>
                <w:sz w:val="15"/>
              </w:rPr>
              <w:t>226</w:t>
            </w:r>
          </w:p>
        </w:tc>
        <w:tc>
          <w:tcPr>
            <w:tcW w:type="dxa" w:w="835"/>
            <w:shd w:fill="F9FBFB"/>
            <w:tcMar>
              <w:top w:w="35" w:type="dxa"/>
              <w:bottom w:w="35" w:type="dxa"/>
              <w:left w:w="20" w:type="dxa"/>
              <w:right w:w="20" w:type="dxa"/>
            </w:tcMar>
          </w:tcPr>
          <w:p>
            <w:pPr>
              <w:jc w:val="right"/>
            </w:pPr>
            <w:r>
              <w:rPr>
                <w:sz w:val="15"/>
              </w:rPr>
              <w:t>312</w:t>
            </w:r>
          </w:p>
        </w:tc>
        <w:tc>
          <w:tcPr>
            <w:tcW w:type="dxa" w:w="835"/>
            <w:shd w:fill="F9FBFB"/>
            <w:tcMar>
              <w:top w:w="35" w:type="dxa"/>
              <w:bottom w:w="35" w:type="dxa"/>
              <w:left w:w="20" w:type="dxa"/>
              <w:right w:w="20" w:type="dxa"/>
            </w:tcMar>
          </w:tcPr>
          <w:p>
            <w:pPr>
              <w:jc w:val="right"/>
            </w:pPr>
            <w:r>
              <w:rPr>
                <w:sz w:val="15"/>
              </w:rPr>
              <w:t>239</w:t>
            </w:r>
          </w:p>
        </w:tc>
        <w:tc>
          <w:tcPr>
            <w:tcW w:type="dxa" w:w="835"/>
            <w:shd w:fill="F9FBFB"/>
            <w:tcMar>
              <w:top w:w="35" w:type="dxa"/>
              <w:bottom w:w="35" w:type="dxa"/>
              <w:left w:w="20" w:type="dxa"/>
              <w:right w:w="20" w:type="dxa"/>
            </w:tcMar>
          </w:tcPr>
          <w:p>
            <w:pPr>
              <w:jc w:val="right"/>
            </w:pPr>
            <w:r>
              <w:rPr>
                <w:sz w:val="15"/>
              </w:rPr>
              <w:t>257</w:t>
            </w:r>
          </w:p>
        </w:tc>
        <w:tc>
          <w:tcPr>
            <w:tcW w:type="dxa" w:w="835"/>
            <w:shd w:fill="F9FBFB"/>
            <w:tcMar>
              <w:top w:w="35" w:type="dxa"/>
              <w:bottom w:w="35" w:type="dxa"/>
              <w:left w:w="20" w:type="dxa"/>
              <w:right w:w="20" w:type="dxa"/>
            </w:tcMar>
          </w:tcPr>
          <w:p>
            <w:pPr>
              <w:jc w:val="right"/>
            </w:pPr>
            <w:r>
              <w:rPr>
                <w:sz w:val="15"/>
              </w:rPr>
              <w:t>198</w:t>
            </w:r>
          </w:p>
        </w:tc>
        <w:tc>
          <w:tcPr>
            <w:tcW w:type="dxa" w:w="835"/>
            <w:shd w:fill="F9FBFB"/>
            <w:tcMar>
              <w:top w:w="35" w:type="dxa"/>
              <w:bottom w:w="35" w:type="dxa"/>
              <w:left w:w="20" w:type="dxa"/>
              <w:right w:w="20" w:type="dxa"/>
            </w:tcMar>
          </w:tcPr>
          <w:p>
            <w:pPr>
              <w:jc w:val="right"/>
            </w:pPr>
            <w:r>
              <w:rPr>
                <w:sz w:val="15"/>
              </w:rPr>
              <w:t>296</w:t>
            </w:r>
          </w:p>
        </w:tc>
        <w:tc>
          <w:tcPr>
            <w:tcW w:type="dxa" w:w="835"/>
            <w:shd w:fill="F9FBFB"/>
            <w:tcMar>
              <w:top w:w="35" w:type="dxa"/>
              <w:bottom w:w="35" w:type="dxa"/>
              <w:left w:w="20" w:type="dxa"/>
              <w:right w:w="20" w:type="dxa"/>
            </w:tcMar>
          </w:tcPr>
          <w:p>
            <w:pPr>
              <w:jc w:val="right"/>
            </w:pPr>
            <w:r>
              <w:rPr>
                <w:sz w:val="15"/>
              </w:rPr>
              <w:t>400</w:t>
            </w:r>
          </w:p>
        </w:tc>
        <w:tc>
          <w:tcPr>
            <w:tcW w:type="dxa" w:w="835"/>
            <w:shd w:fill="F9FBFB"/>
            <w:tcMar>
              <w:top w:w="35" w:type="dxa"/>
              <w:bottom w:w="35" w:type="dxa"/>
              <w:left w:w="20" w:type="dxa"/>
              <w:right w:w="20" w:type="dxa"/>
            </w:tcMar>
          </w:tcPr>
          <w:p>
            <w:pPr>
              <w:jc w:val="right"/>
            </w:pPr>
            <w:r>
              <w:rPr>
                <w:b/>
                <w:sz w:val="15"/>
              </w:rPr>
              <w:t>400</w:t>
            </w:r>
          </w:p>
        </w:tc>
        <w:tc>
          <w:tcPr>
            <w:tcW w:type="dxa" w:w="1224"/>
            <w:shd w:fill="F9FBFB"/>
            <w:tcMar>
              <w:top w:w="35" w:type="dxa"/>
              <w:bottom w:w="35" w:type="dxa"/>
              <w:left w:w="20" w:type="dxa"/>
              <w:right w:w="20" w:type="dxa"/>
            </w:tcMar>
          </w:tcPr>
          <w:p>
            <w:pPr>
              <w:jc w:val="right"/>
            </w:pPr>
            <w:r>
              <w:rPr>
                <w:sz w:val="15"/>
              </w:rPr>
              <w:t>-</w:t>
            </w:r>
          </w:p>
        </w:tc>
        <w:tc>
          <w:tcPr>
            <w:tcW w:type="dxa" w:w="1066"/>
            <w:shd w:fill="F9FBFB"/>
            <w:tcMar>
              <w:top w:w="35" w:type="dxa"/>
              <w:bottom w:w="35" w:type="dxa"/>
              <w:left w:w="20" w:type="dxa"/>
              <w:right w:w="20" w:type="dxa"/>
            </w:tcMar>
          </w:tcPr>
          <w:p>
            <w:pPr>
              <w:jc w:val="center"/>
            </w:pPr>
            <w:r>
              <w:rPr>
                <w:b/>
                <w:sz w:val="15"/>
              </w:rPr>
              <w:t>+0.0%</w:t>
            </w:r>
          </w:p>
        </w:tc>
      </w:tr>
      <w:tr>
        <w:tc>
          <w:tcPr>
            <w:tcW w:type="dxa" w:w="504"/>
            <w:shd w:fill="FFFFFF"/>
            <w:tcMar>
              <w:top w:w="35" w:type="dxa"/>
              <w:bottom w:w="35" w:type="dxa"/>
              <w:left w:w="20" w:type="dxa"/>
              <w:right w:w="20" w:type="dxa"/>
            </w:tcMar>
          </w:tcPr>
          <w:p>
            <w:pPr>
              <w:jc w:val="center"/>
            </w:pPr>
            <w:r>
              <w:rPr>
                <w:sz w:val="15"/>
              </w:rPr>
              <w:t>31</w:t>
            </w:r>
          </w:p>
        </w:tc>
        <w:tc>
          <w:tcPr>
            <w:tcW w:type="dxa" w:w="936"/>
            <w:shd w:fill="FFFFFF"/>
            <w:tcMar>
              <w:top w:w="35" w:type="dxa"/>
              <w:bottom w:w="35" w:type="dxa"/>
              <w:left w:w="20" w:type="dxa"/>
              <w:right w:w="20" w:type="dxa"/>
            </w:tcMar>
          </w:tcPr>
          <w:p>
            <w:pPr>
              <w:jc w:val="left"/>
            </w:pPr>
            <w:r>
              <w:rPr>
                <w:sz w:val="15"/>
              </w:rPr>
              <w:t>KH0197</w:t>
            </w:r>
          </w:p>
        </w:tc>
        <w:tc>
          <w:tcPr>
            <w:tcW w:type="dxa" w:w="3024"/>
            <w:shd w:fill="FFFFFF"/>
            <w:tcMar>
              <w:top w:w="35" w:type="dxa"/>
              <w:bottom w:w="35" w:type="dxa"/>
              <w:left w:w="20" w:type="dxa"/>
              <w:right w:w="20" w:type="dxa"/>
            </w:tcMar>
          </w:tcPr>
          <w:p>
            <w:pPr>
              <w:jc w:val="left"/>
            </w:pPr>
            <w:r>
              <w:rPr>
                <w:sz w:val="15"/>
              </w:rPr>
              <w:t>CÔNG TY TNHH BẢO HƯNG</w:t>
            </w:r>
          </w:p>
        </w:tc>
        <w:tc>
          <w:tcPr>
            <w:tcW w:type="dxa" w:w="835"/>
            <w:shd w:fill="FFFFFF"/>
            <w:tcMar>
              <w:top w:w="35" w:type="dxa"/>
              <w:bottom w:w="35" w:type="dxa"/>
              <w:left w:w="20" w:type="dxa"/>
              <w:right w:w="20" w:type="dxa"/>
            </w:tcMar>
          </w:tcPr>
          <w:p>
            <w:pPr>
              <w:jc w:val="right"/>
            </w:pPr>
            <w:r>
              <w:rPr>
                <w:sz w:val="15"/>
              </w:rPr>
              <w:t>328</w:t>
            </w:r>
          </w:p>
        </w:tc>
        <w:tc>
          <w:tcPr>
            <w:tcW w:type="dxa" w:w="835"/>
            <w:shd w:fill="FFFFFF"/>
            <w:tcMar>
              <w:top w:w="35" w:type="dxa"/>
              <w:bottom w:w="35" w:type="dxa"/>
              <w:left w:w="20" w:type="dxa"/>
              <w:right w:w="20" w:type="dxa"/>
            </w:tcMar>
          </w:tcPr>
          <w:p>
            <w:pPr>
              <w:jc w:val="right"/>
            </w:pPr>
            <w:r>
              <w:rPr>
                <w:sz w:val="15"/>
              </w:rPr>
              <w:t>189</w:t>
            </w:r>
          </w:p>
        </w:tc>
        <w:tc>
          <w:tcPr>
            <w:tcW w:type="dxa" w:w="835"/>
            <w:shd w:fill="FFFFFF"/>
            <w:tcMar>
              <w:top w:w="35" w:type="dxa"/>
              <w:bottom w:w="35" w:type="dxa"/>
              <w:left w:w="20" w:type="dxa"/>
              <w:right w:w="20" w:type="dxa"/>
            </w:tcMar>
          </w:tcPr>
          <w:p>
            <w:pPr>
              <w:jc w:val="right"/>
            </w:pPr>
            <w:r>
              <w:rPr>
                <w:sz w:val="15"/>
              </w:rPr>
              <w:t>415</w:t>
            </w:r>
          </w:p>
        </w:tc>
        <w:tc>
          <w:tcPr>
            <w:tcW w:type="dxa" w:w="835"/>
            <w:shd w:fill="FFFFFF"/>
            <w:tcMar>
              <w:top w:w="35" w:type="dxa"/>
              <w:bottom w:w="35" w:type="dxa"/>
              <w:left w:w="20" w:type="dxa"/>
              <w:right w:w="20" w:type="dxa"/>
            </w:tcMar>
          </w:tcPr>
          <w:p>
            <w:pPr>
              <w:jc w:val="right"/>
            </w:pPr>
            <w:r>
              <w:rPr>
                <w:sz w:val="15"/>
              </w:rPr>
              <w:t>278</w:t>
            </w:r>
          </w:p>
        </w:tc>
        <w:tc>
          <w:tcPr>
            <w:tcW w:type="dxa" w:w="835"/>
            <w:shd w:fill="FFFFFF"/>
            <w:tcMar>
              <w:top w:w="35" w:type="dxa"/>
              <w:bottom w:w="35" w:type="dxa"/>
              <w:left w:w="20" w:type="dxa"/>
              <w:right w:w="20" w:type="dxa"/>
            </w:tcMar>
          </w:tcPr>
          <w:p>
            <w:pPr>
              <w:jc w:val="right"/>
            </w:pPr>
            <w:r>
              <w:rPr>
                <w:sz w:val="15"/>
              </w:rPr>
              <w:t>326</w:t>
            </w:r>
          </w:p>
        </w:tc>
        <w:tc>
          <w:tcPr>
            <w:tcW w:type="dxa" w:w="835"/>
            <w:shd w:fill="FFFFFF"/>
            <w:tcMar>
              <w:top w:w="35" w:type="dxa"/>
              <w:bottom w:w="35" w:type="dxa"/>
              <w:left w:w="20" w:type="dxa"/>
              <w:right w:w="20" w:type="dxa"/>
            </w:tcMar>
          </w:tcPr>
          <w:p>
            <w:pPr>
              <w:jc w:val="right"/>
            </w:pPr>
            <w:r>
              <w:rPr>
                <w:sz w:val="15"/>
              </w:rPr>
              <w:t>366</w:t>
            </w:r>
          </w:p>
        </w:tc>
        <w:tc>
          <w:tcPr>
            <w:tcW w:type="dxa" w:w="835"/>
            <w:shd w:fill="FFFFFF"/>
            <w:tcMar>
              <w:top w:w="35" w:type="dxa"/>
              <w:bottom w:w="35" w:type="dxa"/>
              <w:left w:w="20" w:type="dxa"/>
              <w:right w:w="20" w:type="dxa"/>
            </w:tcMar>
          </w:tcPr>
          <w:p>
            <w:pPr>
              <w:jc w:val="right"/>
            </w:pPr>
            <w:r>
              <w:rPr>
                <w:sz w:val="15"/>
              </w:rPr>
              <w:t>391</w:t>
            </w:r>
          </w:p>
        </w:tc>
        <w:tc>
          <w:tcPr>
            <w:tcW w:type="dxa" w:w="835"/>
            <w:shd w:fill="FFFFFF"/>
            <w:tcMar>
              <w:top w:w="35" w:type="dxa"/>
              <w:bottom w:w="35" w:type="dxa"/>
              <w:left w:w="20" w:type="dxa"/>
              <w:right w:w="20" w:type="dxa"/>
            </w:tcMar>
          </w:tcPr>
          <w:p>
            <w:pPr>
              <w:jc w:val="right"/>
            </w:pPr>
            <w:r>
              <w:rPr>
                <w:sz w:val="15"/>
              </w:rPr>
              <w:t>396</w:t>
            </w:r>
          </w:p>
        </w:tc>
        <w:tc>
          <w:tcPr>
            <w:tcW w:type="dxa" w:w="835"/>
            <w:shd w:fill="FFFFFF"/>
            <w:tcMar>
              <w:top w:w="35" w:type="dxa"/>
              <w:bottom w:w="35" w:type="dxa"/>
              <w:left w:w="20" w:type="dxa"/>
              <w:right w:w="20" w:type="dxa"/>
            </w:tcMar>
          </w:tcPr>
          <w:p>
            <w:pPr>
              <w:jc w:val="right"/>
            </w:pPr>
            <w:r>
              <w:rPr>
                <w:sz w:val="15"/>
              </w:rPr>
              <w:t>389</w:t>
            </w:r>
          </w:p>
        </w:tc>
        <w:tc>
          <w:tcPr>
            <w:tcW w:type="dxa" w:w="835"/>
            <w:shd w:fill="FFFFFF"/>
            <w:tcMar>
              <w:top w:w="35" w:type="dxa"/>
              <w:bottom w:w="35" w:type="dxa"/>
              <w:left w:w="20" w:type="dxa"/>
              <w:right w:w="20" w:type="dxa"/>
            </w:tcMar>
          </w:tcPr>
          <w:p>
            <w:pPr>
              <w:jc w:val="right"/>
            </w:pPr>
            <w:r>
              <w:rPr>
                <w:b/>
                <w:sz w:val="15"/>
              </w:rPr>
              <w:t>858</w:t>
            </w:r>
          </w:p>
        </w:tc>
        <w:tc>
          <w:tcPr>
            <w:tcW w:type="dxa" w:w="1224"/>
            <w:shd w:fill="FFFFFF"/>
            <w:tcMar>
              <w:top w:w="35" w:type="dxa"/>
              <w:bottom w:w="35" w:type="dxa"/>
              <w:left w:w="20" w:type="dxa"/>
              <w:right w:w="20" w:type="dxa"/>
            </w:tcMar>
          </w:tcPr>
          <w:p>
            <w:pPr>
              <w:jc w:val="right"/>
            </w:pPr>
            <w:r>
              <w:rPr>
                <w:color w:val="27AE60"/>
                <w:sz w:val="15"/>
              </w:rPr>
              <w:t>+469</w:t>
            </w:r>
          </w:p>
        </w:tc>
        <w:tc>
          <w:tcPr>
            <w:tcW w:type="dxa" w:w="1066"/>
            <w:shd w:fill="FFFFFF"/>
            <w:tcMar>
              <w:top w:w="35" w:type="dxa"/>
              <w:bottom w:w="35" w:type="dxa"/>
              <w:left w:w="20" w:type="dxa"/>
              <w:right w:w="20" w:type="dxa"/>
            </w:tcMar>
          </w:tcPr>
          <w:p>
            <w:pPr>
              <w:jc w:val="center"/>
            </w:pPr>
            <w:r>
              <w:rPr>
                <w:b/>
                <w:color w:val="27AE60"/>
                <w:sz w:val="15"/>
              </w:rPr>
              <w:t>+120.6%</w:t>
            </w:r>
          </w:p>
        </w:tc>
      </w:tr>
      <w:tr>
        <w:tc>
          <w:tcPr>
            <w:tcW w:type="dxa" w:w="504"/>
            <w:shd w:fill="F9FBFB"/>
            <w:tcMar>
              <w:top w:w="35" w:type="dxa"/>
              <w:bottom w:w="35" w:type="dxa"/>
              <w:left w:w="20" w:type="dxa"/>
              <w:right w:w="20" w:type="dxa"/>
            </w:tcMar>
          </w:tcPr>
          <w:p>
            <w:pPr>
              <w:jc w:val="center"/>
            </w:pPr>
            <w:r>
              <w:rPr>
                <w:sz w:val="15"/>
              </w:rPr>
              <w:t>32</w:t>
            </w:r>
          </w:p>
        </w:tc>
        <w:tc>
          <w:tcPr>
            <w:tcW w:type="dxa" w:w="936"/>
            <w:shd w:fill="F9FBFB"/>
            <w:tcMar>
              <w:top w:w="35" w:type="dxa"/>
              <w:bottom w:w="35" w:type="dxa"/>
              <w:left w:w="20" w:type="dxa"/>
              <w:right w:w="20" w:type="dxa"/>
            </w:tcMar>
          </w:tcPr>
          <w:p>
            <w:pPr>
              <w:jc w:val="left"/>
            </w:pPr>
            <w:r>
              <w:rPr>
                <w:sz w:val="15"/>
              </w:rPr>
              <w:t>KH1943</w:t>
            </w:r>
          </w:p>
        </w:tc>
        <w:tc>
          <w:tcPr>
            <w:tcW w:type="dxa" w:w="3024"/>
            <w:shd w:fill="F9FBFB"/>
            <w:tcMar>
              <w:top w:w="35" w:type="dxa"/>
              <w:bottom w:w="35" w:type="dxa"/>
              <w:left w:w="20" w:type="dxa"/>
              <w:right w:w="20" w:type="dxa"/>
            </w:tcMar>
          </w:tcPr>
          <w:p>
            <w:pPr>
              <w:jc w:val="left"/>
            </w:pPr>
            <w:r>
              <w:rPr>
                <w:sz w:val="15"/>
              </w:rPr>
              <w:t>CÔNG TY TNHH TÂN VIỆT TIẾN</w:t>
            </w:r>
          </w:p>
        </w:tc>
        <w:tc>
          <w:tcPr>
            <w:tcW w:type="dxa" w:w="835"/>
            <w:shd w:fill="F9FBFB"/>
            <w:tcMar>
              <w:top w:w="35" w:type="dxa"/>
              <w:bottom w:w="35" w:type="dxa"/>
              <w:left w:w="20" w:type="dxa"/>
              <w:right w:w="20" w:type="dxa"/>
            </w:tcMar>
          </w:tcPr>
          <w:p>
            <w:pPr>
              <w:jc w:val="right"/>
            </w:pPr>
            <w:r>
              <w:rPr>
                <w:sz w:val="15"/>
              </w:rPr>
              <w:t>298</w:t>
            </w:r>
          </w:p>
        </w:tc>
        <w:tc>
          <w:tcPr>
            <w:tcW w:type="dxa" w:w="835"/>
            <w:shd w:fill="F9FBFB"/>
            <w:tcMar>
              <w:top w:w="35" w:type="dxa"/>
              <w:bottom w:w="35" w:type="dxa"/>
              <w:left w:w="20" w:type="dxa"/>
              <w:right w:w="20" w:type="dxa"/>
            </w:tcMar>
          </w:tcPr>
          <w:p>
            <w:pPr>
              <w:jc w:val="right"/>
            </w:pPr>
            <w:r>
              <w:rPr>
                <w:sz w:val="15"/>
              </w:rPr>
              <w:t>169</w:t>
            </w:r>
          </w:p>
        </w:tc>
        <w:tc>
          <w:tcPr>
            <w:tcW w:type="dxa" w:w="835"/>
            <w:shd w:fill="F9FBFB"/>
            <w:tcMar>
              <w:top w:w="35" w:type="dxa"/>
              <w:bottom w:w="35" w:type="dxa"/>
              <w:left w:w="20" w:type="dxa"/>
              <w:right w:w="20" w:type="dxa"/>
            </w:tcMar>
          </w:tcPr>
          <w:p>
            <w:pPr>
              <w:jc w:val="right"/>
            </w:pPr>
            <w:r>
              <w:rPr>
                <w:sz w:val="15"/>
              </w:rPr>
              <w:t>331</w:t>
            </w:r>
          </w:p>
        </w:tc>
        <w:tc>
          <w:tcPr>
            <w:tcW w:type="dxa" w:w="835"/>
            <w:shd w:fill="F9FBFB"/>
            <w:tcMar>
              <w:top w:w="35" w:type="dxa"/>
              <w:bottom w:w="35" w:type="dxa"/>
              <w:left w:w="20" w:type="dxa"/>
              <w:right w:w="20" w:type="dxa"/>
            </w:tcMar>
          </w:tcPr>
          <w:p>
            <w:pPr>
              <w:jc w:val="right"/>
            </w:pPr>
            <w:r>
              <w:rPr>
                <w:sz w:val="15"/>
              </w:rPr>
              <w:t>383</w:t>
            </w:r>
          </w:p>
        </w:tc>
        <w:tc>
          <w:tcPr>
            <w:tcW w:type="dxa" w:w="835"/>
            <w:shd w:fill="F9FBFB"/>
            <w:tcMar>
              <w:top w:w="35" w:type="dxa"/>
              <w:bottom w:w="35" w:type="dxa"/>
              <w:left w:w="20" w:type="dxa"/>
              <w:right w:w="20" w:type="dxa"/>
            </w:tcMar>
          </w:tcPr>
          <w:p>
            <w:pPr>
              <w:jc w:val="right"/>
            </w:pPr>
            <w:r>
              <w:rPr>
                <w:sz w:val="15"/>
              </w:rPr>
              <w:t>459</w:t>
            </w:r>
          </w:p>
        </w:tc>
        <w:tc>
          <w:tcPr>
            <w:tcW w:type="dxa" w:w="835"/>
            <w:shd w:fill="F9FBFB"/>
            <w:tcMar>
              <w:top w:w="35" w:type="dxa"/>
              <w:bottom w:w="35" w:type="dxa"/>
              <w:left w:w="20" w:type="dxa"/>
              <w:right w:w="20" w:type="dxa"/>
            </w:tcMar>
          </w:tcPr>
          <w:p>
            <w:pPr>
              <w:jc w:val="right"/>
            </w:pPr>
            <w:r>
              <w:rPr>
                <w:sz w:val="15"/>
              </w:rPr>
              <w:t>502</w:t>
            </w:r>
          </w:p>
        </w:tc>
        <w:tc>
          <w:tcPr>
            <w:tcW w:type="dxa" w:w="835"/>
            <w:shd w:fill="F9FBFB"/>
            <w:tcMar>
              <w:top w:w="35" w:type="dxa"/>
              <w:bottom w:w="35" w:type="dxa"/>
              <w:left w:w="20" w:type="dxa"/>
              <w:right w:w="20" w:type="dxa"/>
            </w:tcMar>
          </w:tcPr>
          <w:p>
            <w:pPr>
              <w:jc w:val="right"/>
            </w:pPr>
            <w:r>
              <w:rPr>
                <w:sz w:val="15"/>
              </w:rPr>
              <w:t>357</w:t>
            </w:r>
          </w:p>
        </w:tc>
        <w:tc>
          <w:tcPr>
            <w:tcW w:type="dxa" w:w="835"/>
            <w:shd w:fill="F9FBFB"/>
            <w:tcMar>
              <w:top w:w="35" w:type="dxa"/>
              <w:bottom w:w="35" w:type="dxa"/>
              <w:left w:w="20" w:type="dxa"/>
              <w:right w:w="20" w:type="dxa"/>
            </w:tcMar>
          </w:tcPr>
          <w:p>
            <w:pPr>
              <w:jc w:val="right"/>
            </w:pPr>
            <w:r>
              <w:rPr>
                <w:sz w:val="15"/>
              </w:rPr>
              <w:t>328</w:t>
            </w:r>
          </w:p>
        </w:tc>
        <w:tc>
          <w:tcPr>
            <w:tcW w:type="dxa" w:w="835"/>
            <w:shd w:fill="F9FBFB"/>
            <w:tcMar>
              <w:top w:w="35" w:type="dxa"/>
              <w:bottom w:w="35" w:type="dxa"/>
              <w:left w:w="20" w:type="dxa"/>
              <w:right w:w="20" w:type="dxa"/>
            </w:tcMar>
          </w:tcPr>
          <w:p>
            <w:pPr>
              <w:jc w:val="right"/>
            </w:pPr>
            <w:r>
              <w:rPr>
                <w:sz w:val="15"/>
              </w:rPr>
              <w:t>326</w:t>
            </w:r>
          </w:p>
        </w:tc>
        <w:tc>
          <w:tcPr>
            <w:tcW w:type="dxa" w:w="835"/>
            <w:shd w:fill="F9FBFB"/>
            <w:tcMar>
              <w:top w:w="35" w:type="dxa"/>
              <w:bottom w:w="35" w:type="dxa"/>
              <w:left w:w="20" w:type="dxa"/>
              <w:right w:w="20" w:type="dxa"/>
            </w:tcMar>
          </w:tcPr>
          <w:p>
            <w:pPr>
              <w:jc w:val="right"/>
            </w:pPr>
            <w:r>
              <w:rPr>
                <w:b/>
                <w:sz w:val="15"/>
              </w:rPr>
              <w:t>540</w:t>
            </w:r>
          </w:p>
        </w:tc>
        <w:tc>
          <w:tcPr>
            <w:tcW w:type="dxa" w:w="1224"/>
            <w:shd w:fill="F9FBFB"/>
            <w:tcMar>
              <w:top w:w="35" w:type="dxa"/>
              <w:bottom w:w="35" w:type="dxa"/>
              <w:left w:w="20" w:type="dxa"/>
              <w:right w:w="20" w:type="dxa"/>
            </w:tcMar>
          </w:tcPr>
          <w:p>
            <w:pPr>
              <w:jc w:val="right"/>
            </w:pPr>
            <w:r>
              <w:rPr>
                <w:color w:val="27AE60"/>
                <w:sz w:val="15"/>
              </w:rPr>
              <w:t>+214</w:t>
            </w:r>
          </w:p>
        </w:tc>
        <w:tc>
          <w:tcPr>
            <w:tcW w:type="dxa" w:w="1066"/>
            <w:shd w:fill="F9FBFB"/>
            <w:tcMar>
              <w:top w:w="35" w:type="dxa"/>
              <w:bottom w:w="35" w:type="dxa"/>
              <w:left w:w="20" w:type="dxa"/>
              <w:right w:w="20" w:type="dxa"/>
            </w:tcMar>
          </w:tcPr>
          <w:p>
            <w:pPr>
              <w:jc w:val="center"/>
            </w:pPr>
            <w:r>
              <w:rPr>
                <w:b/>
                <w:color w:val="27AE60"/>
                <w:sz w:val="15"/>
              </w:rPr>
              <w:t>+65.6%</w:t>
            </w:r>
          </w:p>
        </w:tc>
      </w:tr>
      <w:tr>
        <w:tc>
          <w:tcPr>
            <w:tcW w:type="dxa" w:w="504"/>
            <w:shd w:fill="FFFFFF"/>
            <w:tcMar>
              <w:top w:w="35" w:type="dxa"/>
              <w:bottom w:w="35" w:type="dxa"/>
              <w:left w:w="20" w:type="dxa"/>
              <w:right w:w="20" w:type="dxa"/>
            </w:tcMar>
          </w:tcPr>
          <w:p>
            <w:pPr>
              <w:jc w:val="center"/>
            </w:pPr>
            <w:r>
              <w:rPr>
                <w:sz w:val="15"/>
              </w:rPr>
              <w:t>33</w:t>
            </w:r>
          </w:p>
        </w:tc>
        <w:tc>
          <w:tcPr>
            <w:tcW w:type="dxa" w:w="936"/>
            <w:shd w:fill="FFFFFF"/>
            <w:tcMar>
              <w:top w:w="35" w:type="dxa"/>
              <w:bottom w:w="35" w:type="dxa"/>
              <w:left w:w="20" w:type="dxa"/>
              <w:right w:w="20" w:type="dxa"/>
            </w:tcMar>
          </w:tcPr>
          <w:p>
            <w:pPr>
              <w:jc w:val="left"/>
            </w:pPr>
            <w:r>
              <w:rPr>
                <w:sz w:val="15"/>
              </w:rPr>
              <w:t>KH0157</w:t>
            </w:r>
          </w:p>
        </w:tc>
        <w:tc>
          <w:tcPr>
            <w:tcW w:type="dxa" w:w="3024"/>
            <w:shd w:fill="FFFFFF"/>
            <w:tcMar>
              <w:top w:w="35" w:type="dxa"/>
              <w:bottom w:w="35" w:type="dxa"/>
              <w:left w:w="20" w:type="dxa"/>
              <w:right w:w="20" w:type="dxa"/>
            </w:tcMar>
          </w:tcPr>
          <w:p>
            <w:pPr>
              <w:jc w:val="left"/>
            </w:pPr>
            <w:r>
              <w:rPr>
                <w:sz w:val="15"/>
              </w:rPr>
              <w:t>CÔNG TY CỔ PHẦN THƯƠNG MẠI DỊCH VỤ ĐẤT MỚI</w:t>
            </w:r>
          </w:p>
        </w:tc>
        <w:tc>
          <w:tcPr>
            <w:tcW w:type="dxa" w:w="835"/>
            <w:shd w:fill="FFFFFF"/>
            <w:tcMar>
              <w:top w:w="35" w:type="dxa"/>
              <w:bottom w:w="35" w:type="dxa"/>
              <w:left w:w="20" w:type="dxa"/>
              <w:right w:w="20" w:type="dxa"/>
            </w:tcMar>
          </w:tcPr>
          <w:p>
            <w:pPr>
              <w:jc w:val="right"/>
            </w:pPr>
            <w:r>
              <w:rPr>
                <w:sz w:val="15"/>
              </w:rPr>
              <w:t>474</w:t>
            </w:r>
          </w:p>
        </w:tc>
        <w:tc>
          <w:tcPr>
            <w:tcW w:type="dxa" w:w="835"/>
            <w:shd w:fill="FFFFFF"/>
            <w:tcMar>
              <w:top w:w="35" w:type="dxa"/>
              <w:bottom w:w="35" w:type="dxa"/>
              <w:left w:w="20" w:type="dxa"/>
              <w:right w:w="20" w:type="dxa"/>
            </w:tcMar>
          </w:tcPr>
          <w:p>
            <w:pPr>
              <w:jc w:val="right"/>
            </w:pPr>
            <w:r>
              <w:rPr>
                <w:sz w:val="15"/>
              </w:rPr>
              <w:t>266</w:t>
            </w:r>
          </w:p>
        </w:tc>
        <w:tc>
          <w:tcPr>
            <w:tcW w:type="dxa" w:w="835"/>
            <w:shd w:fill="FFFFFF"/>
            <w:tcMar>
              <w:top w:w="35" w:type="dxa"/>
              <w:bottom w:w="35" w:type="dxa"/>
              <w:left w:w="20" w:type="dxa"/>
              <w:right w:w="20" w:type="dxa"/>
            </w:tcMar>
          </w:tcPr>
          <w:p>
            <w:pPr>
              <w:jc w:val="right"/>
            </w:pPr>
            <w:r>
              <w:rPr>
                <w:sz w:val="15"/>
              </w:rPr>
              <w:t>371</w:t>
            </w:r>
          </w:p>
        </w:tc>
        <w:tc>
          <w:tcPr>
            <w:tcW w:type="dxa" w:w="835"/>
            <w:shd w:fill="FFFFFF"/>
            <w:tcMar>
              <w:top w:w="35" w:type="dxa"/>
              <w:bottom w:w="35" w:type="dxa"/>
              <w:left w:w="20" w:type="dxa"/>
              <w:right w:w="20" w:type="dxa"/>
            </w:tcMar>
          </w:tcPr>
          <w:p>
            <w:pPr>
              <w:jc w:val="right"/>
            </w:pPr>
            <w:r>
              <w:rPr>
                <w:sz w:val="15"/>
              </w:rPr>
              <w:t>320</w:t>
            </w:r>
          </w:p>
        </w:tc>
        <w:tc>
          <w:tcPr>
            <w:tcW w:type="dxa" w:w="835"/>
            <w:shd w:fill="FFFFFF"/>
            <w:tcMar>
              <w:top w:w="35" w:type="dxa"/>
              <w:bottom w:w="35" w:type="dxa"/>
              <w:left w:w="20" w:type="dxa"/>
              <w:right w:w="20" w:type="dxa"/>
            </w:tcMar>
          </w:tcPr>
          <w:p>
            <w:pPr>
              <w:jc w:val="right"/>
            </w:pPr>
            <w:r>
              <w:rPr>
                <w:sz w:val="15"/>
              </w:rPr>
              <w:t>289</w:t>
            </w:r>
          </w:p>
        </w:tc>
        <w:tc>
          <w:tcPr>
            <w:tcW w:type="dxa" w:w="835"/>
            <w:shd w:fill="FFFFFF"/>
            <w:tcMar>
              <w:top w:w="35" w:type="dxa"/>
              <w:bottom w:w="35" w:type="dxa"/>
              <w:left w:w="20" w:type="dxa"/>
              <w:right w:w="20" w:type="dxa"/>
            </w:tcMar>
          </w:tcPr>
          <w:p>
            <w:pPr>
              <w:jc w:val="right"/>
            </w:pPr>
            <w:r>
              <w:rPr>
                <w:sz w:val="15"/>
              </w:rPr>
              <w:t>406</w:t>
            </w:r>
          </w:p>
        </w:tc>
        <w:tc>
          <w:tcPr>
            <w:tcW w:type="dxa" w:w="835"/>
            <w:shd w:fill="FFFFFF"/>
            <w:tcMar>
              <w:top w:w="35" w:type="dxa"/>
              <w:bottom w:w="35" w:type="dxa"/>
              <w:left w:w="20" w:type="dxa"/>
              <w:right w:w="20" w:type="dxa"/>
            </w:tcMar>
          </w:tcPr>
          <w:p>
            <w:pPr>
              <w:jc w:val="right"/>
            </w:pPr>
            <w:r>
              <w:rPr>
                <w:sz w:val="15"/>
              </w:rPr>
              <w:t>309</w:t>
            </w:r>
          </w:p>
        </w:tc>
        <w:tc>
          <w:tcPr>
            <w:tcW w:type="dxa" w:w="835"/>
            <w:shd w:fill="FFFFFF"/>
            <w:tcMar>
              <w:top w:w="35" w:type="dxa"/>
              <w:bottom w:w="35" w:type="dxa"/>
              <w:left w:w="20" w:type="dxa"/>
              <w:right w:w="20" w:type="dxa"/>
            </w:tcMar>
          </w:tcPr>
          <w:p>
            <w:pPr>
              <w:jc w:val="right"/>
            </w:pPr>
            <w:r>
              <w:rPr>
                <w:sz w:val="15"/>
              </w:rPr>
              <w:t>377</w:t>
            </w:r>
          </w:p>
        </w:tc>
        <w:tc>
          <w:tcPr>
            <w:tcW w:type="dxa" w:w="835"/>
            <w:shd w:fill="FFFFFF"/>
            <w:tcMar>
              <w:top w:w="35" w:type="dxa"/>
              <w:bottom w:w="35" w:type="dxa"/>
              <w:left w:w="20" w:type="dxa"/>
              <w:right w:w="20" w:type="dxa"/>
            </w:tcMar>
          </w:tcPr>
          <w:p>
            <w:pPr>
              <w:jc w:val="right"/>
            </w:pPr>
            <w:r>
              <w:rPr>
                <w:sz w:val="15"/>
              </w:rPr>
              <w:t>301</w:t>
            </w:r>
          </w:p>
        </w:tc>
        <w:tc>
          <w:tcPr>
            <w:tcW w:type="dxa" w:w="835"/>
            <w:shd w:fill="FFFFFF"/>
            <w:tcMar>
              <w:top w:w="35" w:type="dxa"/>
              <w:bottom w:w="35" w:type="dxa"/>
              <w:left w:w="20" w:type="dxa"/>
              <w:right w:w="20" w:type="dxa"/>
            </w:tcMar>
          </w:tcPr>
          <w:p>
            <w:pPr>
              <w:jc w:val="right"/>
            </w:pPr>
            <w:r>
              <w:rPr>
                <w:b/>
                <w:sz w:val="15"/>
              </w:rPr>
              <w:t>-</w:t>
            </w:r>
          </w:p>
        </w:tc>
        <w:tc>
          <w:tcPr>
            <w:tcW w:type="dxa" w:w="1224"/>
            <w:shd w:fill="FFFFFF"/>
            <w:tcMar>
              <w:top w:w="35" w:type="dxa"/>
              <w:bottom w:w="35" w:type="dxa"/>
              <w:left w:w="20" w:type="dxa"/>
              <w:right w:w="20" w:type="dxa"/>
            </w:tcMar>
          </w:tcPr>
          <w:p>
            <w:pPr>
              <w:jc w:val="right"/>
            </w:pPr>
            <w:r>
              <w:rPr>
                <w:color w:val="C0392B"/>
                <w:sz w:val="15"/>
              </w:rPr>
              <w:t>-301</w:t>
            </w:r>
          </w:p>
        </w:tc>
        <w:tc>
          <w:tcPr>
            <w:tcW w:type="dxa" w:w="1066"/>
            <w:shd w:fill="FFFFFF"/>
            <w:tcMar>
              <w:top w:w="35" w:type="dxa"/>
              <w:bottom w:w="35" w:type="dxa"/>
              <w:left w:w="20" w:type="dxa"/>
              <w:right w:w="20" w:type="dxa"/>
            </w:tcMar>
          </w:tcPr>
          <w:p>
            <w:pPr>
              <w:jc w:val="center"/>
            </w:pPr>
            <w:r>
              <w:rPr>
                <w:b/>
                <w:color w:val="C0392B"/>
                <w:sz w:val="15"/>
              </w:rPr>
              <w:t>-100.0%</w:t>
            </w:r>
          </w:p>
        </w:tc>
      </w:tr>
      <w:tr>
        <w:tc>
          <w:tcPr>
            <w:tcW w:type="dxa" w:w="504"/>
            <w:shd w:fill="F9FBFB"/>
            <w:tcMar>
              <w:top w:w="35" w:type="dxa"/>
              <w:bottom w:w="35" w:type="dxa"/>
              <w:left w:w="20" w:type="dxa"/>
              <w:right w:w="20" w:type="dxa"/>
            </w:tcMar>
          </w:tcPr>
          <w:p>
            <w:pPr>
              <w:jc w:val="center"/>
            </w:pPr>
            <w:r>
              <w:rPr>
                <w:sz w:val="15"/>
              </w:rPr>
              <w:t>34</w:t>
            </w:r>
          </w:p>
        </w:tc>
        <w:tc>
          <w:tcPr>
            <w:tcW w:type="dxa" w:w="936"/>
            <w:shd w:fill="F9FBFB"/>
            <w:tcMar>
              <w:top w:w="35" w:type="dxa"/>
              <w:bottom w:w="35" w:type="dxa"/>
              <w:left w:w="20" w:type="dxa"/>
              <w:right w:w="20" w:type="dxa"/>
            </w:tcMar>
          </w:tcPr>
          <w:p>
            <w:pPr>
              <w:jc w:val="left"/>
            </w:pPr>
            <w:r>
              <w:rPr>
                <w:sz w:val="15"/>
              </w:rPr>
              <w:t>KH0317</w:t>
            </w:r>
          </w:p>
        </w:tc>
        <w:tc>
          <w:tcPr>
            <w:tcW w:type="dxa" w:w="3024"/>
            <w:shd w:fill="F9FBFB"/>
            <w:tcMar>
              <w:top w:w="35" w:type="dxa"/>
              <w:bottom w:w="35" w:type="dxa"/>
              <w:left w:w="20" w:type="dxa"/>
              <w:right w:w="20" w:type="dxa"/>
            </w:tcMar>
          </w:tcPr>
          <w:p>
            <w:pPr>
              <w:jc w:val="left"/>
            </w:pPr>
            <w:r>
              <w:rPr>
                <w:sz w:val="15"/>
              </w:rPr>
              <w:t>CÔNG TY TNHH KIM VĨNH PHÚ</w:t>
            </w:r>
          </w:p>
        </w:tc>
        <w:tc>
          <w:tcPr>
            <w:tcW w:type="dxa" w:w="835"/>
            <w:shd w:fill="F9FBFB"/>
            <w:tcMar>
              <w:top w:w="35" w:type="dxa"/>
              <w:bottom w:w="35" w:type="dxa"/>
              <w:left w:w="20" w:type="dxa"/>
              <w:right w:w="20" w:type="dxa"/>
            </w:tcMar>
          </w:tcPr>
          <w:p>
            <w:pPr>
              <w:jc w:val="right"/>
            </w:pPr>
            <w:r>
              <w:rPr>
                <w:sz w:val="15"/>
              </w:rPr>
              <w:t>336</w:t>
            </w:r>
          </w:p>
        </w:tc>
        <w:tc>
          <w:tcPr>
            <w:tcW w:type="dxa" w:w="835"/>
            <w:shd w:fill="F9FBFB"/>
            <w:tcMar>
              <w:top w:w="35" w:type="dxa"/>
              <w:bottom w:w="35" w:type="dxa"/>
              <w:left w:w="20" w:type="dxa"/>
              <w:right w:w="20" w:type="dxa"/>
            </w:tcMar>
          </w:tcPr>
          <w:p>
            <w:pPr>
              <w:jc w:val="right"/>
            </w:pPr>
            <w:r>
              <w:rPr>
                <w:sz w:val="15"/>
              </w:rPr>
              <w:t>53</w:t>
            </w:r>
          </w:p>
        </w:tc>
        <w:tc>
          <w:tcPr>
            <w:tcW w:type="dxa" w:w="835"/>
            <w:shd w:fill="F9FBFB"/>
            <w:tcMar>
              <w:top w:w="35" w:type="dxa"/>
              <w:bottom w:w="35" w:type="dxa"/>
              <w:left w:w="20" w:type="dxa"/>
              <w:right w:w="20" w:type="dxa"/>
            </w:tcMar>
          </w:tcPr>
          <w:p>
            <w:pPr>
              <w:jc w:val="right"/>
            </w:pPr>
            <w:r>
              <w:rPr>
                <w:sz w:val="15"/>
              </w:rPr>
              <w:t>221</w:t>
            </w:r>
          </w:p>
        </w:tc>
        <w:tc>
          <w:tcPr>
            <w:tcW w:type="dxa" w:w="835"/>
            <w:shd w:fill="F9FBFB"/>
            <w:tcMar>
              <w:top w:w="35" w:type="dxa"/>
              <w:bottom w:w="35" w:type="dxa"/>
              <w:left w:w="20" w:type="dxa"/>
              <w:right w:w="20" w:type="dxa"/>
            </w:tcMar>
          </w:tcPr>
          <w:p>
            <w:pPr>
              <w:jc w:val="right"/>
            </w:pPr>
            <w:r>
              <w:rPr>
                <w:sz w:val="15"/>
              </w:rPr>
              <w:t>221</w:t>
            </w:r>
          </w:p>
        </w:tc>
        <w:tc>
          <w:tcPr>
            <w:tcW w:type="dxa" w:w="835"/>
            <w:shd w:fill="F9FBFB"/>
            <w:tcMar>
              <w:top w:w="35" w:type="dxa"/>
              <w:bottom w:w="35" w:type="dxa"/>
              <w:left w:w="20" w:type="dxa"/>
              <w:right w:w="20" w:type="dxa"/>
            </w:tcMar>
          </w:tcPr>
          <w:p>
            <w:pPr>
              <w:jc w:val="right"/>
            </w:pPr>
            <w:r>
              <w:rPr>
                <w:sz w:val="15"/>
              </w:rPr>
              <w:t>189</w:t>
            </w:r>
          </w:p>
        </w:tc>
        <w:tc>
          <w:tcPr>
            <w:tcW w:type="dxa" w:w="835"/>
            <w:shd w:fill="F9FBFB"/>
            <w:tcMar>
              <w:top w:w="35" w:type="dxa"/>
              <w:bottom w:w="35" w:type="dxa"/>
              <w:left w:w="20" w:type="dxa"/>
              <w:right w:w="20" w:type="dxa"/>
            </w:tcMar>
          </w:tcPr>
          <w:p>
            <w:pPr>
              <w:jc w:val="right"/>
            </w:pPr>
            <w:r>
              <w:rPr>
                <w:sz w:val="15"/>
              </w:rPr>
              <w:t>260</w:t>
            </w:r>
          </w:p>
        </w:tc>
        <w:tc>
          <w:tcPr>
            <w:tcW w:type="dxa" w:w="835"/>
            <w:shd w:fill="F9FBFB"/>
            <w:tcMar>
              <w:top w:w="35" w:type="dxa"/>
              <w:bottom w:w="35" w:type="dxa"/>
              <w:left w:w="20" w:type="dxa"/>
              <w:right w:w="20" w:type="dxa"/>
            </w:tcMar>
          </w:tcPr>
          <w:p>
            <w:pPr>
              <w:jc w:val="right"/>
            </w:pPr>
            <w:r>
              <w:rPr>
                <w:sz w:val="15"/>
              </w:rPr>
              <w:t>266</w:t>
            </w:r>
          </w:p>
        </w:tc>
        <w:tc>
          <w:tcPr>
            <w:tcW w:type="dxa" w:w="835"/>
            <w:shd w:fill="F9FBFB"/>
            <w:tcMar>
              <w:top w:w="35" w:type="dxa"/>
              <w:bottom w:w="35" w:type="dxa"/>
              <w:left w:w="20" w:type="dxa"/>
              <w:right w:w="20" w:type="dxa"/>
            </w:tcMar>
          </w:tcPr>
          <w:p>
            <w:pPr>
              <w:jc w:val="right"/>
            </w:pPr>
            <w:r>
              <w:rPr>
                <w:sz w:val="15"/>
              </w:rPr>
              <w:t>181</w:t>
            </w:r>
          </w:p>
        </w:tc>
        <w:tc>
          <w:tcPr>
            <w:tcW w:type="dxa" w:w="835"/>
            <w:shd w:fill="F9FBFB"/>
            <w:tcMar>
              <w:top w:w="35" w:type="dxa"/>
              <w:bottom w:w="35" w:type="dxa"/>
              <w:left w:w="20" w:type="dxa"/>
              <w:right w:w="20" w:type="dxa"/>
            </w:tcMar>
          </w:tcPr>
          <w:p>
            <w:pPr>
              <w:jc w:val="right"/>
            </w:pPr>
            <w:r>
              <w:rPr>
                <w:sz w:val="15"/>
              </w:rPr>
              <w:t>297</w:t>
            </w:r>
          </w:p>
        </w:tc>
        <w:tc>
          <w:tcPr>
            <w:tcW w:type="dxa" w:w="835"/>
            <w:shd w:fill="F9FBFB"/>
            <w:tcMar>
              <w:top w:w="35" w:type="dxa"/>
              <w:bottom w:w="35" w:type="dxa"/>
              <w:left w:w="20" w:type="dxa"/>
              <w:right w:w="20" w:type="dxa"/>
            </w:tcMar>
          </w:tcPr>
          <w:p>
            <w:pPr>
              <w:jc w:val="right"/>
            </w:pPr>
            <w:r>
              <w:rPr>
                <w:b/>
                <w:sz w:val="15"/>
              </w:rPr>
              <w:t>42</w:t>
            </w:r>
          </w:p>
        </w:tc>
        <w:tc>
          <w:tcPr>
            <w:tcW w:type="dxa" w:w="1224"/>
            <w:shd w:fill="F9FBFB"/>
            <w:tcMar>
              <w:top w:w="35" w:type="dxa"/>
              <w:bottom w:w="35" w:type="dxa"/>
              <w:left w:w="20" w:type="dxa"/>
              <w:right w:w="20" w:type="dxa"/>
            </w:tcMar>
          </w:tcPr>
          <w:p>
            <w:pPr>
              <w:jc w:val="right"/>
            </w:pPr>
            <w:r>
              <w:rPr>
                <w:color w:val="C0392B"/>
                <w:sz w:val="15"/>
              </w:rPr>
              <w:t>-255</w:t>
            </w:r>
          </w:p>
        </w:tc>
        <w:tc>
          <w:tcPr>
            <w:tcW w:type="dxa" w:w="1066"/>
            <w:shd w:fill="F9FBFB"/>
            <w:tcMar>
              <w:top w:w="35" w:type="dxa"/>
              <w:bottom w:w="35" w:type="dxa"/>
              <w:left w:w="20" w:type="dxa"/>
              <w:right w:w="20" w:type="dxa"/>
            </w:tcMar>
          </w:tcPr>
          <w:p>
            <w:pPr>
              <w:jc w:val="center"/>
            </w:pPr>
            <w:r>
              <w:rPr>
                <w:b/>
                <w:color w:val="C0392B"/>
                <w:sz w:val="15"/>
              </w:rPr>
              <w:t>-85.9%</w:t>
            </w:r>
          </w:p>
        </w:tc>
      </w:tr>
      <w:tr>
        <w:tc>
          <w:tcPr>
            <w:tcW w:type="dxa" w:w="504"/>
            <w:shd w:fill="FFFFFF"/>
            <w:tcMar>
              <w:top w:w="35" w:type="dxa"/>
              <w:bottom w:w="35" w:type="dxa"/>
              <w:left w:w="20" w:type="dxa"/>
              <w:right w:w="20" w:type="dxa"/>
            </w:tcMar>
          </w:tcPr>
          <w:p>
            <w:pPr>
              <w:jc w:val="center"/>
            </w:pPr>
            <w:r>
              <w:rPr>
                <w:sz w:val="15"/>
              </w:rPr>
              <w:t>35</w:t>
            </w:r>
          </w:p>
        </w:tc>
        <w:tc>
          <w:tcPr>
            <w:tcW w:type="dxa" w:w="936"/>
            <w:shd w:fill="FFFFFF"/>
            <w:tcMar>
              <w:top w:w="35" w:type="dxa"/>
              <w:bottom w:w="35" w:type="dxa"/>
              <w:left w:w="20" w:type="dxa"/>
              <w:right w:w="20" w:type="dxa"/>
            </w:tcMar>
          </w:tcPr>
          <w:p>
            <w:pPr>
              <w:jc w:val="left"/>
            </w:pPr>
            <w:r>
              <w:rPr>
                <w:sz w:val="15"/>
              </w:rPr>
              <w:t>KH1670</w:t>
            </w:r>
          </w:p>
        </w:tc>
        <w:tc>
          <w:tcPr>
            <w:tcW w:type="dxa" w:w="3024"/>
            <w:shd w:fill="FFFFFF"/>
            <w:tcMar>
              <w:top w:w="35" w:type="dxa"/>
              <w:bottom w:w="35" w:type="dxa"/>
              <w:left w:w="20" w:type="dxa"/>
              <w:right w:w="20" w:type="dxa"/>
            </w:tcMar>
          </w:tcPr>
          <w:p>
            <w:pPr>
              <w:jc w:val="left"/>
            </w:pPr>
            <w:r>
              <w:rPr>
                <w:sz w:val="15"/>
              </w:rPr>
              <w:t>CÔNG TY TNHH ĐỒ GỖ HỐ NAI M&amp;M</w:t>
            </w:r>
          </w:p>
        </w:tc>
        <w:tc>
          <w:tcPr>
            <w:tcW w:type="dxa" w:w="835"/>
            <w:shd w:fill="FFFFFF"/>
            <w:tcMar>
              <w:top w:w="35" w:type="dxa"/>
              <w:bottom w:w="35" w:type="dxa"/>
              <w:left w:w="20" w:type="dxa"/>
              <w:right w:w="20" w:type="dxa"/>
            </w:tcMar>
          </w:tcPr>
          <w:p>
            <w:pPr>
              <w:jc w:val="right"/>
            </w:pPr>
            <w:r>
              <w:rPr>
                <w:sz w:val="15"/>
              </w:rPr>
              <w:t>566</w:t>
            </w:r>
          </w:p>
        </w:tc>
        <w:tc>
          <w:tcPr>
            <w:tcW w:type="dxa" w:w="835"/>
            <w:shd w:fill="FFFFFF"/>
            <w:tcMar>
              <w:top w:w="35" w:type="dxa"/>
              <w:bottom w:w="35" w:type="dxa"/>
              <w:left w:w="20" w:type="dxa"/>
              <w:right w:w="20" w:type="dxa"/>
            </w:tcMar>
          </w:tcPr>
          <w:p>
            <w:pPr>
              <w:jc w:val="right"/>
            </w:pPr>
            <w:r>
              <w:rPr>
                <w:sz w:val="15"/>
              </w:rPr>
              <w:t>154</w:t>
            </w:r>
          </w:p>
        </w:tc>
        <w:tc>
          <w:tcPr>
            <w:tcW w:type="dxa" w:w="835"/>
            <w:shd w:fill="FFFFFF"/>
            <w:tcMar>
              <w:top w:w="35" w:type="dxa"/>
              <w:bottom w:w="35" w:type="dxa"/>
              <w:left w:w="20" w:type="dxa"/>
              <w:right w:w="20" w:type="dxa"/>
            </w:tcMar>
          </w:tcPr>
          <w:p>
            <w:pPr>
              <w:jc w:val="right"/>
            </w:pPr>
            <w:r>
              <w:rPr>
                <w:sz w:val="15"/>
              </w:rPr>
              <w:t>453</w:t>
            </w:r>
          </w:p>
        </w:tc>
        <w:tc>
          <w:tcPr>
            <w:tcW w:type="dxa" w:w="835"/>
            <w:shd w:fill="FFFFFF"/>
            <w:tcMar>
              <w:top w:w="35" w:type="dxa"/>
              <w:bottom w:w="35" w:type="dxa"/>
              <w:left w:w="20" w:type="dxa"/>
              <w:right w:w="20" w:type="dxa"/>
            </w:tcMar>
          </w:tcPr>
          <w:p>
            <w:pPr>
              <w:jc w:val="right"/>
            </w:pPr>
            <w:r>
              <w:rPr>
                <w:sz w:val="15"/>
              </w:rPr>
              <w:t>272</w:t>
            </w:r>
          </w:p>
        </w:tc>
        <w:tc>
          <w:tcPr>
            <w:tcW w:type="dxa" w:w="835"/>
            <w:shd w:fill="FFFFFF"/>
            <w:tcMar>
              <w:top w:w="35" w:type="dxa"/>
              <w:bottom w:w="35" w:type="dxa"/>
              <w:left w:w="20" w:type="dxa"/>
              <w:right w:w="20" w:type="dxa"/>
            </w:tcMar>
          </w:tcPr>
          <w:p>
            <w:pPr>
              <w:jc w:val="right"/>
            </w:pPr>
            <w:r>
              <w:rPr>
                <w:sz w:val="15"/>
              </w:rPr>
              <w:t>421</w:t>
            </w:r>
          </w:p>
        </w:tc>
        <w:tc>
          <w:tcPr>
            <w:tcW w:type="dxa" w:w="835"/>
            <w:shd w:fill="FFFFFF"/>
            <w:tcMar>
              <w:top w:w="35" w:type="dxa"/>
              <w:bottom w:w="35" w:type="dxa"/>
              <w:left w:w="20" w:type="dxa"/>
              <w:right w:w="20" w:type="dxa"/>
            </w:tcMar>
          </w:tcPr>
          <w:p>
            <w:pPr>
              <w:jc w:val="right"/>
            </w:pPr>
            <w:r>
              <w:rPr>
                <w:sz w:val="15"/>
              </w:rPr>
              <w:t>412</w:t>
            </w:r>
          </w:p>
        </w:tc>
        <w:tc>
          <w:tcPr>
            <w:tcW w:type="dxa" w:w="835"/>
            <w:shd w:fill="FFFFFF"/>
            <w:tcMar>
              <w:top w:w="35" w:type="dxa"/>
              <w:bottom w:w="35" w:type="dxa"/>
              <w:left w:w="20" w:type="dxa"/>
              <w:right w:w="20" w:type="dxa"/>
            </w:tcMar>
          </w:tcPr>
          <w:p>
            <w:pPr>
              <w:jc w:val="right"/>
            </w:pPr>
            <w:r>
              <w:rPr>
                <w:sz w:val="15"/>
              </w:rPr>
              <w:t>395</w:t>
            </w:r>
          </w:p>
        </w:tc>
        <w:tc>
          <w:tcPr>
            <w:tcW w:type="dxa" w:w="835"/>
            <w:shd w:fill="FFFFFF"/>
            <w:tcMar>
              <w:top w:w="35" w:type="dxa"/>
              <w:bottom w:w="35" w:type="dxa"/>
              <w:left w:w="20" w:type="dxa"/>
              <w:right w:w="20" w:type="dxa"/>
            </w:tcMar>
          </w:tcPr>
          <w:p>
            <w:pPr>
              <w:jc w:val="right"/>
            </w:pPr>
            <w:r>
              <w:rPr>
                <w:sz w:val="15"/>
              </w:rPr>
              <w:t>325</w:t>
            </w:r>
          </w:p>
        </w:tc>
        <w:tc>
          <w:tcPr>
            <w:tcW w:type="dxa" w:w="835"/>
            <w:shd w:fill="FFFFFF"/>
            <w:tcMar>
              <w:top w:w="35" w:type="dxa"/>
              <w:bottom w:w="35" w:type="dxa"/>
              <w:left w:w="20" w:type="dxa"/>
              <w:right w:w="20" w:type="dxa"/>
            </w:tcMar>
          </w:tcPr>
          <w:p>
            <w:pPr>
              <w:jc w:val="right"/>
            </w:pPr>
            <w:r>
              <w:rPr>
                <w:sz w:val="15"/>
              </w:rPr>
              <w:t>289</w:t>
            </w:r>
          </w:p>
        </w:tc>
        <w:tc>
          <w:tcPr>
            <w:tcW w:type="dxa" w:w="835"/>
            <w:shd w:fill="FFFFFF"/>
            <w:tcMar>
              <w:top w:w="35" w:type="dxa"/>
              <w:bottom w:w="35" w:type="dxa"/>
              <w:left w:w="20" w:type="dxa"/>
              <w:right w:w="20" w:type="dxa"/>
            </w:tcMar>
          </w:tcPr>
          <w:p>
            <w:pPr>
              <w:jc w:val="right"/>
            </w:pPr>
            <w:r>
              <w:rPr>
                <w:b/>
                <w:sz w:val="15"/>
              </w:rPr>
              <w:t>927</w:t>
            </w:r>
          </w:p>
        </w:tc>
        <w:tc>
          <w:tcPr>
            <w:tcW w:type="dxa" w:w="1224"/>
            <w:shd w:fill="FFFFFF"/>
            <w:tcMar>
              <w:top w:w="35" w:type="dxa"/>
              <w:bottom w:w="35" w:type="dxa"/>
              <w:left w:w="20" w:type="dxa"/>
              <w:right w:w="20" w:type="dxa"/>
            </w:tcMar>
          </w:tcPr>
          <w:p>
            <w:pPr>
              <w:jc w:val="right"/>
            </w:pPr>
            <w:r>
              <w:rPr>
                <w:color w:val="27AE60"/>
                <w:sz w:val="15"/>
              </w:rPr>
              <w:t>+638</w:t>
            </w:r>
          </w:p>
        </w:tc>
        <w:tc>
          <w:tcPr>
            <w:tcW w:type="dxa" w:w="1066"/>
            <w:shd w:fill="FFFFFF"/>
            <w:tcMar>
              <w:top w:w="35" w:type="dxa"/>
              <w:bottom w:w="35" w:type="dxa"/>
              <w:left w:w="20" w:type="dxa"/>
              <w:right w:w="20" w:type="dxa"/>
            </w:tcMar>
          </w:tcPr>
          <w:p>
            <w:pPr>
              <w:jc w:val="center"/>
            </w:pPr>
            <w:r>
              <w:rPr>
                <w:b/>
                <w:color w:val="27AE60"/>
                <w:sz w:val="15"/>
              </w:rPr>
              <w:t>+220.8%</w:t>
            </w:r>
          </w:p>
        </w:tc>
      </w:tr>
      <w:tr>
        <w:tc>
          <w:tcPr>
            <w:tcW w:type="dxa" w:w="504"/>
            <w:shd w:fill="F9FBFB"/>
            <w:tcMar>
              <w:top w:w="35" w:type="dxa"/>
              <w:bottom w:w="35" w:type="dxa"/>
              <w:left w:w="20" w:type="dxa"/>
              <w:right w:w="20" w:type="dxa"/>
            </w:tcMar>
          </w:tcPr>
          <w:p>
            <w:pPr>
              <w:jc w:val="center"/>
            </w:pPr>
            <w:r>
              <w:rPr>
                <w:sz w:val="15"/>
              </w:rPr>
              <w:t>36</w:t>
            </w:r>
          </w:p>
        </w:tc>
        <w:tc>
          <w:tcPr>
            <w:tcW w:type="dxa" w:w="936"/>
            <w:shd w:fill="F9FBFB"/>
            <w:tcMar>
              <w:top w:w="35" w:type="dxa"/>
              <w:bottom w:w="35" w:type="dxa"/>
              <w:left w:w="20" w:type="dxa"/>
              <w:right w:w="20" w:type="dxa"/>
            </w:tcMar>
          </w:tcPr>
          <w:p>
            <w:pPr>
              <w:jc w:val="left"/>
            </w:pPr>
            <w:r>
              <w:rPr>
                <w:sz w:val="15"/>
              </w:rPr>
              <w:t>KH0314</w:t>
            </w:r>
          </w:p>
        </w:tc>
        <w:tc>
          <w:tcPr>
            <w:tcW w:type="dxa" w:w="3024"/>
            <w:shd w:fill="F9FBFB"/>
            <w:tcMar>
              <w:top w:w="35" w:type="dxa"/>
              <w:bottom w:w="35" w:type="dxa"/>
              <w:left w:w="20" w:type="dxa"/>
              <w:right w:w="20" w:type="dxa"/>
            </w:tcMar>
          </w:tcPr>
          <w:p>
            <w:pPr>
              <w:jc w:val="left"/>
            </w:pPr>
            <w:r>
              <w:rPr>
                <w:sz w:val="15"/>
              </w:rPr>
              <w:t>CÔNG TY TNHH KIM PHONG</w:t>
            </w:r>
          </w:p>
        </w:tc>
        <w:tc>
          <w:tcPr>
            <w:tcW w:type="dxa" w:w="835"/>
            <w:shd w:fill="F9FBFB"/>
            <w:tcMar>
              <w:top w:w="35" w:type="dxa"/>
              <w:bottom w:w="35" w:type="dxa"/>
              <w:left w:w="20" w:type="dxa"/>
              <w:right w:w="20" w:type="dxa"/>
            </w:tcMar>
          </w:tcPr>
          <w:p>
            <w:pPr>
              <w:jc w:val="right"/>
            </w:pPr>
            <w:r>
              <w:rPr>
                <w:sz w:val="15"/>
              </w:rPr>
              <w:t>488</w:t>
            </w:r>
          </w:p>
        </w:tc>
        <w:tc>
          <w:tcPr>
            <w:tcW w:type="dxa" w:w="835"/>
            <w:shd w:fill="F9FBFB"/>
            <w:tcMar>
              <w:top w:w="35" w:type="dxa"/>
              <w:bottom w:w="35" w:type="dxa"/>
              <w:left w:w="20" w:type="dxa"/>
              <w:right w:w="20" w:type="dxa"/>
            </w:tcMar>
          </w:tcPr>
          <w:p>
            <w:pPr>
              <w:jc w:val="right"/>
            </w:pPr>
            <w:r>
              <w:rPr>
                <w:sz w:val="15"/>
              </w:rPr>
              <w:t>239</w:t>
            </w:r>
          </w:p>
        </w:tc>
        <w:tc>
          <w:tcPr>
            <w:tcW w:type="dxa" w:w="835"/>
            <w:shd w:fill="F9FBFB"/>
            <w:tcMar>
              <w:top w:w="35" w:type="dxa"/>
              <w:bottom w:w="35" w:type="dxa"/>
              <w:left w:w="20" w:type="dxa"/>
              <w:right w:w="20" w:type="dxa"/>
            </w:tcMar>
          </w:tcPr>
          <w:p>
            <w:pPr>
              <w:jc w:val="right"/>
            </w:pPr>
            <w:r>
              <w:rPr>
                <w:sz w:val="15"/>
              </w:rPr>
              <w:t>311</w:t>
            </w:r>
          </w:p>
        </w:tc>
        <w:tc>
          <w:tcPr>
            <w:tcW w:type="dxa" w:w="835"/>
            <w:shd w:fill="F9FBFB"/>
            <w:tcMar>
              <w:top w:w="35" w:type="dxa"/>
              <w:bottom w:w="35" w:type="dxa"/>
              <w:left w:w="20" w:type="dxa"/>
              <w:right w:w="20" w:type="dxa"/>
            </w:tcMar>
          </w:tcPr>
          <w:p>
            <w:pPr>
              <w:jc w:val="right"/>
            </w:pPr>
            <w:r>
              <w:rPr>
                <w:sz w:val="15"/>
              </w:rPr>
              <w:t>641</w:t>
            </w:r>
          </w:p>
        </w:tc>
        <w:tc>
          <w:tcPr>
            <w:tcW w:type="dxa" w:w="835"/>
            <w:shd w:fill="F9FBFB"/>
            <w:tcMar>
              <w:top w:w="35" w:type="dxa"/>
              <w:bottom w:w="35" w:type="dxa"/>
              <w:left w:w="20" w:type="dxa"/>
              <w:right w:w="20" w:type="dxa"/>
            </w:tcMar>
          </w:tcPr>
          <w:p>
            <w:pPr>
              <w:jc w:val="right"/>
            </w:pPr>
            <w:r>
              <w:rPr>
                <w:sz w:val="15"/>
              </w:rPr>
              <w:t>911</w:t>
            </w:r>
          </w:p>
        </w:tc>
        <w:tc>
          <w:tcPr>
            <w:tcW w:type="dxa" w:w="835"/>
            <w:shd w:fill="F9FBFB"/>
            <w:tcMar>
              <w:top w:w="35" w:type="dxa"/>
              <w:bottom w:w="35" w:type="dxa"/>
              <w:left w:w="20" w:type="dxa"/>
              <w:right w:w="20" w:type="dxa"/>
            </w:tcMar>
          </w:tcPr>
          <w:p>
            <w:pPr>
              <w:jc w:val="right"/>
            </w:pPr>
            <w:r>
              <w:rPr>
                <w:sz w:val="15"/>
              </w:rPr>
              <w:t>743</w:t>
            </w:r>
          </w:p>
        </w:tc>
        <w:tc>
          <w:tcPr>
            <w:tcW w:type="dxa" w:w="835"/>
            <w:shd w:fill="F9FBFB"/>
            <w:tcMar>
              <w:top w:w="35" w:type="dxa"/>
              <w:bottom w:w="35" w:type="dxa"/>
              <w:left w:w="20" w:type="dxa"/>
              <w:right w:w="20" w:type="dxa"/>
            </w:tcMar>
          </w:tcPr>
          <w:p>
            <w:pPr>
              <w:jc w:val="right"/>
            </w:pPr>
            <w:r>
              <w:rPr>
                <w:sz w:val="15"/>
              </w:rPr>
              <w:t>881</w:t>
            </w:r>
          </w:p>
        </w:tc>
        <w:tc>
          <w:tcPr>
            <w:tcW w:type="dxa" w:w="835"/>
            <w:shd w:fill="F9FBFB"/>
            <w:tcMar>
              <w:top w:w="35" w:type="dxa"/>
              <w:bottom w:w="35" w:type="dxa"/>
              <w:left w:w="20" w:type="dxa"/>
              <w:right w:w="20" w:type="dxa"/>
            </w:tcMar>
          </w:tcPr>
          <w:p>
            <w:pPr>
              <w:jc w:val="right"/>
            </w:pPr>
            <w:r>
              <w:rPr>
                <w:sz w:val="15"/>
              </w:rPr>
              <w:t>197</w:t>
            </w:r>
          </w:p>
        </w:tc>
        <w:tc>
          <w:tcPr>
            <w:tcW w:type="dxa" w:w="835"/>
            <w:shd w:fill="F9FBFB"/>
            <w:tcMar>
              <w:top w:w="35" w:type="dxa"/>
              <w:bottom w:w="35" w:type="dxa"/>
              <w:left w:w="20" w:type="dxa"/>
              <w:right w:w="20" w:type="dxa"/>
            </w:tcMar>
          </w:tcPr>
          <w:p>
            <w:pPr>
              <w:jc w:val="right"/>
            </w:pPr>
            <w:r>
              <w:rPr>
                <w:sz w:val="15"/>
              </w:rPr>
              <w:t>258</w:t>
            </w:r>
          </w:p>
        </w:tc>
        <w:tc>
          <w:tcPr>
            <w:tcW w:type="dxa" w:w="835"/>
            <w:shd w:fill="F9FBFB"/>
            <w:tcMar>
              <w:top w:w="35" w:type="dxa"/>
              <w:bottom w:w="35" w:type="dxa"/>
              <w:left w:w="20" w:type="dxa"/>
              <w:right w:w="20" w:type="dxa"/>
            </w:tcMar>
          </w:tcPr>
          <w:p>
            <w:pPr>
              <w:jc w:val="right"/>
            </w:pPr>
            <w:r>
              <w:rPr>
                <w:b/>
                <w:sz w:val="15"/>
              </w:rPr>
              <w:t>-</w:t>
            </w:r>
          </w:p>
        </w:tc>
        <w:tc>
          <w:tcPr>
            <w:tcW w:type="dxa" w:w="1224"/>
            <w:shd w:fill="F9FBFB"/>
            <w:tcMar>
              <w:top w:w="35" w:type="dxa"/>
              <w:bottom w:w="35" w:type="dxa"/>
              <w:left w:w="20" w:type="dxa"/>
              <w:right w:w="20" w:type="dxa"/>
            </w:tcMar>
          </w:tcPr>
          <w:p>
            <w:pPr>
              <w:jc w:val="right"/>
            </w:pPr>
            <w:r>
              <w:rPr>
                <w:color w:val="C0392B"/>
                <w:sz w:val="15"/>
              </w:rPr>
              <w:t>-258</w:t>
            </w:r>
          </w:p>
        </w:tc>
        <w:tc>
          <w:tcPr>
            <w:tcW w:type="dxa" w:w="1066"/>
            <w:shd w:fill="F9FBFB"/>
            <w:tcMar>
              <w:top w:w="35" w:type="dxa"/>
              <w:bottom w:w="35" w:type="dxa"/>
              <w:left w:w="20" w:type="dxa"/>
              <w:right w:w="20" w:type="dxa"/>
            </w:tcMar>
          </w:tcPr>
          <w:p>
            <w:pPr>
              <w:jc w:val="center"/>
            </w:pPr>
            <w:r>
              <w:rPr>
                <w:b/>
                <w:color w:val="C0392B"/>
                <w:sz w:val="15"/>
              </w:rPr>
              <w:t>-100.0%</w:t>
            </w:r>
          </w:p>
        </w:tc>
      </w:tr>
      <w:tr>
        <w:tc>
          <w:tcPr>
            <w:tcW w:type="dxa" w:w="504"/>
            <w:shd w:fill="FFFFFF"/>
            <w:tcMar>
              <w:top w:w="35" w:type="dxa"/>
              <w:bottom w:w="35" w:type="dxa"/>
              <w:left w:w="20" w:type="dxa"/>
              <w:right w:w="20" w:type="dxa"/>
            </w:tcMar>
          </w:tcPr>
          <w:p>
            <w:pPr>
              <w:jc w:val="center"/>
            </w:pPr>
            <w:r>
              <w:rPr>
                <w:sz w:val="15"/>
              </w:rPr>
              <w:t>37</w:t>
            </w:r>
          </w:p>
        </w:tc>
        <w:tc>
          <w:tcPr>
            <w:tcW w:type="dxa" w:w="936"/>
            <w:shd w:fill="FFFFFF"/>
            <w:tcMar>
              <w:top w:w="35" w:type="dxa"/>
              <w:bottom w:w="35" w:type="dxa"/>
              <w:left w:w="20" w:type="dxa"/>
              <w:right w:w="20" w:type="dxa"/>
            </w:tcMar>
          </w:tcPr>
          <w:p>
            <w:pPr>
              <w:jc w:val="left"/>
            </w:pPr>
            <w:r>
              <w:rPr>
                <w:sz w:val="15"/>
              </w:rPr>
              <w:t>KH0054</w:t>
            </w:r>
          </w:p>
        </w:tc>
        <w:tc>
          <w:tcPr>
            <w:tcW w:type="dxa" w:w="3024"/>
            <w:shd w:fill="FFFFFF"/>
            <w:tcMar>
              <w:top w:w="35" w:type="dxa"/>
              <w:bottom w:w="35" w:type="dxa"/>
              <w:left w:w="20" w:type="dxa"/>
              <w:right w:w="20" w:type="dxa"/>
            </w:tcMar>
          </w:tcPr>
          <w:p>
            <w:pPr>
              <w:jc w:val="left"/>
            </w:pPr>
            <w:r>
              <w:rPr>
                <w:sz w:val="15"/>
              </w:rPr>
              <w:t>CÔNG TY CỔ PHẦN GỖ MINH DƯƠNG CHU LAI</w:t>
            </w:r>
          </w:p>
        </w:tc>
        <w:tc>
          <w:tcPr>
            <w:tcW w:type="dxa" w:w="835"/>
            <w:shd w:fill="FFFFFF"/>
            <w:tcMar>
              <w:top w:w="35" w:type="dxa"/>
              <w:bottom w:w="35" w:type="dxa"/>
              <w:left w:w="20" w:type="dxa"/>
              <w:right w:w="20" w:type="dxa"/>
            </w:tcMar>
          </w:tcPr>
          <w:p>
            <w:pPr>
              <w:jc w:val="right"/>
            </w:pPr>
            <w:r>
              <w:rPr>
                <w:sz w:val="15"/>
              </w:rPr>
              <w:t>205</w:t>
            </w:r>
          </w:p>
        </w:tc>
        <w:tc>
          <w:tcPr>
            <w:tcW w:type="dxa" w:w="835"/>
            <w:shd w:fill="FFFFFF"/>
            <w:tcMar>
              <w:top w:w="35" w:type="dxa"/>
              <w:bottom w:w="35" w:type="dxa"/>
              <w:left w:w="20" w:type="dxa"/>
              <w:right w:w="20" w:type="dxa"/>
            </w:tcMar>
          </w:tcPr>
          <w:p>
            <w:pPr>
              <w:jc w:val="right"/>
            </w:pPr>
            <w:r>
              <w:rPr>
                <w:sz w:val="15"/>
              </w:rPr>
              <w:t>101</w:t>
            </w:r>
          </w:p>
        </w:tc>
        <w:tc>
          <w:tcPr>
            <w:tcW w:type="dxa" w:w="835"/>
            <w:shd w:fill="FFFFFF"/>
            <w:tcMar>
              <w:top w:w="35" w:type="dxa"/>
              <w:bottom w:w="35" w:type="dxa"/>
              <w:left w:w="20" w:type="dxa"/>
              <w:right w:w="20" w:type="dxa"/>
            </w:tcMar>
          </w:tcPr>
          <w:p>
            <w:pPr>
              <w:jc w:val="right"/>
            </w:pPr>
            <w:r>
              <w:rPr>
                <w:sz w:val="15"/>
              </w:rPr>
              <w:t>119</w:t>
            </w:r>
          </w:p>
        </w:tc>
        <w:tc>
          <w:tcPr>
            <w:tcW w:type="dxa" w:w="835"/>
            <w:shd w:fill="FFFFFF"/>
            <w:tcMar>
              <w:top w:w="35" w:type="dxa"/>
              <w:bottom w:w="35" w:type="dxa"/>
              <w:left w:w="20" w:type="dxa"/>
              <w:right w:w="20" w:type="dxa"/>
            </w:tcMar>
          </w:tcPr>
          <w:p>
            <w:pPr>
              <w:jc w:val="right"/>
            </w:pPr>
            <w:r>
              <w:rPr>
                <w:sz w:val="15"/>
              </w:rPr>
              <w:t>170</w:t>
            </w:r>
          </w:p>
        </w:tc>
        <w:tc>
          <w:tcPr>
            <w:tcW w:type="dxa" w:w="835"/>
            <w:shd w:fill="FFFFFF"/>
            <w:tcMar>
              <w:top w:w="35" w:type="dxa"/>
              <w:bottom w:w="35" w:type="dxa"/>
              <w:left w:w="20" w:type="dxa"/>
              <w:right w:w="20" w:type="dxa"/>
            </w:tcMar>
          </w:tcPr>
          <w:p>
            <w:pPr>
              <w:jc w:val="right"/>
            </w:pPr>
            <w:r>
              <w:rPr>
                <w:sz w:val="15"/>
              </w:rPr>
              <w:t>214</w:t>
            </w:r>
          </w:p>
        </w:tc>
        <w:tc>
          <w:tcPr>
            <w:tcW w:type="dxa" w:w="835"/>
            <w:shd w:fill="FFFFFF"/>
            <w:tcMar>
              <w:top w:w="35" w:type="dxa"/>
              <w:bottom w:w="35" w:type="dxa"/>
              <w:left w:w="20" w:type="dxa"/>
              <w:right w:w="20" w:type="dxa"/>
            </w:tcMar>
          </w:tcPr>
          <w:p>
            <w:pPr>
              <w:jc w:val="right"/>
            </w:pPr>
            <w:r>
              <w:rPr>
                <w:sz w:val="15"/>
              </w:rPr>
              <w:t>350</w:t>
            </w:r>
          </w:p>
        </w:tc>
        <w:tc>
          <w:tcPr>
            <w:tcW w:type="dxa" w:w="835"/>
            <w:shd w:fill="FFFFFF"/>
            <w:tcMar>
              <w:top w:w="35" w:type="dxa"/>
              <w:bottom w:w="35" w:type="dxa"/>
              <w:left w:w="20" w:type="dxa"/>
              <w:right w:w="20" w:type="dxa"/>
            </w:tcMar>
          </w:tcPr>
          <w:p>
            <w:pPr>
              <w:jc w:val="right"/>
            </w:pPr>
            <w:r>
              <w:rPr>
                <w:sz w:val="15"/>
              </w:rPr>
              <w:t>193</w:t>
            </w:r>
          </w:p>
        </w:tc>
        <w:tc>
          <w:tcPr>
            <w:tcW w:type="dxa" w:w="835"/>
            <w:shd w:fill="FFFFFF"/>
            <w:tcMar>
              <w:top w:w="35" w:type="dxa"/>
              <w:bottom w:w="35" w:type="dxa"/>
              <w:left w:w="20" w:type="dxa"/>
              <w:right w:w="20" w:type="dxa"/>
            </w:tcMar>
          </w:tcPr>
          <w:p>
            <w:pPr>
              <w:jc w:val="right"/>
            </w:pPr>
            <w:r>
              <w:rPr>
                <w:sz w:val="15"/>
              </w:rPr>
              <w:t>279</w:t>
            </w:r>
          </w:p>
        </w:tc>
        <w:tc>
          <w:tcPr>
            <w:tcW w:type="dxa" w:w="835"/>
            <w:shd w:fill="FFFFFF"/>
            <w:tcMar>
              <w:top w:w="35" w:type="dxa"/>
              <w:bottom w:w="35" w:type="dxa"/>
              <w:left w:w="20" w:type="dxa"/>
              <w:right w:w="20" w:type="dxa"/>
            </w:tcMar>
          </w:tcPr>
          <w:p>
            <w:pPr>
              <w:jc w:val="right"/>
            </w:pPr>
            <w:r>
              <w:rPr>
                <w:sz w:val="15"/>
              </w:rPr>
              <w:t>258</w:t>
            </w:r>
          </w:p>
        </w:tc>
        <w:tc>
          <w:tcPr>
            <w:tcW w:type="dxa" w:w="835"/>
            <w:shd w:fill="FFFFFF"/>
            <w:tcMar>
              <w:top w:w="35" w:type="dxa"/>
              <w:bottom w:w="35" w:type="dxa"/>
              <w:left w:w="20" w:type="dxa"/>
              <w:right w:w="20" w:type="dxa"/>
            </w:tcMar>
          </w:tcPr>
          <w:p>
            <w:pPr>
              <w:jc w:val="right"/>
            </w:pPr>
            <w:r>
              <w:rPr>
                <w:b/>
                <w:sz w:val="15"/>
              </w:rPr>
              <w:t>-</w:t>
            </w:r>
          </w:p>
        </w:tc>
        <w:tc>
          <w:tcPr>
            <w:tcW w:type="dxa" w:w="1224"/>
            <w:shd w:fill="FFFFFF"/>
            <w:tcMar>
              <w:top w:w="35" w:type="dxa"/>
              <w:bottom w:w="35" w:type="dxa"/>
              <w:left w:w="20" w:type="dxa"/>
              <w:right w:w="20" w:type="dxa"/>
            </w:tcMar>
          </w:tcPr>
          <w:p>
            <w:pPr>
              <w:jc w:val="right"/>
            </w:pPr>
            <w:r>
              <w:rPr>
                <w:color w:val="C0392B"/>
                <w:sz w:val="15"/>
              </w:rPr>
              <w:t>-258</w:t>
            </w:r>
          </w:p>
        </w:tc>
        <w:tc>
          <w:tcPr>
            <w:tcW w:type="dxa" w:w="1066"/>
            <w:shd w:fill="FFFFFF"/>
            <w:tcMar>
              <w:top w:w="35" w:type="dxa"/>
              <w:bottom w:w="35" w:type="dxa"/>
              <w:left w:w="20" w:type="dxa"/>
              <w:right w:w="20" w:type="dxa"/>
            </w:tcMar>
          </w:tcPr>
          <w:p>
            <w:pPr>
              <w:jc w:val="center"/>
            </w:pPr>
            <w:r>
              <w:rPr>
                <w:b/>
                <w:color w:val="C0392B"/>
                <w:sz w:val="15"/>
              </w:rPr>
              <w:t>-100.0%</w:t>
            </w:r>
          </w:p>
        </w:tc>
      </w:tr>
      <w:tr>
        <w:tc>
          <w:tcPr>
            <w:tcW w:type="dxa" w:w="504"/>
            <w:shd w:fill="F9FBFB"/>
            <w:tcMar>
              <w:top w:w="35" w:type="dxa"/>
              <w:bottom w:w="35" w:type="dxa"/>
              <w:left w:w="20" w:type="dxa"/>
              <w:right w:w="20" w:type="dxa"/>
            </w:tcMar>
          </w:tcPr>
          <w:p>
            <w:pPr>
              <w:jc w:val="center"/>
            </w:pPr>
            <w:r>
              <w:rPr>
                <w:sz w:val="15"/>
              </w:rPr>
              <w:t>38</w:t>
            </w:r>
          </w:p>
        </w:tc>
        <w:tc>
          <w:tcPr>
            <w:tcW w:type="dxa" w:w="936"/>
            <w:shd w:fill="F9FBFB"/>
            <w:tcMar>
              <w:top w:w="35" w:type="dxa"/>
              <w:bottom w:w="35" w:type="dxa"/>
              <w:left w:w="20" w:type="dxa"/>
              <w:right w:w="20" w:type="dxa"/>
            </w:tcMar>
          </w:tcPr>
          <w:p>
            <w:pPr>
              <w:jc w:val="left"/>
            </w:pPr>
            <w:r>
              <w:rPr>
                <w:sz w:val="15"/>
              </w:rPr>
              <w:t>KH0949</w:t>
            </w:r>
          </w:p>
        </w:tc>
        <w:tc>
          <w:tcPr>
            <w:tcW w:type="dxa" w:w="3024"/>
            <w:shd w:fill="F9FBFB"/>
            <w:tcMar>
              <w:top w:w="35" w:type="dxa"/>
              <w:bottom w:w="35" w:type="dxa"/>
              <w:left w:w="20" w:type="dxa"/>
              <w:right w:w="20" w:type="dxa"/>
            </w:tcMar>
          </w:tcPr>
          <w:p>
            <w:pPr>
              <w:jc w:val="left"/>
            </w:pPr>
            <w:r>
              <w:rPr>
                <w:sz w:val="15"/>
              </w:rPr>
              <w:t>CÔNG TY TNHH MTV SX - TM - DV QUANG DŨNG</w:t>
            </w:r>
          </w:p>
        </w:tc>
        <w:tc>
          <w:tcPr>
            <w:tcW w:type="dxa" w:w="835"/>
            <w:shd w:fill="F9FBFB"/>
            <w:tcMar>
              <w:top w:w="35" w:type="dxa"/>
              <w:bottom w:w="35" w:type="dxa"/>
              <w:left w:w="20" w:type="dxa"/>
              <w:right w:w="20" w:type="dxa"/>
            </w:tcMar>
          </w:tcPr>
          <w:p>
            <w:pPr>
              <w:jc w:val="right"/>
            </w:pPr>
            <w:r>
              <w:rPr>
                <w:sz w:val="15"/>
              </w:rPr>
              <w:t>124</w:t>
            </w:r>
          </w:p>
        </w:tc>
        <w:tc>
          <w:tcPr>
            <w:tcW w:type="dxa" w:w="835"/>
            <w:shd w:fill="F9FBFB"/>
            <w:tcMar>
              <w:top w:w="35" w:type="dxa"/>
              <w:bottom w:w="35" w:type="dxa"/>
              <w:left w:w="20" w:type="dxa"/>
              <w:right w:w="20" w:type="dxa"/>
            </w:tcMar>
          </w:tcPr>
          <w:p>
            <w:pPr>
              <w:jc w:val="right"/>
            </w:pPr>
            <w:r>
              <w:rPr>
                <w:sz w:val="15"/>
              </w:rPr>
              <w:t>62</w:t>
            </w:r>
          </w:p>
        </w:tc>
        <w:tc>
          <w:tcPr>
            <w:tcW w:type="dxa" w:w="835"/>
            <w:shd w:fill="F9FBFB"/>
            <w:tcMar>
              <w:top w:w="35" w:type="dxa"/>
              <w:bottom w:w="35" w:type="dxa"/>
              <w:left w:w="20" w:type="dxa"/>
              <w:right w:w="20" w:type="dxa"/>
            </w:tcMar>
          </w:tcPr>
          <w:p>
            <w:pPr>
              <w:jc w:val="right"/>
            </w:pPr>
            <w:r>
              <w:rPr>
                <w:sz w:val="15"/>
              </w:rPr>
              <w:t>55</w:t>
            </w:r>
          </w:p>
        </w:tc>
        <w:tc>
          <w:tcPr>
            <w:tcW w:type="dxa" w:w="835"/>
            <w:shd w:fill="F9FBFB"/>
            <w:tcMar>
              <w:top w:w="35" w:type="dxa"/>
              <w:bottom w:w="35" w:type="dxa"/>
              <w:left w:w="20" w:type="dxa"/>
              <w:right w:w="20" w:type="dxa"/>
            </w:tcMar>
          </w:tcPr>
          <w:p>
            <w:pPr>
              <w:jc w:val="right"/>
            </w:pPr>
            <w:r>
              <w:rPr>
                <w:sz w:val="15"/>
              </w:rPr>
              <w:t>27</w:t>
            </w:r>
          </w:p>
        </w:tc>
        <w:tc>
          <w:tcPr>
            <w:tcW w:type="dxa" w:w="835"/>
            <w:shd w:fill="F9FBFB"/>
            <w:tcMar>
              <w:top w:w="35" w:type="dxa"/>
              <w:bottom w:w="35" w:type="dxa"/>
              <w:left w:w="20" w:type="dxa"/>
              <w:right w:w="20" w:type="dxa"/>
            </w:tcMar>
          </w:tcPr>
          <w:p>
            <w:pPr>
              <w:jc w:val="right"/>
            </w:pPr>
            <w:r>
              <w:rPr>
                <w:sz w:val="15"/>
              </w:rPr>
              <w:t>54</w:t>
            </w:r>
          </w:p>
        </w:tc>
        <w:tc>
          <w:tcPr>
            <w:tcW w:type="dxa" w:w="835"/>
            <w:shd w:fill="F9FBFB"/>
            <w:tcMar>
              <w:top w:w="35" w:type="dxa"/>
              <w:bottom w:w="35" w:type="dxa"/>
              <w:left w:w="20" w:type="dxa"/>
              <w:right w:w="20" w:type="dxa"/>
            </w:tcMar>
          </w:tcPr>
          <w:p>
            <w:pPr>
              <w:jc w:val="right"/>
            </w:pPr>
            <w:r>
              <w:rPr>
                <w:sz w:val="15"/>
              </w:rPr>
              <w:t>169</w:t>
            </w:r>
          </w:p>
        </w:tc>
        <w:tc>
          <w:tcPr>
            <w:tcW w:type="dxa" w:w="835"/>
            <w:shd w:fill="F9FBFB"/>
            <w:tcMar>
              <w:top w:w="35" w:type="dxa"/>
              <w:bottom w:w="35" w:type="dxa"/>
              <w:left w:w="20" w:type="dxa"/>
              <w:right w:w="20" w:type="dxa"/>
            </w:tcMar>
          </w:tcPr>
          <w:p>
            <w:pPr>
              <w:jc w:val="right"/>
            </w:pPr>
            <w:r>
              <w:rPr>
                <w:sz w:val="15"/>
              </w:rPr>
              <w:t>133</w:t>
            </w:r>
          </w:p>
        </w:tc>
        <w:tc>
          <w:tcPr>
            <w:tcW w:type="dxa" w:w="835"/>
            <w:shd w:fill="F9FBFB"/>
            <w:tcMar>
              <w:top w:w="35" w:type="dxa"/>
              <w:bottom w:w="35" w:type="dxa"/>
              <w:left w:w="20" w:type="dxa"/>
              <w:right w:w="20" w:type="dxa"/>
            </w:tcMar>
          </w:tcPr>
          <w:p>
            <w:pPr>
              <w:jc w:val="right"/>
            </w:pPr>
            <w:r>
              <w:rPr>
                <w:sz w:val="15"/>
              </w:rPr>
              <w:t>125</w:t>
            </w:r>
          </w:p>
        </w:tc>
        <w:tc>
          <w:tcPr>
            <w:tcW w:type="dxa" w:w="835"/>
            <w:shd w:fill="F9FBFB"/>
            <w:tcMar>
              <w:top w:w="35" w:type="dxa"/>
              <w:bottom w:w="35" w:type="dxa"/>
              <w:left w:w="20" w:type="dxa"/>
              <w:right w:w="20" w:type="dxa"/>
            </w:tcMar>
          </w:tcPr>
          <w:p>
            <w:pPr>
              <w:jc w:val="right"/>
            </w:pPr>
            <w:r>
              <w:rPr>
                <w:sz w:val="15"/>
              </w:rPr>
              <w:t>238</w:t>
            </w:r>
          </w:p>
        </w:tc>
        <w:tc>
          <w:tcPr>
            <w:tcW w:type="dxa" w:w="835"/>
            <w:shd w:fill="F9FBFB"/>
            <w:tcMar>
              <w:top w:w="35" w:type="dxa"/>
              <w:bottom w:w="35" w:type="dxa"/>
              <w:left w:w="20" w:type="dxa"/>
              <w:right w:w="20" w:type="dxa"/>
            </w:tcMar>
          </w:tcPr>
          <w:p>
            <w:pPr>
              <w:jc w:val="right"/>
            </w:pPr>
            <w:r>
              <w:rPr>
                <w:b/>
                <w:sz w:val="15"/>
              </w:rPr>
              <w:t>253</w:t>
            </w:r>
          </w:p>
        </w:tc>
        <w:tc>
          <w:tcPr>
            <w:tcW w:type="dxa" w:w="1224"/>
            <w:shd w:fill="F9FBFB"/>
            <w:tcMar>
              <w:top w:w="35" w:type="dxa"/>
              <w:bottom w:w="35" w:type="dxa"/>
              <w:left w:w="20" w:type="dxa"/>
              <w:right w:w="20" w:type="dxa"/>
            </w:tcMar>
          </w:tcPr>
          <w:p>
            <w:pPr>
              <w:jc w:val="right"/>
            </w:pPr>
            <w:r>
              <w:rPr>
                <w:color w:val="27AE60"/>
                <w:sz w:val="15"/>
              </w:rPr>
              <w:t>+15</w:t>
            </w:r>
          </w:p>
        </w:tc>
        <w:tc>
          <w:tcPr>
            <w:tcW w:type="dxa" w:w="1066"/>
            <w:shd w:fill="F9FBFB"/>
            <w:tcMar>
              <w:top w:w="35" w:type="dxa"/>
              <w:bottom w:w="35" w:type="dxa"/>
              <w:left w:w="20" w:type="dxa"/>
              <w:right w:w="20" w:type="dxa"/>
            </w:tcMar>
          </w:tcPr>
          <w:p>
            <w:pPr>
              <w:jc w:val="center"/>
            </w:pPr>
            <w:r>
              <w:rPr>
                <w:b/>
                <w:color w:val="27AE60"/>
                <w:sz w:val="15"/>
              </w:rPr>
              <w:t>+6.3%</w:t>
            </w:r>
          </w:p>
        </w:tc>
      </w:tr>
      <w:tr>
        <w:tc>
          <w:tcPr>
            <w:tcW w:type="dxa" w:w="504"/>
            <w:shd w:fill="FFFFFF"/>
            <w:tcMar>
              <w:top w:w="35" w:type="dxa"/>
              <w:bottom w:w="35" w:type="dxa"/>
              <w:left w:w="20" w:type="dxa"/>
              <w:right w:w="20" w:type="dxa"/>
            </w:tcMar>
          </w:tcPr>
          <w:p>
            <w:pPr>
              <w:jc w:val="center"/>
            </w:pPr>
            <w:r>
              <w:rPr>
                <w:sz w:val="15"/>
              </w:rPr>
              <w:t>39</w:t>
            </w:r>
          </w:p>
        </w:tc>
        <w:tc>
          <w:tcPr>
            <w:tcW w:type="dxa" w:w="936"/>
            <w:shd w:fill="FFFFFF"/>
            <w:tcMar>
              <w:top w:w="35" w:type="dxa"/>
              <w:bottom w:w="35" w:type="dxa"/>
              <w:left w:w="20" w:type="dxa"/>
              <w:right w:w="20" w:type="dxa"/>
            </w:tcMar>
          </w:tcPr>
          <w:p>
            <w:pPr>
              <w:jc w:val="left"/>
            </w:pPr>
            <w:r>
              <w:rPr>
                <w:sz w:val="15"/>
              </w:rPr>
              <w:t>KH2126</w:t>
            </w:r>
          </w:p>
        </w:tc>
        <w:tc>
          <w:tcPr>
            <w:tcW w:type="dxa" w:w="3024"/>
            <w:shd w:fill="FFFFFF"/>
            <w:tcMar>
              <w:top w:w="35" w:type="dxa"/>
              <w:bottom w:w="35" w:type="dxa"/>
              <w:left w:w="20" w:type="dxa"/>
              <w:right w:w="20" w:type="dxa"/>
            </w:tcMar>
          </w:tcPr>
          <w:p>
            <w:pPr>
              <w:jc w:val="left"/>
            </w:pPr>
            <w:r>
              <w:rPr>
                <w:sz w:val="15"/>
              </w:rPr>
              <w:t>CÔNG TY CỔ PHẦN TÂN TIẾN ĐỒNG NAI</w:t>
            </w:r>
          </w:p>
        </w:tc>
        <w:tc>
          <w:tcPr>
            <w:tcW w:type="dxa" w:w="835"/>
            <w:shd w:fill="FFFFFF"/>
            <w:tcMar>
              <w:top w:w="35" w:type="dxa"/>
              <w:bottom w:w="35" w:type="dxa"/>
              <w:left w:w="20" w:type="dxa"/>
              <w:right w:w="20" w:type="dxa"/>
            </w:tcMar>
          </w:tcPr>
          <w:p>
            <w:pPr>
              <w:jc w:val="right"/>
            </w:pPr>
            <w:r>
              <w:rPr>
                <w:sz w:val="15"/>
              </w:rPr>
              <w:t>199</w:t>
            </w:r>
          </w:p>
        </w:tc>
        <w:tc>
          <w:tcPr>
            <w:tcW w:type="dxa" w:w="835"/>
            <w:shd w:fill="FFFFFF"/>
            <w:tcMar>
              <w:top w:w="35" w:type="dxa"/>
              <w:bottom w:w="35" w:type="dxa"/>
              <w:left w:w="20" w:type="dxa"/>
              <w:right w:w="20" w:type="dxa"/>
            </w:tcMar>
          </w:tcPr>
          <w:p>
            <w:pPr>
              <w:jc w:val="right"/>
            </w:pPr>
            <w:r>
              <w:rPr>
                <w:sz w:val="15"/>
              </w:rPr>
              <w:t>116</w:t>
            </w:r>
          </w:p>
        </w:tc>
        <w:tc>
          <w:tcPr>
            <w:tcW w:type="dxa" w:w="835"/>
            <w:shd w:fill="FFFFFF"/>
            <w:tcMar>
              <w:top w:w="35" w:type="dxa"/>
              <w:bottom w:w="35" w:type="dxa"/>
              <w:left w:w="20" w:type="dxa"/>
              <w:right w:w="20" w:type="dxa"/>
            </w:tcMar>
          </w:tcPr>
          <w:p>
            <w:pPr>
              <w:jc w:val="right"/>
            </w:pPr>
            <w:r>
              <w:rPr>
                <w:sz w:val="15"/>
              </w:rPr>
              <w:t>179</w:t>
            </w:r>
          </w:p>
        </w:tc>
        <w:tc>
          <w:tcPr>
            <w:tcW w:type="dxa" w:w="835"/>
            <w:shd w:fill="FFFFFF"/>
            <w:tcMar>
              <w:top w:w="35" w:type="dxa"/>
              <w:bottom w:w="35" w:type="dxa"/>
              <w:left w:w="20" w:type="dxa"/>
              <w:right w:w="20" w:type="dxa"/>
            </w:tcMar>
          </w:tcPr>
          <w:p>
            <w:pPr>
              <w:jc w:val="right"/>
            </w:pPr>
            <w:r>
              <w:rPr>
                <w:sz w:val="15"/>
              </w:rPr>
              <w:t>224</w:t>
            </w:r>
          </w:p>
        </w:tc>
        <w:tc>
          <w:tcPr>
            <w:tcW w:type="dxa" w:w="835"/>
            <w:shd w:fill="FFFFFF"/>
            <w:tcMar>
              <w:top w:w="35" w:type="dxa"/>
              <w:bottom w:w="35" w:type="dxa"/>
              <w:left w:w="20" w:type="dxa"/>
              <w:right w:w="20" w:type="dxa"/>
            </w:tcMar>
          </w:tcPr>
          <w:p>
            <w:pPr>
              <w:jc w:val="right"/>
            </w:pPr>
            <w:r>
              <w:rPr>
                <w:sz w:val="15"/>
              </w:rPr>
              <w:t>190</w:t>
            </w:r>
          </w:p>
        </w:tc>
        <w:tc>
          <w:tcPr>
            <w:tcW w:type="dxa" w:w="835"/>
            <w:shd w:fill="FFFFFF"/>
            <w:tcMar>
              <w:top w:w="35" w:type="dxa"/>
              <w:bottom w:w="35" w:type="dxa"/>
              <w:left w:w="20" w:type="dxa"/>
              <w:right w:w="20" w:type="dxa"/>
            </w:tcMar>
          </w:tcPr>
          <w:p>
            <w:pPr>
              <w:jc w:val="right"/>
            </w:pPr>
            <w:r>
              <w:rPr>
                <w:sz w:val="15"/>
              </w:rPr>
              <w:t>228</w:t>
            </w:r>
          </w:p>
        </w:tc>
        <w:tc>
          <w:tcPr>
            <w:tcW w:type="dxa" w:w="835"/>
            <w:shd w:fill="FFFFFF"/>
            <w:tcMar>
              <w:top w:w="35" w:type="dxa"/>
              <w:bottom w:w="35" w:type="dxa"/>
              <w:left w:w="20" w:type="dxa"/>
              <w:right w:w="20" w:type="dxa"/>
            </w:tcMar>
          </w:tcPr>
          <w:p>
            <w:pPr>
              <w:jc w:val="right"/>
            </w:pPr>
            <w:r>
              <w:rPr>
                <w:sz w:val="15"/>
              </w:rPr>
              <w:t>158</w:t>
            </w:r>
          </w:p>
        </w:tc>
        <w:tc>
          <w:tcPr>
            <w:tcW w:type="dxa" w:w="835"/>
            <w:shd w:fill="FFFFFF"/>
            <w:tcMar>
              <w:top w:w="35" w:type="dxa"/>
              <w:bottom w:w="35" w:type="dxa"/>
              <w:left w:w="20" w:type="dxa"/>
              <w:right w:w="20" w:type="dxa"/>
            </w:tcMar>
          </w:tcPr>
          <w:p>
            <w:pPr>
              <w:jc w:val="right"/>
            </w:pPr>
            <w:r>
              <w:rPr>
                <w:sz w:val="15"/>
              </w:rPr>
              <w:t>227</w:t>
            </w:r>
          </w:p>
        </w:tc>
        <w:tc>
          <w:tcPr>
            <w:tcW w:type="dxa" w:w="835"/>
            <w:shd w:fill="FFFFFF"/>
            <w:tcMar>
              <w:top w:w="35" w:type="dxa"/>
              <w:bottom w:w="35" w:type="dxa"/>
              <w:left w:w="20" w:type="dxa"/>
              <w:right w:w="20" w:type="dxa"/>
            </w:tcMar>
          </w:tcPr>
          <w:p>
            <w:pPr>
              <w:jc w:val="right"/>
            </w:pPr>
            <w:r>
              <w:rPr>
                <w:sz w:val="15"/>
              </w:rPr>
              <w:t>235</w:t>
            </w:r>
          </w:p>
        </w:tc>
        <w:tc>
          <w:tcPr>
            <w:tcW w:type="dxa" w:w="835"/>
            <w:shd w:fill="FFFFFF"/>
            <w:tcMar>
              <w:top w:w="35" w:type="dxa"/>
              <w:bottom w:w="35" w:type="dxa"/>
              <w:left w:w="20" w:type="dxa"/>
              <w:right w:w="20" w:type="dxa"/>
            </w:tcMar>
          </w:tcPr>
          <w:p>
            <w:pPr>
              <w:jc w:val="right"/>
            </w:pPr>
            <w:r>
              <w:rPr>
                <w:b/>
                <w:sz w:val="15"/>
              </w:rPr>
              <w:t>468</w:t>
            </w:r>
          </w:p>
        </w:tc>
        <w:tc>
          <w:tcPr>
            <w:tcW w:type="dxa" w:w="1224"/>
            <w:shd w:fill="FFFFFF"/>
            <w:tcMar>
              <w:top w:w="35" w:type="dxa"/>
              <w:bottom w:w="35" w:type="dxa"/>
              <w:left w:w="20" w:type="dxa"/>
              <w:right w:w="20" w:type="dxa"/>
            </w:tcMar>
          </w:tcPr>
          <w:p>
            <w:pPr>
              <w:jc w:val="right"/>
            </w:pPr>
            <w:r>
              <w:rPr>
                <w:color w:val="27AE60"/>
                <w:sz w:val="15"/>
              </w:rPr>
              <w:t>+233</w:t>
            </w:r>
          </w:p>
        </w:tc>
        <w:tc>
          <w:tcPr>
            <w:tcW w:type="dxa" w:w="1066"/>
            <w:shd w:fill="FFFFFF"/>
            <w:tcMar>
              <w:top w:w="35" w:type="dxa"/>
              <w:bottom w:w="35" w:type="dxa"/>
              <w:left w:w="20" w:type="dxa"/>
              <w:right w:w="20" w:type="dxa"/>
            </w:tcMar>
          </w:tcPr>
          <w:p>
            <w:pPr>
              <w:jc w:val="center"/>
            </w:pPr>
            <w:r>
              <w:rPr>
                <w:b/>
                <w:color w:val="27AE60"/>
                <w:sz w:val="15"/>
              </w:rPr>
              <w:t>+99.1%</w:t>
            </w:r>
          </w:p>
        </w:tc>
      </w:tr>
      <w:tr>
        <w:tc>
          <w:tcPr>
            <w:tcW w:type="dxa" w:w="504"/>
            <w:shd w:fill="F9FBFB"/>
            <w:tcMar>
              <w:top w:w="35" w:type="dxa"/>
              <w:bottom w:w="35" w:type="dxa"/>
              <w:left w:w="20" w:type="dxa"/>
              <w:right w:w="20" w:type="dxa"/>
            </w:tcMar>
          </w:tcPr>
          <w:p>
            <w:pPr>
              <w:jc w:val="center"/>
            </w:pPr>
            <w:r>
              <w:rPr>
                <w:sz w:val="15"/>
              </w:rPr>
              <w:t>40</w:t>
            </w:r>
          </w:p>
        </w:tc>
        <w:tc>
          <w:tcPr>
            <w:tcW w:type="dxa" w:w="936"/>
            <w:shd w:fill="F9FBFB"/>
            <w:tcMar>
              <w:top w:w="35" w:type="dxa"/>
              <w:bottom w:w="35" w:type="dxa"/>
              <w:left w:w="20" w:type="dxa"/>
              <w:right w:w="20" w:type="dxa"/>
            </w:tcMar>
          </w:tcPr>
          <w:p>
            <w:pPr>
              <w:jc w:val="left"/>
            </w:pPr>
            <w:r>
              <w:rPr>
                <w:sz w:val="15"/>
              </w:rPr>
              <w:t>KH1795</w:t>
            </w:r>
          </w:p>
        </w:tc>
        <w:tc>
          <w:tcPr>
            <w:tcW w:type="dxa" w:w="3024"/>
            <w:shd w:fill="F9FBFB"/>
            <w:tcMar>
              <w:top w:w="35" w:type="dxa"/>
              <w:bottom w:w="35" w:type="dxa"/>
              <w:left w:w="20" w:type="dxa"/>
              <w:right w:w="20" w:type="dxa"/>
            </w:tcMar>
          </w:tcPr>
          <w:p>
            <w:pPr>
              <w:jc w:val="left"/>
            </w:pPr>
            <w:r>
              <w:rPr>
                <w:sz w:val="15"/>
              </w:rPr>
              <w:t>CÔNG TY TNHH KHAI THÁC VÀ CHẾ BIẾN GỖ VŨ HOÀNG PHÁT</w:t>
            </w:r>
          </w:p>
        </w:tc>
        <w:tc>
          <w:tcPr>
            <w:tcW w:type="dxa" w:w="835"/>
            <w:shd w:fill="F9FBFB"/>
            <w:tcMar>
              <w:top w:w="35" w:type="dxa"/>
              <w:bottom w:w="35" w:type="dxa"/>
              <w:left w:w="20" w:type="dxa"/>
              <w:right w:w="20" w:type="dxa"/>
            </w:tcMar>
          </w:tcPr>
          <w:p>
            <w:pPr>
              <w:jc w:val="right"/>
            </w:pPr>
            <w:r>
              <w:rPr>
                <w:sz w:val="15"/>
              </w:rPr>
              <w:t>136</w:t>
            </w:r>
          </w:p>
        </w:tc>
        <w:tc>
          <w:tcPr>
            <w:tcW w:type="dxa" w:w="835"/>
            <w:shd w:fill="F9FBFB"/>
            <w:tcMar>
              <w:top w:w="35" w:type="dxa"/>
              <w:bottom w:w="35" w:type="dxa"/>
              <w:left w:w="20" w:type="dxa"/>
              <w:right w:w="20" w:type="dxa"/>
            </w:tcMar>
          </w:tcPr>
          <w:p>
            <w:pPr>
              <w:jc w:val="right"/>
            </w:pPr>
            <w:r>
              <w:rPr>
                <w:sz w:val="15"/>
              </w:rPr>
              <w:t>54</w:t>
            </w:r>
          </w:p>
        </w:tc>
        <w:tc>
          <w:tcPr>
            <w:tcW w:type="dxa" w:w="835"/>
            <w:shd w:fill="F9FBFB"/>
            <w:tcMar>
              <w:top w:w="35" w:type="dxa"/>
              <w:bottom w:w="35" w:type="dxa"/>
              <w:left w:w="20" w:type="dxa"/>
              <w:right w:w="20" w:type="dxa"/>
            </w:tcMar>
          </w:tcPr>
          <w:p>
            <w:pPr>
              <w:jc w:val="right"/>
            </w:pPr>
            <w:r>
              <w:rPr>
                <w:sz w:val="15"/>
              </w:rPr>
              <w:t>180</w:t>
            </w:r>
          </w:p>
        </w:tc>
        <w:tc>
          <w:tcPr>
            <w:tcW w:type="dxa" w:w="835"/>
            <w:shd w:fill="F9FBFB"/>
            <w:tcMar>
              <w:top w:w="35" w:type="dxa"/>
              <w:bottom w:w="35" w:type="dxa"/>
              <w:left w:w="20" w:type="dxa"/>
              <w:right w:w="20" w:type="dxa"/>
            </w:tcMar>
          </w:tcPr>
          <w:p>
            <w:pPr>
              <w:jc w:val="right"/>
            </w:pPr>
            <w:r>
              <w:rPr>
                <w:sz w:val="15"/>
              </w:rPr>
              <w:t>202</w:t>
            </w:r>
          </w:p>
        </w:tc>
        <w:tc>
          <w:tcPr>
            <w:tcW w:type="dxa" w:w="835"/>
            <w:shd w:fill="F9FBFB"/>
            <w:tcMar>
              <w:top w:w="35" w:type="dxa"/>
              <w:bottom w:w="35" w:type="dxa"/>
              <w:left w:w="20" w:type="dxa"/>
              <w:right w:w="20" w:type="dxa"/>
            </w:tcMar>
          </w:tcPr>
          <w:p>
            <w:pPr>
              <w:jc w:val="right"/>
            </w:pPr>
            <w:r>
              <w:rPr>
                <w:sz w:val="15"/>
              </w:rPr>
              <w:t>81</w:t>
            </w:r>
          </w:p>
        </w:tc>
        <w:tc>
          <w:tcPr>
            <w:tcW w:type="dxa" w:w="835"/>
            <w:shd w:fill="F9FBFB"/>
            <w:tcMar>
              <w:top w:w="35" w:type="dxa"/>
              <w:bottom w:w="35" w:type="dxa"/>
              <w:left w:w="20" w:type="dxa"/>
              <w:right w:w="20" w:type="dxa"/>
            </w:tcMar>
          </w:tcPr>
          <w:p>
            <w:pPr>
              <w:jc w:val="right"/>
            </w:pPr>
            <w:r>
              <w:rPr>
                <w:sz w:val="15"/>
              </w:rPr>
              <w:t>156</w:t>
            </w:r>
          </w:p>
        </w:tc>
        <w:tc>
          <w:tcPr>
            <w:tcW w:type="dxa" w:w="835"/>
            <w:shd w:fill="F9FBFB"/>
            <w:tcMar>
              <w:top w:w="35" w:type="dxa"/>
              <w:bottom w:w="35" w:type="dxa"/>
              <w:left w:w="20" w:type="dxa"/>
              <w:right w:w="20" w:type="dxa"/>
            </w:tcMar>
          </w:tcPr>
          <w:p>
            <w:pPr>
              <w:jc w:val="right"/>
            </w:pPr>
            <w:r>
              <w:rPr>
                <w:sz w:val="15"/>
              </w:rPr>
              <w:t>154</w:t>
            </w:r>
          </w:p>
        </w:tc>
        <w:tc>
          <w:tcPr>
            <w:tcW w:type="dxa" w:w="835"/>
            <w:shd w:fill="F9FBFB"/>
            <w:tcMar>
              <w:top w:w="35" w:type="dxa"/>
              <w:bottom w:w="35" w:type="dxa"/>
              <w:left w:w="20" w:type="dxa"/>
              <w:right w:w="20" w:type="dxa"/>
            </w:tcMar>
          </w:tcPr>
          <w:p>
            <w:pPr>
              <w:jc w:val="right"/>
            </w:pPr>
            <w:r>
              <w:rPr>
                <w:sz w:val="15"/>
              </w:rPr>
              <w:t>146</w:t>
            </w:r>
          </w:p>
        </w:tc>
        <w:tc>
          <w:tcPr>
            <w:tcW w:type="dxa" w:w="835"/>
            <w:shd w:fill="F9FBFB"/>
            <w:tcMar>
              <w:top w:w="35" w:type="dxa"/>
              <w:bottom w:w="35" w:type="dxa"/>
              <w:left w:w="20" w:type="dxa"/>
              <w:right w:w="20" w:type="dxa"/>
            </w:tcMar>
          </w:tcPr>
          <w:p>
            <w:pPr>
              <w:jc w:val="right"/>
            </w:pPr>
            <w:r>
              <w:rPr>
                <w:sz w:val="15"/>
              </w:rPr>
              <w:t>235</w:t>
            </w:r>
          </w:p>
        </w:tc>
        <w:tc>
          <w:tcPr>
            <w:tcW w:type="dxa" w:w="835"/>
            <w:shd w:fill="F9FBFB"/>
            <w:tcMar>
              <w:top w:w="35" w:type="dxa"/>
              <w:bottom w:w="35" w:type="dxa"/>
              <w:left w:w="20" w:type="dxa"/>
              <w:right w:w="20" w:type="dxa"/>
            </w:tcMar>
          </w:tcPr>
          <w:p>
            <w:pPr>
              <w:jc w:val="right"/>
            </w:pPr>
            <w:r>
              <w:rPr>
                <w:b/>
                <w:sz w:val="15"/>
              </w:rPr>
              <w:t>12</w:t>
            </w:r>
          </w:p>
        </w:tc>
        <w:tc>
          <w:tcPr>
            <w:tcW w:type="dxa" w:w="1224"/>
            <w:shd w:fill="F9FBFB"/>
            <w:tcMar>
              <w:top w:w="35" w:type="dxa"/>
              <w:bottom w:w="35" w:type="dxa"/>
              <w:left w:w="20" w:type="dxa"/>
              <w:right w:w="20" w:type="dxa"/>
            </w:tcMar>
          </w:tcPr>
          <w:p>
            <w:pPr>
              <w:jc w:val="right"/>
            </w:pPr>
            <w:r>
              <w:rPr>
                <w:color w:val="C0392B"/>
                <w:sz w:val="15"/>
              </w:rPr>
              <w:t>-223</w:t>
            </w:r>
          </w:p>
        </w:tc>
        <w:tc>
          <w:tcPr>
            <w:tcW w:type="dxa" w:w="1066"/>
            <w:shd w:fill="F9FBFB"/>
            <w:tcMar>
              <w:top w:w="35" w:type="dxa"/>
              <w:bottom w:w="35" w:type="dxa"/>
              <w:left w:w="20" w:type="dxa"/>
              <w:right w:w="20" w:type="dxa"/>
            </w:tcMar>
          </w:tcPr>
          <w:p>
            <w:pPr>
              <w:jc w:val="center"/>
            </w:pPr>
            <w:r>
              <w:rPr>
                <w:b/>
                <w:color w:val="C0392B"/>
                <w:sz w:val="15"/>
              </w:rPr>
              <w:t>-94.9%</w:t>
            </w:r>
          </w:p>
        </w:tc>
      </w:tr>
      <w:tr>
        <w:tc>
          <w:tcPr>
            <w:tcW w:type="dxa" w:w="504"/>
            <w:shd w:fill="FFFFFF"/>
            <w:tcMar>
              <w:top w:w="35" w:type="dxa"/>
              <w:bottom w:w="35" w:type="dxa"/>
              <w:left w:w="20" w:type="dxa"/>
              <w:right w:w="20" w:type="dxa"/>
            </w:tcMar>
          </w:tcPr>
          <w:p>
            <w:pPr>
              <w:jc w:val="center"/>
            </w:pPr>
            <w:r>
              <w:rPr>
                <w:sz w:val="15"/>
              </w:rPr>
              <w:t>41</w:t>
            </w:r>
          </w:p>
        </w:tc>
        <w:tc>
          <w:tcPr>
            <w:tcW w:type="dxa" w:w="936"/>
            <w:shd w:fill="FFFFFF"/>
            <w:tcMar>
              <w:top w:w="35" w:type="dxa"/>
              <w:bottom w:w="35" w:type="dxa"/>
              <w:left w:w="20" w:type="dxa"/>
              <w:right w:w="20" w:type="dxa"/>
            </w:tcMar>
          </w:tcPr>
          <w:p>
            <w:pPr>
              <w:jc w:val="left"/>
            </w:pPr>
            <w:r>
              <w:rPr>
                <w:sz w:val="15"/>
              </w:rPr>
              <w:t>KH0503</w:t>
            </w:r>
          </w:p>
        </w:tc>
        <w:tc>
          <w:tcPr>
            <w:tcW w:type="dxa" w:w="3024"/>
            <w:shd w:fill="FFFFFF"/>
            <w:tcMar>
              <w:top w:w="35" w:type="dxa"/>
              <w:bottom w:w="35" w:type="dxa"/>
              <w:left w:w="20" w:type="dxa"/>
              <w:right w:w="20" w:type="dxa"/>
            </w:tcMar>
          </w:tcPr>
          <w:p>
            <w:pPr>
              <w:jc w:val="left"/>
            </w:pPr>
            <w:r>
              <w:rPr>
                <w:sz w:val="15"/>
              </w:rPr>
              <w:t>CÔNG TY TNHH SCANSIA PACIFIC</w:t>
            </w:r>
          </w:p>
        </w:tc>
        <w:tc>
          <w:tcPr>
            <w:tcW w:type="dxa" w:w="835"/>
            <w:shd w:fill="FFFFFF"/>
            <w:tcMar>
              <w:top w:w="35" w:type="dxa"/>
              <w:bottom w:w="35" w:type="dxa"/>
              <w:left w:w="20" w:type="dxa"/>
              <w:right w:w="20" w:type="dxa"/>
            </w:tcMar>
          </w:tcPr>
          <w:p>
            <w:pPr>
              <w:jc w:val="right"/>
            </w:pPr>
            <w:r>
              <w:rPr>
                <w:sz w:val="15"/>
              </w:rPr>
              <w:t>59</w:t>
            </w:r>
          </w:p>
        </w:tc>
        <w:tc>
          <w:tcPr>
            <w:tcW w:type="dxa" w:w="835"/>
            <w:shd w:fill="FFFFFF"/>
            <w:tcMar>
              <w:top w:w="35" w:type="dxa"/>
              <w:bottom w:w="35" w:type="dxa"/>
              <w:left w:w="20" w:type="dxa"/>
              <w:right w:w="20" w:type="dxa"/>
            </w:tcMar>
          </w:tcPr>
          <w:p>
            <w:pPr>
              <w:jc w:val="right"/>
            </w:pPr>
            <w:r>
              <w:rPr>
                <w:sz w:val="15"/>
              </w:rPr>
              <w:t>13</w:t>
            </w:r>
          </w:p>
        </w:tc>
        <w:tc>
          <w:tcPr>
            <w:tcW w:type="dxa" w:w="835"/>
            <w:shd w:fill="FFFFFF"/>
            <w:tcMar>
              <w:top w:w="35" w:type="dxa"/>
              <w:bottom w:w="35" w:type="dxa"/>
              <w:left w:w="20" w:type="dxa"/>
              <w:right w:w="20" w:type="dxa"/>
            </w:tcMar>
          </w:tcPr>
          <w:p>
            <w:pPr>
              <w:jc w:val="right"/>
            </w:pPr>
            <w:r>
              <w:rPr>
                <w:sz w:val="15"/>
              </w:rPr>
              <w:t>18</w:t>
            </w:r>
          </w:p>
        </w:tc>
        <w:tc>
          <w:tcPr>
            <w:tcW w:type="dxa" w:w="835"/>
            <w:shd w:fill="FFFFFF"/>
            <w:tcMar>
              <w:top w:w="35" w:type="dxa"/>
              <w:bottom w:w="35" w:type="dxa"/>
              <w:left w:w="20" w:type="dxa"/>
              <w:right w:w="20" w:type="dxa"/>
            </w:tcMar>
          </w:tcPr>
          <w:p>
            <w:pPr>
              <w:jc w:val="right"/>
            </w:pPr>
            <w:r>
              <w:rPr>
                <w:sz w:val="15"/>
              </w:rPr>
              <w:t>129</w:t>
            </w:r>
          </w:p>
        </w:tc>
        <w:tc>
          <w:tcPr>
            <w:tcW w:type="dxa" w:w="835"/>
            <w:shd w:fill="FFFFFF"/>
            <w:tcMar>
              <w:top w:w="35" w:type="dxa"/>
              <w:bottom w:w="35" w:type="dxa"/>
              <w:left w:w="20" w:type="dxa"/>
              <w:right w:w="20" w:type="dxa"/>
            </w:tcMar>
          </w:tcPr>
          <w:p>
            <w:pPr>
              <w:jc w:val="right"/>
            </w:pPr>
            <w:r>
              <w:rPr>
                <w:sz w:val="15"/>
              </w:rPr>
              <w:t>35</w:t>
            </w:r>
          </w:p>
        </w:tc>
        <w:tc>
          <w:tcPr>
            <w:tcW w:type="dxa" w:w="835"/>
            <w:shd w:fill="FFFFFF"/>
            <w:tcMar>
              <w:top w:w="35" w:type="dxa"/>
              <w:bottom w:w="35" w:type="dxa"/>
              <w:left w:w="20" w:type="dxa"/>
              <w:right w:w="20" w:type="dxa"/>
            </w:tcMar>
          </w:tcPr>
          <w:p>
            <w:pPr>
              <w:jc w:val="right"/>
            </w:pPr>
            <w:r>
              <w:rPr>
                <w:sz w:val="15"/>
              </w:rPr>
              <w:t>26</w:t>
            </w:r>
          </w:p>
        </w:tc>
        <w:tc>
          <w:tcPr>
            <w:tcW w:type="dxa" w:w="835"/>
            <w:shd w:fill="FFFFFF"/>
            <w:tcMar>
              <w:top w:w="35" w:type="dxa"/>
              <w:bottom w:w="35" w:type="dxa"/>
              <w:left w:w="20" w:type="dxa"/>
              <w:right w:w="20" w:type="dxa"/>
            </w:tcMar>
          </w:tcPr>
          <w:p>
            <w:pPr>
              <w:jc w:val="right"/>
            </w:pPr>
            <w:r>
              <w:rPr>
                <w:sz w:val="15"/>
              </w:rPr>
              <w:t>42</w:t>
            </w:r>
          </w:p>
        </w:tc>
        <w:tc>
          <w:tcPr>
            <w:tcW w:type="dxa" w:w="835"/>
            <w:shd w:fill="FFFFFF"/>
            <w:tcMar>
              <w:top w:w="35" w:type="dxa"/>
              <w:bottom w:w="35" w:type="dxa"/>
              <w:left w:w="20" w:type="dxa"/>
              <w:right w:w="20" w:type="dxa"/>
            </w:tcMar>
          </w:tcPr>
          <w:p>
            <w:pPr>
              <w:jc w:val="right"/>
            </w:pPr>
            <w:r>
              <w:rPr>
                <w:sz w:val="15"/>
              </w:rPr>
              <w:t>110</w:t>
            </w:r>
          </w:p>
        </w:tc>
        <w:tc>
          <w:tcPr>
            <w:tcW w:type="dxa" w:w="835"/>
            <w:shd w:fill="FFFFFF"/>
            <w:tcMar>
              <w:top w:w="35" w:type="dxa"/>
              <w:bottom w:w="35" w:type="dxa"/>
              <w:left w:w="20" w:type="dxa"/>
              <w:right w:w="20" w:type="dxa"/>
            </w:tcMar>
          </w:tcPr>
          <w:p>
            <w:pPr>
              <w:jc w:val="right"/>
            </w:pPr>
            <w:r>
              <w:rPr>
                <w:sz w:val="15"/>
              </w:rPr>
              <w:t>232</w:t>
            </w:r>
          </w:p>
        </w:tc>
        <w:tc>
          <w:tcPr>
            <w:tcW w:type="dxa" w:w="835"/>
            <w:shd w:fill="FFFFFF"/>
            <w:tcMar>
              <w:top w:w="35" w:type="dxa"/>
              <w:bottom w:w="35" w:type="dxa"/>
              <w:left w:w="20" w:type="dxa"/>
              <w:right w:w="20" w:type="dxa"/>
            </w:tcMar>
          </w:tcPr>
          <w:p>
            <w:pPr>
              <w:jc w:val="right"/>
            </w:pPr>
            <w:r>
              <w:rPr>
                <w:b/>
                <w:sz w:val="15"/>
              </w:rPr>
              <w:t>671</w:t>
            </w:r>
          </w:p>
        </w:tc>
        <w:tc>
          <w:tcPr>
            <w:tcW w:type="dxa" w:w="1224"/>
            <w:shd w:fill="FFFFFF"/>
            <w:tcMar>
              <w:top w:w="35" w:type="dxa"/>
              <w:bottom w:w="35" w:type="dxa"/>
              <w:left w:w="20" w:type="dxa"/>
              <w:right w:w="20" w:type="dxa"/>
            </w:tcMar>
          </w:tcPr>
          <w:p>
            <w:pPr>
              <w:jc w:val="right"/>
            </w:pPr>
            <w:r>
              <w:rPr>
                <w:color w:val="27AE60"/>
                <w:sz w:val="15"/>
              </w:rPr>
              <w:t>+439</w:t>
            </w:r>
          </w:p>
        </w:tc>
        <w:tc>
          <w:tcPr>
            <w:tcW w:type="dxa" w:w="1066"/>
            <w:shd w:fill="FFFFFF"/>
            <w:tcMar>
              <w:top w:w="35" w:type="dxa"/>
              <w:bottom w:w="35" w:type="dxa"/>
              <w:left w:w="20" w:type="dxa"/>
              <w:right w:w="20" w:type="dxa"/>
            </w:tcMar>
          </w:tcPr>
          <w:p>
            <w:pPr>
              <w:jc w:val="center"/>
            </w:pPr>
            <w:r>
              <w:rPr>
                <w:b/>
                <w:color w:val="27AE60"/>
                <w:sz w:val="15"/>
              </w:rPr>
              <w:t>+189.2%</w:t>
            </w:r>
          </w:p>
        </w:tc>
      </w:tr>
      <w:tr>
        <w:tc>
          <w:tcPr>
            <w:tcW w:type="dxa" w:w="504"/>
            <w:shd w:fill="F9FBFB"/>
            <w:tcMar>
              <w:top w:w="35" w:type="dxa"/>
              <w:bottom w:w="35" w:type="dxa"/>
              <w:left w:w="20" w:type="dxa"/>
              <w:right w:w="20" w:type="dxa"/>
            </w:tcMar>
          </w:tcPr>
          <w:p>
            <w:pPr>
              <w:jc w:val="center"/>
            </w:pPr>
            <w:r>
              <w:rPr>
                <w:sz w:val="15"/>
              </w:rPr>
              <w:t>42</w:t>
            </w:r>
          </w:p>
        </w:tc>
        <w:tc>
          <w:tcPr>
            <w:tcW w:type="dxa" w:w="936"/>
            <w:shd w:fill="F9FBFB"/>
            <w:tcMar>
              <w:top w:w="35" w:type="dxa"/>
              <w:bottom w:w="35" w:type="dxa"/>
              <w:left w:w="20" w:type="dxa"/>
              <w:right w:w="20" w:type="dxa"/>
            </w:tcMar>
          </w:tcPr>
          <w:p>
            <w:pPr>
              <w:jc w:val="left"/>
            </w:pPr>
            <w:r>
              <w:rPr>
                <w:sz w:val="15"/>
              </w:rPr>
              <w:t>KH0243</w:t>
            </w:r>
          </w:p>
        </w:tc>
        <w:tc>
          <w:tcPr>
            <w:tcW w:type="dxa" w:w="3024"/>
            <w:shd w:fill="F9FBFB"/>
            <w:tcMar>
              <w:top w:w="35" w:type="dxa"/>
              <w:bottom w:w="35" w:type="dxa"/>
              <w:left w:w="20" w:type="dxa"/>
              <w:right w:w="20" w:type="dxa"/>
            </w:tcMar>
          </w:tcPr>
          <w:p>
            <w:pPr>
              <w:jc w:val="left"/>
            </w:pPr>
            <w:r>
              <w:rPr>
                <w:sz w:val="15"/>
              </w:rPr>
              <w:t>CÔNG TY TNHH FARM HOUSE</w:t>
            </w:r>
          </w:p>
        </w:tc>
        <w:tc>
          <w:tcPr>
            <w:tcW w:type="dxa" w:w="835"/>
            <w:shd w:fill="F9FBFB"/>
            <w:tcMar>
              <w:top w:w="35" w:type="dxa"/>
              <w:bottom w:w="35" w:type="dxa"/>
              <w:left w:w="20" w:type="dxa"/>
              <w:right w:w="20" w:type="dxa"/>
            </w:tcMar>
          </w:tcPr>
          <w:p>
            <w:pPr>
              <w:jc w:val="right"/>
            </w:pPr>
            <w:r>
              <w:rPr>
                <w:sz w:val="15"/>
              </w:rPr>
              <w:t>145</w:t>
            </w:r>
          </w:p>
        </w:tc>
        <w:tc>
          <w:tcPr>
            <w:tcW w:type="dxa" w:w="835"/>
            <w:shd w:fill="F9FBFB"/>
            <w:tcMar>
              <w:top w:w="35" w:type="dxa"/>
              <w:bottom w:w="35" w:type="dxa"/>
              <w:left w:w="20" w:type="dxa"/>
              <w:right w:w="20" w:type="dxa"/>
            </w:tcMar>
          </w:tcPr>
          <w:p>
            <w:pPr>
              <w:jc w:val="right"/>
            </w:pPr>
            <w:r>
              <w:rPr>
                <w:sz w:val="15"/>
              </w:rPr>
              <w:t>113</w:t>
            </w:r>
          </w:p>
        </w:tc>
        <w:tc>
          <w:tcPr>
            <w:tcW w:type="dxa" w:w="835"/>
            <w:shd w:fill="F9FBFB"/>
            <w:tcMar>
              <w:top w:w="35" w:type="dxa"/>
              <w:bottom w:w="35" w:type="dxa"/>
              <w:left w:w="20" w:type="dxa"/>
              <w:right w:w="20" w:type="dxa"/>
            </w:tcMar>
          </w:tcPr>
          <w:p>
            <w:pPr>
              <w:jc w:val="right"/>
            </w:pPr>
            <w:r>
              <w:rPr>
                <w:sz w:val="15"/>
              </w:rPr>
              <w:t>51</w:t>
            </w:r>
          </w:p>
        </w:tc>
        <w:tc>
          <w:tcPr>
            <w:tcW w:type="dxa" w:w="835"/>
            <w:shd w:fill="F9FBFB"/>
            <w:tcMar>
              <w:top w:w="35" w:type="dxa"/>
              <w:bottom w:w="35" w:type="dxa"/>
              <w:left w:w="20" w:type="dxa"/>
              <w:right w:w="20" w:type="dxa"/>
            </w:tcMar>
          </w:tcPr>
          <w:p>
            <w:pPr>
              <w:jc w:val="right"/>
            </w:pPr>
            <w:r>
              <w:rPr>
                <w:sz w:val="15"/>
              </w:rPr>
              <w:t>165</w:t>
            </w:r>
          </w:p>
        </w:tc>
        <w:tc>
          <w:tcPr>
            <w:tcW w:type="dxa" w:w="835"/>
            <w:shd w:fill="F9FBFB"/>
            <w:tcMar>
              <w:top w:w="35" w:type="dxa"/>
              <w:bottom w:w="35" w:type="dxa"/>
              <w:left w:w="20" w:type="dxa"/>
              <w:right w:w="20" w:type="dxa"/>
            </w:tcMar>
          </w:tcPr>
          <w:p>
            <w:pPr>
              <w:jc w:val="right"/>
            </w:pPr>
            <w:r>
              <w:rPr>
                <w:sz w:val="15"/>
              </w:rPr>
              <w:t>106</w:t>
            </w:r>
          </w:p>
        </w:tc>
        <w:tc>
          <w:tcPr>
            <w:tcW w:type="dxa" w:w="835"/>
            <w:shd w:fill="F9FBFB"/>
            <w:tcMar>
              <w:top w:w="35" w:type="dxa"/>
              <w:bottom w:w="35" w:type="dxa"/>
              <w:left w:w="20" w:type="dxa"/>
              <w:right w:w="20" w:type="dxa"/>
            </w:tcMar>
          </w:tcPr>
          <w:p>
            <w:pPr>
              <w:jc w:val="right"/>
            </w:pPr>
            <w:r>
              <w:rPr>
                <w:sz w:val="15"/>
              </w:rPr>
              <w:t>210</w:t>
            </w:r>
          </w:p>
        </w:tc>
        <w:tc>
          <w:tcPr>
            <w:tcW w:type="dxa" w:w="835"/>
            <w:shd w:fill="F9FBFB"/>
            <w:tcMar>
              <w:top w:w="35" w:type="dxa"/>
              <w:bottom w:w="35" w:type="dxa"/>
              <w:left w:w="20" w:type="dxa"/>
              <w:right w:w="20" w:type="dxa"/>
            </w:tcMar>
          </w:tcPr>
          <w:p>
            <w:pPr>
              <w:jc w:val="right"/>
            </w:pPr>
            <w:r>
              <w:rPr>
                <w:sz w:val="15"/>
              </w:rPr>
              <w:t>145</w:t>
            </w:r>
          </w:p>
        </w:tc>
        <w:tc>
          <w:tcPr>
            <w:tcW w:type="dxa" w:w="835"/>
            <w:shd w:fill="F9FBFB"/>
            <w:tcMar>
              <w:top w:w="35" w:type="dxa"/>
              <w:bottom w:w="35" w:type="dxa"/>
              <w:left w:w="20" w:type="dxa"/>
              <w:right w:w="20" w:type="dxa"/>
            </w:tcMar>
          </w:tcPr>
          <w:p>
            <w:pPr>
              <w:jc w:val="right"/>
            </w:pPr>
            <w:r>
              <w:rPr>
                <w:sz w:val="15"/>
              </w:rPr>
              <w:t>124</w:t>
            </w:r>
          </w:p>
        </w:tc>
        <w:tc>
          <w:tcPr>
            <w:tcW w:type="dxa" w:w="835"/>
            <w:shd w:fill="F9FBFB"/>
            <w:tcMar>
              <w:top w:w="35" w:type="dxa"/>
              <w:bottom w:w="35" w:type="dxa"/>
              <w:left w:w="20" w:type="dxa"/>
              <w:right w:w="20" w:type="dxa"/>
            </w:tcMar>
          </w:tcPr>
          <w:p>
            <w:pPr>
              <w:jc w:val="right"/>
            </w:pPr>
            <w:r>
              <w:rPr>
                <w:sz w:val="15"/>
              </w:rPr>
              <w:t>230</w:t>
            </w:r>
          </w:p>
        </w:tc>
        <w:tc>
          <w:tcPr>
            <w:tcW w:type="dxa" w:w="835"/>
            <w:shd w:fill="F9FBFB"/>
            <w:tcMar>
              <w:top w:w="35" w:type="dxa"/>
              <w:bottom w:w="35" w:type="dxa"/>
              <w:left w:w="20" w:type="dxa"/>
              <w:right w:w="20" w:type="dxa"/>
            </w:tcMar>
          </w:tcPr>
          <w:p>
            <w:pPr>
              <w:jc w:val="right"/>
            </w:pPr>
            <w:r>
              <w:rPr>
                <w:b/>
                <w:sz w:val="15"/>
              </w:rPr>
              <w:t>92</w:t>
            </w:r>
          </w:p>
        </w:tc>
        <w:tc>
          <w:tcPr>
            <w:tcW w:type="dxa" w:w="1224"/>
            <w:shd w:fill="F9FBFB"/>
            <w:tcMar>
              <w:top w:w="35" w:type="dxa"/>
              <w:bottom w:w="35" w:type="dxa"/>
              <w:left w:w="20" w:type="dxa"/>
              <w:right w:w="20" w:type="dxa"/>
            </w:tcMar>
          </w:tcPr>
          <w:p>
            <w:pPr>
              <w:jc w:val="right"/>
            </w:pPr>
            <w:r>
              <w:rPr>
                <w:color w:val="C0392B"/>
                <w:sz w:val="15"/>
              </w:rPr>
              <w:t>-138</w:t>
            </w:r>
          </w:p>
        </w:tc>
        <w:tc>
          <w:tcPr>
            <w:tcW w:type="dxa" w:w="1066"/>
            <w:shd w:fill="F9FBFB"/>
            <w:tcMar>
              <w:top w:w="35" w:type="dxa"/>
              <w:bottom w:w="35" w:type="dxa"/>
              <w:left w:w="20" w:type="dxa"/>
              <w:right w:w="20" w:type="dxa"/>
            </w:tcMar>
          </w:tcPr>
          <w:p>
            <w:pPr>
              <w:jc w:val="center"/>
            </w:pPr>
            <w:r>
              <w:rPr>
                <w:b/>
                <w:color w:val="C0392B"/>
                <w:sz w:val="15"/>
              </w:rPr>
              <w:t>-60.0%</w:t>
            </w:r>
          </w:p>
        </w:tc>
      </w:tr>
      <w:tr>
        <w:tc>
          <w:tcPr>
            <w:tcW w:type="dxa" w:w="504"/>
            <w:shd w:fill="FFFFFF"/>
            <w:tcMar>
              <w:top w:w="35" w:type="dxa"/>
              <w:bottom w:w="35" w:type="dxa"/>
              <w:left w:w="20" w:type="dxa"/>
              <w:right w:w="20" w:type="dxa"/>
            </w:tcMar>
          </w:tcPr>
          <w:p>
            <w:pPr>
              <w:jc w:val="center"/>
            </w:pPr>
            <w:r>
              <w:rPr>
                <w:sz w:val="15"/>
              </w:rPr>
              <w:t>43</w:t>
            </w:r>
          </w:p>
        </w:tc>
        <w:tc>
          <w:tcPr>
            <w:tcW w:type="dxa" w:w="936"/>
            <w:shd w:fill="FFFFFF"/>
            <w:tcMar>
              <w:top w:w="35" w:type="dxa"/>
              <w:bottom w:w="35" w:type="dxa"/>
              <w:left w:w="20" w:type="dxa"/>
              <w:right w:w="20" w:type="dxa"/>
            </w:tcMar>
          </w:tcPr>
          <w:p>
            <w:pPr>
              <w:jc w:val="left"/>
            </w:pPr>
            <w:r>
              <w:rPr>
                <w:sz w:val="15"/>
              </w:rPr>
              <w:t>KH0380</w:t>
            </w:r>
          </w:p>
        </w:tc>
        <w:tc>
          <w:tcPr>
            <w:tcW w:type="dxa" w:w="3024"/>
            <w:shd w:fill="FFFFFF"/>
            <w:tcMar>
              <w:top w:w="35" w:type="dxa"/>
              <w:bottom w:w="35" w:type="dxa"/>
              <w:left w:w="20" w:type="dxa"/>
              <w:right w:w="20" w:type="dxa"/>
            </w:tcMar>
          </w:tcPr>
          <w:p>
            <w:pPr>
              <w:jc w:val="left"/>
            </w:pPr>
            <w:r>
              <w:rPr>
                <w:sz w:val="15"/>
              </w:rPr>
              <w:t>CÔNG TY TNHH MỘT THÀNH VIÊN 751</w:t>
            </w:r>
          </w:p>
        </w:tc>
        <w:tc>
          <w:tcPr>
            <w:tcW w:type="dxa" w:w="835"/>
            <w:shd w:fill="FFFFFF"/>
            <w:tcMar>
              <w:top w:w="35" w:type="dxa"/>
              <w:bottom w:w="35" w:type="dxa"/>
              <w:left w:w="20" w:type="dxa"/>
              <w:right w:w="20" w:type="dxa"/>
            </w:tcMar>
          </w:tcPr>
          <w:p>
            <w:pPr>
              <w:jc w:val="right"/>
            </w:pPr>
            <w:r>
              <w:rPr>
                <w:sz w:val="15"/>
              </w:rPr>
              <w:t>342</w:t>
            </w:r>
          </w:p>
        </w:tc>
        <w:tc>
          <w:tcPr>
            <w:tcW w:type="dxa" w:w="835"/>
            <w:shd w:fill="FFFFFF"/>
            <w:tcMar>
              <w:top w:w="35" w:type="dxa"/>
              <w:bottom w:w="35" w:type="dxa"/>
              <w:left w:w="20" w:type="dxa"/>
              <w:right w:w="20" w:type="dxa"/>
            </w:tcMar>
          </w:tcPr>
          <w:p>
            <w:pPr>
              <w:jc w:val="right"/>
            </w:pPr>
            <w:r>
              <w:rPr>
                <w:sz w:val="15"/>
              </w:rPr>
              <w:t>179</w:t>
            </w:r>
          </w:p>
        </w:tc>
        <w:tc>
          <w:tcPr>
            <w:tcW w:type="dxa" w:w="835"/>
            <w:shd w:fill="FFFFFF"/>
            <w:tcMar>
              <w:top w:w="35" w:type="dxa"/>
              <w:bottom w:w="35" w:type="dxa"/>
              <w:left w:w="20" w:type="dxa"/>
              <w:right w:w="20" w:type="dxa"/>
            </w:tcMar>
          </w:tcPr>
          <w:p>
            <w:pPr>
              <w:jc w:val="right"/>
            </w:pPr>
            <w:r>
              <w:rPr>
                <w:sz w:val="15"/>
              </w:rPr>
              <w:t>283</w:t>
            </w:r>
          </w:p>
        </w:tc>
        <w:tc>
          <w:tcPr>
            <w:tcW w:type="dxa" w:w="835"/>
            <w:shd w:fill="FFFFFF"/>
            <w:tcMar>
              <w:top w:w="35" w:type="dxa"/>
              <w:bottom w:w="35" w:type="dxa"/>
              <w:left w:w="20" w:type="dxa"/>
              <w:right w:w="20" w:type="dxa"/>
            </w:tcMar>
          </w:tcPr>
          <w:p>
            <w:pPr>
              <w:jc w:val="right"/>
            </w:pPr>
            <w:r>
              <w:rPr>
                <w:sz w:val="15"/>
              </w:rPr>
              <w:t>257</w:t>
            </w:r>
          </w:p>
        </w:tc>
        <w:tc>
          <w:tcPr>
            <w:tcW w:type="dxa" w:w="835"/>
            <w:shd w:fill="FFFFFF"/>
            <w:tcMar>
              <w:top w:w="35" w:type="dxa"/>
              <w:bottom w:w="35" w:type="dxa"/>
              <w:left w:w="20" w:type="dxa"/>
              <w:right w:w="20" w:type="dxa"/>
            </w:tcMar>
          </w:tcPr>
          <w:p>
            <w:pPr>
              <w:jc w:val="right"/>
            </w:pPr>
            <w:r>
              <w:rPr>
                <w:sz w:val="15"/>
              </w:rPr>
              <w:t>257</w:t>
            </w:r>
          </w:p>
        </w:tc>
        <w:tc>
          <w:tcPr>
            <w:tcW w:type="dxa" w:w="835"/>
            <w:shd w:fill="FFFFFF"/>
            <w:tcMar>
              <w:top w:w="35" w:type="dxa"/>
              <w:bottom w:w="35" w:type="dxa"/>
              <w:left w:w="20" w:type="dxa"/>
              <w:right w:w="20" w:type="dxa"/>
            </w:tcMar>
          </w:tcPr>
          <w:p>
            <w:pPr>
              <w:jc w:val="right"/>
            </w:pPr>
            <w:r>
              <w:rPr>
                <w:sz w:val="15"/>
              </w:rPr>
              <w:t>292</w:t>
            </w:r>
          </w:p>
        </w:tc>
        <w:tc>
          <w:tcPr>
            <w:tcW w:type="dxa" w:w="835"/>
            <w:shd w:fill="FFFFFF"/>
            <w:tcMar>
              <w:top w:w="35" w:type="dxa"/>
              <w:bottom w:w="35" w:type="dxa"/>
              <w:left w:w="20" w:type="dxa"/>
              <w:right w:w="20" w:type="dxa"/>
            </w:tcMar>
          </w:tcPr>
          <w:p>
            <w:pPr>
              <w:jc w:val="right"/>
            </w:pPr>
            <w:r>
              <w:rPr>
                <w:sz w:val="15"/>
              </w:rPr>
              <w:t>240</w:t>
            </w:r>
          </w:p>
        </w:tc>
        <w:tc>
          <w:tcPr>
            <w:tcW w:type="dxa" w:w="835"/>
            <w:shd w:fill="FFFFFF"/>
            <w:tcMar>
              <w:top w:w="35" w:type="dxa"/>
              <w:bottom w:w="35" w:type="dxa"/>
              <w:left w:w="20" w:type="dxa"/>
              <w:right w:w="20" w:type="dxa"/>
            </w:tcMar>
          </w:tcPr>
          <w:p>
            <w:pPr>
              <w:jc w:val="right"/>
            </w:pPr>
            <w:r>
              <w:rPr>
                <w:sz w:val="15"/>
              </w:rPr>
              <w:t>248</w:t>
            </w:r>
          </w:p>
        </w:tc>
        <w:tc>
          <w:tcPr>
            <w:tcW w:type="dxa" w:w="835"/>
            <w:shd w:fill="FFFFFF"/>
            <w:tcMar>
              <w:top w:w="35" w:type="dxa"/>
              <w:bottom w:w="35" w:type="dxa"/>
              <w:left w:w="20" w:type="dxa"/>
              <w:right w:w="20" w:type="dxa"/>
            </w:tcMar>
          </w:tcPr>
          <w:p>
            <w:pPr>
              <w:jc w:val="right"/>
            </w:pPr>
            <w:r>
              <w:rPr>
                <w:sz w:val="15"/>
              </w:rPr>
              <w:t>229</w:t>
            </w:r>
          </w:p>
        </w:tc>
        <w:tc>
          <w:tcPr>
            <w:tcW w:type="dxa" w:w="835"/>
            <w:shd w:fill="FFFFFF"/>
            <w:tcMar>
              <w:top w:w="35" w:type="dxa"/>
              <w:bottom w:w="35" w:type="dxa"/>
              <w:left w:w="20" w:type="dxa"/>
              <w:right w:w="20" w:type="dxa"/>
            </w:tcMar>
          </w:tcPr>
          <w:p>
            <w:pPr>
              <w:jc w:val="right"/>
            </w:pPr>
            <w:r>
              <w:rPr>
                <w:b/>
                <w:sz w:val="15"/>
              </w:rPr>
              <w:t>18</w:t>
            </w:r>
          </w:p>
        </w:tc>
        <w:tc>
          <w:tcPr>
            <w:tcW w:type="dxa" w:w="1224"/>
            <w:shd w:fill="FFFFFF"/>
            <w:tcMar>
              <w:top w:w="35" w:type="dxa"/>
              <w:bottom w:w="35" w:type="dxa"/>
              <w:left w:w="20" w:type="dxa"/>
              <w:right w:w="20" w:type="dxa"/>
            </w:tcMar>
          </w:tcPr>
          <w:p>
            <w:pPr>
              <w:jc w:val="right"/>
            </w:pPr>
            <w:r>
              <w:rPr>
                <w:color w:val="C0392B"/>
                <w:sz w:val="15"/>
              </w:rPr>
              <w:t>-211</w:t>
            </w:r>
          </w:p>
        </w:tc>
        <w:tc>
          <w:tcPr>
            <w:tcW w:type="dxa" w:w="1066"/>
            <w:shd w:fill="FFFFFF"/>
            <w:tcMar>
              <w:top w:w="35" w:type="dxa"/>
              <w:bottom w:w="35" w:type="dxa"/>
              <w:left w:w="20" w:type="dxa"/>
              <w:right w:w="20" w:type="dxa"/>
            </w:tcMar>
          </w:tcPr>
          <w:p>
            <w:pPr>
              <w:jc w:val="center"/>
            </w:pPr>
            <w:r>
              <w:rPr>
                <w:b/>
                <w:color w:val="C0392B"/>
                <w:sz w:val="15"/>
              </w:rPr>
              <w:t>-92.1%</w:t>
            </w:r>
          </w:p>
        </w:tc>
      </w:tr>
      <w:tr>
        <w:tc>
          <w:tcPr>
            <w:tcW w:type="dxa" w:w="504"/>
            <w:shd w:fill="F9FBFB"/>
            <w:tcMar>
              <w:top w:w="35" w:type="dxa"/>
              <w:bottom w:w="35" w:type="dxa"/>
              <w:left w:w="20" w:type="dxa"/>
              <w:right w:w="20" w:type="dxa"/>
            </w:tcMar>
          </w:tcPr>
          <w:p>
            <w:pPr>
              <w:jc w:val="center"/>
            </w:pPr>
            <w:r>
              <w:rPr>
                <w:sz w:val="15"/>
              </w:rPr>
              <w:t>44</w:t>
            </w:r>
          </w:p>
        </w:tc>
        <w:tc>
          <w:tcPr>
            <w:tcW w:type="dxa" w:w="936"/>
            <w:shd w:fill="F9FBFB"/>
            <w:tcMar>
              <w:top w:w="35" w:type="dxa"/>
              <w:bottom w:w="35" w:type="dxa"/>
              <w:left w:w="20" w:type="dxa"/>
              <w:right w:w="20" w:type="dxa"/>
            </w:tcMar>
          </w:tcPr>
          <w:p>
            <w:pPr>
              <w:jc w:val="left"/>
            </w:pPr>
            <w:r>
              <w:rPr>
                <w:sz w:val="15"/>
              </w:rPr>
              <w:t>KH0646</w:t>
            </w:r>
          </w:p>
        </w:tc>
        <w:tc>
          <w:tcPr>
            <w:tcW w:type="dxa" w:w="3024"/>
            <w:shd w:fill="F9FBFB"/>
            <w:tcMar>
              <w:top w:w="35" w:type="dxa"/>
              <w:bottom w:w="35" w:type="dxa"/>
              <w:left w:w="20" w:type="dxa"/>
              <w:right w:w="20" w:type="dxa"/>
            </w:tcMar>
          </w:tcPr>
          <w:p>
            <w:pPr>
              <w:jc w:val="left"/>
            </w:pPr>
            <w:r>
              <w:rPr>
                <w:sz w:val="15"/>
              </w:rPr>
              <w:t>CÔNG TY TNHH TM &amp; KỸ NGHỆ ĐẠI HẢI</w:t>
            </w:r>
          </w:p>
        </w:tc>
        <w:tc>
          <w:tcPr>
            <w:tcW w:type="dxa" w:w="835"/>
            <w:shd w:fill="F9FBFB"/>
            <w:tcMar>
              <w:top w:w="35" w:type="dxa"/>
              <w:bottom w:w="35" w:type="dxa"/>
              <w:left w:w="20" w:type="dxa"/>
              <w:right w:w="20" w:type="dxa"/>
            </w:tcMar>
          </w:tcPr>
          <w:p>
            <w:pPr>
              <w:jc w:val="right"/>
            </w:pPr>
            <w:r>
              <w:rPr>
                <w:sz w:val="15"/>
              </w:rPr>
              <w:t>204</w:t>
            </w:r>
          </w:p>
        </w:tc>
        <w:tc>
          <w:tcPr>
            <w:tcW w:type="dxa" w:w="835"/>
            <w:shd w:fill="F9FBFB"/>
            <w:tcMar>
              <w:top w:w="35" w:type="dxa"/>
              <w:bottom w:w="35" w:type="dxa"/>
              <w:left w:w="20" w:type="dxa"/>
              <w:right w:w="20" w:type="dxa"/>
            </w:tcMar>
          </w:tcPr>
          <w:p>
            <w:pPr>
              <w:jc w:val="right"/>
            </w:pPr>
            <w:r>
              <w:rPr>
                <w:sz w:val="15"/>
              </w:rPr>
              <w:t>87</w:t>
            </w:r>
          </w:p>
        </w:tc>
        <w:tc>
          <w:tcPr>
            <w:tcW w:type="dxa" w:w="835"/>
            <w:shd w:fill="F9FBFB"/>
            <w:tcMar>
              <w:top w:w="35" w:type="dxa"/>
              <w:bottom w:w="35" w:type="dxa"/>
              <w:left w:w="20" w:type="dxa"/>
              <w:right w:w="20" w:type="dxa"/>
            </w:tcMar>
          </w:tcPr>
          <w:p>
            <w:pPr>
              <w:jc w:val="right"/>
            </w:pPr>
            <w:r>
              <w:rPr>
                <w:sz w:val="15"/>
              </w:rPr>
              <w:t>259</w:t>
            </w:r>
          </w:p>
        </w:tc>
        <w:tc>
          <w:tcPr>
            <w:tcW w:type="dxa" w:w="835"/>
            <w:shd w:fill="F9FBFB"/>
            <w:tcMar>
              <w:top w:w="35" w:type="dxa"/>
              <w:bottom w:w="35" w:type="dxa"/>
              <w:left w:w="20" w:type="dxa"/>
              <w:right w:w="20" w:type="dxa"/>
            </w:tcMar>
          </w:tcPr>
          <w:p>
            <w:pPr>
              <w:jc w:val="right"/>
            </w:pPr>
            <w:r>
              <w:rPr>
                <w:sz w:val="15"/>
              </w:rPr>
              <w:t>169</w:t>
            </w:r>
          </w:p>
        </w:tc>
        <w:tc>
          <w:tcPr>
            <w:tcW w:type="dxa" w:w="835"/>
            <w:shd w:fill="F9FBFB"/>
            <w:tcMar>
              <w:top w:w="35" w:type="dxa"/>
              <w:bottom w:w="35" w:type="dxa"/>
              <w:left w:w="20" w:type="dxa"/>
              <w:right w:w="20" w:type="dxa"/>
            </w:tcMar>
          </w:tcPr>
          <w:p>
            <w:pPr>
              <w:jc w:val="right"/>
            </w:pPr>
            <w:r>
              <w:rPr>
                <w:sz w:val="15"/>
              </w:rPr>
              <w:t>119</w:t>
            </w:r>
          </w:p>
        </w:tc>
        <w:tc>
          <w:tcPr>
            <w:tcW w:type="dxa" w:w="835"/>
            <w:shd w:fill="F9FBFB"/>
            <w:tcMar>
              <w:top w:w="35" w:type="dxa"/>
              <w:bottom w:w="35" w:type="dxa"/>
              <w:left w:w="20" w:type="dxa"/>
              <w:right w:w="20" w:type="dxa"/>
            </w:tcMar>
          </w:tcPr>
          <w:p>
            <w:pPr>
              <w:jc w:val="right"/>
            </w:pPr>
            <w:r>
              <w:rPr>
                <w:sz w:val="15"/>
              </w:rPr>
              <w:t>250</w:t>
            </w:r>
          </w:p>
        </w:tc>
        <w:tc>
          <w:tcPr>
            <w:tcW w:type="dxa" w:w="835"/>
            <w:shd w:fill="F9FBFB"/>
            <w:tcMar>
              <w:top w:w="35" w:type="dxa"/>
              <w:bottom w:w="35" w:type="dxa"/>
              <w:left w:w="20" w:type="dxa"/>
              <w:right w:w="20" w:type="dxa"/>
            </w:tcMar>
          </w:tcPr>
          <w:p>
            <w:pPr>
              <w:jc w:val="right"/>
            </w:pPr>
            <w:r>
              <w:rPr>
                <w:sz w:val="15"/>
              </w:rPr>
              <w:t>175</w:t>
            </w:r>
          </w:p>
        </w:tc>
        <w:tc>
          <w:tcPr>
            <w:tcW w:type="dxa" w:w="835"/>
            <w:shd w:fill="F9FBFB"/>
            <w:tcMar>
              <w:top w:w="35" w:type="dxa"/>
              <w:bottom w:w="35" w:type="dxa"/>
              <w:left w:w="20" w:type="dxa"/>
              <w:right w:w="20" w:type="dxa"/>
            </w:tcMar>
          </w:tcPr>
          <w:p>
            <w:pPr>
              <w:jc w:val="right"/>
            </w:pPr>
            <w:r>
              <w:rPr>
                <w:sz w:val="15"/>
              </w:rPr>
              <w:t>224</w:t>
            </w:r>
          </w:p>
        </w:tc>
        <w:tc>
          <w:tcPr>
            <w:tcW w:type="dxa" w:w="835"/>
            <w:shd w:fill="F9FBFB"/>
            <w:tcMar>
              <w:top w:w="35" w:type="dxa"/>
              <w:bottom w:w="35" w:type="dxa"/>
              <w:left w:w="20" w:type="dxa"/>
              <w:right w:w="20" w:type="dxa"/>
            </w:tcMar>
          </w:tcPr>
          <w:p>
            <w:pPr>
              <w:jc w:val="right"/>
            </w:pPr>
            <w:r>
              <w:rPr>
                <w:sz w:val="15"/>
              </w:rPr>
              <w:t>228</w:t>
            </w:r>
          </w:p>
        </w:tc>
        <w:tc>
          <w:tcPr>
            <w:tcW w:type="dxa" w:w="835"/>
            <w:shd w:fill="F9FBFB"/>
            <w:tcMar>
              <w:top w:w="35" w:type="dxa"/>
              <w:bottom w:w="35" w:type="dxa"/>
              <w:left w:w="20" w:type="dxa"/>
              <w:right w:w="20" w:type="dxa"/>
            </w:tcMar>
          </w:tcPr>
          <w:p>
            <w:pPr>
              <w:jc w:val="right"/>
            </w:pPr>
            <w:r>
              <w:rPr>
                <w:b/>
                <w:sz w:val="15"/>
              </w:rPr>
              <w:t>251</w:t>
            </w:r>
          </w:p>
        </w:tc>
        <w:tc>
          <w:tcPr>
            <w:tcW w:type="dxa" w:w="1224"/>
            <w:shd w:fill="F9FBFB"/>
            <w:tcMar>
              <w:top w:w="35" w:type="dxa"/>
              <w:bottom w:w="35" w:type="dxa"/>
              <w:left w:w="20" w:type="dxa"/>
              <w:right w:w="20" w:type="dxa"/>
            </w:tcMar>
          </w:tcPr>
          <w:p>
            <w:pPr>
              <w:jc w:val="right"/>
            </w:pPr>
            <w:r>
              <w:rPr>
                <w:color w:val="27AE60"/>
                <w:sz w:val="15"/>
              </w:rPr>
              <w:t>+23</w:t>
            </w:r>
          </w:p>
        </w:tc>
        <w:tc>
          <w:tcPr>
            <w:tcW w:type="dxa" w:w="1066"/>
            <w:shd w:fill="F9FBFB"/>
            <w:tcMar>
              <w:top w:w="35" w:type="dxa"/>
              <w:bottom w:w="35" w:type="dxa"/>
              <w:left w:w="20" w:type="dxa"/>
              <w:right w:w="20" w:type="dxa"/>
            </w:tcMar>
          </w:tcPr>
          <w:p>
            <w:pPr>
              <w:jc w:val="center"/>
            </w:pPr>
            <w:r>
              <w:rPr>
                <w:b/>
                <w:color w:val="27AE60"/>
                <w:sz w:val="15"/>
              </w:rPr>
              <w:t>+10.1%</w:t>
            </w:r>
          </w:p>
        </w:tc>
      </w:tr>
      <w:tr>
        <w:tc>
          <w:tcPr>
            <w:tcW w:type="dxa" w:w="504"/>
            <w:shd w:fill="FFFFFF"/>
            <w:tcMar>
              <w:top w:w="35" w:type="dxa"/>
              <w:bottom w:w="35" w:type="dxa"/>
              <w:left w:w="20" w:type="dxa"/>
              <w:right w:w="20" w:type="dxa"/>
            </w:tcMar>
          </w:tcPr>
          <w:p>
            <w:pPr>
              <w:jc w:val="center"/>
            </w:pPr>
            <w:r>
              <w:rPr>
                <w:sz w:val="15"/>
              </w:rPr>
              <w:t>45</w:t>
            </w:r>
          </w:p>
        </w:tc>
        <w:tc>
          <w:tcPr>
            <w:tcW w:type="dxa" w:w="936"/>
            <w:shd w:fill="FFFFFF"/>
            <w:tcMar>
              <w:top w:w="35" w:type="dxa"/>
              <w:bottom w:w="35" w:type="dxa"/>
              <w:left w:w="20" w:type="dxa"/>
              <w:right w:w="20" w:type="dxa"/>
            </w:tcMar>
          </w:tcPr>
          <w:p>
            <w:pPr>
              <w:jc w:val="left"/>
            </w:pPr>
            <w:r>
              <w:rPr>
                <w:sz w:val="15"/>
              </w:rPr>
              <w:t>KH0001</w:t>
            </w:r>
          </w:p>
        </w:tc>
        <w:tc>
          <w:tcPr>
            <w:tcW w:type="dxa" w:w="3024"/>
            <w:shd w:fill="FFFFFF"/>
            <w:tcMar>
              <w:top w:w="35" w:type="dxa"/>
              <w:bottom w:w="35" w:type="dxa"/>
              <w:left w:w="20" w:type="dxa"/>
              <w:right w:w="20" w:type="dxa"/>
            </w:tcMar>
          </w:tcPr>
          <w:p>
            <w:pPr>
              <w:jc w:val="left"/>
            </w:pPr>
            <w:r>
              <w:rPr>
                <w:sz w:val="15"/>
              </w:rPr>
              <w:t>CÔNG TY TNHH THƯƠNG MẠI VÀ SẢN XUẤT ANH EM</w:t>
            </w:r>
          </w:p>
        </w:tc>
        <w:tc>
          <w:tcPr>
            <w:tcW w:type="dxa" w:w="835"/>
            <w:shd w:fill="FFFFFF"/>
            <w:tcMar>
              <w:top w:w="35" w:type="dxa"/>
              <w:bottom w:w="35" w:type="dxa"/>
              <w:left w:w="20" w:type="dxa"/>
              <w:right w:w="20" w:type="dxa"/>
            </w:tcMar>
          </w:tcPr>
          <w:p>
            <w:pPr>
              <w:jc w:val="right"/>
            </w:pPr>
            <w:r>
              <w:rPr>
                <w:sz w:val="15"/>
              </w:rPr>
              <w:t>334</w:t>
            </w:r>
          </w:p>
        </w:tc>
        <w:tc>
          <w:tcPr>
            <w:tcW w:type="dxa" w:w="835"/>
            <w:shd w:fill="FFFFFF"/>
            <w:tcMar>
              <w:top w:w="35" w:type="dxa"/>
              <w:bottom w:w="35" w:type="dxa"/>
              <w:left w:w="20" w:type="dxa"/>
              <w:right w:w="20" w:type="dxa"/>
            </w:tcMar>
          </w:tcPr>
          <w:p>
            <w:pPr>
              <w:jc w:val="right"/>
            </w:pPr>
            <w:r>
              <w:rPr>
                <w:sz w:val="15"/>
              </w:rPr>
              <w:t>63</w:t>
            </w:r>
          </w:p>
        </w:tc>
        <w:tc>
          <w:tcPr>
            <w:tcW w:type="dxa" w:w="835"/>
            <w:shd w:fill="FFFFFF"/>
            <w:tcMar>
              <w:top w:w="35" w:type="dxa"/>
              <w:bottom w:w="35" w:type="dxa"/>
              <w:left w:w="20" w:type="dxa"/>
              <w:right w:w="20" w:type="dxa"/>
            </w:tcMar>
          </w:tcPr>
          <w:p>
            <w:pPr>
              <w:jc w:val="right"/>
            </w:pPr>
            <w:r>
              <w:rPr>
                <w:sz w:val="15"/>
              </w:rPr>
              <w:t>350</w:t>
            </w:r>
          </w:p>
        </w:tc>
        <w:tc>
          <w:tcPr>
            <w:tcW w:type="dxa" w:w="835"/>
            <w:shd w:fill="FFFFFF"/>
            <w:tcMar>
              <w:top w:w="35" w:type="dxa"/>
              <w:bottom w:w="35" w:type="dxa"/>
              <w:left w:w="20" w:type="dxa"/>
              <w:right w:w="20" w:type="dxa"/>
            </w:tcMar>
          </w:tcPr>
          <w:p>
            <w:pPr>
              <w:jc w:val="right"/>
            </w:pPr>
            <w:r>
              <w:rPr>
                <w:sz w:val="15"/>
              </w:rPr>
              <w:t>354</w:t>
            </w:r>
          </w:p>
        </w:tc>
        <w:tc>
          <w:tcPr>
            <w:tcW w:type="dxa" w:w="835"/>
            <w:shd w:fill="FFFFFF"/>
            <w:tcMar>
              <w:top w:w="35" w:type="dxa"/>
              <w:bottom w:w="35" w:type="dxa"/>
              <w:left w:w="20" w:type="dxa"/>
              <w:right w:w="20" w:type="dxa"/>
            </w:tcMar>
          </w:tcPr>
          <w:p>
            <w:pPr>
              <w:jc w:val="right"/>
            </w:pPr>
            <w:r>
              <w:rPr>
                <w:sz w:val="15"/>
              </w:rPr>
              <w:t>282</w:t>
            </w:r>
          </w:p>
        </w:tc>
        <w:tc>
          <w:tcPr>
            <w:tcW w:type="dxa" w:w="835"/>
            <w:shd w:fill="FFFFFF"/>
            <w:tcMar>
              <w:top w:w="35" w:type="dxa"/>
              <w:bottom w:w="35" w:type="dxa"/>
              <w:left w:w="20" w:type="dxa"/>
              <w:right w:w="20" w:type="dxa"/>
            </w:tcMar>
          </w:tcPr>
          <w:p>
            <w:pPr>
              <w:jc w:val="right"/>
            </w:pPr>
            <w:r>
              <w:rPr>
                <w:sz w:val="15"/>
              </w:rPr>
              <w:t>284</w:t>
            </w:r>
          </w:p>
        </w:tc>
        <w:tc>
          <w:tcPr>
            <w:tcW w:type="dxa" w:w="835"/>
            <w:shd w:fill="FFFFFF"/>
            <w:tcMar>
              <w:top w:w="35" w:type="dxa"/>
              <w:bottom w:w="35" w:type="dxa"/>
              <w:left w:w="20" w:type="dxa"/>
              <w:right w:w="20" w:type="dxa"/>
            </w:tcMar>
          </w:tcPr>
          <w:p>
            <w:pPr>
              <w:jc w:val="right"/>
            </w:pPr>
            <w:r>
              <w:rPr>
                <w:sz w:val="15"/>
              </w:rPr>
              <w:t>352</w:t>
            </w:r>
          </w:p>
        </w:tc>
        <w:tc>
          <w:tcPr>
            <w:tcW w:type="dxa" w:w="835"/>
            <w:shd w:fill="FFFFFF"/>
            <w:tcMar>
              <w:top w:w="35" w:type="dxa"/>
              <w:bottom w:w="35" w:type="dxa"/>
              <w:left w:w="20" w:type="dxa"/>
              <w:right w:w="20" w:type="dxa"/>
            </w:tcMar>
          </w:tcPr>
          <w:p>
            <w:pPr>
              <w:jc w:val="right"/>
            </w:pPr>
            <w:r>
              <w:rPr>
                <w:sz w:val="15"/>
              </w:rPr>
              <w:t>330</w:t>
            </w:r>
          </w:p>
        </w:tc>
        <w:tc>
          <w:tcPr>
            <w:tcW w:type="dxa" w:w="835"/>
            <w:shd w:fill="FFFFFF"/>
            <w:tcMar>
              <w:top w:w="35" w:type="dxa"/>
              <w:bottom w:w="35" w:type="dxa"/>
              <w:left w:w="20" w:type="dxa"/>
              <w:right w:w="20" w:type="dxa"/>
            </w:tcMar>
          </w:tcPr>
          <w:p>
            <w:pPr>
              <w:jc w:val="right"/>
            </w:pPr>
            <w:r>
              <w:rPr>
                <w:sz w:val="15"/>
              </w:rPr>
              <w:t>224</w:t>
            </w:r>
          </w:p>
        </w:tc>
        <w:tc>
          <w:tcPr>
            <w:tcW w:type="dxa" w:w="835"/>
            <w:shd w:fill="FFFFFF"/>
            <w:tcMar>
              <w:top w:w="35" w:type="dxa"/>
              <w:bottom w:w="35" w:type="dxa"/>
              <w:left w:w="20" w:type="dxa"/>
              <w:right w:w="20" w:type="dxa"/>
            </w:tcMar>
          </w:tcPr>
          <w:p>
            <w:pPr>
              <w:jc w:val="right"/>
            </w:pPr>
            <w:r>
              <w:rPr>
                <w:b/>
                <w:sz w:val="15"/>
              </w:rPr>
              <w:t>663</w:t>
            </w:r>
          </w:p>
        </w:tc>
        <w:tc>
          <w:tcPr>
            <w:tcW w:type="dxa" w:w="1224"/>
            <w:shd w:fill="FFFFFF"/>
            <w:tcMar>
              <w:top w:w="35" w:type="dxa"/>
              <w:bottom w:w="35" w:type="dxa"/>
              <w:left w:w="20" w:type="dxa"/>
              <w:right w:w="20" w:type="dxa"/>
            </w:tcMar>
          </w:tcPr>
          <w:p>
            <w:pPr>
              <w:jc w:val="right"/>
            </w:pPr>
            <w:r>
              <w:rPr>
                <w:color w:val="27AE60"/>
                <w:sz w:val="15"/>
              </w:rPr>
              <w:t>+439</w:t>
            </w:r>
          </w:p>
        </w:tc>
        <w:tc>
          <w:tcPr>
            <w:tcW w:type="dxa" w:w="1066"/>
            <w:shd w:fill="FFFFFF"/>
            <w:tcMar>
              <w:top w:w="35" w:type="dxa"/>
              <w:bottom w:w="35" w:type="dxa"/>
              <w:left w:w="20" w:type="dxa"/>
              <w:right w:w="20" w:type="dxa"/>
            </w:tcMar>
          </w:tcPr>
          <w:p>
            <w:pPr>
              <w:jc w:val="center"/>
            </w:pPr>
            <w:r>
              <w:rPr>
                <w:b/>
                <w:color w:val="27AE60"/>
                <w:sz w:val="15"/>
              </w:rPr>
              <w:t>+196.0%</w:t>
            </w:r>
          </w:p>
        </w:tc>
      </w:tr>
      <w:tr>
        <w:tc>
          <w:tcPr>
            <w:tcW w:type="dxa" w:w="504"/>
            <w:shd w:fill="F9FBFB"/>
            <w:tcMar>
              <w:top w:w="35" w:type="dxa"/>
              <w:bottom w:w="35" w:type="dxa"/>
              <w:left w:w="20" w:type="dxa"/>
              <w:right w:w="20" w:type="dxa"/>
            </w:tcMar>
          </w:tcPr>
          <w:p>
            <w:pPr>
              <w:jc w:val="center"/>
            </w:pPr>
            <w:r>
              <w:rPr>
                <w:sz w:val="15"/>
              </w:rPr>
              <w:t>46</w:t>
            </w:r>
          </w:p>
        </w:tc>
        <w:tc>
          <w:tcPr>
            <w:tcW w:type="dxa" w:w="936"/>
            <w:shd w:fill="F9FBFB"/>
            <w:tcMar>
              <w:top w:w="35" w:type="dxa"/>
              <w:bottom w:w="35" w:type="dxa"/>
              <w:left w:w="20" w:type="dxa"/>
              <w:right w:w="20" w:type="dxa"/>
            </w:tcMar>
          </w:tcPr>
          <w:p>
            <w:pPr>
              <w:jc w:val="left"/>
            </w:pPr>
            <w:r>
              <w:rPr>
                <w:sz w:val="15"/>
              </w:rPr>
              <w:t>KH1786</w:t>
            </w:r>
          </w:p>
        </w:tc>
        <w:tc>
          <w:tcPr>
            <w:tcW w:type="dxa" w:w="3024"/>
            <w:shd w:fill="F9FBFB"/>
            <w:tcMar>
              <w:top w:w="35" w:type="dxa"/>
              <w:bottom w:w="35" w:type="dxa"/>
              <w:left w:w="20" w:type="dxa"/>
              <w:right w:w="20" w:type="dxa"/>
            </w:tcMar>
          </w:tcPr>
          <w:p>
            <w:pPr>
              <w:jc w:val="left"/>
            </w:pPr>
            <w:r>
              <w:rPr>
                <w:sz w:val="15"/>
              </w:rPr>
              <w:t>CÔNG TY TNHH PQ FURNITURE</w:t>
            </w:r>
          </w:p>
        </w:tc>
        <w:tc>
          <w:tcPr>
            <w:tcW w:type="dxa" w:w="835"/>
            <w:shd w:fill="F9FBFB"/>
            <w:tcMar>
              <w:top w:w="35" w:type="dxa"/>
              <w:bottom w:w="35" w:type="dxa"/>
              <w:left w:w="20" w:type="dxa"/>
              <w:right w:w="20" w:type="dxa"/>
            </w:tcMar>
          </w:tcPr>
          <w:p>
            <w:pPr>
              <w:jc w:val="right"/>
            </w:pPr>
            <w:r>
              <w:rPr>
                <w:sz w:val="15"/>
              </w:rPr>
              <w:t>187</w:t>
            </w:r>
          </w:p>
        </w:tc>
        <w:tc>
          <w:tcPr>
            <w:tcW w:type="dxa" w:w="835"/>
            <w:shd w:fill="F9FBFB"/>
            <w:tcMar>
              <w:top w:w="35" w:type="dxa"/>
              <w:bottom w:w="35" w:type="dxa"/>
              <w:left w:w="20" w:type="dxa"/>
              <w:right w:w="20" w:type="dxa"/>
            </w:tcMar>
          </w:tcPr>
          <w:p>
            <w:pPr>
              <w:jc w:val="right"/>
            </w:pPr>
            <w:r>
              <w:rPr>
                <w:sz w:val="15"/>
              </w:rPr>
              <w:t>168</w:t>
            </w:r>
          </w:p>
        </w:tc>
        <w:tc>
          <w:tcPr>
            <w:tcW w:type="dxa" w:w="835"/>
            <w:shd w:fill="F9FBFB"/>
            <w:tcMar>
              <w:top w:w="35" w:type="dxa"/>
              <w:bottom w:w="35" w:type="dxa"/>
              <w:left w:w="20" w:type="dxa"/>
              <w:right w:w="20" w:type="dxa"/>
            </w:tcMar>
          </w:tcPr>
          <w:p>
            <w:pPr>
              <w:jc w:val="right"/>
            </w:pPr>
            <w:r>
              <w:rPr>
                <w:sz w:val="15"/>
              </w:rPr>
              <w:t>160</w:t>
            </w:r>
          </w:p>
        </w:tc>
        <w:tc>
          <w:tcPr>
            <w:tcW w:type="dxa" w:w="835"/>
            <w:shd w:fill="F9FBFB"/>
            <w:tcMar>
              <w:top w:w="35" w:type="dxa"/>
              <w:bottom w:w="35" w:type="dxa"/>
              <w:left w:w="20" w:type="dxa"/>
              <w:right w:w="20" w:type="dxa"/>
            </w:tcMar>
          </w:tcPr>
          <w:p>
            <w:pPr>
              <w:jc w:val="right"/>
            </w:pPr>
            <w:r>
              <w:rPr>
                <w:sz w:val="15"/>
              </w:rPr>
              <w:t>172</w:t>
            </w:r>
          </w:p>
        </w:tc>
        <w:tc>
          <w:tcPr>
            <w:tcW w:type="dxa" w:w="835"/>
            <w:shd w:fill="F9FBFB"/>
            <w:tcMar>
              <w:top w:w="35" w:type="dxa"/>
              <w:bottom w:w="35" w:type="dxa"/>
              <w:left w:w="20" w:type="dxa"/>
              <w:right w:w="20" w:type="dxa"/>
            </w:tcMar>
          </w:tcPr>
          <w:p>
            <w:pPr>
              <w:jc w:val="right"/>
            </w:pPr>
            <w:r>
              <w:rPr>
                <w:sz w:val="15"/>
              </w:rPr>
              <w:t>132</w:t>
            </w:r>
          </w:p>
        </w:tc>
        <w:tc>
          <w:tcPr>
            <w:tcW w:type="dxa" w:w="835"/>
            <w:shd w:fill="F9FBFB"/>
            <w:tcMar>
              <w:top w:w="35" w:type="dxa"/>
              <w:bottom w:w="35" w:type="dxa"/>
              <w:left w:w="20" w:type="dxa"/>
              <w:right w:w="20" w:type="dxa"/>
            </w:tcMar>
          </w:tcPr>
          <w:p>
            <w:pPr>
              <w:jc w:val="right"/>
            </w:pPr>
            <w:r>
              <w:rPr>
                <w:sz w:val="15"/>
              </w:rPr>
              <w:t>176</w:t>
            </w:r>
          </w:p>
        </w:tc>
        <w:tc>
          <w:tcPr>
            <w:tcW w:type="dxa" w:w="835"/>
            <w:shd w:fill="F9FBFB"/>
            <w:tcMar>
              <w:top w:w="35" w:type="dxa"/>
              <w:bottom w:w="35" w:type="dxa"/>
              <w:left w:w="20" w:type="dxa"/>
              <w:right w:w="20" w:type="dxa"/>
            </w:tcMar>
          </w:tcPr>
          <w:p>
            <w:pPr>
              <w:jc w:val="right"/>
            </w:pPr>
            <w:r>
              <w:rPr>
                <w:sz w:val="15"/>
              </w:rPr>
              <w:t>186</w:t>
            </w:r>
          </w:p>
        </w:tc>
        <w:tc>
          <w:tcPr>
            <w:tcW w:type="dxa" w:w="835"/>
            <w:shd w:fill="F9FBFB"/>
            <w:tcMar>
              <w:top w:w="35" w:type="dxa"/>
              <w:bottom w:w="35" w:type="dxa"/>
              <w:left w:w="20" w:type="dxa"/>
              <w:right w:w="20" w:type="dxa"/>
            </w:tcMar>
          </w:tcPr>
          <w:p>
            <w:pPr>
              <w:jc w:val="right"/>
            </w:pPr>
            <w:r>
              <w:rPr>
                <w:sz w:val="15"/>
              </w:rPr>
              <w:t>220</w:t>
            </w:r>
          </w:p>
        </w:tc>
        <w:tc>
          <w:tcPr>
            <w:tcW w:type="dxa" w:w="835"/>
            <w:shd w:fill="F9FBFB"/>
            <w:tcMar>
              <w:top w:w="35" w:type="dxa"/>
              <w:bottom w:w="35" w:type="dxa"/>
              <w:left w:w="20" w:type="dxa"/>
              <w:right w:w="20" w:type="dxa"/>
            </w:tcMar>
          </w:tcPr>
          <w:p>
            <w:pPr>
              <w:jc w:val="right"/>
            </w:pPr>
            <w:r>
              <w:rPr>
                <w:sz w:val="15"/>
              </w:rPr>
              <w:t>214</w:t>
            </w:r>
          </w:p>
        </w:tc>
        <w:tc>
          <w:tcPr>
            <w:tcW w:type="dxa" w:w="835"/>
            <w:shd w:fill="F9FBFB"/>
            <w:tcMar>
              <w:top w:w="35" w:type="dxa"/>
              <w:bottom w:w="35" w:type="dxa"/>
              <w:left w:w="20" w:type="dxa"/>
              <w:right w:w="20" w:type="dxa"/>
            </w:tcMar>
          </w:tcPr>
          <w:p>
            <w:pPr>
              <w:jc w:val="right"/>
            </w:pPr>
            <w:r>
              <w:rPr>
                <w:b/>
                <w:sz w:val="15"/>
              </w:rPr>
              <w:t>960</w:t>
            </w:r>
          </w:p>
        </w:tc>
        <w:tc>
          <w:tcPr>
            <w:tcW w:type="dxa" w:w="1224"/>
            <w:shd w:fill="F9FBFB"/>
            <w:tcMar>
              <w:top w:w="35" w:type="dxa"/>
              <w:bottom w:w="35" w:type="dxa"/>
              <w:left w:w="20" w:type="dxa"/>
              <w:right w:w="20" w:type="dxa"/>
            </w:tcMar>
          </w:tcPr>
          <w:p>
            <w:pPr>
              <w:jc w:val="right"/>
            </w:pPr>
            <w:r>
              <w:rPr>
                <w:color w:val="27AE60"/>
                <w:sz w:val="15"/>
              </w:rPr>
              <w:t>+746</w:t>
            </w:r>
          </w:p>
        </w:tc>
        <w:tc>
          <w:tcPr>
            <w:tcW w:type="dxa" w:w="1066"/>
            <w:shd w:fill="F9FBFB"/>
            <w:tcMar>
              <w:top w:w="35" w:type="dxa"/>
              <w:bottom w:w="35" w:type="dxa"/>
              <w:left w:w="20" w:type="dxa"/>
              <w:right w:w="20" w:type="dxa"/>
            </w:tcMar>
          </w:tcPr>
          <w:p>
            <w:pPr>
              <w:jc w:val="center"/>
            </w:pPr>
            <w:r>
              <w:rPr>
                <w:b/>
                <w:color w:val="27AE60"/>
                <w:sz w:val="15"/>
              </w:rPr>
              <w:t>+348.6%</w:t>
            </w:r>
          </w:p>
        </w:tc>
      </w:tr>
      <w:tr>
        <w:tc>
          <w:tcPr>
            <w:tcW w:type="dxa" w:w="504"/>
            <w:shd w:fill="FFFFFF"/>
            <w:tcMar>
              <w:top w:w="35" w:type="dxa"/>
              <w:bottom w:w="35" w:type="dxa"/>
              <w:left w:w="20" w:type="dxa"/>
              <w:right w:w="20" w:type="dxa"/>
            </w:tcMar>
          </w:tcPr>
          <w:p>
            <w:pPr>
              <w:jc w:val="center"/>
            </w:pPr>
            <w:r>
              <w:rPr>
                <w:sz w:val="15"/>
              </w:rPr>
              <w:t>47</w:t>
            </w:r>
          </w:p>
        </w:tc>
        <w:tc>
          <w:tcPr>
            <w:tcW w:type="dxa" w:w="936"/>
            <w:shd w:fill="FFFFFF"/>
            <w:tcMar>
              <w:top w:w="35" w:type="dxa"/>
              <w:bottom w:w="35" w:type="dxa"/>
              <w:left w:w="20" w:type="dxa"/>
              <w:right w:w="20" w:type="dxa"/>
            </w:tcMar>
          </w:tcPr>
          <w:p>
            <w:pPr>
              <w:jc w:val="left"/>
            </w:pPr>
            <w:r>
              <w:rPr>
                <w:sz w:val="15"/>
              </w:rPr>
              <w:t>KH1863</w:t>
            </w:r>
          </w:p>
        </w:tc>
        <w:tc>
          <w:tcPr>
            <w:tcW w:type="dxa" w:w="3024"/>
            <w:shd w:fill="FFFFFF"/>
            <w:tcMar>
              <w:top w:w="35" w:type="dxa"/>
              <w:bottom w:w="35" w:type="dxa"/>
              <w:left w:w="20" w:type="dxa"/>
              <w:right w:w="20" w:type="dxa"/>
            </w:tcMar>
          </w:tcPr>
          <w:p>
            <w:pPr>
              <w:jc w:val="left"/>
            </w:pPr>
            <w:r>
              <w:rPr>
                <w:sz w:val="15"/>
              </w:rPr>
              <w:t>CÔNG TY TNHH ĐỨC TOÀN BÌNH ĐỊNH</w:t>
            </w:r>
          </w:p>
        </w:tc>
        <w:tc>
          <w:tcPr>
            <w:tcW w:type="dxa" w:w="835"/>
            <w:shd w:fill="FFFFFF"/>
            <w:tcMar>
              <w:top w:w="35" w:type="dxa"/>
              <w:bottom w:w="35" w:type="dxa"/>
              <w:left w:w="20" w:type="dxa"/>
              <w:right w:w="20" w:type="dxa"/>
            </w:tcMar>
          </w:tcPr>
          <w:p>
            <w:pPr>
              <w:jc w:val="right"/>
            </w:pPr>
            <w:r>
              <w:rPr>
                <w:sz w:val="15"/>
              </w:rPr>
              <w:t>164</w:t>
            </w:r>
          </w:p>
        </w:tc>
        <w:tc>
          <w:tcPr>
            <w:tcW w:type="dxa" w:w="835"/>
            <w:shd w:fill="FFFFFF"/>
            <w:tcMar>
              <w:top w:w="35" w:type="dxa"/>
              <w:bottom w:w="35" w:type="dxa"/>
              <w:left w:w="20" w:type="dxa"/>
              <w:right w:w="20" w:type="dxa"/>
            </w:tcMar>
          </w:tcPr>
          <w:p>
            <w:pPr>
              <w:jc w:val="right"/>
            </w:pPr>
            <w:r>
              <w:rPr>
                <w:sz w:val="15"/>
              </w:rPr>
              <w:t>160</w:t>
            </w:r>
          </w:p>
        </w:tc>
        <w:tc>
          <w:tcPr>
            <w:tcW w:type="dxa" w:w="835"/>
            <w:shd w:fill="FFFFFF"/>
            <w:tcMar>
              <w:top w:w="35" w:type="dxa"/>
              <w:bottom w:w="35" w:type="dxa"/>
              <w:left w:w="20" w:type="dxa"/>
              <w:right w:w="20" w:type="dxa"/>
            </w:tcMar>
          </w:tcPr>
          <w:p>
            <w:pPr>
              <w:jc w:val="right"/>
            </w:pPr>
            <w:r>
              <w:rPr>
                <w:sz w:val="15"/>
              </w:rPr>
              <w:t>324</w:t>
            </w:r>
          </w:p>
        </w:tc>
        <w:tc>
          <w:tcPr>
            <w:tcW w:type="dxa" w:w="835"/>
            <w:shd w:fill="FFFFFF"/>
            <w:tcMar>
              <w:top w:w="35" w:type="dxa"/>
              <w:bottom w:w="35" w:type="dxa"/>
              <w:left w:w="20" w:type="dxa"/>
              <w:right w:w="20" w:type="dxa"/>
            </w:tcMar>
          </w:tcPr>
          <w:p>
            <w:pPr>
              <w:jc w:val="right"/>
            </w:pPr>
            <w:r>
              <w:rPr>
                <w:sz w:val="15"/>
              </w:rPr>
              <w:t>215</w:t>
            </w:r>
          </w:p>
        </w:tc>
        <w:tc>
          <w:tcPr>
            <w:tcW w:type="dxa" w:w="835"/>
            <w:shd w:fill="FFFFFF"/>
            <w:tcMar>
              <w:top w:w="35" w:type="dxa"/>
              <w:bottom w:w="35" w:type="dxa"/>
              <w:left w:w="20" w:type="dxa"/>
              <w:right w:w="20" w:type="dxa"/>
            </w:tcMar>
          </w:tcPr>
          <w:p>
            <w:pPr>
              <w:jc w:val="right"/>
            </w:pPr>
            <w:r>
              <w:rPr>
                <w:sz w:val="15"/>
              </w:rPr>
              <w:t>148</w:t>
            </w:r>
          </w:p>
        </w:tc>
        <w:tc>
          <w:tcPr>
            <w:tcW w:type="dxa" w:w="835"/>
            <w:shd w:fill="FFFFFF"/>
            <w:tcMar>
              <w:top w:w="35" w:type="dxa"/>
              <w:bottom w:w="35" w:type="dxa"/>
              <w:left w:w="20" w:type="dxa"/>
              <w:right w:w="20" w:type="dxa"/>
            </w:tcMar>
          </w:tcPr>
          <w:p>
            <w:pPr>
              <w:jc w:val="right"/>
            </w:pPr>
            <w:r>
              <w:rPr>
                <w:sz w:val="15"/>
              </w:rPr>
              <w:t>509</w:t>
            </w:r>
          </w:p>
        </w:tc>
        <w:tc>
          <w:tcPr>
            <w:tcW w:type="dxa" w:w="835"/>
            <w:shd w:fill="FFFFFF"/>
            <w:tcMar>
              <w:top w:w="35" w:type="dxa"/>
              <w:bottom w:w="35" w:type="dxa"/>
              <w:left w:w="20" w:type="dxa"/>
              <w:right w:w="20" w:type="dxa"/>
            </w:tcMar>
          </w:tcPr>
          <w:p>
            <w:pPr>
              <w:jc w:val="right"/>
            </w:pPr>
            <w:r>
              <w:rPr>
                <w:sz w:val="15"/>
              </w:rPr>
              <w:t>162</w:t>
            </w:r>
          </w:p>
        </w:tc>
        <w:tc>
          <w:tcPr>
            <w:tcW w:type="dxa" w:w="835"/>
            <w:shd w:fill="FFFFFF"/>
            <w:tcMar>
              <w:top w:w="35" w:type="dxa"/>
              <w:bottom w:w="35" w:type="dxa"/>
              <w:left w:w="20" w:type="dxa"/>
              <w:right w:w="20" w:type="dxa"/>
            </w:tcMar>
          </w:tcPr>
          <w:p>
            <w:pPr>
              <w:jc w:val="right"/>
            </w:pPr>
            <w:r>
              <w:rPr>
                <w:sz w:val="15"/>
              </w:rPr>
              <w:t>177</w:t>
            </w:r>
          </w:p>
        </w:tc>
        <w:tc>
          <w:tcPr>
            <w:tcW w:type="dxa" w:w="835"/>
            <w:shd w:fill="FFFFFF"/>
            <w:tcMar>
              <w:top w:w="35" w:type="dxa"/>
              <w:bottom w:w="35" w:type="dxa"/>
              <w:left w:w="20" w:type="dxa"/>
              <w:right w:w="20" w:type="dxa"/>
            </w:tcMar>
          </w:tcPr>
          <w:p>
            <w:pPr>
              <w:jc w:val="right"/>
            </w:pPr>
            <w:r>
              <w:rPr>
                <w:sz w:val="15"/>
              </w:rPr>
              <w:t>210</w:t>
            </w:r>
          </w:p>
        </w:tc>
        <w:tc>
          <w:tcPr>
            <w:tcW w:type="dxa" w:w="835"/>
            <w:shd w:fill="FFFFFF"/>
            <w:tcMar>
              <w:top w:w="35" w:type="dxa"/>
              <w:bottom w:w="35" w:type="dxa"/>
              <w:left w:w="20" w:type="dxa"/>
              <w:right w:w="20" w:type="dxa"/>
            </w:tcMar>
          </w:tcPr>
          <w:p>
            <w:pPr>
              <w:jc w:val="right"/>
            </w:pPr>
            <w:r>
              <w:rPr>
                <w:b/>
                <w:sz w:val="15"/>
              </w:rPr>
              <w:t>438</w:t>
            </w:r>
          </w:p>
        </w:tc>
        <w:tc>
          <w:tcPr>
            <w:tcW w:type="dxa" w:w="1224"/>
            <w:shd w:fill="FFFFFF"/>
            <w:tcMar>
              <w:top w:w="35" w:type="dxa"/>
              <w:bottom w:w="35" w:type="dxa"/>
              <w:left w:w="20" w:type="dxa"/>
              <w:right w:w="20" w:type="dxa"/>
            </w:tcMar>
          </w:tcPr>
          <w:p>
            <w:pPr>
              <w:jc w:val="right"/>
            </w:pPr>
            <w:r>
              <w:rPr>
                <w:color w:val="27AE60"/>
                <w:sz w:val="15"/>
              </w:rPr>
              <w:t>+228</w:t>
            </w:r>
          </w:p>
        </w:tc>
        <w:tc>
          <w:tcPr>
            <w:tcW w:type="dxa" w:w="1066"/>
            <w:shd w:fill="FFFFFF"/>
            <w:tcMar>
              <w:top w:w="35" w:type="dxa"/>
              <w:bottom w:w="35" w:type="dxa"/>
              <w:left w:w="20" w:type="dxa"/>
              <w:right w:w="20" w:type="dxa"/>
            </w:tcMar>
          </w:tcPr>
          <w:p>
            <w:pPr>
              <w:jc w:val="center"/>
            </w:pPr>
            <w:r>
              <w:rPr>
                <w:b/>
                <w:color w:val="27AE60"/>
                <w:sz w:val="15"/>
              </w:rPr>
              <w:t>+108.6%</w:t>
            </w:r>
          </w:p>
        </w:tc>
      </w:tr>
      <w:tr>
        <w:tc>
          <w:tcPr>
            <w:tcW w:type="dxa" w:w="504"/>
            <w:shd w:fill="F9FBFB"/>
            <w:tcMar>
              <w:top w:w="35" w:type="dxa"/>
              <w:bottom w:w="35" w:type="dxa"/>
              <w:left w:w="20" w:type="dxa"/>
              <w:right w:w="20" w:type="dxa"/>
            </w:tcMar>
          </w:tcPr>
          <w:p>
            <w:pPr>
              <w:jc w:val="center"/>
            </w:pPr>
            <w:r>
              <w:rPr>
                <w:sz w:val="15"/>
              </w:rPr>
              <w:t>48</w:t>
            </w:r>
          </w:p>
        </w:tc>
        <w:tc>
          <w:tcPr>
            <w:tcW w:type="dxa" w:w="936"/>
            <w:shd w:fill="F9FBFB"/>
            <w:tcMar>
              <w:top w:w="35" w:type="dxa"/>
              <w:bottom w:w="35" w:type="dxa"/>
              <w:left w:w="20" w:type="dxa"/>
              <w:right w:w="20" w:type="dxa"/>
            </w:tcMar>
          </w:tcPr>
          <w:p>
            <w:pPr>
              <w:jc w:val="left"/>
            </w:pPr>
            <w:r>
              <w:rPr>
                <w:sz w:val="15"/>
              </w:rPr>
              <w:t>KH0697</w:t>
            </w:r>
          </w:p>
        </w:tc>
        <w:tc>
          <w:tcPr>
            <w:tcW w:type="dxa" w:w="3024"/>
            <w:shd w:fill="F9FBFB"/>
            <w:tcMar>
              <w:top w:w="35" w:type="dxa"/>
              <w:bottom w:w="35" w:type="dxa"/>
              <w:left w:w="20" w:type="dxa"/>
              <w:right w:w="20" w:type="dxa"/>
            </w:tcMar>
          </w:tcPr>
          <w:p>
            <w:pPr>
              <w:jc w:val="left"/>
            </w:pPr>
            <w:r>
              <w:rPr>
                <w:sz w:val="15"/>
              </w:rPr>
              <w:t>CÔNG TY TNHH TRƯỜNG SƠN</w:t>
            </w:r>
          </w:p>
        </w:tc>
        <w:tc>
          <w:tcPr>
            <w:tcW w:type="dxa" w:w="835"/>
            <w:shd w:fill="F9FBFB"/>
            <w:tcMar>
              <w:top w:w="35" w:type="dxa"/>
              <w:bottom w:w="35" w:type="dxa"/>
              <w:left w:w="20" w:type="dxa"/>
              <w:right w:w="20" w:type="dxa"/>
            </w:tcMar>
          </w:tcPr>
          <w:p>
            <w:pPr>
              <w:jc w:val="right"/>
            </w:pPr>
            <w:r>
              <w:rPr>
                <w:sz w:val="15"/>
              </w:rPr>
              <w:t>167</w:t>
            </w:r>
          </w:p>
        </w:tc>
        <w:tc>
          <w:tcPr>
            <w:tcW w:type="dxa" w:w="835"/>
            <w:shd w:fill="F9FBFB"/>
            <w:tcMar>
              <w:top w:w="35" w:type="dxa"/>
              <w:bottom w:w="35" w:type="dxa"/>
              <w:left w:w="20" w:type="dxa"/>
              <w:right w:w="20" w:type="dxa"/>
            </w:tcMar>
          </w:tcPr>
          <w:p>
            <w:pPr>
              <w:jc w:val="right"/>
            </w:pPr>
            <w:r>
              <w:rPr>
                <w:sz w:val="15"/>
              </w:rPr>
              <w:t>123</w:t>
            </w:r>
          </w:p>
        </w:tc>
        <w:tc>
          <w:tcPr>
            <w:tcW w:type="dxa" w:w="835"/>
            <w:shd w:fill="F9FBFB"/>
            <w:tcMar>
              <w:top w:w="35" w:type="dxa"/>
              <w:bottom w:w="35" w:type="dxa"/>
              <w:left w:w="20" w:type="dxa"/>
              <w:right w:w="20" w:type="dxa"/>
            </w:tcMar>
          </w:tcPr>
          <w:p>
            <w:pPr>
              <w:jc w:val="right"/>
            </w:pPr>
            <w:r>
              <w:rPr>
                <w:sz w:val="15"/>
              </w:rPr>
              <w:t>439</w:t>
            </w:r>
          </w:p>
        </w:tc>
        <w:tc>
          <w:tcPr>
            <w:tcW w:type="dxa" w:w="835"/>
            <w:shd w:fill="F9FBFB"/>
            <w:tcMar>
              <w:top w:w="35" w:type="dxa"/>
              <w:bottom w:w="35" w:type="dxa"/>
              <w:left w:w="20" w:type="dxa"/>
              <w:right w:w="20" w:type="dxa"/>
            </w:tcMar>
          </w:tcPr>
          <w:p>
            <w:pPr>
              <w:jc w:val="right"/>
            </w:pPr>
            <w:r>
              <w:rPr>
                <w:sz w:val="15"/>
              </w:rPr>
              <w:t>59</w:t>
            </w:r>
          </w:p>
        </w:tc>
        <w:tc>
          <w:tcPr>
            <w:tcW w:type="dxa" w:w="835"/>
            <w:shd w:fill="F9FBFB"/>
            <w:tcMar>
              <w:top w:w="35" w:type="dxa"/>
              <w:bottom w:w="35" w:type="dxa"/>
              <w:left w:w="20" w:type="dxa"/>
              <w:right w:w="20" w:type="dxa"/>
            </w:tcMar>
          </w:tcPr>
          <w:p>
            <w:pPr>
              <w:jc w:val="right"/>
            </w:pPr>
            <w:r>
              <w:rPr>
                <w:sz w:val="15"/>
              </w:rPr>
              <w:t>31</w:t>
            </w:r>
          </w:p>
        </w:tc>
        <w:tc>
          <w:tcPr>
            <w:tcW w:type="dxa" w:w="835"/>
            <w:shd w:fill="F9FBFB"/>
            <w:tcMar>
              <w:top w:w="35" w:type="dxa"/>
              <w:bottom w:w="35" w:type="dxa"/>
              <w:left w:w="20" w:type="dxa"/>
              <w:right w:w="20" w:type="dxa"/>
            </w:tcMar>
          </w:tcPr>
          <w:p>
            <w:pPr>
              <w:jc w:val="right"/>
            </w:pPr>
            <w:r>
              <w:rPr>
                <w:sz w:val="15"/>
              </w:rPr>
              <w:t>16</w:t>
            </w:r>
          </w:p>
        </w:tc>
        <w:tc>
          <w:tcPr>
            <w:tcW w:type="dxa" w:w="835"/>
            <w:shd w:fill="F9FBFB"/>
            <w:tcMar>
              <w:top w:w="35" w:type="dxa"/>
              <w:bottom w:w="35" w:type="dxa"/>
              <w:left w:w="20" w:type="dxa"/>
              <w:right w:w="20" w:type="dxa"/>
            </w:tcMar>
          </w:tcPr>
          <w:p>
            <w:pPr>
              <w:jc w:val="right"/>
            </w:pPr>
            <w:r>
              <w:rPr>
                <w:sz w:val="15"/>
              </w:rPr>
              <w:t>195</w:t>
            </w:r>
          </w:p>
        </w:tc>
        <w:tc>
          <w:tcPr>
            <w:tcW w:type="dxa" w:w="835"/>
            <w:shd w:fill="F9FBFB"/>
            <w:tcMar>
              <w:top w:w="35" w:type="dxa"/>
              <w:bottom w:w="35" w:type="dxa"/>
              <w:left w:w="20" w:type="dxa"/>
              <w:right w:w="20" w:type="dxa"/>
            </w:tcMar>
          </w:tcPr>
          <w:p>
            <w:pPr>
              <w:jc w:val="right"/>
            </w:pPr>
            <w:r>
              <w:rPr>
                <w:sz w:val="15"/>
              </w:rPr>
              <w:t>162</w:t>
            </w:r>
          </w:p>
        </w:tc>
        <w:tc>
          <w:tcPr>
            <w:tcW w:type="dxa" w:w="835"/>
            <w:shd w:fill="F9FBFB"/>
            <w:tcMar>
              <w:top w:w="35" w:type="dxa"/>
              <w:bottom w:w="35" w:type="dxa"/>
              <w:left w:w="20" w:type="dxa"/>
              <w:right w:w="20" w:type="dxa"/>
            </w:tcMar>
          </w:tcPr>
          <w:p>
            <w:pPr>
              <w:jc w:val="right"/>
            </w:pPr>
            <w:r>
              <w:rPr>
                <w:sz w:val="15"/>
              </w:rPr>
              <w:t>202</w:t>
            </w:r>
          </w:p>
        </w:tc>
        <w:tc>
          <w:tcPr>
            <w:tcW w:type="dxa" w:w="835"/>
            <w:shd w:fill="F9FBFB"/>
            <w:tcMar>
              <w:top w:w="35" w:type="dxa"/>
              <w:bottom w:w="35" w:type="dxa"/>
              <w:left w:w="20" w:type="dxa"/>
              <w:right w:w="20" w:type="dxa"/>
            </w:tcMar>
          </w:tcPr>
          <w:p>
            <w:pPr>
              <w:jc w:val="right"/>
            </w:pPr>
            <w:r>
              <w:rPr>
                <w:b/>
                <w:sz w:val="15"/>
              </w:rPr>
              <w:t>409</w:t>
            </w:r>
          </w:p>
        </w:tc>
        <w:tc>
          <w:tcPr>
            <w:tcW w:type="dxa" w:w="1224"/>
            <w:shd w:fill="F9FBFB"/>
            <w:tcMar>
              <w:top w:w="35" w:type="dxa"/>
              <w:bottom w:w="35" w:type="dxa"/>
              <w:left w:w="20" w:type="dxa"/>
              <w:right w:w="20" w:type="dxa"/>
            </w:tcMar>
          </w:tcPr>
          <w:p>
            <w:pPr>
              <w:jc w:val="right"/>
            </w:pPr>
            <w:r>
              <w:rPr>
                <w:color w:val="27AE60"/>
                <w:sz w:val="15"/>
              </w:rPr>
              <w:t>+207</w:t>
            </w:r>
          </w:p>
        </w:tc>
        <w:tc>
          <w:tcPr>
            <w:tcW w:type="dxa" w:w="1066"/>
            <w:shd w:fill="F9FBFB"/>
            <w:tcMar>
              <w:top w:w="35" w:type="dxa"/>
              <w:bottom w:w="35" w:type="dxa"/>
              <w:left w:w="20" w:type="dxa"/>
              <w:right w:w="20" w:type="dxa"/>
            </w:tcMar>
          </w:tcPr>
          <w:p>
            <w:pPr>
              <w:jc w:val="center"/>
            </w:pPr>
            <w:r>
              <w:rPr>
                <w:b/>
                <w:color w:val="27AE60"/>
                <w:sz w:val="15"/>
              </w:rPr>
              <w:t>+102.5%</w:t>
            </w:r>
          </w:p>
        </w:tc>
      </w:tr>
      <w:tr>
        <w:tc>
          <w:tcPr>
            <w:tcW w:type="dxa" w:w="504"/>
            <w:shd w:fill="FFFFFF"/>
            <w:tcMar>
              <w:top w:w="35" w:type="dxa"/>
              <w:bottom w:w="35" w:type="dxa"/>
              <w:left w:w="20" w:type="dxa"/>
              <w:right w:w="20" w:type="dxa"/>
            </w:tcMar>
          </w:tcPr>
          <w:p>
            <w:pPr>
              <w:jc w:val="center"/>
            </w:pPr>
            <w:r>
              <w:rPr>
                <w:sz w:val="15"/>
              </w:rPr>
              <w:t>49</w:t>
            </w:r>
          </w:p>
        </w:tc>
        <w:tc>
          <w:tcPr>
            <w:tcW w:type="dxa" w:w="936"/>
            <w:shd w:fill="FFFFFF"/>
            <w:tcMar>
              <w:top w:w="35" w:type="dxa"/>
              <w:bottom w:w="35" w:type="dxa"/>
              <w:left w:w="20" w:type="dxa"/>
              <w:right w:w="20" w:type="dxa"/>
            </w:tcMar>
          </w:tcPr>
          <w:p>
            <w:pPr>
              <w:jc w:val="left"/>
            </w:pPr>
            <w:r>
              <w:rPr>
                <w:sz w:val="15"/>
              </w:rPr>
              <w:t>KH1882</w:t>
            </w:r>
          </w:p>
        </w:tc>
        <w:tc>
          <w:tcPr>
            <w:tcW w:type="dxa" w:w="3024"/>
            <w:shd w:fill="FFFFFF"/>
            <w:tcMar>
              <w:top w:w="35" w:type="dxa"/>
              <w:bottom w:w="35" w:type="dxa"/>
              <w:left w:w="20" w:type="dxa"/>
              <w:right w:w="20" w:type="dxa"/>
            </w:tcMar>
          </w:tcPr>
          <w:p>
            <w:pPr>
              <w:jc w:val="left"/>
            </w:pPr>
            <w:r>
              <w:rPr>
                <w:sz w:val="15"/>
              </w:rPr>
              <w:t>CÔNG TY TNHH XÂY DỰNG VÀ NỘI THẤT CAO CẤP ALLIANCE</w:t>
            </w:r>
          </w:p>
        </w:tc>
        <w:tc>
          <w:tcPr>
            <w:tcW w:type="dxa" w:w="835"/>
            <w:shd w:fill="FFFFFF"/>
            <w:tcMar>
              <w:top w:w="35" w:type="dxa"/>
              <w:bottom w:w="35" w:type="dxa"/>
              <w:left w:w="20" w:type="dxa"/>
              <w:right w:w="20" w:type="dxa"/>
            </w:tcMar>
          </w:tcPr>
          <w:p>
            <w:pPr>
              <w:jc w:val="right"/>
            </w:pPr>
            <w:r>
              <w:rPr>
                <w:sz w:val="15"/>
              </w:rPr>
              <w:t>535</w:t>
            </w:r>
          </w:p>
        </w:tc>
        <w:tc>
          <w:tcPr>
            <w:tcW w:type="dxa" w:w="835"/>
            <w:shd w:fill="FFFFFF"/>
            <w:tcMar>
              <w:top w:w="35" w:type="dxa"/>
              <w:bottom w:w="35" w:type="dxa"/>
              <w:left w:w="20" w:type="dxa"/>
              <w:right w:w="20" w:type="dxa"/>
            </w:tcMar>
          </w:tcPr>
          <w:p>
            <w:pPr>
              <w:jc w:val="right"/>
            </w:pPr>
            <w:r>
              <w:rPr>
                <w:sz w:val="15"/>
              </w:rPr>
              <w:t>166</w:t>
            </w:r>
          </w:p>
        </w:tc>
        <w:tc>
          <w:tcPr>
            <w:tcW w:type="dxa" w:w="835"/>
            <w:shd w:fill="FFFFFF"/>
            <w:tcMar>
              <w:top w:w="35" w:type="dxa"/>
              <w:bottom w:w="35" w:type="dxa"/>
              <w:left w:w="20" w:type="dxa"/>
              <w:right w:w="20" w:type="dxa"/>
            </w:tcMar>
          </w:tcPr>
          <w:p>
            <w:pPr>
              <w:jc w:val="right"/>
            </w:pPr>
            <w:r>
              <w:rPr>
                <w:sz w:val="15"/>
              </w:rPr>
              <w:t>506</w:t>
            </w:r>
          </w:p>
        </w:tc>
        <w:tc>
          <w:tcPr>
            <w:tcW w:type="dxa" w:w="835"/>
            <w:shd w:fill="FFFFFF"/>
            <w:tcMar>
              <w:top w:w="35" w:type="dxa"/>
              <w:bottom w:w="35" w:type="dxa"/>
              <w:left w:w="20" w:type="dxa"/>
              <w:right w:w="20" w:type="dxa"/>
            </w:tcMar>
          </w:tcPr>
          <w:p>
            <w:pPr>
              <w:jc w:val="right"/>
            </w:pPr>
            <w:r>
              <w:rPr>
                <w:sz w:val="15"/>
              </w:rPr>
              <w:t>445</w:t>
            </w:r>
          </w:p>
        </w:tc>
        <w:tc>
          <w:tcPr>
            <w:tcW w:type="dxa" w:w="835"/>
            <w:shd w:fill="FFFFFF"/>
            <w:tcMar>
              <w:top w:w="35" w:type="dxa"/>
              <w:bottom w:w="35" w:type="dxa"/>
              <w:left w:w="20" w:type="dxa"/>
              <w:right w:w="20" w:type="dxa"/>
            </w:tcMar>
          </w:tcPr>
          <w:p>
            <w:pPr>
              <w:jc w:val="right"/>
            </w:pPr>
            <w:r>
              <w:rPr>
                <w:sz w:val="15"/>
              </w:rPr>
              <w:t>376</w:t>
            </w:r>
          </w:p>
        </w:tc>
        <w:tc>
          <w:tcPr>
            <w:tcW w:type="dxa" w:w="835"/>
            <w:shd w:fill="FFFFFF"/>
            <w:tcMar>
              <w:top w:w="35" w:type="dxa"/>
              <w:bottom w:w="35" w:type="dxa"/>
              <w:left w:w="20" w:type="dxa"/>
              <w:right w:w="20" w:type="dxa"/>
            </w:tcMar>
          </w:tcPr>
          <w:p>
            <w:pPr>
              <w:jc w:val="right"/>
            </w:pPr>
            <w:r>
              <w:rPr>
                <w:sz w:val="15"/>
              </w:rPr>
              <w:t>398</w:t>
            </w:r>
          </w:p>
        </w:tc>
        <w:tc>
          <w:tcPr>
            <w:tcW w:type="dxa" w:w="835"/>
            <w:shd w:fill="FFFFFF"/>
            <w:tcMar>
              <w:top w:w="35" w:type="dxa"/>
              <w:bottom w:w="35" w:type="dxa"/>
              <w:left w:w="20" w:type="dxa"/>
              <w:right w:w="20" w:type="dxa"/>
            </w:tcMar>
          </w:tcPr>
          <w:p>
            <w:pPr>
              <w:jc w:val="right"/>
            </w:pPr>
            <w:r>
              <w:rPr>
                <w:sz w:val="15"/>
              </w:rPr>
              <w:t>528</w:t>
            </w:r>
          </w:p>
        </w:tc>
        <w:tc>
          <w:tcPr>
            <w:tcW w:type="dxa" w:w="835"/>
            <w:shd w:fill="FFFFFF"/>
            <w:tcMar>
              <w:top w:w="35" w:type="dxa"/>
              <w:bottom w:w="35" w:type="dxa"/>
              <w:left w:w="20" w:type="dxa"/>
              <w:right w:w="20" w:type="dxa"/>
            </w:tcMar>
          </w:tcPr>
          <w:p>
            <w:pPr>
              <w:jc w:val="right"/>
            </w:pPr>
            <w:r>
              <w:rPr>
                <w:sz w:val="15"/>
              </w:rPr>
              <w:t>328</w:t>
            </w:r>
          </w:p>
        </w:tc>
        <w:tc>
          <w:tcPr>
            <w:tcW w:type="dxa" w:w="835"/>
            <w:shd w:fill="FFFFFF"/>
            <w:tcMar>
              <w:top w:w="35" w:type="dxa"/>
              <w:bottom w:w="35" w:type="dxa"/>
              <w:left w:w="20" w:type="dxa"/>
              <w:right w:w="20" w:type="dxa"/>
            </w:tcMar>
          </w:tcPr>
          <w:p>
            <w:pPr>
              <w:jc w:val="right"/>
            </w:pPr>
            <w:r>
              <w:rPr>
                <w:sz w:val="15"/>
              </w:rPr>
              <w:t>200</w:t>
            </w:r>
          </w:p>
        </w:tc>
        <w:tc>
          <w:tcPr>
            <w:tcW w:type="dxa" w:w="835"/>
            <w:shd w:fill="FFFFFF"/>
            <w:tcMar>
              <w:top w:w="35" w:type="dxa"/>
              <w:bottom w:w="35" w:type="dxa"/>
              <w:left w:w="20" w:type="dxa"/>
              <w:right w:w="20" w:type="dxa"/>
            </w:tcMar>
          </w:tcPr>
          <w:p>
            <w:pPr>
              <w:jc w:val="right"/>
            </w:pPr>
            <w:r>
              <w:rPr>
                <w:b/>
                <w:sz w:val="15"/>
              </w:rPr>
              <w:t>497</w:t>
            </w:r>
          </w:p>
        </w:tc>
        <w:tc>
          <w:tcPr>
            <w:tcW w:type="dxa" w:w="1224"/>
            <w:shd w:fill="FFFFFF"/>
            <w:tcMar>
              <w:top w:w="35" w:type="dxa"/>
              <w:bottom w:w="35" w:type="dxa"/>
              <w:left w:w="20" w:type="dxa"/>
              <w:right w:w="20" w:type="dxa"/>
            </w:tcMar>
          </w:tcPr>
          <w:p>
            <w:pPr>
              <w:jc w:val="right"/>
            </w:pPr>
            <w:r>
              <w:rPr>
                <w:color w:val="27AE60"/>
                <w:sz w:val="15"/>
              </w:rPr>
              <w:t>+297</w:t>
            </w:r>
          </w:p>
        </w:tc>
        <w:tc>
          <w:tcPr>
            <w:tcW w:type="dxa" w:w="1066"/>
            <w:shd w:fill="FFFFFF"/>
            <w:tcMar>
              <w:top w:w="35" w:type="dxa"/>
              <w:bottom w:w="35" w:type="dxa"/>
              <w:left w:w="20" w:type="dxa"/>
              <w:right w:w="20" w:type="dxa"/>
            </w:tcMar>
          </w:tcPr>
          <w:p>
            <w:pPr>
              <w:jc w:val="center"/>
            </w:pPr>
            <w:r>
              <w:rPr>
                <w:b/>
                <w:color w:val="27AE60"/>
                <w:sz w:val="15"/>
              </w:rPr>
              <w:t>+148.5%</w:t>
            </w:r>
          </w:p>
        </w:tc>
      </w:tr>
      <w:tr>
        <w:tc>
          <w:tcPr>
            <w:tcW w:type="dxa" w:w="504"/>
            <w:shd w:fill="F9FBFB"/>
            <w:tcMar>
              <w:top w:w="35" w:type="dxa"/>
              <w:bottom w:w="35" w:type="dxa"/>
              <w:left w:w="20" w:type="dxa"/>
              <w:right w:w="20" w:type="dxa"/>
            </w:tcMar>
          </w:tcPr>
          <w:p>
            <w:pPr>
              <w:jc w:val="center"/>
            </w:pPr>
            <w:r>
              <w:rPr>
                <w:sz w:val="15"/>
              </w:rPr>
              <w:t>50</w:t>
            </w:r>
          </w:p>
        </w:tc>
        <w:tc>
          <w:tcPr>
            <w:tcW w:type="dxa" w:w="936"/>
            <w:shd w:fill="F9FBFB"/>
            <w:tcMar>
              <w:top w:w="35" w:type="dxa"/>
              <w:bottom w:w="35" w:type="dxa"/>
              <w:left w:w="20" w:type="dxa"/>
              <w:right w:w="20" w:type="dxa"/>
            </w:tcMar>
          </w:tcPr>
          <w:p>
            <w:pPr>
              <w:jc w:val="left"/>
            </w:pPr>
            <w:r>
              <w:rPr>
                <w:sz w:val="15"/>
              </w:rPr>
              <w:t>KH1003</w:t>
            </w:r>
          </w:p>
        </w:tc>
        <w:tc>
          <w:tcPr>
            <w:tcW w:type="dxa" w:w="3024"/>
            <w:shd w:fill="F9FBFB"/>
            <w:tcMar>
              <w:top w:w="35" w:type="dxa"/>
              <w:bottom w:w="35" w:type="dxa"/>
              <w:left w:w="20" w:type="dxa"/>
              <w:right w:w="20" w:type="dxa"/>
            </w:tcMar>
          </w:tcPr>
          <w:p>
            <w:pPr>
              <w:jc w:val="left"/>
            </w:pPr>
            <w:r>
              <w:rPr>
                <w:sz w:val="15"/>
              </w:rPr>
              <w:t>CÔNG TY TNHH MỘT THÀNH VIÊN THANH KHUÊ</w:t>
            </w:r>
          </w:p>
        </w:tc>
        <w:tc>
          <w:tcPr>
            <w:tcW w:type="dxa" w:w="835"/>
            <w:shd w:fill="F9FBFB"/>
            <w:tcMar>
              <w:top w:w="35" w:type="dxa"/>
              <w:bottom w:w="35" w:type="dxa"/>
              <w:left w:w="20" w:type="dxa"/>
              <w:right w:w="20" w:type="dxa"/>
            </w:tcMar>
          </w:tcPr>
          <w:p>
            <w:pPr>
              <w:jc w:val="right"/>
            </w:pPr>
            <w:r>
              <w:rPr>
                <w:sz w:val="15"/>
              </w:rPr>
              <w:t>194</w:t>
            </w:r>
          </w:p>
        </w:tc>
        <w:tc>
          <w:tcPr>
            <w:tcW w:type="dxa" w:w="835"/>
            <w:shd w:fill="F9FBFB"/>
            <w:tcMar>
              <w:top w:w="35" w:type="dxa"/>
              <w:bottom w:w="35" w:type="dxa"/>
              <w:left w:w="20" w:type="dxa"/>
              <w:right w:w="20" w:type="dxa"/>
            </w:tcMar>
          </w:tcPr>
          <w:p>
            <w:pPr>
              <w:jc w:val="right"/>
            </w:pPr>
            <w:r>
              <w:rPr>
                <w:sz w:val="15"/>
              </w:rPr>
              <w:t>184</w:t>
            </w:r>
          </w:p>
        </w:tc>
        <w:tc>
          <w:tcPr>
            <w:tcW w:type="dxa" w:w="835"/>
            <w:shd w:fill="F9FBFB"/>
            <w:tcMar>
              <w:top w:w="35" w:type="dxa"/>
              <w:bottom w:w="35" w:type="dxa"/>
              <w:left w:w="20" w:type="dxa"/>
              <w:right w:w="20" w:type="dxa"/>
            </w:tcMar>
          </w:tcPr>
          <w:p>
            <w:pPr>
              <w:jc w:val="right"/>
            </w:pPr>
            <w:r>
              <w:rPr>
                <w:sz w:val="15"/>
              </w:rPr>
              <w:t>217</w:t>
            </w:r>
          </w:p>
        </w:tc>
        <w:tc>
          <w:tcPr>
            <w:tcW w:type="dxa" w:w="835"/>
            <w:shd w:fill="F9FBFB"/>
            <w:tcMar>
              <w:top w:w="35" w:type="dxa"/>
              <w:bottom w:w="35" w:type="dxa"/>
              <w:left w:w="20" w:type="dxa"/>
              <w:right w:w="20" w:type="dxa"/>
            </w:tcMar>
          </w:tcPr>
          <w:p>
            <w:pPr>
              <w:jc w:val="right"/>
            </w:pPr>
            <w:r>
              <w:rPr>
                <w:sz w:val="15"/>
              </w:rPr>
              <w:t>200</w:t>
            </w:r>
          </w:p>
        </w:tc>
        <w:tc>
          <w:tcPr>
            <w:tcW w:type="dxa" w:w="835"/>
            <w:shd w:fill="F9FBFB"/>
            <w:tcMar>
              <w:top w:w="35" w:type="dxa"/>
              <w:bottom w:w="35" w:type="dxa"/>
              <w:left w:w="20" w:type="dxa"/>
              <w:right w:w="20" w:type="dxa"/>
            </w:tcMar>
          </w:tcPr>
          <w:p>
            <w:pPr>
              <w:jc w:val="right"/>
            </w:pPr>
            <w:r>
              <w:rPr>
                <w:sz w:val="15"/>
              </w:rPr>
              <w:t>275</w:t>
            </w:r>
          </w:p>
        </w:tc>
        <w:tc>
          <w:tcPr>
            <w:tcW w:type="dxa" w:w="835"/>
            <w:shd w:fill="F9FBFB"/>
            <w:tcMar>
              <w:top w:w="35" w:type="dxa"/>
              <w:bottom w:w="35" w:type="dxa"/>
              <w:left w:w="20" w:type="dxa"/>
              <w:right w:w="20" w:type="dxa"/>
            </w:tcMar>
          </w:tcPr>
          <w:p>
            <w:pPr>
              <w:jc w:val="right"/>
            </w:pPr>
            <w:r>
              <w:rPr>
                <w:sz w:val="15"/>
              </w:rPr>
              <w:t>333</w:t>
            </w:r>
          </w:p>
        </w:tc>
        <w:tc>
          <w:tcPr>
            <w:tcW w:type="dxa" w:w="835"/>
            <w:shd w:fill="F9FBFB"/>
            <w:tcMar>
              <w:top w:w="35" w:type="dxa"/>
              <w:bottom w:w="35" w:type="dxa"/>
              <w:left w:w="20" w:type="dxa"/>
              <w:right w:w="20" w:type="dxa"/>
            </w:tcMar>
          </w:tcPr>
          <w:p>
            <w:pPr>
              <w:jc w:val="right"/>
            </w:pPr>
            <w:r>
              <w:rPr>
                <w:sz w:val="15"/>
              </w:rPr>
              <w:t>330</w:t>
            </w:r>
          </w:p>
        </w:tc>
        <w:tc>
          <w:tcPr>
            <w:tcW w:type="dxa" w:w="835"/>
            <w:shd w:fill="F9FBFB"/>
            <w:tcMar>
              <w:top w:w="35" w:type="dxa"/>
              <w:bottom w:w="35" w:type="dxa"/>
              <w:left w:w="20" w:type="dxa"/>
              <w:right w:w="20" w:type="dxa"/>
            </w:tcMar>
          </w:tcPr>
          <w:p>
            <w:pPr>
              <w:jc w:val="right"/>
            </w:pPr>
            <w:r>
              <w:rPr>
                <w:sz w:val="15"/>
              </w:rPr>
              <w:t>183</w:t>
            </w:r>
          </w:p>
        </w:tc>
        <w:tc>
          <w:tcPr>
            <w:tcW w:type="dxa" w:w="835"/>
            <w:shd w:fill="F9FBFB"/>
            <w:tcMar>
              <w:top w:w="35" w:type="dxa"/>
              <w:bottom w:w="35" w:type="dxa"/>
              <w:left w:w="20" w:type="dxa"/>
              <w:right w:w="20" w:type="dxa"/>
            </w:tcMar>
          </w:tcPr>
          <w:p>
            <w:pPr>
              <w:jc w:val="right"/>
            </w:pPr>
            <w:r>
              <w:rPr>
                <w:sz w:val="15"/>
              </w:rPr>
              <w:t>195</w:t>
            </w:r>
          </w:p>
        </w:tc>
        <w:tc>
          <w:tcPr>
            <w:tcW w:type="dxa" w:w="835"/>
            <w:shd w:fill="F9FBFB"/>
            <w:tcMar>
              <w:top w:w="35" w:type="dxa"/>
              <w:bottom w:w="35" w:type="dxa"/>
              <w:left w:w="20" w:type="dxa"/>
              <w:right w:w="20" w:type="dxa"/>
            </w:tcMar>
          </w:tcPr>
          <w:p>
            <w:pPr>
              <w:jc w:val="right"/>
            </w:pPr>
            <w:r>
              <w:rPr>
                <w:b/>
                <w:sz w:val="15"/>
              </w:rPr>
              <w:t>1,565</w:t>
            </w:r>
          </w:p>
        </w:tc>
        <w:tc>
          <w:tcPr>
            <w:tcW w:type="dxa" w:w="1224"/>
            <w:shd w:fill="F9FBFB"/>
            <w:tcMar>
              <w:top w:w="35" w:type="dxa"/>
              <w:bottom w:w="35" w:type="dxa"/>
              <w:left w:w="20" w:type="dxa"/>
              <w:right w:w="20" w:type="dxa"/>
            </w:tcMar>
          </w:tcPr>
          <w:p>
            <w:pPr>
              <w:jc w:val="right"/>
            </w:pPr>
            <w:r>
              <w:rPr>
                <w:color w:val="27AE60"/>
                <w:sz w:val="15"/>
              </w:rPr>
              <w:t>+1,370</w:t>
            </w:r>
          </w:p>
        </w:tc>
        <w:tc>
          <w:tcPr>
            <w:tcW w:type="dxa" w:w="1066"/>
            <w:shd w:fill="F9FBFB"/>
            <w:tcMar>
              <w:top w:w="35" w:type="dxa"/>
              <w:bottom w:w="35" w:type="dxa"/>
              <w:left w:w="20" w:type="dxa"/>
              <w:right w:w="20" w:type="dxa"/>
            </w:tcMar>
          </w:tcPr>
          <w:p>
            <w:pPr>
              <w:jc w:val="center"/>
            </w:pPr>
            <w:r>
              <w:rPr>
                <w:b/>
                <w:color w:val="27AE60"/>
                <w:sz w:val="15"/>
              </w:rPr>
              <w:t>+702.6%</w:t>
            </w:r>
          </w:p>
        </w:tc>
      </w:tr>
      <w:tr>
        <w:tc>
          <w:tcPr>
            <w:tcW w:type="dxa" w:w="504"/>
            <w:shd w:fill="FFFFFF"/>
            <w:tcMar>
              <w:top w:w="35" w:type="dxa"/>
              <w:bottom w:w="35" w:type="dxa"/>
              <w:left w:w="20" w:type="dxa"/>
              <w:right w:w="20" w:type="dxa"/>
            </w:tcMar>
          </w:tcPr>
          <w:p>
            <w:pPr>
              <w:jc w:val="center"/>
            </w:pPr>
            <w:r>
              <w:rPr>
                <w:sz w:val="15"/>
              </w:rPr>
              <w:t>51</w:t>
            </w:r>
          </w:p>
        </w:tc>
        <w:tc>
          <w:tcPr>
            <w:tcW w:type="dxa" w:w="936"/>
            <w:shd w:fill="FFFFFF"/>
            <w:tcMar>
              <w:top w:w="35" w:type="dxa"/>
              <w:bottom w:w="35" w:type="dxa"/>
              <w:left w:w="20" w:type="dxa"/>
              <w:right w:w="20" w:type="dxa"/>
            </w:tcMar>
          </w:tcPr>
          <w:p>
            <w:pPr>
              <w:jc w:val="left"/>
            </w:pPr>
            <w:r>
              <w:rPr>
                <w:sz w:val="15"/>
              </w:rPr>
              <w:t>KH1946</w:t>
            </w:r>
          </w:p>
        </w:tc>
        <w:tc>
          <w:tcPr>
            <w:tcW w:type="dxa" w:w="3024"/>
            <w:shd w:fill="FFFFFF"/>
            <w:tcMar>
              <w:top w:w="35" w:type="dxa"/>
              <w:bottom w:w="35" w:type="dxa"/>
              <w:left w:w="20" w:type="dxa"/>
              <w:right w:w="20" w:type="dxa"/>
            </w:tcMar>
          </w:tcPr>
          <w:p>
            <w:pPr>
              <w:jc w:val="left"/>
            </w:pPr>
            <w:r>
              <w:rPr>
                <w:sz w:val="15"/>
              </w:rPr>
              <w:t>CÔNG TY TNHH GEUTHER VIỆT NAM</w:t>
            </w:r>
          </w:p>
        </w:tc>
        <w:tc>
          <w:tcPr>
            <w:tcW w:type="dxa" w:w="835"/>
            <w:shd w:fill="FFFFFF"/>
            <w:tcMar>
              <w:top w:w="35" w:type="dxa"/>
              <w:bottom w:w="35" w:type="dxa"/>
              <w:left w:w="20" w:type="dxa"/>
              <w:right w:w="20" w:type="dxa"/>
            </w:tcMar>
          </w:tcPr>
          <w:p>
            <w:pPr>
              <w:jc w:val="right"/>
            </w:pPr>
            <w:r>
              <w:rPr>
                <w:sz w:val="15"/>
              </w:rPr>
              <w:t>187</w:t>
            </w:r>
          </w:p>
        </w:tc>
        <w:tc>
          <w:tcPr>
            <w:tcW w:type="dxa" w:w="835"/>
            <w:shd w:fill="FFFFFF"/>
            <w:tcMar>
              <w:top w:w="35" w:type="dxa"/>
              <w:bottom w:w="35" w:type="dxa"/>
              <w:left w:w="20" w:type="dxa"/>
              <w:right w:w="20" w:type="dxa"/>
            </w:tcMar>
          </w:tcPr>
          <w:p>
            <w:pPr>
              <w:jc w:val="right"/>
            </w:pPr>
            <w:r>
              <w:rPr>
                <w:sz w:val="15"/>
              </w:rPr>
              <w:t>55</w:t>
            </w:r>
          </w:p>
        </w:tc>
        <w:tc>
          <w:tcPr>
            <w:tcW w:type="dxa" w:w="835"/>
            <w:shd w:fill="FFFFFF"/>
            <w:tcMar>
              <w:top w:w="35" w:type="dxa"/>
              <w:bottom w:w="35" w:type="dxa"/>
              <w:left w:w="20" w:type="dxa"/>
              <w:right w:w="20" w:type="dxa"/>
            </w:tcMar>
          </w:tcPr>
          <w:p>
            <w:pPr>
              <w:jc w:val="right"/>
            </w:pPr>
            <w:r>
              <w:rPr>
                <w:sz w:val="15"/>
              </w:rPr>
              <w:t>123</w:t>
            </w:r>
          </w:p>
        </w:tc>
        <w:tc>
          <w:tcPr>
            <w:tcW w:type="dxa" w:w="835"/>
            <w:shd w:fill="FFFFFF"/>
            <w:tcMar>
              <w:top w:w="35" w:type="dxa"/>
              <w:bottom w:w="35" w:type="dxa"/>
              <w:left w:w="20" w:type="dxa"/>
              <w:right w:w="20" w:type="dxa"/>
            </w:tcMar>
          </w:tcPr>
          <w:p>
            <w:pPr>
              <w:jc w:val="right"/>
            </w:pPr>
            <w:r>
              <w:rPr>
                <w:sz w:val="15"/>
              </w:rPr>
              <w:t>190</w:t>
            </w:r>
          </w:p>
        </w:tc>
        <w:tc>
          <w:tcPr>
            <w:tcW w:type="dxa" w:w="835"/>
            <w:shd w:fill="FFFFFF"/>
            <w:tcMar>
              <w:top w:w="35" w:type="dxa"/>
              <w:bottom w:w="35" w:type="dxa"/>
              <w:left w:w="20" w:type="dxa"/>
              <w:right w:w="20" w:type="dxa"/>
            </w:tcMar>
          </w:tcPr>
          <w:p>
            <w:pPr>
              <w:jc w:val="right"/>
            </w:pPr>
            <w:r>
              <w:rPr>
                <w:sz w:val="15"/>
              </w:rPr>
              <w:t>161</w:t>
            </w:r>
          </w:p>
        </w:tc>
        <w:tc>
          <w:tcPr>
            <w:tcW w:type="dxa" w:w="835"/>
            <w:shd w:fill="FFFFFF"/>
            <w:tcMar>
              <w:top w:w="35" w:type="dxa"/>
              <w:bottom w:w="35" w:type="dxa"/>
              <w:left w:w="20" w:type="dxa"/>
              <w:right w:w="20" w:type="dxa"/>
            </w:tcMar>
          </w:tcPr>
          <w:p>
            <w:pPr>
              <w:jc w:val="right"/>
            </w:pPr>
            <w:r>
              <w:rPr>
                <w:sz w:val="15"/>
              </w:rPr>
              <w:t>181</w:t>
            </w:r>
          </w:p>
        </w:tc>
        <w:tc>
          <w:tcPr>
            <w:tcW w:type="dxa" w:w="835"/>
            <w:shd w:fill="FFFFFF"/>
            <w:tcMar>
              <w:top w:w="35" w:type="dxa"/>
              <w:bottom w:w="35" w:type="dxa"/>
              <w:left w:w="20" w:type="dxa"/>
              <w:right w:w="20" w:type="dxa"/>
            </w:tcMar>
          </w:tcPr>
          <w:p>
            <w:pPr>
              <w:jc w:val="right"/>
            </w:pPr>
            <w:r>
              <w:rPr>
                <w:sz w:val="15"/>
              </w:rPr>
              <w:t>173</w:t>
            </w:r>
          </w:p>
        </w:tc>
        <w:tc>
          <w:tcPr>
            <w:tcW w:type="dxa" w:w="835"/>
            <w:shd w:fill="FFFFFF"/>
            <w:tcMar>
              <w:top w:w="35" w:type="dxa"/>
              <w:bottom w:w="35" w:type="dxa"/>
              <w:left w:w="20" w:type="dxa"/>
              <w:right w:w="20" w:type="dxa"/>
            </w:tcMar>
          </w:tcPr>
          <w:p>
            <w:pPr>
              <w:jc w:val="right"/>
            </w:pPr>
            <w:r>
              <w:rPr>
                <w:sz w:val="15"/>
              </w:rPr>
              <w:t>202</w:t>
            </w:r>
          </w:p>
        </w:tc>
        <w:tc>
          <w:tcPr>
            <w:tcW w:type="dxa" w:w="835"/>
            <w:shd w:fill="FFFFFF"/>
            <w:tcMar>
              <w:top w:w="35" w:type="dxa"/>
              <w:bottom w:w="35" w:type="dxa"/>
              <w:left w:w="20" w:type="dxa"/>
              <w:right w:w="20" w:type="dxa"/>
            </w:tcMar>
          </w:tcPr>
          <w:p>
            <w:pPr>
              <w:jc w:val="right"/>
            </w:pPr>
            <w:r>
              <w:rPr>
                <w:sz w:val="15"/>
              </w:rPr>
              <w:t>191</w:t>
            </w:r>
          </w:p>
        </w:tc>
        <w:tc>
          <w:tcPr>
            <w:tcW w:type="dxa" w:w="835"/>
            <w:shd w:fill="FFFFFF"/>
            <w:tcMar>
              <w:top w:w="35" w:type="dxa"/>
              <w:bottom w:w="35" w:type="dxa"/>
              <w:left w:w="20" w:type="dxa"/>
              <w:right w:w="20" w:type="dxa"/>
            </w:tcMar>
          </w:tcPr>
          <w:p>
            <w:pPr>
              <w:jc w:val="right"/>
            </w:pPr>
            <w:r>
              <w:rPr>
                <w:b/>
                <w:sz w:val="15"/>
              </w:rPr>
              <w:t>-</w:t>
            </w:r>
          </w:p>
        </w:tc>
        <w:tc>
          <w:tcPr>
            <w:tcW w:type="dxa" w:w="1224"/>
            <w:shd w:fill="FFFFFF"/>
            <w:tcMar>
              <w:top w:w="35" w:type="dxa"/>
              <w:bottom w:w="35" w:type="dxa"/>
              <w:left w:w="20" w:type="dxa"/>
              <w:right w:w="20" w:type="dxa"/>
            </w:tcMar>
          </w:tcPr>
          <w:p>
            <w:pPr>
              <w:jc w:val="right"/>
            </w:pPr>
            <w:r>
              <w:rPr>
                <w:color w:val="C0392B"/>
                <w:sz w:val="15"/>
              </w:rPr>
              <w:t>-191</w:t>
            </w:r>
          </w:p>
        </w:tc>
        <w:tc>
          <w:tcPr>
            <w:tcW w:type="dxa" w:w="1066"/>
            <w:shd w:fill="FFFFFF"/>
            <w:tcMar>
              <w:top w:w="35" w:type="dxa"/>
              <w:bottom w:w="35" w:type="dxa"/>
              <w:left w:w="20" w:type="dxa"/>
              <w:right w:w="20" w:type="dxa"/>
            </w:tcMar>
          </w:tcPr>
          <w:p>
            <w:pPr>
              <w:jc w:val="center"/>
            </w:pPr>
            <w:r>
              <w:rPr>
                <w:b/>
                <w:color w:val="C0392B"/>
                <w:sz w:val="15"/>
              </w:rPr>
              <w:t>-100.0%</w:t>
            </w:r>
          </w:p>
        </w:tc>
      </w:tr>
      <w:tr>
        <w:tc>
          <w:tcPr>
            <w:tcW w:type="dxa" w:w="504"/>
            <w:shd w:fill="F9FBFB"/>
            <w:tcMar>
              <w:top w:w="35" w:type="dxa"/>
              <w:bottom w:w="35" w:type="dxa"/>
              <w:left w:w="20" w:type="dxa"/>
              <w:right w:w="20" w:type="dxa"/>
            </w:tcMar>
          </w:tcPr>
          <w:p>
            <w:pPr>
              <w:jc w:val="center"/>
            </w:pPr>
            <w:r>
              <w:rPr>
                <w:sz w:val="15"/>
              </w:rPr>
              <w:t>52</w:t>
            </w:r>
          </w:p>
        </w:tc>
        <w:tc>
          <w:tcPr>
            <w:tcW w:type="dxa" w:w="936"/>
            <w:shd w:fill="F9FBFB"/>
            <w:tcMar>
              <w:top w:w="35" w:type="dxa"/>
              <w:bottom w:w="35" w:type="dxa"/>
              <w:left w:w="20" w:type="dxa"/>
              <w:right w:w="20" w:type="dxa"/>
            </w:tcMar>
          </w:tcPr>
          <w:p>
            <w:pPr>
              <w:jc w:val="left"/>
            </w:pPr>
            <w:r>
              <w:rPr>
                <w:sz w:val="15"/>
              </w:rPr>
              <w:t>KH2199</w:t>
            </w:r>
          </w:p>
        </w:tc>
        <w:tc>
          <w:tcPr>
            <w:tcW w:type="dxa" w:w="3024"/>
            <w:shd w:fill="F9FBFB"/>
            <w:tcMar>
              <w:top w:w="35" w:type="dxa"/>
              <w:bottom w:w="35" w:type="dxa"/>
              <w:left w:w="20" w:type="dxa"/>
              <w:right w:w="20" w:type="dxa"/>
            </w:tcMar>
          </w:tcPr>
          <w:p>
            <w:pPr>
              <w:jc w:val="left"/>
            </w:pPr>
            <w:r>
              <w:rPr>
                <w:sz w:val="15"/>
              </w:rPr>
              <w:t>CÔNG TY CỔ PHẦN AN PHÁT CƯỜNG</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71</w:t>
            </w:r>
          </w:p>
        </w:tc>
        <w:tc>
          <w:tcPr>
            <w:tcW w:type="dxa" w:w="835"/>
            <w:shd w:fill="F9FBFB"/>
            <w:tcMar>
              <w:top w:w="35" w:type="dxa"/>
              <w:bottom w:w="35" w:type="dxa"/>
              <w:left w:w="20" w:type="dxa"/>
              <w:right w:w="20" w:type="dxa"/>
            </w:tcMar>
          </w:tcPr>
          <w:p>
            <w:pPr>
              <w:jc w:val="right"/>
            </w:pPr>
            <w:r>
              <w:rPr>
                <w:sz w:val="15"/>
              </w:rPr>
              <w:t>141</w:t>
            </w:r>
          </w:p>
        </w:tc>
        <w:tc>
          <w:tcPr>
            <w:tcW w:type="dxa" w:w="835"/>
            <w:shd w:fill="F9FBFB"/>
            <w:tcMar>
              <w:top w:w="35" w:type="dxa"/>
              <w:bottom w:w="35" w:type="dxa"/>
              <w:left w:w="20" w:type="dxa"/>
              <w:right w:w="20" w:type="dxa"/>
            </w:tcMar>
          </w:tcPr>
          <w:p>
            <w:pPr>
              <w:jc w:val="right"/>
            </w:pPr>
            <w:r>
              <w:rPr>
                <w:sz w:val="15"/>
              </w:rPr>
              <w:t>154</w:t>
            </w:r>
          </w:p>
        </w:tc>
        <w:tc>
          <w:tcPr>
            <w:tcW w:type="dxa" w:w="835"/>
            <w:shd w:fill="F9FBFB"/>
            <w:tcMar>
              <w:top w:w="35" w:type="dxa"/>
              <w:bottom w:w="35" w:type="dxa"/>
              <w:left w:w="20" w:type="dxa"/>
              <w:right w:w="20" w:type="dxa"/>
            </w:tcMar>
          </w:tcPr>
          <w:p>
            <w:pPr>
              <w:jc w:val="right"/>
            </w:pPr>
            <w:r>
              <w:rPr>
                <w:sz w:val="15"/>
              </w:rPr>
              <w:t>381</w:t>
            </w:r>
          </w:p>
        </w:tc>
        <w:tc>
          <w:tcPr>
            <w:tcW w:type="dxa" w:w="835"/>
            <w:shd w:fill="F9FBFB"/>
            <w:tcMar>
              <w:top w:w="35" w:type="dxa"/>
              <w:bottom w:w="35" w:type="dxa"/>
              <w:left w:w="20" w:type="dxa"/>
              <w:right w:w="20" w:type="dxa"/>
            </w:tcMar>
          </w:tcPr>
          <w:p>
            <w:pPr>
              <w:jc w:val="right"/>
            </w:pPr>
            <w:r>
              <w:rPr>
                <w:sz w:val="15"/>
              </w:rPr>
              <w:t>187</w:t>
            </w:r>
          </w:p>
        </w:tc>
        <w:tc>
          <w:tcPr>
            <w:tcW w:type="dxa" w:w="835"/>
            <w:shd w:fill="F9FBFB"/>
            <w:tcMar>
              <w:top w:w="35" w:type="dxa"/>
              <w:bottom w:w="35" w:type="dxa"/>
              <w:left w:w="20" w:type="dxa"/>
              <w:right w:w="20" w:type="dxa"/>
            </w:tcMar>
          </w:tcPr>
          <w:p>
            <w:pPr>
              <w:jc w:val="right"/>
            </w:pPr>
            <w:r>
              <w:rPr>
                <w:b/>
                <w:sz w:val="15"/>
              </w:rPr>
              <w:t>83</w:t>
            </w:r>
          </w:p>
        </w:tc>
        <w:tc>
          <w:tcPr>
            <w:tcW w:type="dxa" w:w="1224"/>
            <w:shd w:fill="F9FBFB"/>
            <w:tcMar>
              <w:top w:w="35" w:type="dxa"/>
              <w:bottom w:w="35" w:type="dxa"/>
              <w:left w:w="20" w:type="dxa"/>
              <w:right w:w="20" w:type="dxa"/>
            </w:tcMar>
          </w:tcPr>
          <w:p>
            <w:pPr>
              <w:jc w:val="right"/>
            </w:pPr>
            <w:r>
              <w:rPr>
                <w:color w:val="C0392B"/>
                <w:sz w:val="15"/>
              </w:rPr>
              <w:t>-104</w:t>
            </w:r>
          </w:p>
        </w:tc>
        <w:tc>
          <w:tcPr>
            <w:tcW w:type="dxa" w:w="1066"/>
            <w:shd w:fill="F9FBFB"/>
            <w:tcMar>
              <w:top w:w="35" w:type="dxa"/>
              <w:bottom w:w="35" w:type="dxa"/>
              <w:left w:w="20" w:type="dxa"/>
              <w:right w:w="20" w:type="dxa"/>
            </w:tcMar>
          </w:tcPr>
          <w:p>
            <w:pPr>
              <w:jc w:val="center"/>
            </w:pPr>
            <w:r>
              <w:rPr>
                <w:b/>
                <w:color w:val="C0392B"/>
                <w:sz w:val="15"/>
              </w:rPr>
              <w:t>-55.6%</w:t>
            </w:r>
          </w:p>
        </w:tc>
      </w:tr>
      <w:tr>
        <w:tc>
          <w:tcPr>
            <w:tcW w:type="dxa" w:w="504"/>
            <w:shd w:fill="FFFFFF"/>
            <w:tcMar>
              <w:top w:w="35" w:type="dxa"/>
              <w:bottom w:w="35" w:type="dxa"/>
              <w:left w:w="20" w:type="dxa"/>
              <w:right w:w="20" w:type="dxa"/>
            </w:tcMar>
          </w:tcPr>
          <w:p>
            <w:pPr>
              <w:jc w:val="center"/>
            </w:pPr>
            <w:r>
              <w:rPr>
                <w:sz w:val="15"/>
              </w:rPr>
              <w:t>53</w:t>
            </w:r>
          </w:p>
        </w:tc>
        <w:tc>
          <w:tcPr>
            <w:tcW w:type="dxa" w:w="936"/>
            <w:shd w:fill="FFFFFF"/>
            <w:tcMar>
              <w:top w:w="35" w:type="dxa"/>
              <w:bottom w:w="35" w:type="dxa"/>
              <w:left w:w="20" w:type="dxa"/>
              <w:right w:w="20" w:type="dxa"/>
            </w:tcMar>
          </w:tcPr>
          <w:p>
            <w:pPr>
              <w:jc w:val="left"/>
            </w:pPr>
            <w:r>
              <w:rPr>
                <w:sz w:val="15"/>
              </w:rPr>
              <w:t>KH2182</w:t>
            </w:r>
          </w:p>
        </w:tc>
        <w:tc>
          <w:tcPr>
            <w:tcW w:type="dxa" w:w="3024"/>
            <w:shd w:fill="FFFFFF"/>
            <w:tcMar>
              <w:top w:w="35" w:type="dxa"/>
              <w:bottom w:w="35" w:type="dxa"/>
              <w:left w:w="20" w:type="dxa"/>
              <w:right w:w="20" w:type="dxa"/>
            </w:tcMar>
          </w:tcPr>
          <w:p>
            <w:pPr>
              <w:jc w:val="left"/>
            </w:pPr>
            <w:r>
              <w:rPr>
                <w:sz w:val="15"/>
              </w:rPr>
              <w:t>CÔNG TY CỔ PHẦN CHẾ BIẾN GỖ THÀNH LONG</w:t>
            </w:r>
          </w:p>
        </w:tc>
        <w:tc>
          <w:tcPr>
            <w:tcW w:type="dxa" w:w="835"/>
            <w:shd w:fill="FFFFFF"/>
            <w:tcMar>
              <w:top w:w="35" w:type="dxa"/>
              <w:bottom w:w="35" w:type="dxa"/>
              <w:left w:w="20" w:type="dxa"/>
              <w:right w:w="20" w:type="dxa"/>
            </w:tcMar>
          </w:tcPr>
          <w:p>
            <w:pPr>
              <w:jc w:val="right"/>
            </w:pPr>
            <w:r>
              <w:rPr>
                <w:sz w:val="15"/>
              </w:rPr>
              <w:t>38</w:t>
            </w:r>
          </w:p>
        </w:tc>
        <w:tc>
          <w:tcPr>
            <w:tcW w:type="dxa" w:w="835"/>
            <w:shd w:fill="FFFFFF"/>
            <w:tcMar>
              <w:top w:w="35" w:type="dxa"/>
              <w:bottom w:w="35" w:type="dxa"/>
              <w:left w:w="20" w:type="dxa"/>
              <w:right w:w="20" w:type="dxa"/>
            </w:tcMar>
          </w:tcPr>
          <w:p>
            <w:pPr>
              <w:jc w:val="right"/>
            </w:pPr>
            <w:r>
              <w:rPr>
                <w:sz w:val="15"/>
              </w:rPr>
              <w:t>14</w:t>
            </w:r>
          </w:p>
        </w:tc>
        <w:tc>
          <w:tcPr>
            <w:tcW w:type="dxa" w:w="835"/>
            <w:shd w:fill="FFFFFF"/>
            <w:tcMar>
              <w:top w:w="35" w:type="dxa"/>
              <w:bottom w:w="35" w:type="dxa"/>
              <w:left w:w="20" w:type="dxa"/>
              <w:right w:w="20" w:type="dxa"/>
            </w:tcMar>
          </w:tcPr>
          <w:p>
            <w:pPr>
              <w:jc w:val="right"/>
            </w:pPr>
            <w:r>
              <w:rPr>
                <w:sz w:val="15"/>
              </w:rPr>
              <w:t>108</w:t>
            </w:r>
          </w:p>
        </w:tc>
        <w:tc>
          <w:tcPr>
            <w:tcW w:type="dxa" w:w="835"/>
            <w:shd w:fill="FFFFFF"/>
            <w:tcMar>
              <w:top w:w="35" w:type="dxa"/>
              <w:bottom w:w="35" w:type="dxa"/>
              <w:left w:w="20" w:type="dxa"/>
              <w:right w:w="20" w:type="dxa"/>
            </w:tcMar>
          </w:tcPr>
          <w:p>
            <w:pPr>
              <w:jc w:val="right"/>
            </w:pPr>
            <w:r>
              <w:rPr>
                <w:sz w:val="15"/>
              </w:rPr>
              <w:t>52</w:t>
            </w:r>
          </w:p>
        </w:tc>
        <w:tc>
          <w:tcPr>
            <w:tcW w:type="dxa" w:w="835"/>
            <w:shd w:fill="FFFFFF"/>
            <w:tcMar>
              <w:top w:w="35" w:type="dxa"/>
              <w:bottom w:w="35" w:type="dxa"/>
              <w:left w:w="20" w:type="dxa"/>
              <w:right w:w="20" w:type="dxa"/>
            </w:tcMar>
          </w:tcPr>
          <w:p>
            <w:pPr>
              <w:jc w:val="right"/>
            </w:pPr>
            <w:r>
              <w:rPr>
                <w:sz w:val="15"/>
              </w:rPr>
              <w:t>129</w:t>
            </w:r>
          </w:p>
        </w:tc>
        <w:tc>
          <w:tcPr>
            <w:tcW w:type="dxa" w:w="835"/>
            <w:shd w:fill="FFFFFF"/>
            <w:tcMar>
              <w:top w:w="35" w:type="dxa"/>
              <w:bottom w:w="35" w:type="dxa"/>
              <w:left w:w="20" w:type="dxa"/>
              <w:right w:w="20" w:type="dxa"/>
            </w:tcMar>
          </w:tcPr>
          <w:p>
            <w:pPr>
              <w:jc w:val="right"/>
            </w:pPr>
            <w:r>
              <w:rPr>
                <w:sz w:val="15"/>
              </w:rPr>
              <w:t>148</w:t>
            </w:r>
          </w:p>
        </w:tc>
        <w:tc>
          <w:tcPr>
            <w:tcW w:type="dxa" w:w="835"/>
            <w:shd w:fill="FFFFFF"/>
            <w:tcMar>
              <w:top w:w="35" w:type="dxa"/>
              <w:bottom w:w="35" w:type="dxa"/>
              <w:left w:w="20" w:type="dxa"/>
              <w:right w:w="20" w:type="dxa"/>
            </w:tcMar>
          </w:tcPr>
          <w:p>
            <w:pPr>
              <w:jc w:val="right"/>
            </w:pPr>
            <w:r>
              <w:rPr>
                <w:sz w:val="15"/>
              </w:rPr>
              <w:t>167</w:t>
            </w:r>
          </w:p>
        </w:tc>
        <w:tc>
          <w:tcPr>
            <w:tcW w:type="dxa" w:w="835"/>
            <w:shd w:fill="FFFFFF"/>
            <w:tcMar>
              <w:top w:w="35" w:type="dxa"/>
              <w:bottom w:w="35" w:type="dxa"/>
              <w:left w:w="20" w:type="dxa"/>
              <w:right w:w="20" w:type="dxa"/>
            </w:tcMar>
          </w:tcPr>
          <w:p>
            <w:pPr>
              <w:jc w:val="right"/>
            </w:pPr>
            <w:r>
              <w:rPr>
                <w:sz w:val="15"/>
              </w:rPr>
              <w:t>221</w:t>
            </w:r>
          </w:p>
        </w:tc>
        <w:tc>
          <w:tcPr>
            <w:tcW w:type="dxa" w:w="835"/>
            <w:shd w:fill="FFFFFF"/>
            <w:tcMar>
              <w:top w:w="35" w:type="dxa"/>
              <w:bottom w:w="35" w:type="dxa"/>
              <w:left w:w="20" w:type="dxa"/>
              <w:right w:w="20" w:type="dxa"/>
            </w:tcMar>
          </w:tcPr>
          <w:p>
            <w:pPr>
              <w:jc w:val="right"/>
            </w:pPr>
            <w:r>
              <w:rPr>
                <w:sz w:val="15"/>
              </w:rPr>
              <w:t>177</w:t>
            </w:r>
          </w:p>
        </w:tc>
        <w:tc>
          <w:tcPr>
            <w:tcW w:type="dxa" w:w="835"/>
            <w:shd w:fill="FFFFFF"/>
            <w:tcMar>
              <w:top w:w="35" w:type="dxa"/>
              <w:bottom w:w="35" w:type="dxa"/>
              <w:left w:w="20" w:type="dxa"/>
              <w:right w:w="20" w:type="dxa"/>
            </w:tcMar>
          </w:tcPr>
          <w:p>
            <w:pPr>
              <w:jc w:val="right"/>
            </w:pPr>
            <w:r>
              <w:rPr>
                <w:b/>
                <w:sz w:val="15"/>
              </w:rPr>
              <w:t>230</w:t>
            </w:r>
          </w:p>
        </w:tc>
        <w:tc>
          <w:tcPr>
            <w:tcW w:type="dxa" w:w="1224"/>
            <w:shd w:fill="FFFFFF"/>
            <w:tcMar>
              <w:top w:w="35" w:type="dxa"/>
              <w:bottom w:w="35" w:type="dxa"/>
              <w:left w:w="20" w:type="dxa"/>
              <w:right w:w="20" w:type="dxa"/>
            </w:tcMar>
          </w:tcPr>
          <w:p>
            <w:pPr>
              <w:jc w:val="right"/>
            </w:pPr>
            <w:r>
              <w:rPr>
                <w:color w:val="27AE60"/>
                <w:sz w:val="15"/>
              </w:rPr>
              <w:t>+53</w:t>
            </w:r>
          </w:p>
        </w:tc>
        <w:tc>
          <w:tcPr>
            <w:tcW w:type="dxa" w:w="1066"/>
            <w:shd w:fill="FFFFFF"/>
            <w:tcMar>
              <w:top w:w="35" w:type="dxa"/>
              <w:bottom w:w="35" w:type="dxa"/>
              <w:left w:w="20" w:type="dxa"/>
              <w:right w:w="20" w:type="dxa"/>
            </w:tcMar>
          </w:tcPr>
          <w:p>
            <w:pPr>
              <w:jc w:val="center"/>
            </w:pPr>
            <w:r>
              <w:rPr>
                <w:b/>
                <w:color w:val="27AE60"/>
                <w:sz w:val="15"/>
              </w:rPr>
              <w:t>+29.9%</w:t>
            </w:r>
          </w:p>
        </w:tc>
      </w:tr>
      <w:tr>
        <w:tc>
          <w:tcPr>
            <w:tcW w:type="dxa" w:w="504"/>
            <w:shd w:fill="F9FBFB"/>
            <w:tcMar>
              <w:top w:w="35" w:type="dxa"/>
              <w:bottom w:w="35" w:type="dxa"/>
              <w:left w:w="20" w:type="dxa"/>
              <w:right w:w="20" w:type="dxa"/>
            </w:tcMar>
          </w:tcPr>
          <w:p>
            <w:pPr>
              <w:jc w:val="center"/>
            </w:pPr>
            <w:r>
              <w:rPr>
                <w:sz w:val="15"/>
              </w:rPr>
              <w:t>54</w:t>
            </w:r>
          </w:p>
        </w:tc>
        <w:tc>
          <w:tcPr>
            <w:tcW w:type="dxa" w:w="936"/>
            <w:shd w:fill="F9FBFB"/>
            <w:tcMar>
              <w:top w:w="35" w:type="dxa"/>
              <w:bottom w:w="35" w:type="dxa"/>
              <w:left w:w="20" w:type="dxa"/>
              <w:right w:w="20" w:type="dxa"/>
            </w:tcMar>
          </w:tcPr>
          <w:p>
            <w:pPr>
              <w:jc w:val="left"/>
            </w:pPr>
            <w:r>
              <w:rPr>
                <w:sz w:val="15"/>
              </w:rPr>
              <w:t>KH0269</w:t>
            </w:r>
          </w:p>
        </w:tc>
        <w:tc>
          <w:tcPr>
            <w:tcW w:type="dxa" w:w="3024"/>
            <w:shd w:fill="F9FBFB"/>
            <w:tcMar>
              <w:top w:w="35" w:type="dxa"/>
              <w:bottom w:w="35" w:type="dxa"/>
              <w:left w:w="20" w:type="dxa"/>
              <w:right w:w="20" w:type="dxa"/>
            </w:tcMar>
          </w:tcPr>
          <w:p>
            <w:pPr>
              <w:jc w:val="left"/>
            </w:pPr>
            <w:r>
              <w:rPr>
                <w:sz w:val="15"/>
              </w:rPr>
              <w:t>CÔNG TY TNHH GỖ VIỆT TÍN</w:t>
            </w:r>
          </w:p>
        </w:tc>
        <w:tc>
          <w:tcPr>
            <w:tcW w:type="dxa" w:w="835"/>
            <w:shd w:fill="F9FBFB"/>
            <w:tcMar>
              <w:top w:w="35" w:type="dxa"/>
              <w:bottom w:w="35" w:type="dxa"/>
              <w:left w:w="20" w:type="dxa"/>
              <w:right w:w="20" w:type="dxa"/>
            </w:tcMar>
          </w:tcPr>
          <w:p>
            <w:pPr>
              <w:jc w:val="right"/>
            </w:pPr>
            <w:r>
              <w:rPr>
                <w:sz w:val="15"/>
              </w:rPr>
              <w:t>84</w:t>
            </w:r>
          </w:p>
        </w:tc>
        <w:tc>
          <w:tcPr>
            <w:tcW w:type="dxa" w:w="835"/>
            <w:shd w:fill="F9FBFB"/>
            <w:tcMar>
              <w:top w:w="35" w:type="dxa"/>
              <w:bottom w:w="35" w:type="dxa"/>
              <w:left w:w="20" w:type="dxa"/>
              <w:right w:w="20" w:type="dxa"/>
            </w:tcMar>
          </w:tcPr>
          <w:p>
            <w:pPr>
              <w:jc w:val="right"/>
            </w:pPr>
            <w:r>
              <w:rPr>
                <w:sz w:val="15"/>
              </w:rPr>
              <w:t>63</w:t>
            </w:r>
          </w:p>
        </w:tc>
        <w:tc>
          <w:tcPr>
            <w:tcW w:type="dxa" w:w="835"/>
            <w:shd w:fill="F9FBFB"/>
            <w:tcMar>
              <w:top w:w="35" w:type="dxa"/>
              <w:bottom w:w="35" w:type="dxa"/>
              <w:left w:w="20" w:type="dxa"/>
              <w:right w:w="20" w:type="dxa"/>
            </w:tcMar>
          </w:tcPr>
          <w:p>
            <w:pPr>
              <w:jc w:val="right"/>
            </w:pPr>
            <w:r>
              <w:rPr>
                <w:sz w:val="15"/>
              </w:rPr>
              <w:t>78</w:t>
            </w:r>
          </w:p>
        </w:tc>
        <w:tc>
          <w:tcPr>
            <w:tcW w:type="dxa" w:w="835"/>
            <w:shd w:fill="F9FBFB"/>
            <w:tcMar>
              <w:top w:w="35" w:type="dxa"/>
              <w:bottom w:w="35" w:type="dxa"/>
              <w:left w:w="20" w:type="dxa"/>
              <w:right w:w="20" w:type="dxa"/>
            </w:tcMar>
          </w:tcPr>
          <w:p>
            <w:pPr>
              <w:jc w:val="right"/>
            </w:pPr>
            <w:r>
              <w:rPr>
                <w:sz w:val="15"/>
              </w:rPr>
              <w:t>40</w:t>
            </w:r>
          </w:p>
        </w:tc>
        <w:tc>
          <w:tcPr>
            <w:tcW w:type="dxa" w:w="835"/>
            <w:shd w:fill="F9FBFB"/>
            <w:tcMar>
              <w:top w:w="35" w:type="dxa"/>
              <w:bottom w:w="35" w:type="dxa"/>
              <w:left w:w="20" w:type="dxa"/>
              <w:right w:w="20" w:type="dxa"/>
            </w:tcMar>
          </w:tcPr>
          <w:p>
            <w:pPr>
              <w:jc w:val="right"/>
            </w:pPr>
            <w:r>
              <w:rPr>
                <w:sz w:val="15"/>
              </w:rPr>
              <w:t>85</w:t>
            </w:r>
          </w:p>
        </w:tc>
        <w:tc>
          <w:tcPr>
            <w:tcW w:type="dxa" w:w="835"/>
            <w:shd w:fill="F9FBFB"/>
            <w:tcMar>
              <w:top w:w="35" w:type="dxa"/>
              <w:bottom w:w="35" w:type="dxa"/>
              <w:left w:w="20" w:type="dxa"/>
              <w:right w:w="20" w:type="dxa"/>
            </w:tcMar>
          </w:tcPr>
          <w:p>
            <w:pPr>
              <w:jc w:val="right"/>
            </w:pPr>
            <w:r>
              <w:rPr>
                <w:sz w:val="15"/>
              </w:rPr>
              <w:t>85</w:t>
            </w:r>
          </w:p>
        </w:tc>
        <w:tc>
          <w:tcPr>
            <w:tcW w:type="dxa" w:w="835"/>
            <w:shd w:fill="F9FBFB"/>
            <w:tcMar>
              <w:top w:w="35" w:type="dxa"/>
              <w:bottom w:w="35" w:type="dxa"/>
              <w:left w:w="20" w:type="dxa"/>
              <w:right w:w="20" w:type="dxa"/>
            </w:tcMar>
          </w:tcPr>
          <w:p>
            <w:pPr>
              <w:jc w:val="right"/>
            </w:pPr>
            <w:r>
              <w:rPr>
                <w:sz w:val="15"/>
              </w:rPr>
              <w:t>253</w:t>
            </w:r>
          </w:p>
        </w:tc>
        <w:tc>
          <w:tcPr>
            <w:tcW w:type="dxa" w:w="835"/>
            <w:shd w:fill="F9FBFB"/>
            <w:tcMar>
              <w:top w:w="35" w:type="dxa"/>
              <w:bottom w:w="35" w:type="dxa"/>
              <w:left w:w="20" w:type="dxa"/>
              <w:right w:w="20" w:type="dxa"/>
            </w:tcMar>
          </w:tcPr>
          <w:p>
            <w:pPr>
              <w:jc w:val="right"/>
            </w:pPr>
            <w:r>
              <w:rPr>
                <w:sz w:val="15"/>
              </w:rPr>
              <w:t>226</w:t>
            </w:r>
          </w:p>
        </w:tc>
        <w:tc>
          <w:tcPr>
            <w:tcW w:type="dxa" w:w="835"/>
            <w:shd w:fill="F9FBFB"/>
            <w:tcMar>
              <w:top w:w="35" w:type="dxa"/>
              <w:bottom w:w="35" w:type="dxa"/>
              <w:left w:w="20" w:type="dxa"/>
              <w:right w:w="20" w:type="dxa"/>
            </w:tcMar>
          </w:tcPr>
          <w:p>
            <w:pPr>
              <w:jc w:val="right"/>
            </w:pPr>
            <w:r>
              <w:rPr>
                <w:sz w:val="15"/>
              </w:rPr>
              <w:t>171</w:t>
            </w:r>
          </w:p>
        </w:tc>
        <w:tc>
          <w:tcPr>
            <w:tcW w:type="dxa" w:w="835"/>
            <w:shd w:fill="F9FBFB"/>
            <w:tcMar>
              <w:top w:w="35" w:type="dxa"/>
              <w:bottom w:w="35" w:type="dxa"/>
              <w:left w:w="20" w:type="dxa"/>
              <w:right w:w="20" w:type="dxa"/>
            </w:tcMar>
          </w:tcPr>
          <w:p>
            <w:pPr>
              <w:jc w:val="right"/>
            </w:pPr>
            <w:r>
              <w:rPr>
                <w:b/>
                <w:sz w:val="15"/>
              </w:rPr>
              <w:t>-</w:t>
            </w:r>
          </w:p>
        </w:tc>
        <w:tc>
          <w:tcPr>
            <w:tcW w:type="dxa" w:w="1224"/>
            <w:shd w:fill="F9FBFB"/>
            <w:tcMar>
              <w:top w:w="35" w:type="dxa"/>
              <w:bottom w:w="35" w:type="dxa"/>
              <w:left w:w="20" w:type="dxa"/>
              <w:right w:w="20" w:type="dxa"/>
            </w:tcMar>
          </w:tcPr>
          <w:p>
            <w:pPr>
              <w:jc w:val="right"/>
            </w:pPr>
            <w:r>
              <w:rPr>
                <w:color w:val="C0392B"/>
                <w:sz w:val="15"/>
              </w:rPr>
              <w:t>-171</w:t>
            </w:r>
          </w:p>
        </w:tc>
        <w:tc>
          <w:tcPr>
            <w:tcW w:type="dxa" w:w="1066"/>
            <w:shd w:fill="F9FBFB"/>
            <w:tcMar>
              <w:top w:w="35" w:type="dxa"/>
              <w:bottom w:w="35" w:type="dxa"/>
              <w:left w:w="20" w:type="dxa"/>
              <w:right w:w="20" w:type="dxa"/>
            </w:tcMar>
          </w:tcPr>
          <w:p>
            <w:pPr>
              <w:jc w:val="center"/>
            </w:pPr>
            <w:r>
              <w:rPr>
                <w:b/>
                <w:color w:val="C0392B"/>
                <w:sz w:val="15"/>
              </w:rPr>
              <w:t>-100.0%</w:t>
            </w:r>
          </w:p>
        </w:tc>
      </w:tr>
      <w:tr>
        <w:tc>
          <w:tcPr>
            <w:tcW w:type="dxa" w:w="504"/>
            <w:shd w:fill="FFFFFF"/>
            <w:tcMar>
              <w:top w:w="35" w:type="dxa"/>
              <w:bottom w:w="35" w:type="dxa"/>
              <w:left w:w="20" w:type="dxa"/>
              <w:right w:w="20" w:type="dxa"/>
            </w:tcMar>
          </w:tcPr>
          <w:p>
            <w:pPr>
              <w:jc w:val="center"/>
            </w:pPr>
            <w:r>
              <w:rPr>
                <w:sz w:val="15"/>
              </w:rPr>
              <w:t>55</w:t>
            </w:r>
          </w:p>
        </w:tc>
        <w:tc>
          <w:tcPr>
            <w:tcW w:type="dxa" w:w="936"/>
            <w:shd w:fill="FFFFFF"/>
            <w:tcMar>
              <w:top w:w="35" w:type="dxa"/>
              <w:bottom w:w="35" w:type="dxa"/>
              <w:left w:w="20" w:type="dxa"/>
              <w:right w:w="20" w:type="dxa"/>
            </w:tcMar>
          </w:tcPr>
          <w:p>
            <w:pPr>
              <w:jc w:val="left"/>
            </w:pPr>
            <w:r>
              <w:rPr>
                <w:sz w:val="15"/>
              </w:rPr>
              <w:t>KH1899</w:t>
            </w:r>
          </w:p>
        </w:tc>
        <w:tc>
          <w:tcPr>
            <w:tcW w:type="dxa" w:w="3024"/>
            <w:shd w:fill="FFFFFF"/>
            <w:tcMar>
              <w:top w:w="35" w:type="dxa"/>
              <w:bottom w:w="35" w:type="dxa"/>
              <w:left w:w="20" w:type="dxa"/>
              <w:right w:w="20" w:type="dxa"/>
            </w:tcMar>
          </w:tcPr>
          <w:p>
            <w:pPr>
              <w:jc w:val="left"/>
            </w:pPr>
            <w:r>
              <w:rPr>
                <w:sz w:val="15"/>
              </w:rPr>
              <w:t>CÔNG TY TNHH MTV GỖ PHÚ TÀI BÌNH ĐỊNH.</w:t>
            </w:r>
          </w:p>
        </w:tc>
        <w:tc>
          <w:tcPr>
            <w:tcW w:type="dxa" w:w="835"/>
            <w:shd w:fill="FFFFFF"/>
            <w:tcMar>
              <w:top w:w="35" w:type="dxa"/>
              <w:bottom w:w="35" w:type="dxa"/>
              <w:left w:w="20" w:type="dxa"/>
              <w:right w:w="20" w:type="dxa"/>
            </w:tcMar>
          </w:tcPr>
          <w:p>
            <w:pPr>
              <w:jc w:val="right"/>
            </w:pPr>
            <w:r>
              <w:rPr>
                <w:sz w:val="15"/>
              </w:rPr>
              <w:t>11</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197</w:t>
            </w:r>
          </w:p>
        </w:tc>
        <w:tc>
          <w:tcPr>
            <w:tcW w:type="dxa" w:w="835"/>
            <w:shd w:fill="FFFFFF"/>
            <w:tcMar>
              <w:top w:w="35" w:type="dxa"/>
              <w:bottom w:w="35" w:type="dxa"/>
              <w:left w:w="20" w:type="dxa"/>
              <w:right w:w="20" w:type="dxa"/>
            </w:tcMar>
          </w:tcPr>
          <w:p>
            <w:pPr>
              <w:jc w:val="right"/>
            </w:pPr>
            <w:r>
              <w:rPr>
                <w:sz w:val="15"/>
              </w:rPr>
              <w:t>383</w:t>
            </w:r>
          </w:p>
        </w:tc>
        <w:tc>
          <w:tcPr>
            <w:tcW w:type="dxa" w:w="835"/>
            <w:shd w:fill="FFFFFF"/>
            <w:tcMar>
              <w:top w:w="35" w:type="dxa"/>
              <w:bottom w:w="35" w:type="dxa"/>
              <w:left w:w="20" w:type="dxa"/>
              <w:right w:w="20" w:type="dxa"/>
            </w:tcMar>
          </w:tcPr>
          <w:p>
            <w:pPr>
              <w:jc w:val="right"/>
            </w:pPr>
            <w:r>
              <w:rPr>
                <w:sz w:val="15"/>
              </w:rPr>
              <w:t>207</w:t>
            </w:r>
          </w:p>
        </w:tc>
        <w:tc>
          <w:tcPr>
            <w:tcW w:type="dxa" w:w="835"/>
            <w:shd w:fill="FFFFFF"/>
            <w:tcMar>
              <w:top w:w="35" w:type="dxa"/>
              <w:bottom w:w="35" w:type="dxa"/>
              <w:left w:w="20" w:type="dxa"/>
              <w:right w:w="20" w:type="dxa"/>
            </w:tcMar>
          </w:tcPr>
          <w:p>
            <w:pPr>
              <w:jc w:val="right"/>
            </w:pPr>
            <w:r>
              <w:rPr>
                <w:sz w:val="15"/>
              </w:rPr>
              <w:t>171</w:t>
            </w:r>
          </w:p>
        </w:tc>
        <w:tc>
          <w:tcPr>
            <w:tcW w:type="dxa" w:w="835"/>
            <w:shd w:fill="FFFFFF"/>
            <w:tcMar>
              <w:top w:w="35" w:type="dxa"/>
              <w:bottom w:w="35" w:type="dxa"/>
              <w:left w:w="20" w:type="dxa"/>
              <w:right w:w="20" w:type="dxa"/>
            </w:tcMar>
          </w:tcPr>
          <w:p>
            <w:pPr>
              <w:jc w:val="right"/>
            </w:pPr>
            <w:r>
              <w:rPr>
                <w:b/>
                <w:sz w:val="15"/>
              </w:rPr>
              <w:t>784</w:t>
            </w:r>
          </w:p>
        </w:tc>
        <w:tc>
          <w:tcPr>
            <w:tcW w:type="dxa" w:w="1224"/>
            <w:shd w:fill="FFFFFF"/>
            <w:tcMar>
              <w:top w:w="35" w:type="dxa"/>
              <w:bottom w:w="35" w:type="dxa"/>
              <w:left w:w="20" w:type="dxa"/>
              <w:right w:w="20" w:type="dxa"/>
            </w:tcMar>
          </w:tcPr>
          <w:p>
            <w:pPr>
              <w:jc w:val="right"/>
            </w:pPr>
            <w:r>
              <w:rPr>
                <w:color w:val="27AE60"/>
                <w:sz w:val="15"/>
              </w:rPr>
              <w:t>+613</w:t>
            </w:r>
          </w:p>
        </w:tc>
        <w:tc>
          <w:tcPr>
            <w:tcW w:type="dxa" w:w="1066"/>
            <w:shd w:fill="FFFFFF"/>
            <w:tcMar>
              <w:top w:w="35" w:type="dxa"/>
              <w:bottom w:w="35" w:type="dxa"/>
              <w:left w:w="20" w:type="dxa"/>
              <w:right w:w="20" w:type="dxa"/>
            </w:tcMar>
          </w:tcPr>
          <w:p>
            <w:pPr>
              <w:jc w:val="center"/>
            </w:pPr>
            <w:r>
              <w:rPr>
                <w:b/>
                <w:color w:val="27AE60"/>
                <w:sz w:val="15"/>
              </w:rPr>
              <w:t>+358.5%</w:t>
            </w:r>
          </w:p>
        </w:tc>
      </w:tr>
      <w:tr>
        <w:tc>
          <w:tcPr>
            <w:tcW w:type="dxa" w:w="504"/>
            <w:shd w:fill="F9FBFB"/>
            <w:tcMar>
              <w:top w:w="35" w:type="dxa"/>
              <w:bottom w:w="35" w:type="dxa"/>
              <w:left w:w="20" w:type="dxa"/>
              <w:right w:w="20" w:type="dxa"/>
            </w:tcMar>
          </w:tcPr>
          <w:p>
            <w:pPr>
              <w:jc w:val="center"/>
            </w:pPr>
            <w:r>
              <w:rPr>
                <w:sz w:val="15"/>
              </w:rPr>
              <w:t>56</w:t>
            </w:r>
          </w:p>
        </w:tc>
        <w:tc>
          <w:tcPr>
            <w:tcW w:type="dxa" w:w="936"/>
            <w:shd w:fill="F9FBFB"/>
            <w:tcMar>
              <w:top w:w="35" w:type="dxa"/>
              <w:bottom w:w="35" w:type="dxa"/>
              <w:left w:w="20" w:type="dxa"/>
              <w:right w:w="20" w:type="dxa"/>
            </w:tcMar>
          </w:tcPr>
          <w:p>
            <w:pPr>
              <w:jc w:val="left"/>
            </w:pPr>
            <w:r>
              <w:rPr>
                <w:sz w:val="15"/>
              </w:rPr>
              <w:t>KH0525</w:t>
            </w:r>
          </w:p>
        </w:tc>
        <w:tc>
          <w:tcPr>
            <w:tcW w:type="dxa" w:w="3024"/>
            <w:shd w:fill="F9FBFB"/>
            <w:tcMar>
              <w:top w:w="35" w:type="dxa"/>
              <w:bottom w:w="35" w:type="dxa"/>
              <w:left w:w="20" w:type="dxa"/>
              <w:right w:w="20" w:type="dxa"/>
            </w:tcMar>
          </w:tcPr>
          <w:p>
            <w:pPr>
              <w:jc w:val="left"/>
            </w:pPr>
            <w:r>
              <w:rPr>
                <w:sz w:val="15"/>
              </w:rPr>
              <w:t>CÔNG TY TNHH SX - TM HÀNH MỸ</w:t>
            </w:r>
          </w:p>
        </w:tc>
        <w:tc>
          <w:tcPr>
            <w:tcW w:type="dxa" w:w="835"/>
            <w:shd w:fill="F9FBFB"/>
            <w:tcMar>
              <w:top w:w="35" w:type="dxa"/>
              <w:bottom w:w="35" w:type="dxa"/>
              <w:left w:w="20" w:type="dxa"/>
              <w:right w:w="20" w:type="dxa"/>
            </w:tcMar>
          </w:tcPr>
          <w:p>
            <w:pPr>
              <w:jc w:val="right"/>
            </w:pPr>
            <w:r>
              <w:rPr>
                <w:sz w:val="15"/>
              </w:rPr>
              <w:t>455</w:t>
            </w:r>
          </w:p>
        </w:tc>
        <w:tc>
          <w:tcPr>
            <w:tcW w:type="dxa" w:w="835"/>
            <w:shd w:fill="F9FBFB"/>
            <w:tcMar>
              <w:top w:w="35" w:type="dxa"/>
              <w:bottom w:w="35" w:type="dxa"/>
              <w:left w:w="20" w:type="dxa"/>
              <w:right w:w="20" w:type="dxa"/>
            </w:tcMar>
          </w:tcPr>
          <w:p>
            <w:pPr>
              <w:jc w:val="right"/>
            </w:pPr>
            <w:r>
              <w:rPr>
                <w:sz w:val="15"/>
              </w:rPr>
              <w:t>182</w:t>
            </w:r>
          </w:p>
        </w:tc>
        <w:tc>
          <w:tcPr>
            <w:tcW w:type="dxa" w:w="835"/>
            <w:shd w:fill="F9FBFB"/>
            <w:tcMar>
              <w:top w:w="35" w:type="dxa"/>
              <w:bottom w:w="35" w:type="dxa"/>
              <w:left w:w="20" w:type="dxa"/>
              <w:right w:w="20" w:type="dxa"/>
            </w:tcMar>
          </w:tcPr>
          <w:p>
            <w:pPr>
              <w:jc w:val="right"/>
            </w:pPr>
            <w:r>
              <w:rPr>
                <w:sz w:val="15"/>
              </w:rPr>
              <w:t>164</w:t>
            </w:r>
          </w:p>
        </w:tc>
        <w:tc>
          <w:tcPr>
            <w:tcW w:type="dxa" w:w="835"/>
            <w:shd w:fill="F9FBFB"/>
            <w:tcMar>
              <w:top w:w="35" w:type="dxa"/>
              <w:bottom w:w="35" w:type="dxa"/>
              <w:left w:w="20" w:type="dxa"/>
              <w:right w:w="20" w:type="dxa"/>
            </w:tcMar>
          </w:tcPr>
          <w:p>
            <w:pPr>
              <w:jc w:val="right"/>
            </w:pPr>
            <w:r>
              <w:rPr>
                <w:sz w:val="15"/>
              </w:rPr>
              <w:t>173</w:t>
            </w:r>
          </w:p>
        </w:tc>
        <w:tc>
          <w:tcPr>
            <w:tcW w:type="dxa" w:w="835"/>
            <w:shd w:fill="F9FBFB"/>
            <w:tcMar>
              <w:top w:w="35" w:type="dxa"/>
              <w:bottom w:w="35" w:type="dxa"/>
              <w:left w:w="20" w:type="dxa"/>
              <w:right w:w="20" w:type="dxa"/>
            </w:tcMar>
          </w:tcPr>
          <w:p>
            <w:pPr>
              <w:jc w:val="right"/>
            </w:pPr>
            <w:r>
              <w:rPr>
                <w:sz w:val="15"/>
              </w:rPr>
              <w:t>193</w:t>
            </w:r>
          </w:p>
        </w:tc>
        <w:tc>
          <w:tcPr>
            <w:tcW w:type="dxa" w:w="835"/>
            <w:shd w:fill="F9FBFB"/>
            <w:tcMar>
              <w:top w:w="35" w:type="dxa"/>
              <w:bottom w:w="35" w:type="dxa"/>
              <w:left w:w="20" w:type="dxa"/>
              <w:right w:w="20" w:type="dxa"/>
            </w:tcMar>
          </w:tcPr>
          <w:p>
            <w:pPr>
              <w:jc w:val="right"/>
            </w:pPr>
            <w:r>
              <w:rPr>
                <w:sz w:val="15"/>
              </w:rPr>
              <w:t>167</w:t>
            </w:r>
          </w:p>
        </w:tc>
        <w:tc>
          <w:tcPr>
            <w:tcW w:type="dxa" w:w="835"/>
            <w:shd w:fill="F9FBFB"/>
            <w:tcMar>
              <w:top w:w="35" w:type="dxa"/>
              <w:bottom w:w="35" w:type="dxa"/>
              <w:left w:w="20" w:type="dxa"/>
              <w:right w:w="20" w:type="dxa"/>
            </w:tcMar>
          </w:tcPr>
          <w:p>
            <w:pPr>
              <w:jc w:val="right"/>
            </w:pPr>
            <w:r>
              <w:rPr>
                <w:sz w:val="15"/>
              </w:rPr>
              <w:t>121</w:t>
            </w:r>
          </w:p>
        </w:tc>
        <w:tc>
          <w:tcPr>
            <w:tcW w:type="dxa" w:w="835"/>
            <w:shd w:fill="F9FBFB"/>
            <w:tcMar>
              <w:top w:w="35" w:type="dxa"/>
              <w:bottom w:w="35" w:type="dxa"/>
              <w:left w:w="20" w:type="dxa"/>
              <w:right w:w="20" w:type="dxa"/>
            </w:tcMar>
          </w:tcPr>
          <w:p>
            <w:pPr>
              <w:jc w:val="right"/>
            </w:pPr>
            <w:r>
              <w:rPr>
                <w:sz w:val="15"/>
              </w:rPr>
              <w:t>153</w:t>
            </w:r>
          </w:p>
        </w:tc>
        <w:tc>
          <w:tcPr>
            <w:tcW w:type="dxa" w:w="835"/>
            <w:shd w:fill="F9FBFB"/>
            <w:tcMar>
              <w:top w:w="35" w:type="dxa"/>
              <w:bottom w:w="35" w:type="dxa"/>
              <w:left w:w="20" w:type="dxa"/>
              <w:right w:w="20" w:type="dxa"/>
            </w:tcMar>
          </w:tcPr>
          <w:p>
            <w:pPr>
              <w:jc w:val="right"/>
            </w:pPr>
            <w:r>
              <w:rPr>
                <w:sz w:val="15"/>
              </w:rPr>
              <w:t>168</w:t>
            </w:r>
          </w:p>
        </w:tc>
        <w:tc>
          <w:tcPr>
            <w:tcW w:type="dxa" w:w="835"/>
            <w:shd w:fill="F9FBFB"/>
            <w:tcMar>
              <w:top w:w="35" w:type="dxa"/>
              <w:bottom w:w="35" w:type="dxa"/>
              <w:left w:w="20" w:type="dxa"/>
              <w:right w:w="20" w:type="dxa"/>
            </w:tcMar>
          </w:tcPr>
          <w:p>
            <w:pPr>
              <w:jc w:val="right"/>
            </w:pPr>
            <w:r>
              <w:rPr>
                <w:b/>
                <w:sz w:val="15"/>
              </w:rPr>
              <w:t>566</w:t>
            </w:r>
          </w:p>
        </w:tc>
        <w:tc>
          <w:tcPr>
            <w:tcW w:type="dxa" w:w="1224"/>
            <w:shd w:fill="F9FBFB"/>
            <w:tcMar>
              <w:top w:w="35" w:type="dxa"/>
              <w:bottom w:w="35" w:type="dxa"/>
              <w:left w:w="20" w:type="dxa"/>
              <w:right w:w="20" w:type="dxa"/>
            </w:tcMar>
          </w:tcPr>
          <w:p>
            <w:pPr>
              <w:jc w:val="right"/>
            </w:pPr>
            <w:r>
              <w:rPr>
                <w:color w:val="27AE60"/>
                <w:sz w:val="15"/>
              </w:rPr>
              <w:t>+398</w:t>
            </w:r>
          </w:p>
        </w:tc>
        <w:tc>
          <w:tcPr>
            <w:tcW w:type="dxa" w:w="1066"/>
            <w:shd w:fill="F9FBFB"/>
            <w:tcMar>
              <w:top w:w="35" w:type="dxa"/>
              <w:bottom w:w="35" w:type="dxa"/>
              <w:left w:w="20" w:type="dxa"/>
              <w:right w:w="20" w:type="dxa"/>
            </w:tcMar>
          </w:tcPr>
          <w:p>
            <w:pPr>
              <w:jc w:val="center"/>
            </w:pPr>
            <w:r>
              <w:rPr>
                <w:b/>
                <w:color w:val="27AE60"/>
                <w:sz w:val="15"/>
              </w:rPr>
              <w:t>+236.9%</w:t>
            </w:r>
          </w:p>
        </w:tc>
      </w:tr>
      <w:tr>
        <w:tc>
          <w:tcPr>
            <w:tcW w:type="dxa" w:w="504"/>
            <w:shd w:fill="FFFFFF"/>
            <w:tcMar>
              <w:top w:w="35" w:type="dxa"/>
              <w:bottom w:w="35" w:type="dxa"/>
              <w:left w:w="20" w:type="dxa"/>
              <w:right w:w="20" w:type="dxa"/>
            </w:tcMar>
          </w:tcPr>
          <w:p>
            <w:pPr>
              <w:jc w:val="center"/>
            </w:pPr>
            <w:r>
              <w:rPr>
                <w:sz w:val="15"/>
              </w:rPr>
              <w:t>57</w:t>
            </w:r>
          </w:p>
        </w:tc>
        <w:tc>
          <w:tcPr>
            <w:tcW w:type="dxa" w:w="936"/>
            <w:shd w:fill="FFFFFF"/>
            <w:tcMar>
              <w:top w:w="35" w:type="dxa"/>
              <w:bottom w:w="35" w:type="dxa"/>
              <w:left w:w="20" w:type="dxa"/>
              <w:right w:w="20" w:type="dxa"/>
            </w:tcMar>
          </w:tcPr>
          <w:p>
            <w:pPr>
              <w:jc w:val="left"/>
            </w:pPr>
            <w:r>
              <w:rPr>
                <w:sz w:val="15"/>
              </w:rPr>
              <w:t>KH0788</w:t>
            </w:r>
          </w:p>
        </w:tc>
        <w:tc>
          <w:tcPr>
            <w:tcW w:type="dxa" w:w="3024"/>
            <w:shd w:fill="FFFFFF"/>
            <w:tcMar>
              <w:top w:w="35" w:type="dxa"/>
              <w:bottom w:w="35" w:type="dxa"/>
              <w:left w:w="20" w:type="dxa"/>
              <w:right w:w="20" w:type="dxa"/>
            </w:tcMar>
          </w:tcPr>
          <w:p>
            <w:pPr>
              <w:jc w:val="left"/>
            </w:pPr>
            <w:r>
              <w:rPr>
                <w:sz w:val="15"/>
              </w:rPr>
              <w:t>CÔNG TY TNHH SẢN XUẤT-XUẤT NHẬP KHẨU VIỆT MỸ</w:t>
            </w:r>
          </w:p>
        </w:tc>
        <w:tc>
          <w:tcPr>
            <w:tcW w:type="dxa" w:w="835"/>
            <w:shd w:fill="FFFFFF"/>
            <w:tcMar>
              <w:top w:w="35" w:type="dxa"/>
              <w:bottom w:w="35" w:type="dxa"/>
              <w:left w:w="20" w:type="dxa"/>
              <w:right w:w="20" w:type="dxa"/>
            </w:tcMar>
          </w:tcPr>
          <w:p>
            <w:pPr>
              <w:jc w:val="right"/>
            </w:pPr>
            <w:r>
              <w:rPr>
                <w:sz w:val="15"/>
              </w:rPr>
              <w:t>183</w:t>
            </w:r>
          </w:p>
        </w:tc>
        <w:tc>
          <w:tcPr>
            <w:tcW w:type="dxa" w:w="835"/>
            <w:shd w:fill="FFFFFF"/>
            <w:tcMar>
              <w:top w:w="35" w:type="dxa"/>
              <w:bottom w:w="35" w:type="dxa"/>
              <w:left w:w="20" w:type="dxa"/>
              <w:right w:w="20" w:type="dxa"/>
            </w:tcMar>
          </w:tcPr>
          <w:p>
            <w:pPr>
              <w:jc w:val="right"/>
            </w:pPr>
            <w:r>
              <w:rPr>
                <w:sz w:val="15"/>
              </w:rPr>
              <w:t>49</w:t>
            </w:r>
          </w:p>
        </w:tc>
        <w:tc>
          <w:tcPr>
            <w:tcW w:type="dxa" w:w="835"/>
            <w:shd w:fill="FFFFFF"/>
            <w:tcMar>
              <w:top w:w="35" w:type="dxa"/>
              <w:bottom w:w="35" w:type="dxa"/>
              <w:left w:w="20" w:type="dxa"/>
              <w:right w:w="20" w:type="dxa"/>
            </w:tcMar>
          </w:tcPr>
          <w:p>
            <w:pPr>
              <w:jc w:val="right"/>
            </w:pPr>
            <w:r>
              <w:rPr>
                <w:sz w:val="15"/>
              </w:rPr>
              <w:t>131</w:t>
            </w:r>
          </w:p>
        </w:tc>
        <w:tc>
          <w:tcPr>
            <w:tcW w:type="dxa" w:w="835"/>
            <w:shd w:fill="FFFFFF"/>
            <w:tcMar>
              <w:top w:w="35" w:type="dxa"/>
              <w:bottom w:w="35" w:type="dxa"/>
              <w:left w:w="20" w:type="dxa"/>
              <w:right w:w="20" w:type="dxa"/>
            </w:tcMar>
          </w:tcPr>
          <w:p>
            <w:pPr>
              <w:jc w:val="right"/>
            </w:pPr>
            <w:r>
              <w:rPr>
                <w:sz w:val="15"/>
              </w:rPr>
              <w:t>139</w:t>
            </w:r>
          </w:p>
        </w:tc>
        <w:tc>
          <w:tcPr>
            <w:tcW w:type="dxa" w:w="835"/>
            <w:shd w:fill="FFFFFF"/>
            <w:tcMar>
              <w:top w:w="35" w:type="dxa"/>
              <w:bottom w:w="35" w:type="dxa"/>
              <w:left w:w="20" w:type="dxa"/>
              <w:right w:w="20" w:type="dxa"/>
            </w:tcMar>
          </w:tcPr>
          <w:p>
            <w:pPr>
              <w:jc w:val="right"/>
            </w:pPr>
            <w:r>
              <w:rPr>
                <w:sz w:val="15"/>
              </w:rPr>
              <w:t>103</w:t>
            </w:r>
          </w:p>
        </w:tc>
        <w:tc>
          <w:tcPr>
            <w:tcW w:type="dxa" w:w="835"/>
            <w:shd w:fill="FFFFFF"/>
            <w:tcMar>
              <w:top w:w="35" w:type="dxa"/>
              <w:bottom w:w="35" w:type="dxa"/>
              <w:left w:w="20" w:type="dxa"/>
              <w:right w:w="20" w:type="dxa"/>
            </w:tcMar>
          </w:tcPr>
          <w:p>
            <w:pPr>
              <w:jc w:val="right"/>
            </w:pPr>
            <w:r>
              <w:rPr>
                <w:sz w:val="15"/>
              </w:rPr>
              <w:t>148</w:t>
            </w:r>
          </w:p>
        </w:tc>
        <w:tc>
          <w:tcPr>
            <w:tcW w:type="dxa" w:w="835"/>
            <w:shd w:fill="FFFFFF"/>
            <w:tcMar>
              <w:top w:w="35" w:type="dxa"/>
              <w:bottom w:w="35" w:type="dxa"/>
              <w:left w:w="20" w:type="dxa"/>
              <w:right w:w="20" w:type="dxa"/>
            </w:tcMar>
          </w:tcPr>
          <w:p>
            <w:pPr>
              <w:jc w:val="right"/>
            </w:pPr>
            <w:r>
              <w:rPr>
                <w:sz w:val="15"/>
              </w:rPr>
              <w:t>202</w:t>
            </w:r>
          </w:p>
        </w:tc>
        <w:tc>
          <w:tcPr>
            <w:tcW w:type="dxa" w:w="835"/>
            <w:shd w:fill="FFFFFF"/>
            <w:tcMar>
              <w:top w:w="35" w:type="dxa"/>
              <w:bottom w:w="35" w:type="dxa"/>
              <w:left w:w="20" w:type="dxa"/>
              <w:right w:w="20" w:type="dxa"/>
            </w:tcMar>
          </w:tcPr>
          <w:p>
            <w:pPr>
              <w:jc w:val="right"/>
            </w:pPr>
            <w:r>
              <w:rPr>
                <w:sz w:val="15"/>
              </w:rPr>
              <w:t>113</w:t>
            </w:r>
          </w:p>
        </w:tc>
        <w:tc>
          <w:tcPr>
            <w:tcW w:type="dxa" w:w="835"/>
            <w:shd w:fill="FFFFFF"/>
            <w:tcMar>
              <w:top w:w="35" w:type="dxa"/>
              <w:bottom w:w="35" w:type="dxa"/>
              <w:left w:w="20" w:type="dxa"/>
              <w:right w:w="20" w:type="dxa"/>
            </w:tcMar>
          </w:tcPr>
          <w:p>
            <w:pPr>
              <w:jc w:val="right"/>
            </w:pPr>
            <w:r>
              <w:rPr>
                <w:sz w:val="15"/>
              </w:rPr>
              <w:t>155</w:t>
            </w:r>
          </w:p>
        </w:tc>
        <w:tc>
          <w:tcPr>
            <w:tcW w:type="dxa" w:w="835"/>
            <w:shd w:fill="FFFFFF"/>
            <w:tcMar>
              <w:top w:w="35" w:type="dxa"/>
              <w:bottom w:w="35" w:type="dxa"/>
              <w:left w:w="20" w:type="dxa"/>
              <w:right w:w="20" w:type="dxa"/>
            </w:tcMar>
          </w:tcPr>
          <w:p>
            <w:pPr>
              <w:jc w:val="right"/>
            </w:pPr>
            <w:r>
              <w:rPr>
                <w:b/>
                <w:sz w:val="15"/>
              </w:rPr>
              <w:t>-</w:t>
            </w:r>
          </w:p>
        </w:tc>
        <w:tc>
          <w:tcPr>
            <w:tcW w:type="dxa" w:w="1224"/>
            <w:shd w:fill="FFFFFF"/>
            <w:tcMar>
              <w:top w:w="35" w:type="dxa"/>
              <w:bottom w:w="35" w:type="dxa"/>
              <w:left w:w="20" w:type="dxa"/>
              <w:right w:w="20" w:type="dxa"/>
            </w:tcMar>
          </w:tcPr>
          <w:p>
            <w:pPr>
              <w:jc w:val="right"/>
            </w:pPr>
            <w:r>
              <w:rPr>
                <w:color w:val="C0392B"/>
                <w:sz w:val="15"/>
              </w:rPr>
              <w:t>-155</w:t>
            </w:r>
          </w:p>
        </w:tc>
        <w:tc>
          <w:tcPr>
            <w:tcW w:type="dxa" w:w="1066"/>
            <w:shd w:fill="FFFFFF"/>
            <w:tcMar>
              <w:top w:w="35" w:type="dxa"/>
              <w:bottom w:w="35" w:type="dxa"/>
              <w:left w:w="20" w:type="dxa"/>
              <w:right w:w="20" w:type="dxa"/>
            </w:tcMar>
          </w:tcPr>
          <w:p>
            <w:pPr>
              <w:jc w:val="center"/>
            </w:pPr>
            <w:r>
              <w:rPr>
                <w:b/>
                <w:color w:val="C0392B"/>
                <w:sz w:val="15"/>
              </w:rPr>
              <w:t>-100.0%</w:t>
            </w:r>
          </w:p>
        </w:tc>
      </w:tr>
      <w:tr>
        <w:tc>
          <w:tcPr>
            <w:tcW w:type="dxa" w:w="504"/>
            <w:shd w:fill="F9FBFB"/>
            <w:tcMar>
              <w:top w:w="35" w:type="dxa"/>
              <w:bottom w:w="35" w:type="dxa"/>
              <w:left w:w="20" w:type="dxa"/>
              <w:right w:w="20" w:type="dxa"/>
            </w:tcMar>
          </w:tcPr>
          <w:p>
            <w:pPr>
              <w:jc w:val="center"/>
            </w:pPr>
            <w:r>
              <w:rPr>
                <w:sz w:val="15"/>
              </w:rPr>
              <w:t>58</w:t>
            </w:r>
          </w:p>
        </w:tc>
        <w:tc>
          <w:tcPr>
            <w:tcW w:type="dxa" w:w="936"/>
            <w:shd w:fill="F9FBFB"/>
            <w:tcMar>
              <w:top w:w="35" w:type="dxa"/>
              <w:bottom w:w="35" w:type="dxa"/>
              <w:left w:w="20" w:type="dxa"/>
              <w:right w:w="20" w:type="dxa"/>
            </w:tcMar>
          </w:tcPr>
          <w:p>
            <w:pPr>
              <w:jc w:val="left"/>
            </w:pPr>
            <w:r>
              <w:rPr>
                <w:sz w:val="15"/>
              </w:rPr>
              <w:t>KH2009</w:t>
            </w:r>
          </w:p>
        </w:tc>
        <w:tc>
          <w:tcPr>
            <w:tcW w:type="dxa" w:w="3024"/>
            <w:shd w:fill="F9FBFB"/>
            <w:tcMar>
              <w:top w:w="35" w:type="dxa"/>
              <w:bottom w:w="35" w:type="dxa"/>
              <w:left w:w="20" w:type="dxa"/>
              <w:right w:w="20" w:type="dxa"/>
            </w:tcMar>
          </w:tcPr>
          <w:p>
            <w:pPr>
              <w:jc w:val="left"/>
            </w:pPr>
            <w:r>
              <w:rPr>
                <w:sz w:val="15"/>
              </w:rPr>
              <w:t>CÔNG TY CỔ PHẦN SẢN XUẤT THƯƠNG MẠI CHẾ BIẾN GỖ QUANG TRUNG</w:t>
            </w:r>
          </w:p>
        </w:tc>
        <w:tc>
          <w:tcPr>
            <w:tcW w:type="dxa" w:w="835"/>
            <w:shd w:fill="F9FBFB"/>
            <w:tcMar>
              <w:top w:w="35" w:type="dxa"/>
              <w:bottom w:w="35" w:type="dxa"/>
              <w:left w:w="20" w:type="dxa"/>
              <w:right w:w="20" w:type="dxa"/>
            </w:tcMar>
          </w:tcPr>
          <w:p>
            <w:pPr>
              <w:jc w:val="right"/>
            </w:pPr>
            <w:r>
              <w:rPr>
                <w:sz w:val="15"/>
              </w:rPr>
              <w:t>118</w:t>
            </w:r>
          </w:p>
        </w:tc>
        <w:tc>
          <w:tcPr>
            <w:tcW w:type="dxa" w:w="835"/>
            <w:shd w:fill="F9FBFB"/>
            <w:tcMar>
              <w:top w:w="35" w:type="dxa"/>
              <w:bottom w:w="35" w:type="dxa"/>
              <w:left w:w="20" w:type="dxa"/>
              <w:right w:w="20" w:type="dxa"/>
            </w:tcMar>
          </w:tcPr>
          <w:p>
            <w:pPr>
              <w:jc w:val="right"/>
            </w:pPr>
            <w:r>
              <w:rPr>
                <w:sz w:val="15"/>
              </w:rPr>
              <w:t>18</w:t>
            </w:r>
          </w:p>
        </w:tc>
        <w:tc>
          <w:tcPr>
            <w:tcW w:type="dxa" w:w="835"/>
            <w:shd w:fill="F9FBFB"/>
            <w:tcMar>
              <w:top w:w="35" w:type="dxa"/>
              <w:bottom w:w="35" w:type="dxa"/>
              <w:left w:w="20" w:type="dxa"/>
              <w:right w:w="20" w:type="dxa"/>
            </w:tcMar>
          </w:tcPr>
          <w:p>
            <w:pPr>
              <w:jc w:val="right"/>
            </w:pPr>
            <w:r>
              <w:rPr>
                <w:sz w:val="15"/>
              </w:rPr>
              <w:t>163</w:t>
            </w:r>
          </w:p>
        </w:tc>
        <w:tc>
          <w:tcPr>
            <w:tcW w:type="dxa" w:w="835"/>
            <w:shd w:fill="F9FBFB"/>
            <w:tcMar>
              <w:top w:w="35" w:type="dxa"/>
              <w:bottom w:w="35" w:type="dxa"/>
              <w:left w:w="20" w:type="dxa"/>
              <w:right w:w="20" w:type="dxa"/>
            </w:tcMar>
          </w:tcPr>
          <w:p>
            <w:pPr>
              <w:jc w:val="right"/>
            </w:pPr>
            <w:r>
              <w:rPr>
                <w:sz w:val="15"/>
              </w:rPr>
              <w:t>149</w:t>
            </w:r>
          </w:p>
        </w:tc>
        <w:tc>
          <w:tcPr>
            <w:tcW w:type="dxa" w:w="835"/>
            <w:shd w:fill="F9FBFB"/>
            <w:tcMar>
              <w:top w:w="35" w:type="dxa"/>
              <w:bottom w:w="35" w:type="dxa"/>
              <w:left w:w="20" w:type="dxa"/>
              <w:right w:w="20" w:type="dxa"/>
            </w:tcMar>
          </w:tcPr>
          <w:p>
            <w:pPr>
              <w:jc w:val="right"/>
            </w:pPr>
            <w:r>
              <w:rPr>
                <w:sz w:val="15"/>
              </w:rPr>
              <w:t>96</w:t>
            </w:r>
          </w:p>
        </w:tc>
        <w:tc>
          <w:tcPr>
            <w:tcW w:type="dxa" w:w="835"/>
            <w:shd w:fill="F9FBFB"/>
            <w:tcMar>
              <w:top w:w="35" w:type="dxa"/>
              <w:bottom w:w="35" w:type="dxa"/>
              <w:left w:w="20" w:type="dxa"/>
              <w:right w:w="20" w:type="dxa"/>
            </w:tcMar>
          </w:tcPr>
          <w:p>
            <w:pPr>
              <w:jc w:val="right"/>
            </w:pPr>
            <w:r>
              <w:rPr>
                <w:sz w:val="15"/>
              </w:rPr>
              <w:t>162</w:t>
            </w:r>
          </w:p>
        </w:tc>
        <w:tc>
          <w:tcPr>
            <w:tcW w:type="dxa" w:w="835"/>
            <w:shd w:fill="F9FBFB"/>
            <w:tcMar>
              <w:top w:w="35" w:type="dxa"/>
              <w:bottom w:w="35" w:type="dxa"/>
              <w:left w:w="20" w:type="dxa"/>
              <w:right w:w="20" w:type="dxa"/>
            </w:tcMar>
          </w:tcPr>
          <w:p>
            <w:pPr>
              <w:jc w:val="right"/>
            </w:pPr>
            <w:r>
              <w:rPr>
                <w:sz w:val="15"/>
              </w:rPr>
              <w:t>187</w:t>
            </w:r>
          </w:p>
        </w:tc>
        <w:tc>
          <w:tcPr>
            <w:tcW w:type="dxa" w:w="835"/>
            <w:shd w:fill="F9FBFB"/>
            <w:tcMar>
              <w:top w:w="35" w:type="dxa"/>
              <w:bottom w:w="35" w:type="dxa"/>
              <w:left w:w="20" w:type="dxa"/>
              <w:right w:w="20" w:type="dxa"/>
            </w:tcMar>
          </w:tcPr>
          <w:p>
            <w:pPr>
              <w:jc w:val="right"/>
            </w:pPr>
            <w:r>
              <w:rPr>
                <w:sz w:val="15"/>
              </w:rPr>
              <w:t>144</w:t>
            </w:r>
          </w:p>
        </w:tc>
        <w:tc>
          <w:tcPr>
            <w:tcW w:type="dxa" w:w="835"/>
            <w:shd w:fill="F9FBFB"/>
            <w:tcMar>
              <w:top w:w="35" w:type="dxa"/>
              <w:bottom w:w="35" w:type="dxa"/>
              <w:left w:w="20" w:type="dxa"/>
              <w:right w:w="20" w:type="dxa"/>
            </w:tcMar>
          </w:tcPr>
          <w:p>
            <w:pPr>
              <w:jc w:val="right"/>
            </w:pPr>
            <w:r>
              <w:rPr>
                <w:sz w:val="15"/>
              </w:rPr>
              <w:t>152</w:t>
            </w:r>
          </w:p>
        </w:tc>
        <w:tc>
          <w:tcPr>
            <w:tcW w:type="dxa" w:w="835"/>
            <w:shd w:fill="F9FBFB"/>
            <w:tcMar>
              <w:top w:w="35" w:type="dxa"/>
              <w:bottom w:w="35" w:type="dxa"/>
              <w:left w:w="20" w:type="dxa"/>
              <w:right w:w="20" w:type="dxa"/>
            </w:tcMar>
          </w:tcPr>
          <w:p>
            <w:pPr>
              <w:jc w:val="right"/>
            </w:pPr>
            <w:r>
              <w:rPr>
                <w:b/>
                <w:sz w:val="15"/>
              </w:rPr>
              <w:t>384</w:t>
            </w:r>
          </w:p>
        </w:tc>
        <w:tc>
          <w:tcPr>
            <w:tcW w:type="dxa" w:w="1224"/>
            <w:shd w:fill="F9FBFB"/>
            <w:tcMar>
              <w:top w:w="35" w:type="dxa"/>
              <w:bottom w:w="35" w:type="dxa"/>
              <w:left w:w="20" w:type="dxa"/>
              <w:right w:w="20" w:type="dxa"/>
            </w:tcMar>
          </w:tcPr>
          <w:p>
            <w:pPr>
              <w:jc w:val="right"/>
            </w:pPr>
            <w:r>
              <w:rPr>
                <w:color w:val="27AE60"/>
                <w:sz w:val="15"/>
              </w:rPr>
              <w:t>+232</w:t>
            </w:r>
          </w:p>
        </w:tc>
        <w:tc>
          <w:tcPr>
            <w:tcW w:type="dxa" w:w="1066"/>
            <w:shd w:fill="F9FBFB"/>
            <w:tcMar>
              <w:top w:w="35" w:type="dxa"/>
              <w:bottom w:w="35" w:type="dxa"/>
              <w:left w:w="20" w:type="dxa"/>
              <w:right w:w="20" w:type="dxa"/>
            </w:tcMar>
          </w:tcPr>
          <w:p>
            <w:pPr>
              <w:jc w:val="center"/>
            </w:pPr>
            <w:r>
              <w:rPr>
                <w:b/>
                <w:color w:val="27AE60"/>
                <w:sz w:val="15"/>
              </w:rPr>
              <w:t>+152.6%</w:t>
            </w:r>
          </w:p>
        </w:tc>
      </w:tr>
      <w:tr>
        <w:tc>
          <w:tcPr>
            <w:tcW w:type="dxa" w:w="504"/>
            <w:shd w:fill="FFFFFF"/>
            <w:tcMar>
              <w:top w:w="35" w:type="dxa"/>
              <w:bottom w:w="35" w:type="dxa"/>
              <w:left w:w="20" w:type="dxa"/>
              <w:right w:w="20" w:type="dxa"/>
            </w:tcMar>
          </w:tcPr>
          <w:p>
            <w:pPr>
              <w:jc w:val="center"/>
            </w:pPr>
            <w:r>
              <w:rPr>
                <w:sz w:val="15"/>
              </w:rPr>
              <w:t>59</w:t>
            </w:r>
          </w:p>
        </w:tc>
        <w:tc>
          <w:tcPr>
            <w:tcW w:type="dxa" w:w="936"/>
            <w:shd w:fill="FFFFFF"/>
            <w:tcMar>
              <w:top w:w="35" w:type="dxa"/>
              <w:bottom w:w="35" w:type="dxa"/>
              <w:left w:w="20" w:type="dxa"/>
              <w:right w:w="20" w:type="dxa"/>
            </w:tcMar>
          </w:tcPr>
          <w:p>
            <w:pPr>
              <w:jc w:val="left"/>
            </w:pPr>
            <w:r>
              <w:rPr>
                <w:sz w:val="15"/>
              </w:rPr>
              <w:t>KH0455</w:t>
            </w:r>
          </w:p>
        </w:tc>
        <w:tc>
          <w:tcPr>
            <w:tcW w:type="dxa" w:w="3024"/>
            <w:shd w:fill="FFFFFF"/>
            <w:tcMar>
              <w:top w:w="35" w:type="dxa"/>
              <w:bottom w:w="35" w:type="dxa"/>
              <w:left w:w="20" w:type="dxa"/>
              <w:right w:w="20" w:type="dxa"/>
            </w:tcMar>
          </w:tcPr>
          <w:p>
            <w:pPr>
              <w:jc w:val="left"/>
            </w:pPr>
            <w:r>
              <w:rPr>
                <w:sz w:val="15"/>
              </w:rPr>
              <w:t>CÔNG TY TNHH PHÚ KHANG PHÁT</w:t>
            </w:r>
          </w:p>
        </w:tc>
        <w:tc>
          <w:tcPr>
            <w:tcW w:type="dxa" w:w="835"/>
            <w:shd w:fill="FFFFFF"/>
            <w:tcMar>
              <w:top w:w="35" w:type="dxa"/>
              <w:bottom w:w="35" w:type="dxa"/>
              <w:left w:w="20" w:type="dxa"/>
              <w:right w:w="20" w:type="dxa"/>
            </w:tcMar>
          </w:tcPr>
          <w:p>
            <w:pPr>
              <w:jc w:val="right"/>
            </w:pPr>
            <w:r>
              <w:rPr>
                <w:sz w:val="15"/>
              </w:rPr>
              <w:t>339</w:t>
            </w:r>
          </w:p>
        </w:tc>
        <w:tc>
          <w:tcPr>
            <w:tcW w:type="dxa" w:w="835"/>
            <w:shd w:fill="FFFFFF"/>
            <w:tcMar>
              <w:top w:w="35" w:type="dxa"/>
              <w:bottom w:w="35" w:type="dxa"/>
              <w:left w:w="20" w:type="dxa"/>
              <w:right w:w="20" w:type="dxa"/>
            </w:tcMar>
          </w:tcPr>
          <w:p>
            <w:pPr>
              <w:jc w:val="right"/>
            </w:pPr>
            <w:r>
              <w:rPr>
                <w:sz w:val="15"/>
              </w:rPr>
              <w:t>235</w:t>
            </w:r>
          </w:p>
        </w:tc>
        <w:tc>
          <w:tcPr>
            <w:tcW w:type="dxa" w:w="835"/>
            <w:shd w:fill="FFFFFF"/>
            <w:tcMar>
              <w:top w:w="35" w:type="dxa"/>
              <w:bottom w:w="35" w:type="dxa"/>
              <w:left w:w="20" w:type="dxa"/>
              <w:right w:w="20" w:type="dxa"/>
            </w:tcMar>
          </w:tcPr>
          <w:p>
            <w:pPr>
              <w:jc w:val="right"/>
            </w:pPr>
            <w:r>
              <w:rPr>
                <w:sz w:val="15"/>
              </w:rPr>
              <w:t>358</w:t>
            </w:r>
          </w:p>
        </w:tc>
        <w:tc>
          <w:tcPr>
            <w:tcW w:type="dxa" w:w="835"/>
            <w:shd w:fill="FFFFFF"/>
            <w:tcMar>
              <w:top w:w="35" w:type="dxa"/>
              <w:bottom w:w="35" w:type="dxa"/>
              <w:left w:w="20" w:type="dxa"/>
              <w:right w:w="20" w:type="dxa"/>
            </w:tcMar>
          </w:tcPr>
          <w:p>
            <w:pPr>
              <w:jc w:val="right"/>
            </w:pPr>
            <w:r>
              <w:rPr>
                <w:sz w:val="15"/>
              </w:rPr>
              <w:t>266</w:t>
            </w:r>
          </w:p>
        </w:tc>
        <w:tc>
          <w:tcPr>
            <w:tcW w:type="dxa" w:w="835"/>
            <w:shd w:fill="FFFFFF"/>
            <w:tcMar>
              <w:top w:w="35" w:type="dxa"/>
              <w:bottom w:w="35" w:type="dxa"/>
              <w:left w:w="20" w:type="dxa"/>
              <w:right w:w="20" w:type="dxa"/>
            </w:tcMar>
          </w:tcPr>
          <w:p>
            <w:pPr>
              <w:jc w:val="right"/>
            </w:pPr>
            <w:r>
              <w:rPr>
                <w:sz w:val="15"/>
              </w:rPr>
              <w:t>301</w:t>
            </w:r>
          </w:p>
        </w:tc>
        <w:tc>
          <w:tcPr>
            <w:tcW w:type="dxa" w:w="835"/>
            <w:shd w:fill="FFFFFF"/>
            <w:tcMar>
              <w:top w:w="35" w:type="dxa"/>
              <w:bottom w:w="35" w:type="dxa"/>
              <w:left w:w="20" w:type="dxa"/>
              <w:right w:w="20" w:type="dxa"/>
            </w:tcMar>
          </w:tcPr>
          <w:p>
            <w:pPr>
              <w:jc w:val="right"/>
            </w:pPr>
            <w:r>
              <w:rPr>
                <w:sz w:val="15"/>
              </w:rPr>
              <w:t>510</w:t>
            </w:r>
          </w:p>
        </w:tc>
        <w:tc>
          <w:tcPr>
            <w:tcW w:type="dxa" w:w="835"/>
            <w:shd w:fill="FFFFFF"/>
            <w:tcMar>
              <w:top w:w="35" w:type="dxa"/>
              <w:bottom w:w="35" w:type="dxa"/>
              <w:left w:w="20" w:type="dxa"/>
              <w:right w:w="20" w:type="dxa"/>
            </w:tcMar>
          </w:tcPr>
          <w:p>
            <w:pPr>
              <w:jc w:val="right"/>
            </w:pPr>
            <w:r>
              <w:rPr>
                <w:sz w:val="15"/>
              </w:rPr>
              <w:t>386</w:t>
            </w:r>
          </w:p>
        </w:tc>
        <w:tc>
          <w:tcPr>
            <w:tcW w:type="dxa" w:w="835"/>
            <w:shd w:fill="FFFFFF"/>
            <w:tcMar>
              <w:top w:w="35" w:type="dxa"/>
              <w:bottom w:w="35" w:type="dxa"/>
              <w:left w:w="20" w:type="dxa"/>
              <w:right w:w="20" w:type="dxa"/>
            </w:tcMar>
          </w:tcPr>
          <w:p>
            <w:pPr>
              <w:jc w:val="right"/>
            </w:pPr>
            <w:r>
              <w:rPr>
                <w:sz w:val="15"/>
              </w:rPr>
              <w:t>369</w:t>
            </w:r>
          </w:p>
        </w:tc>
        <w:tc>
          <w:tcPr>
            <w:tcW w:type="dxa" w:w="835"/>
            <w:shd w:fill="FFFFFF"/>
            <w:tcMar>
              <w:top w:w="35" w:type="dxa"/>
              <w:bottom w:w="35" w:type="dxa"/>
              <w:left w:w="20" w:type="dxa"/>
              <w:right w:w="20" w:type="dxa"/>
            </w:tcMar>
          </w:tcPr>
          <w:p>
            <w:pPr>
              <w:jc w:val="right"/>
            </w:pPr>
            <w:r>
              <w:rPr>
                <w:sz w:val="15"/>
              </w:rPr>
              <w:t>149</w:t>
            </w:r>
          </w:p>
        </w:tc>
        <w:tc>
          <w:tcPr>
            <w:tcW w:type="dxa" w:w="835"/>
            <w:shd w:fill="FFFFFF"/>
            <w:tcMar>
              <w:top w:w="35" w:type="dxa"/>
              <w:bottom w:w="35" w:type="dxa"/>
              <w:left w:w="20" w:type="dxa"/>
              <w:right w:w="20" w:type="dxa"/>
            </w:tcMar>
          </w:tcPr>
          <w:p>
            <w:pPr>
              <w:jc w:val="right"/>
            </w:pPr>
            <w:r>
              <w:rPr>
                <w:b/>
                <w:sz w:val="15"/>
              </w:rPr>
              <w:t>133</w:t>
            </w:r>
          </w:p>
        </w:tc>
        <w:tc>
          <w:tcPr>
            <w:tcW w:type="dxa" w:w="1224"/>
            <w:shd w:fill="FFFFFF"/>
            <w:tcMar>
              <w:top w:w="35" w:type="dxa"/>
              <w:bottom w:w="35" w:type="dxa"/>
              <w:left w:w="20" w:type="dxa"/>
              <w:right w:w="20" w:type="dxa"/>
            </w:tcMar>
          </w:tcPr>
          <w:p>
            <w:pPr>
              <w:jc w:val="right"/>
            </w:pPr>
            <w:r>
              <w:rPr>
                <w:color w:val="C0392B"/>
                <w:sz w:val="15"/>
              </w:rPr>
              <w:t>-16</w:t>
            </w:r>
          </w:p>
        </w:tc>
        <w:tc>
          <w:tcPr>
            <w:tcW w:type="dxa" w:w="1066"/>
            <w:shd w:fill="FFFFFF"/>
            <w:tcMar>
              <w:top w:w="35" w:type="dxa"/>
              <w:bottom w:w="35" w:type="dxa"/>
              <w:left w:w="20" w:type="dxa"/>
              <w:right w:w="20" w:type="dxa"/>
            </w:tcMar>
          </w:tcPr>
          <w:p>
            <w:pPr>
              <w:jc w:val="center"/>
            </w:pPr>
            <w:r>
              <w:rPr>
                <w:b/>
                <w:color w:val="C0392B"/>
                <w:sz w:val="15"/>
              </w:rPr>
              <w:t>-10.7%</w:t>
            </w:r>
          </w:p>
        </w:tc>
      </w:tr>
      <w:tr>
        <w:tc>
          <w:tcPr>
            <w:tcW w:type="dxa" w:w="504"/>
            <w:shd w:fill="F9FBFB"/>
            <w:tcMar>
              <w:top w:w="35" w:type="dxa"/>
              <w:bottom w:w="35" w:type="dxa"/>
              <w:left w:w="20" w:type="dxa"/>
              <w:right w:w="20" w:type="dxa"/>
            </w:tcMar>
          </w:tcPr>
          <w:p>
            <w:pPr>
              <w:jc w:val="center"/>
            </w:pPr>
            <w:r>
              <w:rPr>
                <w:sz w:val="15"/>
              </w:rPr>
              <w:t>60</w:t>
            </w:r>
          </w:p>
        </w:tc>
        <w:tc>
          <w:tcPr>
            <w:tcW w:type="dxa" w:w="936"/>
            <w:shd w:fill="F9FBFB"/>
            <w:tcMar>
              <w:top w:w="35" w:type="dxa"/>
              <w:bottom w:w="35" w:type="dxa"/>
              <w:left w:w="20" w:type="dxa"/>
              <w:right w:w="20" w:type="dxa"/>
            </w:tcMar>
          </w:tcPr>
          <w:p>
            <w:pPr>
              <w:jc w:val="left"/>
            </w:pPr>
            <w:r>
              <w:rPr>
                <w:sz w:val="15"/>
              </w:rPr>
              <w:t>KH2157</w:t>
            </w:r>
          </w:p>
        </w:tc>
        <w:tc>
          <w:tcPr>
            <w:tcW w:type="dxa" w:w="3024"/>
            <w:shd w:fill="F9FBFB"/>
            <w:tcMar>
              <w:top w:w="35" w:type="dxa"/>
              <w:bottom w:w="35" w:type="dxa"/>
              <w:left w:w="20" w:type="dxa"/>
              <w:right w:w="20" w:type="dxa"/>
            </w:tcMar>
          </w:tcPr>
          <w:p>
            <w:pPr>
              <w:jc w:val="left"/>
            </w:pPr>
            <w:r>
              <w:rPr>
                <w:sz w:val="15"/>
              </w:rPr>
              <w:t>CÔNG TY TNHH SAINT MARIA</w:t>
            </w:r>
          </w:p>
        </w:tc>
        <w:tc>
          <w:tcPr>
            <w:tcW w:type="dxa" w:w="835"/>
            <w:shd w:fill="F9FBFB"/>
            <w:tcMar>
              <w:top w:w="35" w:type="dxa"/>
              <w:bottom w:w="35" w:type="dxa"/>
              <w:left w:w="20" w:type="dxa"/>
              <w:right w:w="20" w:type="dxa"/>
            </w:tcMar>
          </w:tcPr>
          <w:p>
            <w:pPr>
              <w:jc w:val="right"/>
            </w:pPr>
            <w:r>
              <w:rPr>
                <w:sz w:val="15"/>
              </w:rPr>
              <w:t>184</w:t>
            </w:r>
          </w:p>
        </w:tc>
        <w:tc>
          <w:tcPr>
            <w:tcW w:type="dxa" w:w="835"/>
            <w:shd w:fill="F9FBFB"/>
            <w:tcMar>
              <w:top w:w="35" w:type="dxa"/>
              <w:bottom w:w="35" w:type="dxa"/>
              <w:left w:w="20" w:type="dxa"/>
              <w:right w:w="20" w:type="dxa"/>
            </w:tcMar>
          </w:tcPr>
          <w:p>
            <w:pPr>
              <w:jc w:val="right"/>
            </w:pPr>
            <w:r>
              <w:rPr>
                <w:sz w:val="15"/>
              </w:rPr>
              <w:t>9</w:t>
            </w:r>
          </w:p>
        </w:tc>
        <w:tc>
          <w:tcPr>
            <w:tcW w:type="dxa" w:w="835"/>
            <w:shd w:fill="F9FBFB"/>
            <w:tcMar>
              <w:top w:w="35" w:type="dxa"/>
              <w:bottom w:w="35" w:type="dxa"/>
              <w:left w:w="20" w:type="dxa"/>
              <w:right w:w="20" w:type="dxa"/>
            </w:tcMar>
          </w:tcPr>
          <w:p>
            <w:pPr>
              <w:jc w:val="right"/>
            </w:pPr>
            <w:r>
              <w:rPr>
                <w:sz w:val="15"/>
              </w:rPr>
              <w:t>113</w:t>
            </w:r>
          </w:p>
        </w:tc>
        <w:tc>
          <w:tcPr>
            <w:tcW w:type="dxa" w:w="835"/>
            <w:shd w:fill="F9FBFB"/>
            <w:tcMar>
              <w:top w:w="35" w:type="dxa"/>
              <w:bottom w:w="35" w:type="dxa"/>
              <w:left w:w="20" w:type="dxa"/>
              <w:right w:w="20" w:type="dxa"/>
            </w:tcMar>
          </w:tcPr>
          <w:p>
            <w:pPr>
              <w:jc w:val="right"/>
            </w:pPr>
            <w:r>
              <w:rPr>
                <w:sz w:val="15"/>
              </w:rPr>
              <w:t>145</w:t>
            </w:r>
          </w:p>
        </w:tc>
        <w:tc>
          <w:tcPr>
            <w:tcW w:type="dxa" w:w="835"/>
            <w:shd w:fill="F9FBFB"/>
            <w:tcMar>
              <w:top w:w="35" w:type="dxa"/>
              <w:bottom w:w="35" w:type="dxa"/>
              <w:left w:w="20" w:type="dxa"/>
              <w:right w:w="20" w:type="dxa"/>
            </w:tcMar>
          </w:tcPr>
          <w:p>
            <w:pPr>
              <w:jc w:val="right"/>
            </w:pPr>
            <w:r>
              <w:rPr>
                <w:sz w:val="15"/>
              </w:rPr>
              <w:t>79</w:t>
            </w:r>
          </w:p>
        </w:tc>
        <w:tc>
          <w:tcPr>
            <w:tcW w:type="dxa" w:w="835"/>
            <w:shd w:fill="F9FBFB"/>
            <w:tcMar>
              <w:top w:w="35" w:type="dxa"/>
              <w:bottom w:w="35" w:type="dxa"/>
              <w:left w:w="20" w:type="dxa"/>
              <w:right w:w="20" w:type="dxa"/>
            </w:tcMar>
          </w:tcPr>
          <w:p>
            <w:pPr>
              <w:jc w:val="right"/>
            </w:pPr>
            <w:r>
              <w:rPr>
                <w:sz w:val="15"/>
              </w:rPr>
              <w:t>137</w:t>
            </w:r>
          </w:p>
        </w:tc>
        <w:tc>
          <w:tcPr>
            <w:tcW w:type="dxa" w:w="835"/>
            <w:shd w:fill="F9FBFB"/>
            <w:tcMar>
              <w:top w:w="35" w:type="dxa"/>
              <w:bottom w:w="35" w:type="dxa"/>
              <w:left w:w="20" w:type="dxa"/>
              <w:right w:w="20" w:type="dxa"/>
            </w:tcMar>
          </w:tcPr>
          <w:p>
            <w:pPr>
              <w:jc w:val="right"/>
            </w:pPr>
            <w:r>
              <w:rPr>
                <w:sz w:val="15"/>
              </w:rPr>
              <w:t>55</w:t>
            </w:r>
          </w:p>
        </w:tc>
        <w:tc>
          <w:tcPr>
            <w:tcW w:type="dxa" w:w="835"/>
            <w:shd w:fill="F9FBFB"/>
            <w:tcMar>
              <w:top w:w="35" w:type="dxa"/>
              <w:bottom w:w="35" w:type="dxa"/>
              <w:left w:w="20" w:type="dxa"/>
              <w:right w:w="20" w:type="dxa"/>
            </w:tcMar>
          </w:tcPr>
          <w:p>
            <w:pPr>
              <w:jc w:val="right"/>
            </w:pPr>
            <w:r>
              <w:rPr>
                <w:sz w:val="15"/>
              </w:rPr>
              <w:t>116</w:t>
            </w:r>
          </w:p>
        </w:tc>
        <w:tc>
          <w:tcPr>
            <w:tcW w:type="dxa" w:w="835"/>
            <w:shd w:fill="F9FBFB"/>
            <w:tcMar>
              <w:top w:w="35" w:type="dxa"/>
              <w:bottom w:w="35" w:type="dxa"/>
              <w:left w:w="20" w:type="dxa"/>
              <w:right w:w="20" w:type="dxa"/>
            </w:tcMar>
          </w:tcPr>
          <w:p>
            <w:pPr>
              <w:jc w:val="right"/>
            </w:pPr>
            <w:r>
              <w:rPr>
                <w:sz w:val="15"/>
              </w:rPr>
              <w:t>131</w:t>
            </w:r>
          </w:p>
        </w:tc>
        <w:tc>
          <w:tcPr>
            <w:tcW w:type="dxa" w:w="835"/>
            <w:shd w:fill="F9FBFB"/>
            <w:tcMar>
              <w:top w:w="35" w:type="dxa"/>
              <w:bottom w:w="35" w:type="dxa"/>
              <w:left w:w="20" w:type="dxa"/>
              <w:right w:w="20" w:type="dxa"/>
            </w:tcMar>
          </w:tcPr>
          <w:p>
            <w:pPr>
              <w:jc w:val="right"/>
            </w:pPr>
            <w:r>
              <w:rPr>
                <w:b/>
                <w:sz w:val="15"/>
              </w:rPr>
              <w:t>400</w:t>
            </w:r>
          </w:p>
        </w:tc>
        <w:tc>
          <w:tcPr>
            <w:tcW w:type="dxa" w:w="1224"/>
            <w:shd w:fill="F9FBFB"/>
            <w:tcMar>
              <w:top w:w="35" w:type="dxa"/>
              <w:bottom w:w="35" w:type="dxa"/>
              <w:left w:w="20" w:type="dxa"/>
              <w:right w:w="20" w:type="dxa"/>
            </w:tcMar>
          </w:tcPr>
          <w:p>
            <w:pPr>
              <w:jc w:val="right"/>
            </w:pPr>
            <w:r>
              <w:rPr>
                <w:color w:val="27AE60"/>
                <w:sz w:val="15"/>
              </w:rPr>
              <w:t>+269</w:t>
            </w:r>
          </w:p>
        </w:tc>
        <w:tc>
          <w:tcPr>
            <w:tcW w:type="dxa" w:w="1066"/>
            <w:shd w:fill="F9FBFB"/>
            <w:tcMar>
              <w:top w:w="35" w:type="dxa"/>
              <w:bottom w:w="35" w:type="dxa"/>
              <w:left w:w="20" w:type="dxa"/>
              <w:right w:w="20" w:type="dxa"/>
            </w:tcMar>
          </w:tcPr>
          <w:p>
            <w:pPr>
              <w:jc w:val="center"/>
            </w:pPr>
            <w:r>
              <w:rPr>
                <w:b/>
                <w:color w:val="27AE60"/>
                <w:sz w:val="15"/>
              </w:rPr>
              <w:t>+205.3%</w:t>
            </w:r>
          </w:p>
        </w:tc>
      </w:tr>
      <w:tr>
        <w:tc>
          <w:tcPr>
            <w:tcW w:type="dxa" w:w="504"/>
            <w:shd w:fill="FFFFFF"/>
            <w:tcMar>
              <w:top w:w="35" w:type="dxa"/>
              <w:bottom w:w="35" w:type="dxa"/>
              <w:left w:w="20" w:type="dxa"/>
              <w:right w:w="20" w:type="dxa"/>
            </w:tcMar>
          </w:tcPr>
          <w:p>
            <w:pPr>
              <w:jc w:val="center"/>
            </w:pPr>
            <w:r>
              <w:rPr>
                <w:sz w:val="15"/>
              </w:rPr>
              <w:t>61</w:t>
            </w:r>
          </w:p>
        </w:tc>
        <w:tc>
          <w:tcPr>
            <w:tcW w:type="dxa" w:w="936"/>
            <w:shd w:fill="FFFFFF"/>
            <w:tcMar>
              <w:top w:w="35" w:type="dxa"/>
              <w:bottom w:w="35" w:type="dxa"/>
              <w:left w:w="20" w:type="dxa"/>
              <w:right w:w="20" w:type="dxa"/>
            </w:tcMar>
          </w:tcPr>
          <w:p>
            <w:pPr>
              <w:jc w:val="left"/>
            </w:pPr>
            <w:r>
              <w:rPr>
                <w:sz w:val="15"/>
              </w:rPr>
              <w:t>KH1488</w:t>
            </w:r>
          </w:p>
        </w:tc>
        <w:tc>
          <w:tcPr>
            <w:tcW w:type="dxa" w:w="3024"/>
            <w:shd w:fill="FFFFFF"/>
            <w:tcMar>
              <w:top w:w="35" w:type="dxa"/>
              <w:bottom w:w="35" w:type="dxa"/>
              <w:left w:w="20" w:type="dxa"/>
              <w:right w:w="20" w:type="dxa"/>
            </w:tcMar>
          </w:tcPr>
          <w:p>
            <w:pPr>
              <w:jc w:val="left"/>
            </w:pPr>
            <w:r>
              <w:rPr>
                <w:sz w:val="15"/>
              </w:rPr>
              <w:t>CÔNG TY TNHH MỘT THÀNH VIÊN TIẾN THÀNH SƠN</w:t>
            </w:r>
          </w:p>
        </w:tc>
        <w:tc>
          <w:tcPr>
            <w:tcW w:type="dxa" w:w="835"/>
            <w:shd w:fill="FFFFFF"/>
            <w:tcMar>
              <w:top w:w="35" w:type="dxa"/>
              <w:bottom w:w="35" w:type="dxa"/>
              <w:left w:w="20" w:type="dxa"/>
              <w:right w:w="20" w:type="dxa"/>
            </w:tcMar>
          </w:tcPr>
          <w:p>
            <w:pPr>
              <w:jc w:val="right"/>
            </w:pPr>
            <w:r>
              <w:rPr>
                <w:sz w:val="15"/>
              </w:rPr>
              <w:t>162</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142</w:t>
            </w:r>
          </w:p>
        </w:tc>
        <w:tc>
          <w:tcPr>
            <w:tcW w:type="dxa" w:w="835"/>
            <w:shd w:fill="FFFFFF"/>
            <w:tcMar>
              <w:top w:w="35" w:type="dxa"/>
              <w:bottom w:w="35" w:type="dxa"/>
              <w:left w:w="20" w:type="dxa"/>
              <w:right w:w="20" w:type="dxa"/>
            </w:tcMar>
          </w:tcPr>
          <w:p>
            <w:pPr>
              <w:jc w:val="right"/>
            </w:pPr>
            <w:r>
              <w:rPr>
                <w:sz w:val="15"/>
              </w:rPr>
              <w:t>124</w:t>
            </w:r>
          </w:p>
        </w:tc>
        <w:tc>
          <w:tcPr>
            <w:tcW w:type="dxa" w:w="835"/>
            <w:shd w:fill="FFFFFF"/>
            <w:tcMar>
              <w:top w:w="35" w:type="dxa"/>
              <w:bottom w:w="35" w:type="dxa"/>
              <w:left w:w="20" w:type="dxa"/>
              <w:right w:w="20" w:type="dxa"/>
            </w:tcMar>
          </w:tcPr>
          <w:p>
            <w:pPr>
              <w:jc w:val="right"/>
            </w:pPr>
            <w:r>
              <w:rPr>
                <w:sz w:val="15"/>
              </w:rPr>
              <w:t>126</w:t>
            </w:r>
          </w:p>
        </w:tc>
        <w:tc>
          <w:tcPr>
            <w:tcW w:type="dxa" w:w="835"/>
            <w:shd w:fill="FFFFFF"/>
            <w:tcMar>
              <w:top w:w="35" w:type="dxa"/>
              <w:bottom w:w="35" w:type="dxa"/>
              <w:left w:w="20" w:type="dxa"/>
              <w:right w:w="20" w:type="dxa"/>
            </w:tcMar>
          </w:tcPr>
          <w:p>
            <w:pPr>
              <w:jc w:val="right"/>
            </w:pPr>
            <w:r>
              <w:rPr>
                <w:sz w:val="15"/>
              </w:rPr>
              <w:t>137</w:t>
            </w:r>
          </w:p>
        </w:tc>
        <w:tc>
          <w:tcPr>
            <w:tcW w:type="dxa" w:w="835"/>
            <w:shd w:fill="FFFFFF"/>
            <w:tcMar>
              <w:top w:w="35" w:type="dxa"/>
              <w:bottom w:w="35" w:type="dxa"/>
              <w:left w:w="20" w:type="dxa"/>
              <w:right w:w="20" w:type="dxa"/>
            </w:tcMar>
          </w:tcPr>
          <w:p>
            <w:pPr>
              <w:jc w:val="right"/>
            </w:pPr>
            <w:r>
              <w:rPr>
                <w:sz w:val="15"/>
              </w:rPr>
              <w:t>83</w:t>
            </w:r>
          </w:p>
        </w:tc>
        <w:tc>
          <w:tcPr>
            <w:tcW w:type="dxa" w:w="835"/>
            <w:shd w:fill="FFFFFF"/>
            <w:tcMar>
              <w:top w:w="35" w:type="dxa"/>
              <w:bottom w:w="35" w:type="dxa"/>
              <w:left w:w="20" w:type="dxa"/>
              <w:right w:w="20" w:type="dxa"/>
            </w:tcMar>
          </w:tcPr>
          <w:p>
            <w:pPr>
              <w:jc w:val="right"/>
            </w:pPr>
            <w:r>
              <w:rPr>
                <w:sz w:val="15"/>
              </w:rPr>
              <w:t>82</w:t>
            </w:r>
          </w:p>
        </w:tc>
        <w:tc>
          <w:tcPr>
            <w:tcW w:type="dxa" w:w="835"/>
            <w:shd w:fill="FFFFFF"/>
            <w:tcMar>
              <w:top w:w="35" w:type="dxa"/>
              <w:bottom w:w="35" w:type="dxa"/>
              <w:left w:w="20" w:type="dxa"/>
              <w:right w:w="20" w:type="dxa"/>
            </w:tcMar>
          </w:tcPr>
          <w:p>
            <w:pPr>
              <w:jc w:val="right"/>
            </w:pPr>
            <w:r>
              <w:rPr>
                <w:sz w:val="15"/>
              </w:rPr>
              <w:t>130</w:t>
            </w:r>
          </w:p>
        </w:tc>
        <w:tc>
          <w:tcPr>
            <w:tcW w:type="dxa" w:w="835"/>
            <w:shd w:fill="FFFFFF"/>
            <w:tcMar>
              <w:top w:w="35" w:type="dxa"/>
              <w:bottom w:w="35" w:type="dxa"/>
              <w:left w:w="20" w:type="dxa"/>
              <w:right w:w="20" w:type="dxa"/>
            </w:tcMar>
          </w:tcPr>
          <w:p>
            <w:pPr>
              <w:jc w:val="right"/>
            </w:pPr>
            <w:r>
              <w:rPr>
                <w:b/>
                <w:sz w:val="15"/>
              </w:rPr>
              <w:t>-</w:t>
            </w:r>
          </w:p>
        </w:tc>
        <w:tc>
          <w:tcPr>
            <w:tcW w:type="dxa" w:w="1224"/>
            <w:shd w:fill="FFFFFF"/>
            <w:tcMar>
              <w:top w:w="35" w:type="dxa"/>
              <w:bottom w:w="35" w:type="dxa"/>
              <w:left w:w="20" w:type="dxa"/>
              <w:right w:w="20" w:type="dxa"/>
            </w:tcMar>
          </w:tcPr>
          <w:p>
            <w:pPr>
              <w:jc w:val="right"/>
            </w:pPr>
            <w:r>
              <w:rPr>
                <w:color w:val="C0392B"/>
                <w:sz w:val="15"/>
              </w:rPr>
              <w:t>-130</w:t>
            </w:r>
          </w:p>
        </w:tc>
        <w:tc>
          <w:tcPr>
            <w:tcW w:type="dxa" w:w="1066"/>
            <w:shd w:fill="FFFFFF"/>
            <w:tcMar>
              <w:top w:w="35" w:type="dxa"/>
              <w:bottom w:w="35" w:type="dxa"/>
              <w:left w:w="20" w:type="dxa"/>
              <w:right w:w="20" w:type="dxa"/>
            </w:tcMar>
          </w:tcPr>
          <w:p>
            <w:pPr>
              <w:jc w:val="center"/>
            </w:pPr>
            <w:r>
              <w:rPr>
                <w:b/>
                <w:color w:val="C0392B"/>
                <w:sz w:val="15"/>
              </w:rPr>
              <w:t>-100.0%</w:t>
            </w:r>
          </w:p>
        </w:tc>
      </w:tr>
      <w:tr>
        <w:tc>
          <w:tcPr>
            <w:tcW w:type="dxa" w:w="504"/>
            <w:shd w:fill="F9FBFB"/>
            <w:tcMar>
              <w:top w:w="35" w:type="dxa"/>
              <w:bottom w:w="35" w:type="dxa"/>
              <w:left w:w="20" w:type="dxa"/>
              <w:right w:w="20" w:type="dxa"/>
            </w:tcMar>
          </w:tcPr>
          <w:p>
            <w:pPr>
              <w:jc w:val="center"/>
            </w:pPr>
            <w:r>
              <w:rPr>
                <w:sz w:val="15"/>
              </w:rPr>
              <w:t>62</w:t>
            </w:r>
          </w:p>
        </w:tc>
        <w:tc>
          <w:tcPr>
            <w:tcW w:type="dxa" w:w="936"/>
            <w:shd w:fill="F9FBFB"/>
            <w:tcMar>
              <w:top w:w="35" w:type="dxa"/>
              <w:bottom w:w="35" w:type="dxa"/>
              <w:left w:w="20" w:type="dxa"/>
              <w:right w:w="20" w:type="dxa"/>
            </w:tcMar>
          </w:tcPr>
          <w:p>
            <w:pPr>
              <w:jc w:val="left"/>
            </w:pPr>
            <w:r>
              <w:rPr>
                <w:sz w:val="15"/>
              </w:rPr>
              <w:t>KH0279</w:t>
            </w:r>
          </w:p>
        </w:tc>
        <w:tc>
          <w:tcPr>
            <w:tcW w:type="dxa" w:w="3024"/>
            <w:shd w:fill="F9FBFB"/>
            <w:tcMar>
              <w:top w:w="35" w:type="dxa"/>
              <w:bottom w:w="35" w:type="dxa"/>
              <w:left w:w="20" w:type="dxa"/>
              <w:right w:w="20" w:type="dxa"/>
            </w:tcMar>
          </w:tcPr>
          <w:p>
            <w:pPr>
              <w:jc w:val="left"/>
            </w:pPr>
            <w:r>
              <w:rPr>
                <w:sz w:val="15"/>
              </w:rPr>
              <w:t>CÔNG TY TNHH HOÀNG HƯNG</w:t>
            </w:r>
          </w:p>
        </w:tc>
        <w:tc>
          <w:tcPr>
            <w:tcW w:type="dxa" w:w="835"/>
            <w:shd w:fill="F9FBFB"/>
            <w:tcMar>
              <w:top w:w="35" w:type="dxa"/>
              <w:bottom w:w="35" w:type="dxa"/>
              <w:left w:w="20" w:type="dxa"/>
              <w:right w:w="20" w:type="dxa"/>
            </w:tcMar>
          </w:tcPr>
          <w:p>
            <w:pPr>
              <w:jc w:val="right"/>
            </w:pPr>
            <w:r>
              <w:rPr>
                <w:sz w:val="15"/>
              </w:rPr>
              <w:t>378</w:t>
            </w:r>
          </w:p>
        </w:tc>
        <w:tc>
          <w:tcPr>
            <w:tcW w:type="dxa" w:w="835"/>
            <w:shd w:fill="F9FBFB"/>
            <w:tcMar>
              <w:top w:w="35" w:type="dxa"/>
              <w:bottom w:w="35" w:type="dxa"/>
              <w:left w:w="20" w:type="dxa"/>
              <w:right w:w="20" w:type="dxa"/>
            </w:tcMar>
          </w:tcPr>
          <w:p>
            <w:pPr>
              <w:jc w:val="right"/>
            </w:pPr>
            <w:r>
              <w:rPr>
                <w:sz w:val="15"/>
              </w:rPr>
              <w:t>82</w:t>
            </w:r>
          </w:p>
        </w:tc>
        <w:tc>
          <w:tcPr>
            <w:tcW w:type="dxa" w:w="835"/>
            <w:shd w:fill="F9FBFB"/>
            <w:tcMar>
              <w:top w:w="35" w:type="dxa"/>
              <w:bottom w:w="35" w:type="dxa"/>
              <w:left w:w="20" w:type="dxa"/>
              <w:right w:w="20" w:type="dxa"/>
            </w:tcMar>
          </w:tcPr>
          <w:p>
            <w:pPr>
              <w:jc w:val="right"/>
            </w:pPr>
            <w:r>
              <w:rPr>
                <w:sz w:val="15"/>
              </w:rPr>
              <w:t>163</w:t>
            </w:r>
          </w:p>
        </w:tc>
        <w:tc>
          <w:tcPr>
            <w:tcW w:type="dxa" w:w="835"/>
            <w:shd w:fill="F9FBFB"/>
            <w:tcMar>
              <w:top w:w="35" w:type="dxa"/>
              <w:bottom w:w="35" w:type="dxa"/>
              <w:left w:w="20" w:type="dxa"/>
              <w:right w:w="20" w:type="dxa"/>
            </w:tcMar>
          </w:tcPr>
          <w:p>
            <w:pPr>
              <w:jc w:val="right"/>
            </w:pPr>
            <w:r>
              <w:rPr>
                <w:sz w:val="15"/>
              </w:rPr>
              <w:t>11</w:t>
            </w:r>
          </w:p>
        </w:tc>
        <w:tc>
          <w:tcPr>
            <w:tcW w:type="dxa" w:w="835"/>
            <w:shd w:fill="F9FBFB"/>
            <w:tcMar>
              <w:top w:w="35" w:type="dxa"/>
              <w:bottom w:w="35" w:type="dxa"/>
              <w:left w:w="20" w:type="dxa"/>
              <w:right w:w="20" w:type="dxa"/>
            </w:tcMar>
          </w:tcPr>
          <w:p>
            <w:pPr>
              <w:jc w:val="right"/>
            </w:pPr>
            <w:r>
              <w:rPr>
                <w:sz w:val="15"/>
              </w:rPr>
              <w:t>19</w:t>
            </w:r>
          </w:p>
        </w:tc>
        <w:tc>
          <w:tcPr>
            <w:tcW w:type="dxa" w:w="835"/>
            <w:shd w:fill="F9FBFB"/>
            <w:tcMar>
              <w:top w:w="35" w:type="dxa"/>
              <w:bottom w:w="35" w:type="dxa"/>
              <w:left w:w="20" w:type="dxa"/>
              <w:right w:w="20" w:type="dxa"/>
            </w:tcMar>
          </w:tcPr>
          <w:p>
            <w:pPr>
              <w:jc w:val="right"/>
            </w:pPr>
            <w:r>
              <w:rPr>
                <w:sz w:val="15"/>
              </w:rPr>
              <w:t>9</w:t>
            </w:r>
          </w:p>
        </w:tc>
        <w:tc>
          <w:tcPr>
            <w:tcW w:type="dxa" w:w="835"/>
            <w:shd w:fill="F9FBFB"/>
            <w:tcMar>
              <w:top w:w="35" w:type="dxa"/>
              <w:bottom w:w="35" w:type="dxa"/>
              <w:left w:w="20" w:type="dxa"/>
              <w:right w:w="20" w:type="dxa"/>
            </w:tcMar>
          </w:tcPr>
          <w:p>
            <w:pPr>
              <w:jc w:val="right"/>
            </w:pPr>
            <w:r>
              <w:rPr>
                <w:sz w:val="15"/>
              </w:rPr>
              <w:t>203</w:t>
            </w:r>
          </w:p>
        </w:tc>
        <w:tc>
          <w:tcPr>
            <w:tcW w:type="dxa" w:w="835"/>
            <w:shd w:fill="F9FBFB"/>
            <w:tcMar>
              <w:top w:w="35" w:type="dxa"/>
              <w:bottom w:w="35" w:type="dxa"/>
              <w:left w:w="20" w:type="dxa"/>
              <w:right w:w="20" w:type="dxa"/>
            </w:tcMar>
          </w:tcPr>
          <w:p>
            <w:pPr>
              <w:jc w:val="right"/>
            </w:pPr>
            <w:r>
              <w:rPr>
                <w:sz w:val="15"/>
              </w:rPr>
              <w:t>142</w:t>
            </w:r>
          </w:p>
        </w:tc>
        <w:tc>
          <w:tcPr>
            <w:tcW w:type="dxa" w:w="835"/>
            <w:shd w:fill="F9FBFB"/>
            <w:tcMar>
              <w:top w:w="35" w:type="dxa"/>
              <w:bottom w:w="35" w:type="dxa"/>
              <w:left w:w="20" w:type="dxa"/>
              <w:right w:w="20" w:type="dxa"/>
            </w:tcMar>
          </w:tcPr>
          <w:p>
            <w:pPr>
              <w:jc w:val="right"/>
            </w:pPr>
            <w:r>
              <w:rPr>
                <w:sz w:val="15"/>
              </w:rPr>
              <w:t>120</w:t>
            </w:r>
          </w:p>
        </w:tc>
        <w:tc>
          <w:tcPr>
            <w:tcW w:type="dxa" w:w="835"/>
            <w:shd w:fill="F9FBFB"/>
            <w:tcMar>
              <w:top w:w="35" w:type="dxa"/>
              <w:bottom w:w="35" w:type="dxa"/>
              <w:left w:w="20" w:type="dxa"/>
              <w:right w:w="20" w:type="dxa"/>
            </w:tcMar>
          </w:tcPr>
          <w:p>
            <w:pPr>
              <w:jc w:val="right"/>
            </w:pPr>
            <w:r>
              <w:rPr>
                <w:b/>
                <w:sz w:val="15"/>
              </w:rPr>
              <w:t>-</w:t>
            </w:r>
          </w:p>
        </w:tc>
        <w:tc>
          <w:tcPr>
            <w:tcW w:type="dxa" w:w="1224"/>
            <w:shd w:fill="F9FBFB"/>
            <w:tcMar>
              <w:top w:w="35" w:type="dxa"/>
              <w:bottom w:w="35" w:type="dxa"/>
              <w:left w:w="20" w:type="dxa"/>
              <w:right w:w="20" w:type="dxa"/>
            </w:tcMar>
          </w:tcPr>
          <w:p>
            <w:pPr>
              <w:jc w:val="right"/>
            </w:pPr>
            <w:r>
              <w:rPr>
                <w:color w:val="C0392B"/>
                <w:sz w:val="15"/>
              </w:rPr>
              <w:t>-120</w:t>
            </w:r>
          </w:p>
        </w:tc>
        <w:tc>
          <w:tcPr>
            <w:tcW w:type="dxa" w:w="1066"/>
            <w:shd w:fill="F9FBFB"/>
            <w:tcMar>
              <w:top w:w="35" w:type="dxa"/>
              <w:bottom w:w="35" w:type="dxa"/>
              <w:left w:w="20" w:type="dxa"/>
              <w:right w:w="20" w:type="dxa"/>
            </w:tcMar>
          </w:tcPr>
          <w:p>
            <w:pPr>
              <w:jc w:val="center"/>
            </w:pPr>
            <w:r>
              <w:rPr>
                <w:b/>
                <w:color w:val="C0392B"/>
                <w:sz w:val="15"/>
              </w:rPr>
              <w:t>-100.0%</w:t>
            </w:r>
          </w:p>
        </w:tc>
      </w:tr>
      <w:tr>
        <w:tc>
          <w:tcPr>
            <w:tcW w:type="dxa" w:w="504"/>
            <w:shd w:fill="FFFFFF"/>
            <w:tcMar>
              <w:top w:w="35" w:type="dxa"/>
              <w:bottom w:w="35" w:type="dxa"/>
              <w:left w:w="20" w:type="dxa"/>
              <w:right w:w="20" w:type="dxa"/>
            </w:tcMar>
          </w:tcPr>
          <w:p>
            <w:pPr>
              <w:jc w:val="center"/>
            </w:pPr>
            <w:r>
              <w:rPr>
                <w:sz w:val="15"/>
              </w:rPr>
              <w:t>63</w:t>
            </w:r>
          </w:p>
        </w:tc>
        <w:tc>
          <w:tcPr>
            <w:tcW w:type="dxa" w:w="936"/>
            <w:shd w:fill="FFFFFF"/>
            <w:tcMar>
              <w:top w:w="35" w:type="dxa"/>
              <w:bottom w:w="35" w:type="dxa"/>
              <w:left w:w="20" w:type="dxa"/>
              <w:right w:w="20" w:type="dxa"/>
            </w:tcMar>
          </w:tcPr>
          <w:p>
            <w:pPr>
              <w:jc w:val="left"/>
            </w:pPr>
            <w:r>
              <w:rPr>
                <w:sz w:val="15"/>
              </w:rPr>
              <w:t>KH0073</w:t>
            </w:r>
          </w:p>
        </w:tc>
        <w:tc>
          <w:tcPr>
            <w:tcW w:type="dxa" w:w="3024"/>
            <w:shd w:fill="FFFFFF"/>
            <w:tcMar>
              <w:top w:w="35" w:type="dxa"/>
              <w:bottom w:w="35" w:type="dxa"/>
              <w:left w:w="20" w:type="dxa"/>
              <w:right w:w="20" w:type="dxa"/>
            </w:tcMar>
          </w:tcPr>
          <w:p>
            <w:pPr>
              <w:jc w:val="left"/>
            </w:pPr>
            <w:r>
              <w:rPr>
                <w:sz w:val="15"/>
              </w:rPr>
              <w:t>CÔNG TY CỔ PHẦN LÂM VIỆT</w:t>
            </w:r>
          </w:p>
        </w:tc>
        <w:tc>
          <w:tcPr>
            <w:tcW w:type="dxa" w:w="835"/>
            <w:shd w:fill="FFFFFF"/>
            <w:tcMar>
              <w:top w:w="35" w:type="dxa"/>
              <w:bottom w:w="35" w:type="dxa"/>
              <w:left w:w="20" w:type="dxa"/>
              <w:right w:w="20" w:type="dxa"/>
            </w:tcMar>
          </w:tcPr>
          <w:p>
            <w:pPr>
              <w:jc w:val="right"/>
            </w:pPr>
            <w:r>
              <w:rPr>
                <w:sz w:val="15"/>
              </w:rPr>
              <w:t>27</w:t>
            </w:r>
          </w:p>
        </w:tc>
        <w:tc>
          <w:tcPr>
            <w:tcW w:type="dxa" w:w="835"/>
            <w:shd w:fill="FFFFFF"/>
            <w:tcMar>
              <w:top w:w="35" w:type="dxa"/>
              <w:bottom w:w="35" w:type="dxa"/>
              <w:left w:w="20" w:type="dxa"/>
              <w:right w:w="20" w:type="dxa"/>
            </w:tcMar>
          </w:tcPr>
          <w:p>
            <w:pPr>
              <w:jc w:val="right"/>
            </w:pPr>
            <w:r>
              <w:rPr>
                <w:sz w:val="15"/>
              </w:rPr>
              <w:t>35</w:t>
            </w:r>
          </w:p>
        </w:tc>
        <w:tc>
          <w:tcPr>
            <w:tcW w:type="dxa" w:w="835"/>
            <w:shd w:fill="FFFFFF"/>
            <w:tcMar>
              <w:top w:w="35" w:type="dxa"/>
              <w:bottom w:w="35" w:type="dxa"/>
              <w:left w:w="20" w:type="dxa"/>
              <w:right w:w="20" w:type="dxa"/>
            </w:tcMar>
          </w:tcPr>
          <w:p>
            <w:pPr>
              <w:jc w:val="right"/>
            </w:pPr>
            <w:r>
              <w:rPr>
                <w:sz w:val="15"/>
              </w:rPr>
              <w:t>102</w:t>
            </w:r>
          </w:p>
        </w:tc>
        <w:tc>
          <w:tcPr>
            <w:tcW w:type="dxa" w:w="835"/>
            <w:shd w:fill="FFFFFF"/>
            <w:tcMar>
              <w:top w:w="35" w:type="dxa"/>
              <w:bottom w:w="35" w:type="dxa"/>
              <w:left w:w="20" w:type="dxa"/>
              <w:right w:w="20" w:type="dxa"/>
            </w:tcMar>
          </w:tcPr>
          <w:p>
            <w:pPr>
              <w:jc w:val="right"/>
            </w:pPr>
            <w:r>
              <w:rPr>
                <w:sz w:val="15"/>
              </w:rPr>
              <w:t>44</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76</w:t>
            </w:r>
          </w:p>
        </w:tc>
        <w:tc>
          <w:tcPr>
            <w:tcW w:type="dxa" w:w="835"/>
            <w:shd w:fill="FFFFFF"/>
            <w:tcMar>
              <w:top w:w="35" w:type="dxa"/>
              <w:bottom w:w="35" w:type="dxa"/>
              <w:left w:w="20" w:type="dxa"/>
              <w:right w:w="20" w:type="dxa"/>
            </w:tcMar>
          </w:tcPr>
          <w:p>
            <w:pPr>
              <w:jc w:val="right"/>
            </w:pPr>
            <w:r>
              <w:rPr>
                <w:sz w:val="15"/>
              </w:rPr>
              <w:t>69</w:t>
            </w:r>
          </w:p>
        </w:tc>
        <w:tc>
          <w:tcPr>
            <w:tcW w:type="dxa" w:w="835"/>
            <w:shd w:fill="FFFFFF"/>
            <w:tcMar>
              <w:top w:w="35" w:type="dxa"/>
              <w:bottom w:w="35" w:type="dxa"/>
              <w:left w:w="20" w:type="dxa"/>
              <w:right w:w="20" w:type="dxa"/>
            </w:tcMar>
          </w:tcPr>
          <w:p>
            <w:pPr>
              <w:jc w:val="right"/>
            </w:pPr>
            <w:r>
              <w:rPr>
                <w:sz w:val="15"/>
              </w:rPr>
              <w:t>90</w:t>
            </w:r>
          </w:p>
        </w:tc>
        <w:tc>
          <w:tcPr>
            <w:tcW w:type="dxa" w:w="835"/>
            <w:shd w:fill="FFFFFF"/>
            <w:tcMar>
              <w:top w:w="35" w:type="dxa"/>
              <w:bottom w:w="35" w:type="dxa"/>
              <w:left w:w="20" w:type="dxa"/>
              <w:right w:w="20" w:type="dxa"/>
            </w:tcMar>
          </w:tcPr>
          <w:p>
            <w:pPr>
              <w:jc w:val="right"/>
            </w:pPr>
            <w:r>
              <w:rPr>
                <w:sz w:val="15"/>
              </w:rPr>
              <w:t>120</w:t>
            </w:r>
          </w:p>
        </w:tc>
        <w:tc>
          <w:tcPr>
            <w:tcW w:type="dxa" w:w="835"/>
            <w:shd w:fill="FFFFFF"/>
            <w:tcMar>
              <w:top w:w="35" w:type="dxa"/>
              <w:bottom w:w="35" w:type="dxa"/>
              <w:left w:w="20" w:type="dxa"/>
              <w:right w:w="20" w:type="dxa"/>
            </w:tcMar>
          </w:tcPr>
          <w:p>
            <w:pPr>
              <w:jc w:val="right"/>
            </w:pPr>
            <w:r>
              <w:rPr>
                <w:b/>
                <w:sz w:val="15"/>
              </w:rPr>
              <w:t>-</w:t>
            </w:r>
          </w:p>
        </w:tc>
        <w:tc>
          <w:tcPr>
            <w:tcW w:type="dxa" w:w="1224"/>
            <w:shd w:fill="FFFFFF"/>
            <w:tcMar>
              <w:top w:w="35" w:type="dxa"/>
              <w:bottom w:w="35" w:type="dxa"/>
              <w:left w:w="20" w:type="dxa"/>
              <w:right w:w="20" w:type="dxa"/>
            </w:tcMar>
          </w:tcPr>
          <w:p>
            <w:pPr>
              <w:jc w:val="right"/>
            </w:pPr>
            <w:r>
              <w:rPr>
                <w:color w:val="C0392B"/>
                <w:sz w:val="15"/>
              </w:rPr>
              <w:t>-120</w:t>
            </w:r>
          </w:p>
        </w:tc>
        <w:tc>
          <w:tcPr>
            <w:tcW w:type="dxa" w:w="1066"/>
            <w:shd w:fill="FFFFFF"/>
            <w:tcMar>
              <w:top w:w="35" w:type="dxa"/>
              <w:bottom w:w="35" w:type="dxa"/>
              <w:left w:w="20" w:type="dxa"/>
              <w:right w:w="20" w:type="dxa"/>
            </w:tcMar>
          </w:tcPr>
          <w:p>
            <w:pPr>
              <w:jc w:val="center"/>
            </w:pPr>
            <w:r>
              <w:rPr>
                <w:b/>
                <w:color w:val="C0392B"/>
                <w:sz w:val="15"/>
              </w:rPr>
              <w:t>-100.0%</w:t>
            </w:r>
          </w:p>
        </w:tc>
      </w:tr>
      <w:tr>
        <w:tc>
          <w:tcPr>
            <w:tcW w:type="dxa" w:w="504"/>
            <w:shd w:fill="F9FBFB"/>
            <w:tcMar>
              <w:top w:w="35" w:type="dxa"/>
              <w:bottom w:w="35" w:type="dxa"/>
              <w:left w:w="20" w:type="dxa"/>
              <w:right w:w="20" w:type="dxa"/>
            </w:tcMar>
          </w:tcPr>
          <w:p>
            <w:pPr>
              <w:jc w:val="center"/>
            </w:pPr>
            <w:r>
              <w:rPr>
                <w:sz w:val="15"/>
              </w:rPr>
              <w:t>64</w:t>
            </w:r>
          </w:p>
        </w:tc>
        <w:tc>
          <w:tcPr>
            <w:tcW w:type="dxa" w:w="936"/>
            <w:shd w:fill="F9FBFB"/>
            <w:tcMar>
              <w:top w:w="35" w:type="dxa"/>
              <w:bottom w:w="35" w:type="dxa"/>
              <w:left w:w="20" w:type="dxa"/>
              <w:right w:w="20" w:type="dxa"/>
            </w:tcMar>
          </w:tcPr>
          <w:p>
            <w:pPr>
              <w:jc w:val="left"/>
            </w:pPr>
            <w:r>
              <w:rPr>
                <w:sz w:val="15"/>
              </w:rPr>
              <w:t>KH1960</w:t>
            </w:r>
          </w:p>
        </w:tc>
        <w:tc>
          <w:tcPr>
            <w:tcW w:type="dxa" w:w="3024"/>
            <w:shd w:fill="F9FBFB"/>
            <w:tcMar>
              <w:top w:w="35" w:type="dxa"/>
              <w:bottom w:w="35" w:type="dxa"/>
              <w:left w:w="20" w:type="dxa"/>
              <w:right w:w="20" w:type="dxa"/>
            </w:tcMar>
          </w:tcPr>
          <w:p>
            <w:pPr>
              <w:jc w:val="left"/>
            </w:pPr>
            <w:r>
              <w:rPr>
                <w:sz w:val="15"/>
              </w:rPr>
              <w:t>CÔNG TY TNHH THƯƠNG MẠI HOÀNG GIANG</w:t>
            </w:r>
          </w:p>
        </w:tc>
        <w:tc>
          <w:tcPr>
            <w:tcW w:type="dxa" w:w="835"/>
            <w:shd w:fill="F9FBFB"/>
            <w:tcMar>
              <w:top w:w="35" w:type="dxa"/>
              <w:bottom w:w="35" w:type="dxa"/>
              <w:left w:w="20" w:type="dxa"/>
              <w:right w:w="20" w:type="dxa"/>
            </w:tcMar>
          </w:tcPr>
          <w:p>
            <w:pPr>
              <w:jc w:val="right"/>
            </w:pPr>
            <w:r>
              <w:rPr>
                <w:sz w:val="15"/>
              </w:rPr>
              <w:t>137</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69</w:t>
            </w:r>
          </w:p>
        </w:tc>
        <w:tc>
          <w:tcPr>
            <w:tcW w:type="dxa" w:w="835"/>
            <w:shd w:fill="F9FBFB"/>
            <w:tcMar>
              <w:top w:w="35" w:type="dxa"/>
              <w:bottom w:w="35" w:type="dxa"/>
              <w:left w:w="20" w:type="dxa"/>
              <w:right w:w="20" w:type="dxa"/>
            </w:tcMar>
          </w:tcPr>
          <w:p>
            <w:pPr>
              <w:jc w:val="right"/>
            </w:pPr>
            <w:r>
              <w:rPr>
                <w:sz w:val="15"/>
              </w:rPr>
              <w:t>55</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51</w:t>
            </w:r>
          </w:p>
        </w:tc>
        <w:tc>
          <w:tcPr>
            <w:tcW w:type="dxa" w:w="835"/>
            <w:shd w:fill="F9FBFB"/>
            <w:tcMar>
              <w:top w:w="35" w:type="dxa"/>
              <w:bottom w:w="35" w:type="dxa"/>
              <w:left w:w="20" w:type="dxa"/>
              <w:right w:w="20" w:type="dxa"/>
            </w:tcMar>
          </w:tcPr>
          <w:p>
            <w:pPr>
              <w:jc w:val="right"/>
            </w:pPr>
            <w:r>
              <w:rPr>
                <w:sz w:val="15"/>
              </w:rPr>
              <w:t>60</w:t>
            </w:r>
          </w:p>
        </w:tc>
        <w:tc>
          <w:tcPr>
            <w:tcW w:type="dxa" w:w="835"/>
            <w:shd w:fill="F9FBFB"/>
            <w:tcMar>
              <w:top w:w="35" w:type="dxa"/>
              <w:bottom w:w="35" w:type="dxa"/>
              <w:left w:w="20" w:type="dxa"/>
              <w:right w:w="20" w:type="dxa"/>
            </w:tcMar>
          </w:tcPr>
          <w:p>
            <w:pPr>
              <w:jc w:val="right"/>
            </w:pPr>
            <w:r>
              <w:rPr>
                <w:sz w:val="15"/>
              </w:rPr>
              <w:t>77</w:t>
            </w:r>
          </w:p>
        </w:tc>
        <w:tc>
          <w:tcPr>
            <w:tcW w:type="dxa" w:w="835"/>
            <w:shd w:fill="F9FBFB"/>
            <w:tcMar>
              <w:top w:w="35" w:type="dxa"/>
              <w:bottom w:w="35" w:type="dxa"/>
              <w:left w:w="20" w:type="dxa"/>
              <w:right w:w="20" w:type="dxa"/>
            </w:tcMar>
          </w:tcPr>
          <w:p>
            <w:pPr>
              <w:jc w:val="right"/>
            </w:pPr>
            <w:r>
              <w:rPr>
                <w:sz w:val="15"/>
              </w:rPr>
              <w:t>118</w:t>
            </w:r>
          </w:p>
        </w:tc>
        <w:tc>
          <w:tcPr>
            <w:tcW w:type="dxa" w:w="835"/>
            <w:shd w:fill="F9FBFB"/>
            <w:tcMar>
              <w:top w:w="35" w:type="dxa"/>
              <w:bottom w:w="35" w:type="dxa"/>
              <w:left w:w="20" w:type="dxa"/>
              <w:right w:w="20" w:type="dxa"/>
            </w:tcMar>
          </w:tcPr>
          <w:p>
            <w:pPr>
              <w:jc w:val="right"/>
            </w:pPr>
            <w:r>
              <w:rPr>
                <w:b/>
                <w:sz w:val="15"/>
              </w:rPr>
              <w:t>150</w:t>
            </w:r>
          </w:p>
        </w:tc>
        <w:tc>
          <w:tcPr>
            <w:tcW w:type="dxa" w:w="1224"/>
            <w:shd w:fill="F9FBFB"/>
            <w:tcMar>
              <w:top w:w="35" w:type="dxa"/>
              <w:bottom w:w="35" w:type="dxa"/>
              <w:left w:w="20" w:type="dxa"/>
              <w:right w:w="20" w:type="dxa"/>
            </w:tcMar>
          </w:tcPr>
          <w:p>
            <w:pPr>
              <w:jc w:val="right"/>
            </w:pPr>
            <w:r>
              <w:rPr>
                <w:color w:val="27AE60"/>
                <w:sz w:val="15"/>
              </w:rPr>
              <w:t>+32</w:t>
            </w:r>
          </w:p>
        </w:tc>
        <w:tc>
          <w:tcPr>
            <w:tcW w:type="dxa" w:w="1066"/>
            <w:shd w:fill="F9FBFB"/>
            <w:tcMar>
              <w:top w:w="35" w:type="dxa"/>
              <w:bottom w:w="35" w:type="dxa"/>
              <w:left w:w="20" w:type="dxa"/>
              <w:right w:w="20" w:type="dxa"/>
            </w:tcMar>
          </w:tcPr>
          <w:p>
            <w:pPr>
              <w:jc w:val="center"/>
            </w:pPr>
            <w:r>
              <w:rPr>
                <w:b/>
                <w:color w:val="27AE60"/>
                <w:sz w:val="15"/>
              </w:rPr>
              <w:t>+27.1%</w:t>
            </w:r>
          </w:p>
        </w:tc>
      </w:tr>
      <w:tr>
        <w:tc>
          <w:tcPr>
            <w:tcW w:type="dxa" w:w="504"/>
            <w:shd w:fill="FFFFFF"/>
            <w:tcMar>
              <w:top w:w="35" w:type="dxa"/>
              <w:bottom w:w="35" w:type="dxa"/>
              <w:left w:w="20" w:type="dxa"/>
              <w:right w:w="20" w:type="dxa"/>
            </w:tcMar>
          </w:tcPr>
          <w:p>
            <w:pPr>
              <w:jc w:val="center"/>
            </w:pPr>
            <w:r>
              <w:rPr>
                <w:sz w:val="15"/>
              </w:rPr>
              <w:t>65</w:t>
            </w:r>
          </w:p>
        </w:tc>
        <w:tc>
          <w:tcPr>
            <w:tcW w:type="dxa" w:w="936"/>
            <w:shd w:fill="FFFFFF"/>
            <w:tcMar>
              <w:top w:w="35" w:type="dxa"/>
              <w:bottom w:w="35" w:type="dxa"/>
              <w:left w:w="20" w:type="dxa"/>
              <w:right w:w="20" w:type="dxa"/>
            </w:tcMar>
          </w:tcPr>
          <w:p>
            <w:pPr>
              <w:jc w:val="left"/>
            </w:pPr>
            <w:r>
              <w:rPr>
                <w:sz w:val="15"/>
              </w:rPr>
              <w:t>KH0136</w:t>
            </w:r>
          </w:p>
        </w:tc>
        <w:tc>
          <w:tcPr>
            <w:tcW w:type="dxa" w:w="3024"/>
            <w:shd w:fill="FFFFFF"/>
            <w:tcMar>
              <w:top w:w="35" w:type="dxa"/>
              <w:bottom w:w="35" w:type="dxa"/>
              <w:left w:w="20" w:type="dxa"/>
              <w:right w:w="20" w:type="dxa"/>
            </w:tcMar>
          </w:tcPr>
          <w:p>
            <w:pPr>
              <w:jc w:val="left"/>
            </w:pPr>
            <w:r>
              <w:rPr>
                <w:sz w:val="15"/>
              </w:rPr>
              <w:t>CÔNG TY CỔ PHẦN KỸ NGHỆ GỖ LONG VIỆT</w:t>
            </w:r>
          </w:p>
        </w:tc>
        <w:tc>
          <w:tcPr>
            <w:tcW w:type="dxa" w:w="835"/>
            <w:shd w:fill="FFFFFF"/>
            <w:tcMar>
              <w:top w:w="35" w:type="dxa"/>
              <w:bottom w:w="35" w:type="dxa"/>
              <w:left w:w="20" w:type="dxa"/>
              <w:right w:w="20" w:type="dxa"/>
            </w:tcMar>
          </w:tcPr>
          <w:p>
            <w:pPr>
              <w:jc w:val="right"/>
            </w:pPr>
            <w:r>
              <w:rPr>
                <w:sz w:val="15"/>
              </w:rPr>
              <w:t>138</w:t>
            </w:r>
          </w:p>
        </w:tc>
        <w:tc>
          <w:tcPr>
            <w:tcW w:type="dxa" w:w="835"/>
            <w:shd w:fill="FFFFFF"/>
            <w:tcMar>
              <w:top w:w="35" w:type="dxa"/>
              <w:bottom w:w="35" w:type="dxa"/>
              <w:left w:w="20" w:type="dxa"/>
              <w:right w:w="20" w:type="dxa"/>
            </w:tcMar>
          </w:tcPr>
          <w:p>
            <w:pPr>
              <w:jc w:val="right"/>
            </w:pPr>
            <w:r>
              <w:rPr>
                <w:sz w:val="15"/>
              </w:rPr>
              <w:t>54</w:t>
            </w:r>
          </w:p>
        </w:tc>
        <w:tc>
          <w:tcPr>
            <w:tcW w:type="dxa" w:w="835"/>
            <w:shd w:fill="FFFFFF"/>
            <w:tcMar>
              <w:top w:w="35" w:type="dxa"/>
              <w:bottom w:w="35" w:type="dxa"/>
              <w:left w:w="20" w:type="dxa"/>
              <w:right w:w="20" w:type="dxa"/>
            </w:tcMar>
          </w:tcPr>
          <w:p>
            <w:pPr>
              <w:jc w:val="right"/>
            </w:pPr>
            <w:r>
              <w:rPr>
                <w:sz w:val="15"/>
              </w:rPr>
              <w:t>126</w:t>
            </w:r>
          </w:p>
        </w:tc>
        <w:tc>
          <w:tcPr>
            <w:tcW w:type="dxa" w:w="835"/>
            <w:shd w:fill="FFFFFF"/>
            <w:tcMar>
              <w:top w:w="35" w:type="dxa"/>
              <w:bottom w:w="35" w:type="dxa"/>
              <w:left w:w="20" w:type="dxa"/>
              <w:right w:w="20" w:type="dxa"/>
            </w:tcMar>
          </w:tcPr>
          <w:p>
            <w:pPr>
              <w:jc w:val="right"/>
            </w:pPr>
            <w:r>
              <w:rPr>
                <w:sz w:val="15"/>
              </w:rPr>
              <w:t>118</w:t>
            </w:r>
          </w:p>
        </w:tc>
        <w:tc>
          <w:tcPr>
            <w:tcW w:type="dxa" w:w="835"/>
            <w:shd w:fill="FFFFFF"/>
            <w:tcMar>
              <w:top w:w="35" w:type="dxa"/>
              <w:bottom w:w="35" w:type="dxa"/>
              <w:left w:w="20" w:type="dxa"/>
              <w:right w:w="20" w:type="dxa"/>
            </w:tcMar>
          </w:tcPr>
          <w:p>
            <w:pPr>
              <w:jc w:val="right"/>
            </w:pPr>
            <w:r>
              <w:rPr>
                <w:sz w:val="15"/>
              </w:rPr>
              <w:t>127</w:t>
            </w:r>
          </w:p>
        </w:tc>
        <w:tc>
          <w:tcPr>
            <w:tcW w:type="dxa" w:w="835"/>
            <w:shd w:fill="FFFFFF"/>
            <w:tcMar>
              <w:top w:w="35" w:type="dxa"/>
              <w:bottom w:w="35" w:type="dxa"/>
              <w:left w:w="20" w:type="dxa"/>
              <w:right w:w="20" w:type="dxa"/>
            </w:tcMar>
          </w:tcPr>
          <w:p>
            <w:pPr>
              <w:jc w:val="right"/>
            </w:pPr>
            <w:r>
              <w:rPr>
                <w:sz w:val="15"/>
              </w:rPr>
              <w:t>103</w:t>
            </w:r>
          </w:p>
        </w:tc>
        <w:tc>
          <w:tcPr>
            <w:tcW w:type="dxa" w:w="835"/>
            <w:shd w:fill="FFFFFF"/>
            <w:tcMar>
              <w:top w:w="35" w:type="dxa"/>
              <w:bottom w:w="35" w:type="dxa"/>
              <w:left w:w="20" w:type="dxa"/>
              <w:right w:w="20" w:type="dxa"/>
            </w:tcMar>
          </w:tcPr>
          <w:p>
            <w:pPr>
              <w:jc w:val="right"/>
            </w:pPr>
            <w:r>
              <w:rPr>
                <w:sz w:val="15"/>
              </w:rPr>
              <w:t>87</w:t>
            </w:r>
          </w:p>
        </w:tc>
        <w:tc>
          <w:tcPr>
            <w:tcW w:type="dxa" w:w="835"/>
            <w:shd w:fill="FFFFFF"/>
            <w:tcMar>
              <w:top w:w="35" w:type="dxa"/>
              <w:bottom w:w="35" w:type="dxa"/>
              <w:left w:w="20" w:type="dxa"/>
              <w:right w:w="20" w:type="dxa"/>
            </w:tcMar>
          </w:tcPr>
          <w:p>
            <w:pPr>
              <w:jc w:val="right"/>
            </w:pPr>
            <w:r>
              <w:rPr>
                <w:sz w:val="15"/>
              </w:rPr>
              <w:t>46</w:t>
            </w:r>
          </w:p>
        </w:tc>
        <w:tc>
          <w:tcPr>
            <w:tcW w:type="dxa" w:w="835"/>
            <w:shd w:fill="FFFFFF"/>
            <w:tcMar>
              <w:top w:w="35" w:type="dxa"/>
              <w:bottom w:w="35" w:type="dxa"/>
              <w:left w:w="20" w:type="dxa"/>
              <w:right w:w="20" w:type="dxa"/>
            </w:tcMar>
          </w:tcPr>
          <w:p>
            <w:pPr>
              <w:jc w:val="right"/>
            </w:pPr>
            <w:r>
              <w:rPr>
                <w:sz w:val="15"/>
              </w:rPr>
              <w:t>114</w:t>
            </w:r>
          </w:p>
        </w:tc>
        <w:tc>
          <w:tcPr>
            <w:tcW w:type="dxa" w:w="835"/>
            <w:shd w:fill="FFFFFF"/>
            <w:tcMar>
              <w:top w:w="35" w:type="dxa"/>
              <w:bottom w:w="35" w:type="dxa"/>
              <w:left w:w="20" w:type="dxa"/>
              <w:right w:w="20" w:type="dxa"/>
            </w:tcMar>
          </w:tcPr>
          <w:p>
            <w:pPr>
              <w:jc w:val="right"/>
            </w:pPr>
            <w:r>
              <w:rPr>
                <w:b/>
                <w:sz w:val="15"/>
              </w:rPr>
              <w:t>18</w:t>
            </w:r>
          </w:p>
        </w:tc>
        <w:tc>
          <w:tcPr>
            <w:tcW w:type="dxa" w:w="1224"/>
            <w:shd w:fill="FFFFFF"/>
            <w:tcMar>
              <w:top w:w="35" w:type="dxa"/>
              <w:bottom w:w="35" w:type="dxa"/>
              <w:left w:w="20" w:type="dxa"/>
              <w:right w:w="20" w:type="dxa"/>
            </w:tcMar>
          </w:tcPr>
          <w:p>
            <w:pPr>
              <w:jc w:val="right"/>
            </w:pPr>
            <w:r>
              <w:rPr>
                <w:color w:val="C0392B"/>
                <w:sz w:val="15"/>
              </w:rPr>
              <w:t>-96</w:t>
            </w:r>
          </w:p>
        </w:tc>
        <w:tc>
          <w:tcPr>
            <w:tcW w:type="dxa" w:w="1066"/>
            <w:shd w:fill="FFFFFF"/>
            <w:tcMar>
              <w:top w:w="35" w:type="dxa"/>
              <w:bottom w:w="35" w:type="dxa"/>
              <w:left w:w="20" w:type="dxa"/>
              <w:right w:w="20" w:type="dxa"/>
            </w:tcMar>
          </w:tcPr>
          <w:p>
            <w:pPr>
              <w:jc w:val="center"/>
            </w:pPr>
            <w:r>
              <w:rPr>
                <w:b/>
                <w:color w:val="C0392B"/>
                <w:sz w:val="15"/>
              </w:rPr>
              <w:t>-84.2%</w:t>
            </w:r>
          </w:p>
        </w:tc>
      </w:tr>
      <w:tr>
        <w:tc>
          <w:tcPr>
            <w:tcW w:type="dxa" w:w="504"/>
            <w:shd w:fill="F9FBFB"/>
            <w:tcMar>
              <w:top w:w="35" w:type="dxa"/>
              <w:bottom w:w="35" w:type="dxa"/>
              <w:left w:w="20" w:type="dxa"/>
              <w:right w:w="20" w:type="dxa"/>
            </w:tcMar>
          </w:tcPr>
          <w:p>
            <w:pPr>
              <w:jc w:val="center"/>
            </w:pPr>
            <w:r>
              <w:rPr>
                <w:sz w:val="15"/>
              </w:rPr>
              <w:t>66</w:t>
            </w:r>
          </w:p>
        </w:tc>
        <w:tc>
          <w:tcPr>
            <w:tcW w:type="dxa" w:w="936"/>
            <w:shd w:fill="F9FBFB"/>
            <w:tcMar>
              <w:top w:w="35" w:type="dxa"/>
              <w:bottom w:w="35" w:type="dxa"/>
              <w:left w:w="20" w:type="dxa"/>
              <w:right w:w="20" w:type="dxa"/>
            </w:tcMar>
          </w:tcPr>
          <w:p>
            <w:pPr>
              <w:jc w:val="left"/>
            </w:pPr>
            <w:r>
              <w:rPr>
                <w:sz w:val="15"/>
              </w:rPr>
              <w:t>KH0349</w:t>
            </w:r>
          </w:p>
        </w:tc>
        <w:tc>
          <w:tcPr>
            <w:tcW w:type="dxa" w:w="3024"/>
            <w:shd w:fill="F9FBFB"/>
            <w:tcMar>
              <w:top w:w="35" w:type="dxa"/>
              <w:bottom w:w="35" w:type="dxa"/>
              <w:left w:w="20" w:type="dxa"/>
              <w:right w:w="20" w:type="dxa"/>
            </w:tcMar>
          </w:tcPr>
          <w:p>
            <w:pPr>
              <w:jc w:val="left"/>
            </w:pPr>
            <w:r>
              <w:rPr>
                <w:sz w:val="15"/>
              </w:rPr>
              <w:t>CÔNG TY TNHH MEUBLES DEMEYERE VIỆT NAM</w:t>
            </w:r>
          </w:p>
        </w:tc>
        <w:tc>
          <w:tcPr>
            <w:tcW w:type="dxa" w:w="835"/>
            <w:shd w:fill="F9FBFB"/>
            <w:tcMar>
              <w:top w:w="35" w:type="dxa"/>
              <w:bottom w:w="35" w:type="dxa"/>
              <w:left w:w="20" w:type="dxa"/>
              <w:right w:w="20" w:type="dxa"/>
            </w:tcMar>
          </w:tcPr>
          <w:p>
            <w:pPr>
              <w:jc w:val="right"/>
            </w:pPr>
            <w:r>
              <w:rPr>
                <w:sz w:val="15"/>
              </w:rPr>
              <w:t>12</w:t>
            </w:r>
          </w:p>
        </w:tc>
        <w:tc>
          <w:tcPr>
            <w:tcW w:type="dxa" w:w="835"/>
            <w:shd w:fill="F9FBFB"/>
            <w:tcMar>
              <w:top w:w="35" w:type="dxa"/>
              <w:bottom w:w="35" w:type="dxa"/>
              <w:left w:w="20" w:type="dxa"/>
              <w:right w:w="20" w:type="dxa"/>
            </w:tcMar>
          </w:tcPr>
          <w:p>
            <w:pPr>
              <w:jc w:val="right"/>
            </w:pPr>
            <w:r>
              <w:rPr>
                <w:sz w:val="15"/>
              </w:rPr>
              <w:t>102</w:t>
            </w:r>
          </w:p>
        </w:tc>
        <w:tc>
          <w:tcPr>
            <w:tcW w:type="dxa" w:w="835"/>
            <w:shd w:fill="F9FBFB"/>
            <w:tcMar>
              <w:top w:w="35" w:type="dxa"/>
              <w:bottom w:w="35" w:type="dxa"/>
              <w:left w:w="20" w:type="dxa"/>
              <w:right w:w="20" w:type="dxa"/>
            </w:tcMar>
          </w:tcPr>
          <w:p>
            <w:pPr>
              <w:jc w:val="right"/>
            </w:pPr>
            <w:r>
              <w:rPr>
                <w:sz w:val="15"/>
              </w:rPr>
              <w:t>112</w:t>
            </w:r>
          </w:p>
        </w:tc>
        <w:tc>
          <w:tcPr>
            <w:tcW w:type="dxa" w:w="835"/>
            <w:shd w:fill="F9FBFB"/>
            <w:tcMar>
              <w:top w:w="35" w:type="dxa"/>
              <w:bottom w:w="35" w:type="dxa"/>
              <w:left w:w="20" w:type="dxa"/>
              <w:right w:w="20" w:type="dxa"/>
            </w:tcMar>
          </w:tcPr>
          <w:p>
            <w:pPr>
              <w:jc w:val="right"/>
            </w:pPr>
            <w:r>
              <w:rPr>
                <w:sz w:val="15"/>
              </w:rPr>
              <w:t>360</w:t>
            </w:r>
          </w:p>
        </w:tc>
        <w:tc>
          <w:tcPr>
            <w:tcW w:type="dxa" w:w="835"/>
            <w:shd w:fill="F9FBFB"/>
            <w:tcMar>
              <w:top w:w="35" w:type="dxa"/>
              <w:bottom w:w="35" w:type="dxa"/>
              <w:left w:w="20" w:type="dxa"/>
              <w:right w:w="20" w:type="dxa"/>
            </w:tcMar>
          </w:tcPr>
          <w:p>
            <w:pPr>
              <w:jc w:val="right"/>
            </w:pPr>
            <w:r>
              <w:rPr>
                <w:sz w:val="15"/>
              </w:rPr>
              <w:t>170</w:t>
            </w:r>
          </w:p>
        </w:tc>
        <w:tc>
          <w:tcPr>
            <w:tcW w:type="dxa" w:w="835"/>
            <w:shd w:fill="F9FBFB"/>
            <w:tcMar>
              <w:top w:w="35" w:type="dxa"/>
              <w:bottom w:w="35" w:type="dxa"/>
              <w:left w:w="20" w:type="dxa"/>
              <w:right w:w="20" w:type="dxa"/>
            </w:tcMar>
          </w:tcPr>
          <w:p>
            <w:pPr>
              <w:jc w:val="right"/>
            </w:pPr>
            <w:r>
              <w:rPr>
                <w:sz w:val="15"/>
              </w:rPr>
              <w:t>123</w:t>
            </w:r>
          </w:p>
        </w:tc>
        <w:tc>
          <w:tcPr>
            <w:tcW w:type="dxa" w:w="835"/>
            <w:shd w:fill="F9FBFB"/>
            <w:tcMar>
              <w:top w:w="35" w:type="dxa"/>
              <w:bottom w:w="35" w:type="dxa"/>
              <w:left w:w="20" w:type="dxa"/>
              <w:right w:w="20" w:type="dxa"/>
            </w:tcMar>
          </w:tcPr>
          <w:p>
            <w:pPr>
              <w:jc w:val="right"/>
            </w:pPr>
            <w:r>
              <w:rPr>
                <w:sz w:val="15"/>
              </w:rPr>
              <w:t>111</w:t>
            </w:r>
          </w:p>
        </w:tc>
        <w:tc>
          <w:tcPr>
            <w:tcW w:type="dxa" w:w="835"/>
            <w:shd w:fill="F9FBFB"/>
            <w:tcMar>
              <w:top w:w="35" w:type="dxa"/>
              <w:bottom w:w="35" w:type="dxa"/>
              <w:left w:w="20" w:type="dxa"/>
              <w:right w:w="20" w:type="dxa"/>
            </w:tcMar>
          </w:tcPr>
          <w:p>
            <w:pPr>
              <w:jc w:val="right"/>
            </w:pPr>
            <w:r>
              <w:rPr>
                <w:sz w:val="15"/>
              </w:rPr>
              <w:t>40</w:t>
            </w:r>
          </w:p>
        </w:tc>
        <w:tc>
          <w:tcPr>
            <w:tcW w:type="dxa" w:w="835"/>
            <w:shd w:fill="F9FBFB"/>
            <w:tcMar>
              <w:top w:w="35" w:type="dxa"/>
              <w:bottom w:w="35" w:type="dxa"/>
              <w:left w:w="20" w:type="dxa"/>
              <w:right w:w="20" w:type="dxa"/>
            </w:tcMar>
          </w:tcPr>
          <w:p>
            <w:pPr>
              <w:jc w:val="right"/>
            </w:pPr>
            <w:r>
              <w:rPr>
                <w:sz w:val="15"/>
              </w:rPr>
              <w:t>114</w:t>
            </w:r>
          </w:p>
        </w:tc>
        <w:tc>
          <w:tcPr>
            <w:tcW w:type="dxa" w:w="835"/>
            <w:shd w:fill="F9FBFB"/>
            <w:tcMar>
              <w:top w:w="35" w:type="dxa"/>
              <w:bottom w:w="35" w:type="dxa"/>
              <w:left w:w="20" w:type="dxa"/>
              <w:right w:w="20" w:type="dxa"/>
            </w:tcMar>
          </w:tcPr>
          <w:p>
            <w:pPr>
              <w:jc w:val="right"/>
            </w:pPr>
            <w:r>
              <w:rPr>
                <w:b/>
                <w:sz w:val="15"/>
              </w:rPr>
              <w:t>-</w:t>
            </w:r>
          </w:p>
        </w:tc>
        <w:tc>
          <w:tcPr>
            <w:tcW w:type="dxa" w:w="1224"/>
            <w:shd w:fill="F9FBFB"/>
            <w:tcMar>
              <w:top w:w="35" w:type="dxa"/>
              <w:bottom w:w="35" w:type="dxa"/>
              <w:left w:w="20" w:type="dxa"/>
              <w:right w:w="20" w:type="dxa"/>
            </w:tcMar>
          </w:tcPr>
          <w:p>
            <w:pPr>
              <w:jc w:val="right"/>
            </w:pPr>
            <w:r>
              <w:rPr>
                <w:color w:val="C0392B"/>
                <w:sz w:val="15"/>
              </w:rPr>
              <w:t>-114</w:t>
            </w:r>
          </w:p>
        </w:tc>
        <w:tc>
          <w:tcPr>
            <w:tcW w:type="dxa" w:w="1066"/>
            <w:shd w:fill="F9FBFB"/>
            <w:tcMar>
              <w:top w:w="35" w:type="dxa"/>
              <w:bottom w:w="35" w:type="dxa"/>
              <w:left w:w="20" w:type="dxa"/>
              <w:right w:w="20" w:type="dxa"/>
            </w:tcMar>
          </w:tcPr>
          <w:p>
            <w:pPr>
              <w:jc w:val="center"/>
            </w:pPr>
            <w:r>
              <w:rPr>
                <w:b/>
                <w:color w:val="C0392B"/>
                <w:sz w:val="15"/>
              </w:rPr>
              <w:t>-100.0%</w:t>
            </w:r>
          </w:p>
        </w:tc>
      </w:tr>
      <w:tr>
        <w:tc>
          <w:tcPr>
            <w:tcW w:type="dxa" w:w="504"/>
            <w:shd w:fill="FFFFFF"/>
            <w:tcMar>
              <w:top w:w="35" w:type="dxa"/>
              <w:bottom w:w="35" w:type="dxa"/>
              <w:left w:w="20" w:type="dxa"/>
              <w:right w:w="20" w:type="dxa"/>
            </w:tcMar>
          </w:tcPr>
          <w:p>
            <w:pPr>
              <w:jc w:val="center"/>
            </w:pPr>
            <w:r>
              <w:rPr>
                <w:sz w:val="15"/>
              </w:rPr>
              <w:t>67</w:t>
            </w:r>
          </w:p>
        </w:tc>
        <w:tc>
          <w:tcPr>
            <w:tcW w:type="dxa" w:w="936"/>
            <w:shd w:fill="FFFFFF"/>
            <w:tcMar>
              <w:top w:w="35" w:type="dxa"/>
              <w:bottom w:w="35" w:type="dxa"/>
              <w:left w:w="20" w:type="dxa"/>
              <w:right w:w="20" w:type="dxa"/>
            </w:tcMar>
          </w:tcPr>
          <w:p>
            <w:pPr>
              <w:jc w:val="left"/>
            </w:pPr>
            <w:r>
              <w:rPr>
                <w:sz w:val="15"/>
              </w:rPr>
              <w:t>KH0776</w:t>
            </w:r>
          </w:p>
        </w:tc>
        <w:tc>
          <w:tcPr>
            <w:tcW w:type="dxa" w:w="3024"/>
            <w:shd w:fill="FFFFFF"/>
            <w:tcMar>
              <w:top w:w="35" w:type="dxa"/>
              <w:bottom w:w="35" w:type="dxa"/>
              <w:left w:w="20" w:type="dxa"/>
              <w:right w:w="20" w:type="dxa"/>
            </w:tcMar>
          </w:tcPr>
          <w:p>
            <w:pPr>
              <w:jc w:val="left"/>
            </w:pPr>
            <w:r>
              <w:rPr>
                <w:sz w:val="15"/>
              </w:rPr>
              <w:t>CÔNG TY TNHH ĐỒ GỖ ĐỨC THỊNH</w:t>
            </w:r>
          </w:p>
        </w:tc>
        <w:tc>
          <w:tcPr>
            <w:tcW w:type="dxa" w:w="835"/>
            <w:shd w:fill="FFFFFF"/>
            <w:tcMar>
              <w:top w:w="35" w:type="dxa"/>
              <w:bottom w:w="35" w:type="dxa"/>
              <w:left w:w="20" w:type="dxa"/>
              <w:right w:w="20" w:type="dxa"/>
            </w:tcMar>
          </w:tcPr>
          <w:p>
            <w:pPr>
              <w:jc w:val="right"/>
            </w:pPr>
            <w:r>
              <w:rPr>
                <w:sz w:val="15"/>
              </w:rPr>
              <w:t>187</w:t>
            </w:r>
          </w:p>
        </w:tc>
        <w:tc>
          <w:tcPr>
            <w:tcW w:type="dxa" w:w="835"/>
            <w:shd w:fill="FFFFFF"/>
            <w:tcMar>
              <w:top w:w="35" w:type="dxa"/>
              <w:bottom w:w="35" w:type="dxa"/>
              <w:left w:w="20" w:type="dxa"/>
              <w:right w:w="20" w:type="dxa"/>
            </w:tcMar>
          </w:tcPr>
          <w:p>
            <w:pPr>
              <w:jc w:val="right"/>
            </w:pPr>
            <w:r>
              <w:rPr>
                <w:sz w:val="15"/>
              </w:rPr>
              <w:t>107</w:t>
            </w:r>
          </w:p>
        </w:tc>
        <w:tc>
          <w:tcPr>
            <w:tcW w:type="dxa" w:w="835"/>
            <w:shd w:fill="FFFFFF"/>
            <w:tcMar>
              <w:top w:w="35" w:type="dxa"/>
              <w:bottom w:w="35" w:type="dxa"/>
              <w:left w:w="20" w:type="dxa"/>
              <w:right w:w="20" w:type="dxa"/>
            </w:tcMar>
          </w:tcPr>
          <w:p>
            <w:pPr>
              <w:jc w:val="right"/>
            </w:pPr>
            <w:r>
              <w:rPr>
                <w:sz w:val="15"/>
              </w:rPr>
              <w:t>146</w:t>
            </w:r>
          </w:p>
        </w:tc>
        <w:tc>
          <w:tcPr>
            <w:tcW w:type="dxa" w:w="835"/>
            <w:shd w:fill="FFFFFF"/>
            <w:tcMar>
              <w:top w:w="35" w:type="dxa"/>
              <w:bottom w:w="35" w:type="dxa"/>
              <w:left w:w="20" w:type="dxa"/>
              <w:right w:w="20" w:type="dxa"/>
            </w:tcMar>
          </w:tcPr>
          <w:p>
            <w:pPr>
              <w:jc w:val="right"/>
            </w:pPr>
            <w:r>
              <w:rPr>
                <w:sz w:val="15"/>
              </w:rPr>
              <w:t>63</w:t>
            </w:r>
          </w:p>
        </w:tc>
        <w:tc>
          <w:tcPr>
            <w:tcW w:type="dxa" w:w="835"/>
            <w:shd w:fill="FFFFFF"/>
            <w:tcMar>
              <w:top w:w="35" w:type="dxa"/>
              <w:bottom w:w="35" w:type="dxa"/>
              <w:left w:w="20" w:type="dxa"/>
              <w:right w:w="20" w:type="dxa"/>
            </w:tcMar>
          </w:tcPr>
          <w:p>
            <w:pPr>
              <w:jc w:val="right"/>
            </w:pPr>
            <w:r>
              <w:rPr>
                <w:sz w:val="15"/>
              </w:rPr>
              <w:t>27</w:t>
            </w:r>
          </w:p>
        </w:tc>
        <w:tc>
          <w:tcPr>
            <w:tcW w:type="dxa" w:w="835"/>
            <w:shd w:fill="FFFFFF"/>
            <w:tcMar>
              <w:top w:w="35" w:type="dxa"/>
              <w:bottom w:w="35" w:type="dxa"/>
              <w:left w:w="20" w:type="dxa"/>
              <w:right w:w="20" w:type="dxa"/>
            </w:tcMar>
          </w:tcPr>
          <w:p>
            <w:pPr>
              <w:jc w:val="right"/>
            </w:pPr>
            <w:r>
              <w:rPr>
                <w:sz w:val="15"/>
              </w:rPr>
              <w:t>55</w:t>
            </w:r>
          </w:p>
        </w:tc>
        <w:tc>
          <w:tcPr>
            <w:tcW w:type="dxa" w:w="835"/>
            <w:shd w:fill="FFFFFF"/>
            <w:tcMar>
              <w:top w:w="35" w:type="dxa"/>
              <w:bottom w:w="35" w:type="dxa"/>
              <w:left w:w="20" w:type="dxa"/>
              <w:right w:w="20" w:type="dxa"/>
            </w:tcMar>
          </w:tcPr>
          <w:p>
            <w:pPr>
              <w:jc w:val="right"/>
            </w:pPr>
            <w:r>
              <w:rPr>
                <w:sz w:val="15"/>
              </w:rPr>
              <w:t>76</w:t>
            </w:r>
          </w:p>
        </w:tc>
        <w:tc>
          <w:tcPr>
            <w:tcW w:type="dxa" w:w="835"/>
            <w:shd w:fill="FFFFFF"/>
            <w:tcMar>
              <w:top w:w="35" w:type="dxa"/>
              <w:bottom w:w="35" w:type="dxa"/>
              <w:left w:w="20" w:type="dxa"/>
              <w:right w:w="20" w:type="dxa"/>
            </w:tcMar>
          </w:tcPr>
          <w:p>
            <w:pPr>
              <w:jc w:val="right"/>
            </w:pPr>
            <w:r>
              <w:rPr>
                <w:sz w:val="15"/>
              </w:rPr>
              <w:t>185</w:t>
            </w:r>
          </w:p>
        </w:tc>
        <w:tc>
          <w:tcPr>
            <w:tcW w:type="dxa" w:w="835"/>
            <w:shd w:fill="FFFFFF"/>
            <w:tcMar>
              <w:top w:w="35" w:type="dxa"/>
              <w:bottom w:w="35" w:type="dxa"/>
              <w:left w:w="20" w:type="dxa"/>
              <w:right w:w="20" w:type="dxa"/>
            </w:tcMar>
          </w:tcPr>
          <w:p>
            <w:pPr>
              <w:jc w:val="right"/>
            </w:pPr>
            <w:r>
              <w:rPr>
                <w:sz w:val="15"/>
              </w:rPr>
              <w:t>104</w:t>
            </w:r>
          </w:p>
        </w:tc>
        <w:tc>
          <w:tcPr>
            <w:tcW w:type="dxa" w:w="835"/>
            <w:shd w:fill="FFFFFF"/>
            <w:tcMar>
              <w:top w:w="35" w:type="dxa"/>
              <w:bottom w:w="35" w:type="dxa"/>
              <w:left w:w="20" w:type="dxa"/>
              <w:right w:w="20" w:type="dxa"/>
            </w:tcMar>
          </w:tcPr>
          <w:p>
            <w:pPr>
              <w:jc w:val="right"/>
            </w:pPr>
            <w:r>
              <w:rPr>
                <w:b/>
                <w:sz w:val="15"/>
              </w:rPr>
              <w:t>207</w:t>
            </w:r>
          </w:p>
        </w:tc>
        <w:tc>
          <w:tcPr>
            <w:tcW w:type="dxa" w:w="1224"/>
            <w:shd w:fill="FFFFFF"/>
            <w:tcMar>
              <w:top w:w="35" w:type="dxa"/>
              <w:bottom w:w="35" w:type="dxa"/>
              <w:left w:w="20" w:type="dxa"/>
              <w:right w:w="20" w:type="dxa"/>
            </w:tcMar>
          </w:tcPr>
          <w:p>
            <w:pPr>
              <w:jc w:val="right"/>
            </w:pPr>
            <w:r>
              <w:rPr>
                <w:color w:val="27AE60"/>
                <w:sz w:val="15"/>
              </w:rPr>
              <w:t>+103</w:t>
            </w:r>
          </w:p>
        </w:tc>
        <w:tc>
          <w:tcPr>
            <w:tcW w:type="dxa" w:w="1066"/>
            <w:shd w:fill="FFFFFF"/>
            <w:tcMar>
              <w:top w:w="35" w:type="dxa"/>
              <w:bottom w:w="35" w:type="dxa"/>
              <w:left w:w="20" w:type="dxa"/>
              <w:right w:w="20" w:type="dxa"/>
            </w:tcMar>
          </w:tcPr>
          <w:p>
            <w:pPr>
              <w:jc w:val="center"/>
            </w:pPr>
            <w:r>
              <w:rPr>
                <w:b/>
                <w:color w:val="27AE60"/>
                <w:sz w:val="15"/>
              </w:rPr>
              <w:t>+99.0%</w:t>
            </w:r>
          </w:p>
        </w:tc>
      </w:tr>
      <w:tr>
        <w:tc>
          <w:tcPr>
            <w:tcW w:type="dxa" w:w="504"/>
            <w:shd w:fill="F9FBFB"/>
            <w:tcMar>
              <w:top w:w="35" w:type="dxa"/>
              <w:bottom w:w="35" w:type="dxa"/>
              <w:left w:w="20" w:type="dxa"/>
              <w:right w:w="20" w:type="dxa"/>
            </w:tcMar>
          </w:tcPr>
          <w:p>
            <w:pPr>
              <w:jc w:val="center"/>
            </w:pPr>
            <w:r>
              <w:rPr>
                <w:sz w:val="15"/>
              </w:rPr>
              <w:t>68</w:t>
            </w:r>
          </w:p>
        </w:tc>
        <w:tc>
          <w:tcPr>
            <w:tcW w:type="dxa" w:w="936"/>
            <w:shd w:fill="F9FBFB"/>
            <w:tcMar>
              <w:top w:w="35" w:type="dxa"/>
              <w:bottom w:w="35" w:type="dxa"/>
              <w:left w:w="20" w:type="dxa"/>
              <w:right w:w="20" w:type="dxa"/>
            </w:tcMar>
          </w:tcPr>
          <w:p>
            <w:pPr>
              <w:jc w:val="left"/>
            </w:pPr>
            <w:r>
              <w:rPr>
                <w:sz w:val="15"/>
              </w:rPr>
              <w:t>KH1739</w:t>
            </w:r>
          </w:p>
        </w:tc>
        <w:tc>
          <w:tcPr>
            <w:tcW w:type="dxa" w:w="3024"/>
            <w:shd w:fill="F9FBFB"/>
            <w:tcMar>
              <w:top w:w="35" w:type="dxa"/>
              <w:bottom w:w="35" w:type="dxa"/>
              <w:left w:w="20" w:type="dxa"/>
              <w:right w:w="20" w:type="dxa"/>
            </w:tcMar>
          </w:tcPr>
          <w:p>
            <w:pPr>
              <w:jc w:val="left"/>
            </w:pPr>
            <w:r>
              <w:rPr>
                <w:sz w:val="15"/>
              </w:rPr>
              <w:t>CÔNG TY TNHH WESBROOK VIỆT NAM</w:t>
            </w:r>
          </w:p>
        </w:tc>
        <w:tc>
          <w:tcPr>
            <w:tcW w:type="dxa" w:w="835"/>
            <w:shd w:fill="F9FBFB"/>
            <w:tcMar>
              <w:top w:w="35" w:type="dxa"/>
              <w:bottom w:w="35" w:type="dxa"/>
              <w:left w:w="20" w:type="dxa"/>
              <w:right w:w="20" w:type="dxa"/>
            </w:tcMar>
          </w:tcPr>
          <w:p>
            <w:pPr>
              <w:jc w:val="right"/>
            </w:pPr>
            <w:r>
              <w:rPr>
                <w:sz w:val="15"/>
              </w:rPr>
              <w:t>192</w:t>
            </w:r>
          </w:p>
        </w:tc>
        <w:tc>
          <w:tcPr>
            <w:tcW w:type="dxa" w:w="835"/>
            <w:shd w:fill="F9FBFB"/>
            <w:tcMar>
              <w:top w:w="35" w:type="dxa"/>
              <w:bottom w:w="35" w:type="dxa"/>
              <w:left w:w="20" w:type="dxa"/>
              <w:right w:w="20" w:type="dxa"/>
            </w:tcMar>
          </w:tcPr>
          <w:p>
            <w:pPr>
              <w:jc w:val="right"/>
            </w:pPr>
            <w:r>
              <w:rPr>
                <w:sz w:val="15"/>
              </w:rPr>
              <w:t>50</w:t>
            </w:r>
          </w:p>
        </w:tc>
        <w:tc>
          <w:tcPr>
            <w:tcW w:type="dxa" w:w="835"/>
            <w:shd w:fill="F9FBFB"/>
            <w:tcMar>
              <w:top w:w="35" w:type="dxa"/>
              <w:bottom w:w="35" w:type="dxa"/>
              <w:left w:w="20" w:type="dxa"/>
              <w:right w:w="20" w:type="dxa"/>
            </w:tcMar>
          </w:tcPr>
          <w:p>
            <w:pPr>
              <w:jc w:val="right"/>
            </w:pPr>
            <w:r>
              <w:rPr>
                <w:sz w:val="15"/>
              </w:rPr>
              <w:t>179</w:t>
            </w:r>
          </w:p>
        </w:tc>
        <w:tc>
          <w:tcPr>
            <w:tcW w:type="dxa" w:w="835"/>
            <w:shd w:fill="F9FBFB"/>
            <w:tcMar>
              <w:top w:w="35" w:type="dxa"/>
              <w:bottom w:w="35" w:type="dxa"/>
              <w:left w:w="20" w:type="dxa"/>
              <w:right w:w="20" w:type="dxa"/>
            </w:tcMar>
          </w:tcPr>
          <w:p>
            <w:pPr>
              <w:jc w:val="right"/>
            </w:pPr>
            <w:r>
              <w:rPr>
                <w:sz w:val="15"/>
              </w:rPr>
              <w:t>153</w:t>
            </w:r>
          </w:p>
        </w:tc>
        <w:tc>
          <w:tcPr>
            <w:tcW w:type="dxa" w:w="835"/>
            <w:shd w:fill="F9FBFB"/>
            <w:tcMar>
              <w:top w:w="35" w:type="dxa"/>
              <w:bottom w:w="35" w:type="dxa"/>
              <w:left w:w="20" w:type="dxa"/>
              <w:right w:w="20" w:type="dxa"/>
            </w:tcMar>
          </w:tcPr>
          <w:p>
            <w:pPr>
              <w:jc w:val="right"/>
            </w:pPr>
            <w:r>
              <w:rPr>
                <w:sz w:val="15"/>
              </w:rPr>
              <w:t>101</w:t>
            </w:r>
          </w:p>
        </w:tc>
        <w:tc>
          <w:tcPr>
            <w:tcW w:type="dxa" w:w="835"/>
            <w:shd w:fill="F9FBFB"/>
            <w:tcMar>
              <w:top w:w="35" w:type="dxa"/>
              <w:bottom w:w="35" w:type="dxa"/>
              <w:left w:w="20" w:type="dxa"/>
              <w:right w:w="20" w:type="dxa"/>
            </w:tcMar>
          </w:tcPr>
          <w:p>
            <w:pPr>
              <w:jc w:val="right"/>
            </w:pPr>
            <w:r>
              <w:rPr>
                <w:sz w:val="15"/>
              </w:rPr>
              <w:t>155</w:t>
            </w:r>
          </w:p>
        </w:tc>
        <w:tc>
          <w:tcPr>
            <w:tcW w:type="dxa" w:w="835"/>
            <w:shd w:fill="F9FBFB"/>
            <w:tcMar>
              <w:top w:w="35" w:type="dxa"/>
              <w:bottom w:w="35" w:type="dxa"/>
              <w:left w:w="20" w:type="dxa"/>
              <w:right w:w="20" w:type="dxa"/>
            </w:tcMar>
          </w:tcPr>
          <w:p>
            <w:pPr>
              <w:jc w:val="right"/>
            </w:pPr>
            <w:r>
              <w:rPr>
                <w:sz w:val="15"/>
              </w:rPr>
              <w:t>109</w:t>
            </w:r>
          </w:p>
        </w:tc>
        <w:tc>
          <w:tcPr>
            <w:tcW w:type="dxa" w:w="835"/>
            <w:shd w:fill="F9FBFB"/>
            <w:tcMar>
              <w:top w:w="35" w:type="dxa"/>
              <w:bottom w:w="35" w:type="dxa"/>
              <w:left w:w="20" w:type="dxa"/>
              <w:right w:w="20" w:type="dxa"/>
            </w:tcMar>
          </w:tcPr>
          <w:p>
            <w:pPr>
              <w:jc w:val="right"/>
            </w:pPr>
            <w:r>
              <w:rPr>
                <w:sz w:val="15"/>
              </w:rPr>
              <w:t>87</w:t>
            </w:r>
          </w:p>
        </w:tc>
        <w:tc>
          <w:tcPr>
            <w:tcW w:type="dxa" w:w="835"/>
            <w:shd w:fill="F9FBFB"/>
            <w:tcMar>
              <w:top w:w="35" w:type="dxa"/>
              <w:bottom w:w="35" w:type="dxa"/>
              <w:left w:w="20" w:type="dxa"/>
              <w:right w:w="20" w:type="dxa"/>
            </w:tcMar>
          </w:tcPr>
          <w:p>
            <w:pPr>
              <w:jc w:val="right"/>
            </w:pPr>
            <w:r>
              <w:rPr>
                <w:sz w:val="15"/>
              </w:rPr>
              <w:t>86</w:t>
            </w:r>
          </w:p>
        </w:tc>
        <w:tc>
          <w:tcPr>
            <w:tcW w:type="dxa" w:w="835"/>
            <w:shd w:fill="F9FBFB"/>
            <w:tcMar>
              <w:top w:w="35" w:type="dxa"/>
              <w:bottom w:w="35" w:type="dxa"/>
              <w:left w:w="20" w:type="dxa"/>
              <w:right w:w="20" w:type="dxa"/>
            </w:tcMar>
          </w:tcPr>
          <w:p>
            <w:pPr>
              <w:jc w:val="right"/>
            </w:pPr>
            <w:r>
              <w:rPr>
                <w:b/>
                <w:sz w:val="15"/>
              </w:rPr>
              <w:t>-</w:t>
            </w:r>
          </w:p>
        </w:tc>
        <w:tc>
          <w:tcPr>
            <w:tcW w:type="dxa" w:w="1224"/>
            <w:shd w:fill="F9FBFB"/>
            <w:tcMar>
              <w:top w:w="35" w:type="dxa"/>
              <w:bottom w:w="35" w:type="dxa"/>
              <w:left w:w="20" w:type="dxa"/>
              <w:right w:w="20" w:type="dxa"/>
            </w:tcMar>
          </w:tcPr>
          <w:p>
            <w:pPr>
              <w:jc w:val="right"/>
            </w:pPr>
            <w:r>
              <w:rPr>
                <w:color w:val="C0392B"/>
                <w:sz w:val="15"/>
              </w:rPr>
              <w:t>-86</w:t>
            </w:r>
          </w:p>
        </w:tc>
        <w:tc>
          <w:tcPr>
            <w:tcW w:type="dxa" w:w="1066"/>
            <w:shd w:fill="F9FBFB"/>
            <w:tcMar>
              <w:top w:w="35" w:type="dxa"/>
              <w:bottom w:w="35" w:type="dxa"/>
              <w:left w:w="20" w:type="dxa"/>
              <w:right w:w="20" w:type="dxa"/>
            </w:tcMar>
          </w:tcPr>
          <w:p>
            <w:pPr>
              <w:jc w:val="center"/>
            </w:pPr>
            <w:r>
              <w:rPr>
                <w:b/>
                <w:color w:val="C0392B"/>
                <w:sz w:val="15"/>
              </w:rPr>
              <w:t>-100.0%</w:t>
            </w:r>
          </w:p>
        </w:tc>
      </w:tr>
      <w:tr>
        <w:tc>
          <w:tcPr>
            <w:tcW w:type="dxa" w:w="504"/>
            <w:shd w:fill="FFFFFF"/>
            <w:tcMar>
              <w:top w:w="35" w:type="dxa"/>
              <w:bottom w:w="35" w:type="dxa"/>
              <w:left w:w="20" w:type="dxa"/>
              <w:right w:w="20" w:type="dxa"/>
            </w:tcMar>
          </w:tcPr>
          <w:p>
            <w:pPr>
              <w:jc w:val="center"/>
            </w:pPr>
            <w:r>
              <w:rPr>
                <w:sz w:val="15"/>
              </w:rPr>
              <w:t>69</w:t>
            </w:r>
          </w:p>
        </w:tc>
        <w:tc>
          <w:tcPr>
            <w:tcW w:type="dxa" w:w="936"/>
            <w:shd w:fill="FFFFFF"/>
            <w:tcMar>
              <w:top w:w="35" w:type="dxa"/>
              <w:bottom w:w="35" w:type="dxa"/>
              <w:left w:w="20" w:type="dxa"/>
              <w:right w:w="20" w:type="dxa"/>
            </w:tcMar>
          </w:tcPr>
          <w:p>
            <w:pPr>
              <w:jc w:val="left"/>
            </w:pPr>
            <w:r>
              <w:rPr>
                <w:sz w:val="15"/>
              </w:rPr>
              <w:t>KH2189</w:t>
            </w:r>
          </w:p>
        </w:tc>
        <w:tc>
          <w:tcPr>
            <w:tcW w:type="dxa" w:w="3024"/>
            <w:shd w:fill="FFFFFF"/>
            <w:tcMar>
              <w:top w:w="35" w:type="dxa"/>
              <w:bottom w:w="35" w:type="dxa"/>
              <w:left w:w="20" w:type="dxa"/>
              <w:right w:w="20" w:type="dxa"/>
            </w:tcMar>
          </w:tcPr>
          <w:p>
            <w:pPr>
              <w:jc w:val="left"/>
            </w:pPr>
            <w:r>
              <w:rPr>
                <w:sz w:val="15"/>
              </w:rPr>
              <w:t>HỘ KINH DOANH SONG LINH</w:t>
            </w:r>
          </w:p>
        </w:tc>
        <w:tc>
          <w:tcPr>
            <w:tcW w:type="dxa" w:w="835"/>
            <w:shd w:fill="FFFFFF"/>
            <w:tcMar>
              <w:top w:w="35" w:type="dxa"/>
              <w:bottom w:w="35" w:type="dxa"/>
              <w:left w:w="20" w:type="dxa"/>
              <w:right w:w="20" w:type="dxa"/>
            </w:tcMar>
          </w:tcPr>
          <w:p>
            <w:pPr>
              <w:jc w:val="right"/>
            </w:pPr>
            <w:r>
              <w:rPr>
                <w:sz w:val="15"/>
              </w:rPr>
              <w:t>30</w:t>
            </w:r>
          </w:p>
        </w:tc>
        <w:tc>
          <w:tcPr>
            <w:tcW w:type="dxa" w:w="835"/>
            <w:shd w:fill="FFFFFF"/>
            <w:tcMar>
              <w:top w:w="35" w:type="dxa"/>
              <w:bottom w:w="35" w:type="dxa"/>
              <w:left w:w="20" w:type="dxa"/>
              <w:right w:w="20" w:type="dxa"/>
            </w:tcMar>
          </w:tcPr>
          <w:p>
            <w:pPr>
              <w:jc w:val="right"/>
            </w:pPr>
            <w:r>
              <w:rPr>
                <w:sz w:val="15"/>
              </w:rPr>
              <w:t>32</w:t>
            </w:r>
          </w:p>
        </w:tc>
        <w:tc>
          <w:tcPr>
            <w:tcW w:type="dxa" w:w="835"/>
            <w:shd w:fill="FFFFFF"/>
            <w:tcMar>
              <w:top w:w="35" w:type="dxa"/>
              <w:bottom w:w="35" w:type="dxa"/>
              <w:left w:w="20" w:type="dxa"/>
              <w:right w:w="20" w:type="dxa"/>
            </w:tcMar>
          </w:tcPr>
          <w:p>
            <w:pPr>
              <w:jc w:val="right"/>
            </w:pPr>
            <w:r>
              <w:rPr>
                <w:sz w:val="15"/>
              </w:rPr>
              <w:t>97</w:t>
            </w:r>
          </w:p>
        </w:tc>
        <w:tc>
          <w:tcPr>
            <w:tcW w:type="dxa" w:w="835"/>
            <w:shd w:fill="FFFFFF"/>
            <w:tcMar>
              <w:top w:w="35" w:type="dxa"/>
              <w:bottom w:w="35" w:type="dxa"/>
              <w:left w:w="20" w:type="dxa"/>
              <w:right w:w="20" w:type="dxa"/>
            </w:tcMar>
          </w:tcPr>
          <w:p>
            <w:pPr>
              <w:jc w:val="right"/>
            </w:pPr>
            <w:r>
              <w:rPr>
                <w:sz w:val="15"/>
              </w:rPr>
              <w:t>60</w:t>
            </w:r>
          </w:p>
        </w:tc>
        <w:tc>
          <w:tcPr>
            <w:tcW w:type="dxa" w:w="835"/>
            <w:shd w:fill="FFFFFF"/>
            <w:tcMar>
              <w:top w:w="35" w:type="dxa"/>
              <w:bottom w:w="35" w:type="dxa"/>
              <w:left w:w="20" w:type="dxa"/>
              <w:right w:w="20" w:type="dxa"/>
            </w:tcMar>
          </w:tcPr>
          <w:p>
            <w:pPr>
              <w:jc w:val="right"/>
            </w:pPr>
            <w:r>
              <w:rPr>
                <w:sz w:val="15"/>
              </w:rPr>
              <w:t>72</w:t>
            </w:r>
          </w:p>
        </w:tc>
        <w:tc>
          <w:tcPr>
            <w:tcW w:type="dxa" w:w="835"/>
            <w:shd w:fill="FFFFFF"/>
            <w:tcMar>
              <w:top w:w="35" w:type="dxa"/>
              <w:bottom w:w="35" w:type="dxa"/>
              <w:left w:w="20" w:type="dxa"/>
              <w:right w:w="20" w:type="dxa"/>
            </w:tcMar>
          </w:tcPr>
          <w:p>
            <w:pPr>
              <w:jc w:val="right"/>
            </w:pPr>
            <w:r>
              <w:rPr>
                <w:sz w:val="15"/>
              </w:rPr>
              <w:t>161</w:t>
            </w:r>
          </w:p>
        </w:tc>
        <w:tc>
          <w:tcPr>
            <w:tcW w:type="dxa" w:w="835"/>
            <w:shd w:fill="FFFFFF"/>
            <w:tcMar>
              <w:top w:w="35" w:type="dxa"/>
              <w:bottom w:w="35" w:type="dxa"/>
              <w:left w:w="20" w:type="dxa"/>
              <w:right w:w="20" w:type="dxa"/>
            </w:tcMar>
          </w:tcPr>
          <w:p>
            <w:pPr>
              <w:jc w:val="right"/>
            </w:pPr>
            <w:r>
              <w:rPr>
                <w:sz w:val="15"/>
              </w:rPr>
              <w:t>35</w:t>
            </w:r>
          </w:p>
        </w:tc>
        <w:tc>
          <w:tcPr>
            <w:tcW w:type="dxa" w:w="835"/>
            <w:shd w:fill="FFFFFF"/>
            <w:tcMar>
              <w:top w:w="35" w:type="dxa"/>
              <w:bottom w:w="35" w:type="dxa"/>
              <w:left w:w="20" w:type="dxa"/>
              <w:right w:w="20" w:type="dxa"/>
            </w:tcMar>
          </w:tcPr>
          <w:p>
            <w:pPr>
              <w:jc w:val="right"/>
            </w:pPr>
            <w:r>
              <w:rPr>
                <w:sz w:val="15"/>
              </w:rPr>
              <w:t>29</w:t>
            </w:r>
          </w:p>
        </w:tc>
        <w:tc>
          <w:tcPr>
            <w:tcW w:type="dxa" w:w="835"/>
            <w:shd w:fill="FFFFFF"/>
            <w:tcMar>
              <w:top w:w="35" w:type="dxa"/>
              <w:bottom w:w="35" w:type="dxa"/>
              <w:left w:w="20" w:type="dxa"/>
              <w:right w:w="20" w:type="dxa"/>
            </w:tcMar>
          </w:tcPr>
          <w:p>
            <w:pPr>
              <w:jc w:val="right"/>
            </w:pPr>
            <w:r>
              <w:rPr>
                <w:sz w:val="15"/>
              </w:rPr>
              <w:t>80</w:t>
            </w:r>
          </w:p>
        </w:tc>
        <w:tc>
          <w:tcPr>
            <w:tcW w:type="dxa" w:w="835"/>
            <w:shd w:fill="FFFFFF"/>
            <w:tcMar>
              <w:top w:w="35" w:type="dxa"/>
              <w:bottom w:w="35" w:type="dxa"/>
              <w:left w:w="20" w:type="dxa"/>
              <w:right w:w="20" w:type="dxa"/>
            </w:tcMar>
          </w:tcPr>
          <w:p>
            <w:pPr>
              <w:jc w:val="right"/>
            </w:pPr>
            <w:r>
              <w:rPr>
                <w:b/>
                <w:sz w:val="15"/>
              </w:rPr>
              <w:t>-</w:t>
            </w:r>
          </w:p>
        </w:tc>
        <w:tc>
          <w:tcPr>
            <w:tcW w:type="dxa" w:w="1224"/>
            <w:shd w:fill="FFFFFF"/>
            <w:tcMar>
              <w:top w:w="35" w:type="dxa"/>
              <w:bottom w:w="35" w:type="dxa"/>
              <w:left w:w="20" w:type="dxa"/>
              <w:right w:w="20" w:type="dxa"/>
            </w:tcMar>
          </w:tcPr>
          <w:p>
            <w:pPr>
              <w:jc w:val="right"/>
            </w:pPr>
            <w:r>
              <w:rPr>
                <w:color w:val="C0392B"/>
                <w:sz w:val="15"/>
              </w:rPr>
              <w:t>-80</w:t>
            </w:r>
          </w:p>
        </w:tc>
        <w:tc>
          <w:tcPr>
            <w:tcW w:type="dxa" w:w="1066"/>
            <w:shd w:fill="FFFFFF"/>
            <w:tcMar>
              <w:top w:w="35" w:type="dxa"/>
              <w:bottom w:w="35" w:type="dxa"/>
              <w:left w:w="20" w:type="dxa"/>
              <w:right w:w="20" w:type="dxa"/>
            </w:tcMar>
          </w:tcPr>
          <w:p>
            <w:pPr>
              <w:jc w:val="center"/>
            </w:pPr>
            <w:r>
              <w:rPr>
                <w:b/>
                <w:color w:val="C0392B"/>
                <w:sz w:val="15"/>
              </w:rPr>
              <w:t>-100.0%</w:t>
            </w:r>
          </w:p>
        </w:tc>
      </w:tr>
      <w:tr>
        <w:tc>
          <w:tcPr>
            <w:tcW w:type="dxa" w:w="504"/>
            <w:shd w:fill="F9FBFB"/>
            <w:tcMar>
              <w:top w:w="35" w:type="dxa"/>
              <w:bottom w:w="35" w:type="dxa"/>
              <w:left w:w="20" w:type="dxa"/>
              <w:right w:w="20" w:type="dxa"/>
            </w:tcMar>
          </w:tcPr>
          <w:p>
            <w:pPr>
              <w:jc w:val="center"/>
            </w:pPr>
            <w:r>
              <w:rPr>
                <w:sz w:val="15"/>
              </w:rPr>
              <w:t>70</w:t>
            </w:r>
          </w:p>
        </w:tc>
        <w:tc>
          <w:tcPr>
            <w:tcW w:type="dxa" w:w="936"/>
            <w:shd w:fill="F9FBFB"/>
            <w:tcMar>
              <w:top w:w="35" w:type="dxa"/>
              <w:bottom w:w="35" w:type="dxa"/>
              <w:left w:w="20" w:type="dxa"/>
              <w:right w:w="20" w:type="dxa"/>
            </w:tcMar>
          </w:tcPr>
          <w:p>
            <w:pPr>
              <w:jc w:val="left"/>
            </w:pPr>
            <w:r>
              <w:rPr>
                <w:sz w:val="15"/>
              </w:rPr>
              <w:t>KH1242</w:t>
            </w:r>
          </w:p>
        </w:tc>
        <w:tc>
          <w:tcPr>
            <w:tcW w:type="dxa" w:w="3024"/>
            <w:shd w:fill="F9FBFB"/>
            <w:tcMar>
              <w:top w:w="35" w:type="dxa"/>
              <w:bottom w:w="35" w:type="dxa"/>
              <w:left w:w="20" w:type="dxa"/>
              <w:right w:w="20" w:type="dxa"/>
            </w:tcMar>
          </w:tcPr>
          <w:p>
            <w:pPr>
              <w:jc w:val="left"/>
            </w:pPr>
            <w:r>
              <w:rPr>
                <w:sz w:val="15"/>
              </w:rPr>
              <w:t>CÔNG TY CỔ PHẦN GỖ AN CƯỜNG</w:t>
            </w:r>
          </w:p>
        </w:tc>
        <w:tc>
          <w:tcPr>
            <w:tcW w:type="dxa" w:w="835"/>
            <w:shd w:fill="F9FBFB"/>
            <w:tcMar>
              <w:top w:w="35" w:type="dxa"/>
              <w:bottom w:w="35" w:type="dxa"/>
              <w:left w:w="20" w:type="dxa"/>
              <w:right w:w="20" w:type="dxa"/>
            </w:tcMar>
          </w:tcPr>
          <w:p>
            <w:pPr>
              <w:jc w:val="right"/>
            </w:pPr>
            <w:r>
              <w:rPr>
                <w:sz w:val="15"/>
              </w:rPr>
              <w:t>98</w:t>
            </w:r>
          </w:p>
        </w:tc>
        <w:tc>
          <w:tcPr>
            <w:tcW w:type="dxa" w:w="835"/>
            <w:shd w:fill="F9FBFB"/>
            <w:tcMar>
              <w:top w:w="35" w:type="dxa"/>
              <w:bottom w:w="35" w:type="dxa"/>
              <w:left w:w="20" w:type="dxa"/>
              <w:right w:w="20" w:type="dxa"/>
            </w:tcMar>
          </w:tcPr>
          <w:p>
            <w:pPr>
              <w:jc w:val="right"/>
            </w:pPr>
            <w:r>
              <w:rPr>
                <w:sz w:val="15"/>
              </w:rPr>
              <w:t>62</w:t>
            </w:r>
          </w:p>
        </w:tc>
        <w:tc>
          <w:tcPr>
            <w:tcW w:type="dxa" w:w="835"/>
            <w:shd w:fill="F9FBFB"/>
            <w:tcMar>
              <w:top w:w="35" w:type="dxa"/>
              <w:bottom w:w="35" w:type="dxa"/>
              <w:left w:w="20" w:type="dxa"/>
              <w:right w:w="20" w:type="dxa"/>
            </w:tcMar>
          </w:tcPr>
          <w:p>
            <w:pPr>
              <w:jc w:val="right"/>
            </w:pPr>
            <w:r>
              <w:rPr>
                <w:sz w:val="15"/>
              </w:rPr>
              <w:t>175</w:t>
            </w:r>
          </w:p>
        </w:tc>
        <w:tc>
          <w:tcPr>
            <w:tcW w:type="dxa" w:w="835"/>
            <w:shd w:fill="F9FBFB"/>
            <w:tcMar>
              <w:top w:w="35" w:type="dxa"/>
              <w:bottom w:w="35" w:type="dxa"/>
              <w:left w:w="20" w:type="dxa"/>
              <w:right w:w="20" w:type="dxa"/>
            </w:tcMar>
          </w:tcPr>
          <w:p>
            <w:pPr>
              <w:jc w:val="right"/>
            </w:pPr>
            <w:r>
              <w:rPr>
                <w:sz w:val="15"/>
              </w:rPr>
              <w:t>51</w:t>
            </w:r>
          </w:p>
        </w:tc>
        <w:tc>
          <w:tcPr>
            <w:tcW w:type="dxa" w:w="835"/>
            <w:shd w:fill="F9FBFB"/>
            <w:tcMar>
              <w:top w:w="35" w:type="dxa"/>
              <w:bottom w:w="35" w:type="dxa"/>
              <w:left w:w="20" w:type="dxa"/>
              <w:right w:w="20" w:type="dxa"/>
            </w:tcMar>
          </w:tcPr>
          <w:p>
            <w:pPr>
              <w:jc w:val="right"/>
            </w:pPr>
            <w:r>
              <w:rPr>
                <w:sz w:val="15"/>
              </w:rPr>
              <w:t>126</w:t>
            </w:r>
          </w:p>
        </w:tc>
        <w:tc>
          <w:tcPr>
            <w:tcW w:type="dxa" w:w="835"/>
            <w:shd w:fill="F9FBFB"/>
            <w:tcMar>
              <w:top w:w="35" w:type="dxa"/>
              <w:bottom w:w="35" w:type="dxa"/>
              <w:left w:w="20" w:type="dxa"/>
              <w:right w:w="20" w:type="dxa"/>
            </w:tcMar>
          </w:tcPr>
          <w:p>
            <w:pPr>
              <w:jc w:val="right"/>
            </w:pPr>
            <w:r>
              <w:rPr>
                <w:sz w:val="15"/>
              </w:rPr>
              <w:t>174</w:t>
            </w:r>
          </w:p>
        </w:tc>
        <w:tc>
          <w:tcPr>
            <w:tcW w:type="dxa" w:w="835"/>
            <w:shd w:fill="F9FBFB"/>
            <w:tcMar>
              <w:top w:w="35" w:type="dxa"/>
              <w:bottom w:w="35" w:type="dxa"/>
              <w:left w:w="20" w:type="dxa"/>
              <w:right w:w="20" w:type="dxa"/>
            </w:tcMar>
          </w:tcPr>
          <w:p>
            <w:pPr>
              <w:jc w:val="right"/>
            </w:pPr>
            <w:r>
              <w:rPr>
                <w:sz w:val="15"/>
              </w:rPr>
              <w:t>167</w:t>
            </w:r>
          </w:p>
        </w:tc>
        <w:tc>
          <w:tcPr>
            <w:tcW w:type="dxa" w:w="835"/>
            <w:shd w:fill="F9FBFB"/>
            <w:tcMar>
              <w:top w:w="35" w:type="dxa"/>
              <w:bottom w:w="35" w:type="dxa"/>
              <w:left w:w="20" w:type="dxa"/>
              <w:right w:w="20" w:type="dxa"/>
            </w:tcMar>
          </w:tcPr>
          <w:p>
            <w:pPr>
              <w:jc w:val="right"/>
            </w:pPr>
            <w:r>
              <w:rPr>
                <w:sz w:val="15"/>
              </w:rPr>
              <w:t>53</w:t>
            </w:r>
          </w:p>
        </w:tc>
        <w:tc>
          <w:tcPr>
            <w:tcW w:type="dxa" w:w="835"/>
            <w:shd w:fill="F9FBFB"/>
            <w:tcMar>
              <w:top w:w="35" w:type="dxa"/>
              <w:bottom w:w="35" w:type="dxa"/>
              <w:left w:w="20" w:type="dxa"/>
              <w:right w:w="20" w:type="dxa"/>
            </w:tcMar>
          </w:tcPr>
          <w:p>
            <w:pPr>
              <w:jc w:val="right"/>
            </w:pPr>
            <w:r>
              <w:rPr>
                <w:sz w:val="15"/>
              </w:rPr>
              <w:t>72</w:t>
            </w:r>
          </w:p>
        </w:tc>
        <w:tc>
          <w:tcPr>
            <w:tcW w:type="dxa" w:w="835"/>
            <w:shd w:fill="F9FBFB"/>
            <w:tcMar>
              <w:top w:w="35" w:type="dxa"/>
              <w:bottom w:w="35" w:type="dxa"/>
              <w:left w:w="20" w:type="dxa"/>
              <w:right w:w="20" w:type="dxa"/>
            </w:tcMar>
          </w:tcPr>
          <w:p>
            <w:pPr>
              <w:jc w:val="right"/>
            </w:pPr>
            <w:r>
              <w:rPr>
                <w:b/>
                <w:sz w:val="15"/>
              </w:rPr>
              <w:t>-</w:t>
            </w:r>
          </w:p>
        </w:tc>
        <w:tc>
          <w:tcPr>
            <w:tcW w:type="dxa" w:w="1224"/>
            <w:shd w:fill="F9FBFB"/>
            <w:tcMar>
              <w:top w:w="35" w:type="dxa"/>
              <w:bottom w:w="35" w:type="dxa"/>
              <w:left w:w="20" w:type="dxa"/>
              <w:right w:w="20" w:type="dxa"/>
            </w:tcMar>
          </w:tcPr>
          <w:p>
            <w:pPr>
              <w:jc w:val="right"/>
            </w:pPr>
            <w:r>
              <w:rPr>
                <w:color w:val="C0392B"/>
                <w:sz w:val="15"/>
              </w:rPr>
              <w:t>-72</w:t>
            </w:r>
          </w:p>
        </w:tc>
        <w:tc>
          <w:tcPr>
            <w:tcW w:type="dxa" w:w="1066"/>
            <w:shd w:fill="F9FBFB"/>
            <w:tcMar>
              <w:top w:w="35" w:type="dxa"/>
              <w:bottom w:w="35" w:type="dxa"/>
              <w:left w:w="20" w:type="dxa"/>
              <w:right w:w="20" w:type="dxa"/>
            </w:tcMar>
          </w:tcPr>
          <w:p>
            <w:pPr>
              <w:jc w:val="center"/>
            </w:pPr>
            <w:r>
              <w:rPr>
                <w:b/>
                <w:color w:val="C0392B"/>
                <w:sz w:val="15"/>
              </w:rPr>
              <w:t>-100.0%</w:t>
            </w:r>
          </w:p>
        </w:tc>
      </w:tr>
      <w:tr>
        <w:tc>
          <w:tcPr>
            <w:tcW w:type="dxa" w:w="504"/>
            <w:shd w:fill="FFFFFF"/>
            <w:tcMar>
              <w:top w:w="35" w:type="dxa"/>
              <w:bottom w:w="35" w:type="dxa"/>
              <w:left w:w="20" w:type="dxa"/>
              <w:right w:w="20" w:type="dxa"/>
            </w:tcMar>
          </w:tcPr>
          <w:p>
            <w:pPr>
              <w:jc w:val="center"/>
            </w:pPr>
            <w:r>
              <w:rPr>
                <w:sz w:val="15"/>
              </w:rPr>
              <w:t>71</w:t>
            </w:r>
          </w:p>
        </w:tc>
        <w:tc>
          <w:tcPr>
            <w:tcW w:type="dxa" w:w="936"/>
            <w:shd w:fill="FFFFFF"/>
            <w:tcMar>
              <w:top w:w="35" w:type="dxa"/>
              <w:bottom w:w="35" w:type="dxa"/>
              <w:left w:w="20" w:type="dxa"/>
              <w:right w:w="20" w:type="dxa"/>
            </w:tcMar>
          </w:tcPr>
          <w:p>
            <w:pPr>
              <w:jc w:val="left"/>
            </w:pPr>
            <w:r>
              <w:rPr>
                <w:sz w:val="15"/>
              </w:rPr>
              <w:t>KH0450</w:t>
            </w:r>
          </w:p>
        </w:tc>
        <w:tc>
          <w:tcPr>
            <w:tcW w:type="dxa" w:w="3024"/>
            <w:shd w:fill="FFFFFF"/>
            <w:tcMar>
              <w:top w:w="35" w:type="dxa"/>
              <w:bottom w:w="35" w:type="dxa"/>
              <w:left w:w="20" w:type="dxa"/>
              <w:right w:w="20" w:type="dxa"/>
            </w:tcMar>
          </w:tcPr>
          <w:p>
            <w:pPr>
              <w:jc w:val="left"/>
            </w:pPr>
            <w:r>
              <w:rPr>
                <w:sz w:val="15"/>
              </w:rPr>
              <w:t>CÔNG TY TNHH PHẠM NHẬT ANH</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34</w:t>
            </w:r>
          </w:p>
        </w:tc>
        <w:tc>
          <w:tcPr>
            <w:tcW w:type="dxa" w:w="835"/>
            <w:shd w:fill="FFFFFF"/>
            <w:tcMar>
              <w:top w:w="35" w:type="dxa"/>
              <w:bottom w:w="35" w:type="dxa"/>
              <w:left w:w="20" w:type="dxa"/>
              <w:right w:w="20" w:type="dxa"/>
            </w:tcMar>
          </w:tcPr>
          <w:p>
            <w:pPr>
              <w:jc w:val="right"/>
            </w:pPr>
            <w:r>
              <w:rPr>
                <w:sz w:val="15"/>
              </w:rPr>
              <w:t>135</w:t>
            </w:r>
          </w:p>
        </w:tc>
        <w:tc>
          <w:tcPr>
            <w:tcW w:type="dxa" w:w="835"/>
            <w:shd w:fill="FFFFFF"/>
            <w:tcMar>
              <w:top w:w="35" w:type="dxa"/>
              <w:bottom w:w="35" w:type="dxa"/>
              <w:left w:w="20" w:type="dxa"/>
              <w:right w:w="20" w:type="dxa"/>
            </w:tcMar>
          </w:tcPr>
          <w:p>
            <w:pPr>
              <w:jc w:val="right"/>
            </w:pPr>
            <w:r>
              <w:rPr>
                <w:sz w:val="15"/>
              </w:rPr>
              <w:t>515</w:t>
            </w:r>
          </w:p>
        </w:tc>
        <w:tc>
          <w:tcPr>
            <w:tcW w:type="dxa" w:w="835"/>
            <w:shd w:fill="FFFFFF"/>
            <w:tcMar>
              <w:top w:w="35" w:type="dxa"/>
              <w:bottom w:w="35" w:type="dxa"/>
              <w:left w:w="20" w:type="dxa"/>
              <w:right w:w="20" w:type="dxa"/>
            </w:tcMar>
          </w:tcPr>
          <w:p>
            <w:pPr>
              <w:jc w:val="right"/>
            </w:pPr>
            <w:r>
              <w:rPr>
                <w:sz w:val="15"/>
              </w:rPr>
              <w:t>314</w:t>
            </w:r>
          </w:p>
        </w:tc>
        <w:tc>
          <w:tcPr>
            <w:tcW w:type="dxa" w:w="835"/>
            <w:shd w:fill="FFFFFF"/>
            <w:tcMar>
              <w:top w:w="35" w:type="dxa"/>
              <w:bottom w:w="35" w:type="dxa"/>
              <w:left w:w="20" w:type="dxa"/>
              <w:right w:w="20" w:type="dxa"/>
            </w:tcMar>
          </w:tcPr>
          <w:p>
            <w:pPr>
              <w:jc w:val="right"/>
            </w:pPr>
            <w:r>
              <w:rPr>
                <w:sz w:val="15"/>
              </w:rPr>
              <w:t>320</w:t>
            </w:r>
          </w:p>
        </w:tc>
        <w:tc>
          <w:tcPr>
            <w:tcW w:type="dxa" w:w="835"/>
            <w:shd w:fill="FFFFFF"/>
            <w:tcMar>
              <w:top w:w="35" w:type="dxa"/>
              <w:bottom w:w="35" w:type="dxa"/>
              <w:left w:w="20" w:type="dxa"/>
              <w:right w:w="20" w:type="dxa"/>
            </w:tcMar>
          </w:tcPr>
          <w:p>
            <w:pPr>
              <w:jc w:val="right"/>
            </w:pPr>
            <w:r>
              <w:rPr>
                <w:sz w:val="15"/>
              </w:rPr>
              <w:t>72</w:t>
            </w:r>
          </w:p>
        </w:tc>
        <w:tc>
          <w:tcPr>
            <w:tcW w:type="dxa" w:w="835"/>
            <w:shd w:fill="FFFFFF"/>
            <w:tcMar>
              <w:top w:w="35" w:type="dxa"/>
              <w:bottom w:w="35" w:type="dxa"/>
              <w:left w:w="20" w:type="dxa"/>
              <w:right w:w="20" w:type="dxa"/>
            </w:tcMar>
          </w:tcPr>
          <w:p>
            <w:pPr>
              <w:jc w:val="right"/>
            </w:pPr>
            <w:r>
              <w:rPr>
                <w:b/>
                <w:sz w:val="15"/>
              </w:rPr>
              <w:t>517</w:t>
            </w:r>
          </w:p>
        </w:tc>
        <w:tc>
          <w:tcPr>
            <w:tcW w:type="dxa" w:w="1224"/>
            <w:shd w:fill="FFFFFF"/>
            <w:tcMar>
              <w:top w:w="35" w:type="dxa"/>
              <w:bottom w:w="35" w:type="dxa"/>
              <w:left w:w="20" w:type="dxa"/>
              <w:right w:w="20" w:type="dxa"/>
            </w:tcMar>
          </w:tcPr>
          <w:p>
            <w:pPr>
              <w:jc w:val="right"/>
            </w:pPr>
            <w:r>
              <w:rPr>
                <w:color w:val="27AE60"/>
                <w:sz w:val="15"/>
              </w:rPr>
              <w:t>+445</w:t>
            </w:r>
          </w:p>
        </w:tc>
        <w:tc>
          <w:tcPr>
            <w:tcW w:type="dxa" w:w="1066"/>
            <w:shd w:fill="FFFFFF"/>
            <w:tcMar>
              <w:top w:w="35" w:type="dxa"/>
              <w:bottom w:w="35" w:type="dxa"/>
              <w:left w:w="20" w:type="dxa"/>
              <w:right w:w="20" w:type="dxa"/>
            </w:tcMar>
          </w:tcPr>
          <w:p>
            <w:pPr>
              <w:jc w:val="center"/>
            </w:pPr>
            <w:r>
              <w:rPr>
                <w:b/>
                <w:color w:val="27AE60"/>
                <w:sz w:val="15"/>
              </w:rPr>
              <w:t>+618.1%</w:t>
            </w:r>
          </w:p>
        </w:tc>
      </w:tr>
      <w:tr>
        <w:tc>
          <w:tcPr>
            <w:tcW w:type="dxa" w:w="504"/>
            <w:shd w:fill="F9FBFB"/>
            <w:tcMar>
              <w:top w:w="35" w:type="dxa"/>
              <w:bottom w:w="35" w:type="dxa"/>
              <w:left w:w="20" w:type="dxa"/>
              <w:right w:w="20" w:type="dxa"/>
            </w:tcMar>
          </w:tcPr>
          <w:p>
            <w:pPr>
              <w:jc w:val="center"/>
            </w:pPr>
            <w:r>
              <w:rPr>
                <w:sz w:val="15"/>
              </w:rPr>
              <w:t>72</w:t>
            </w:r>
          </w:p>
        </w:tc>
        <w:tc>
          <w:tcPr>
            <w:tcW w:type="dxa" w:w="936"/>
            <w:shd w:fill="F9FBFB"/>
            <w:tcMar>
              <w:top w:w="35" w:type="dxa"/>
              <w:bottom w:w="35" w:type="dxa"/>
              <w:left w:w="20" w:type="dxa"/>
              <w:right w:w="20" w:type="dxa"/>
            </w:tcMar>
          </w:tcPr>
          <w:p>
            <w:pPr>
              <w:jc w:val="left"/>
            </w:pPr>
            <w:r>
              <w:rPr>
                <w:sz w:val="15"/>
              </w:rPr>
              <w:t>KH0789</w:t>
            </w:r>
          </w:p>
        </w:tc>
        <w:tc>
          <w:tcPr>
            <w:tcW w:type="dxa" w:w="3024"/>
            <w:shd w:fill="F9FBFB"/>
            <w:tcMar>
              <w:top w:w="35" w:type="dxa"/>
              <w:bottom w:w="35" w:type="dxa"/>
              <w:left w:w="20" w:type="dxa"/>
              <w:right w:w="20" w:type="dxa"/>
            </w:tcMar>
          </w:tcPr>
          <w:p>
            <w:pPr>
              <w:jc w:val="left"/>
            </w:pPr>
            <w:r>
              <w:rPr>
                <w:sz w:val="15"/>
              </w:rPr>
              <w:t>CÔNG TY TRÁCH NHIỆM HỮU HẠN LIÊN THANH</w:t>
            </w:r>
          </w:p>
        </w:tc>
        <w:tc>
          <w:tcPr>
            <w:tcW w:type="dxa" w:w="835"/>
            <w:shd w:fill="F9FBFB"/>
            <w:tcMar>
              <w:top w:w="35" w:type="dxa"/>
              <w:bottom w:w="35" w:type="dxa"/>
              <w:left w:w="20" w:type="dxa"/>
              <w:right w:w="20" w:type="dxa"/>
            </w:tcMar>
          </w:tcPr>
          <w:p>
            <w:pPr>
              <w:jc w:val="right"/>
            </w:pPr>
            <w:r>
              <w:rPr>
                <w:sz w:val="15"/>
              </w:rPr>
              <w:t>108</w:t>
            </w:r>
          </w:p>
        </w:tc>
        <w:tc>
          <w:tcPr>
            <w:tcW w:type="dxa" w:w="835"/>
            <w:shd w:fill="F9FBFB"/>
            <w:tcMar>
              <w:top w:w="35" w:type="dxa"/>
              <w:bottom w:w="35" w:type="dxa"/>
              <w:left w:w="20" w:type="dxa"/>
              <w:right w:w="20" w:type="dxa"/>
            </w:tcMar>
          </w:tcPr>
          <w:p>
            <w:pPr>
              <w:jc w:val="right"/>
            </w:pPr>
            <w:r>
              <w:rPr>
                <w:sz w:val="15"/>
              </w:rPr>
              <w:t>23</w:t>
            </w:r>
          </w:p>
        </w:tc>
        <w:tc>
          <w:tcPr>
            <w:tcW w:type="dxa" w:w="835"/>
            <w:shd w:fill="F9FBFB"/>
            <w:tcMar>
              <w:top w:w="35" w:type="dxa"/>
              <w:bottom w:w="35" w:type="dxa"/>
              <w:left w:w="20" w:type="dxa"/>
              <w:right w:w="20" w:type="dxa"/>
            </w:tcMar>
          </w:tcPr>
          <w:p>
            <w:pPr>
              <w:jc w:val="right"/>
            </w:pPr>
            <w:r>
              <w:rPr>
                <w:sz w:val="15"/>
              </w:rPr>
              <w:t>79</w:t>
            </w:r>
          </w:p>
        </w:tc>
        <w:tc>
          <w:tcPr>
            <w:tcW w:type="dxa" w:w="835"/>
            <w:shd w:fill="F9FBFB"/>
            <w:tcMar>
              <w:top w:w="35" w:type="dxa"/>
              <w:bottom w:w="35" w:type="dxa"/>
              <w:left w:w="20" w:type="dxa"/>
              <w:right w:w="20" w:type="dxa"/>
            </w:tcMar>
          </w:tcPr>
          <w:p>
            <w:pPr>
              <w:jc w:val="right"/>
            </w:pPr>
            <w:r>
              <w:rPr>
                <w:sz w:val="15"/>
              </w:rPr>
              <w:t>31</w:t>
            </w:r>
          </w:p>
        </w:tc>
        <w:tc>
          <w:tcPr>
            <w:tcW w:type="dxa" w:w="835"/>
            <w:shd w:fill="F9FBFB"/>
            <w:tcMar>
              <w:top w:w="35" w:type="dxa"/>
              <w:bottom w:w="35" w:type="dxa"/>
              <w:left w:w="20" w:type="dxa"/>
              <w:right w:w="20" w:type="dxa"/>
            </w:tcMar>
          </w:tcPr>
          <w:p>
            <w:pPr>
              <w:jc w:val="right"/>
            </w:pPr>
            <w:r>
              <w:rPr>
                <w:sz w:val="15"/>
              </w:rPr>
              <w:t>47</w:t>
            </w:r>
          </w:p>
        </w:tc>
        <w:tc>
          <w:tcPr>
            <w:tcW w:type="dxa" w:w="835"/>
            <w:shd w:fill="F9FBFB"/>
            <w:tcMar>
              <w:top w:w="35" w:type="dxa"/>
              <w:bottom w:w="35" w:type="dxa"/>
              <w:left w:w="20" w:type="dxa"/>
              <w:right w:w="20" w:type="dxa"/>
            </w:tcMar>
          </w:tcPr>
          <w:p>
            <w:pPr>
              <w:jc w:val="right"/>
            </w:pPr>
            <w:r>
              <w:rPr>
                <w:sz w:val="15"/>
              </w:rPr>
              <w:t>45</w:t>
            </w:r>
          </w:p>
        </w:tc>
        <w:tc>
          <w:tcPr>
            <w:tcW w:type="dxa" w:w="835"/>
            <w:shd w:fill="F9FBFB"/>
            <w:tcMar>
              <w:top w:w="35" w:type="dxa"/>
              <w:bottom w:w="35" w:type="dxa"/>
              <w:left w:w="20" w:type="dxa"/>
              <w:right w:w="20" w:type="dxa"/>
            </w:tcMar>
          </w:tcPr>
          <w:p>
            <w:pPr>
              <w:jc w:val="right"/>
            </w:pPr>
            <w:r>
              <w:rPr>
                <w:sz w:val="15"/>
              </w:rPr>
              <w:t>6</w:t>
            </w:r>
          </w:p>
        </w:tc>
        <w:tc>
          <w:tcPr>
            <w:tcW w:type="dxa" w:w="835"/>
            <w:shd w:fill="F9FBFB"/>
            <w:tcMar>
              <w:top w:w="35" w:type="dxa"/>
              <w:bottom w:w="35" w:type="dxa"/>
              <w:left w:w="20" w:type="dxa"/>
              <w:right w:w="20" w:type="dxa"/>
            </w:tcMar>
          </w:tcPr>
          <w:p>
            <w:pPr>
              <w:jc w:val="right"/>
            </w:pPr>
            <w:r>
              <w:rPr>
                <w:sz w:val="15"/>
              </w:rPr>
              <w:t>41</w:t>
            </w:r>
          </w:p>
        </w:tc>
        <w:tc>
          <w:tcPr>
            <w:tcW w:type="dxa" w:w="835"/>
            <w:shd w:fill="F9FBFB"/>
            <w:tcMar>
              <w:top w:w="35" w:type="dxa"/>
              <w:bottom w:w="35" w:type="dxa"/>
              <w:left w:w="20" w:type="dxa"/>
              <w:right w:w="20" w:type="dxa"/>
            </w:tcMar>
          </w:tcPr>
          <w:p>
            <w:pPr>
              <w:jc w:val="right"/>
            </w:pPr>
            <w:r>
              <w:rPr>
                <w:sz w:val="15"/>
              </w:rPr>
              <w:t>68</w:t>
            </w:r>
          </w:p>
        </w:tc>
        <w:tc>
          <w:tcPr>
            <w:tcW w:type="dxa" w:w="835"/>
            <w:shd w:fill="F9FBFB"/>
            <w:tcMar>
              <w:top w:w="35" w:type="dxa"/>
              <w:bottom w:w="35" w:type="dxa"/>
              <w:left w:w="20" w:type="dxa"/>
              <w:right w:w="20" w:type="dxa"/>
            </w:tcMar>
          </w:tcPr>
          <w:p>
            <w:pPr>
              <w:jc w:val="right"/>
            </w:pPr>
            <w:r>
              <w:rPr>
                <w:b/>
                <w:sz w:val="15"/>
              </w:rPr>
              <w:t>-</w:t>
            </w:r>
          </w:p>
        </w:tc>
        <w:tc>
          <w:tcPr>
            <w:tcW w:type="dxa" w:w="1224"/>
            <w:shd w:fill="F9FBFB"/>
            <w:tcMar>
              <w:top w:w="35" w:type="dxa"/>
              <w:bottom w:w="35" w:type="dxa"/>
              <w:left w:w="20" w:type="dxa"/>
              <w:right w:w="20" w:type="dxa"/>
            </w:tcMar>
          </w:tcPr>
          <w:p>
            <w:pPr>
              <w:jc w:val="right"/>
            </w:pPr>
            <w:r>
              <w:rPr>
                <w:color w:val="C0392B"/>
                <w:sz w:val="15"/>
              </w:rPr>
              <w:t>-68</w:t>
            </w:r>
          </w:p>
        </w:tc>
        <w:tc>
          <w:tcPr>
            <w:tcW w:type="dxa" w:w="1066"/>
            <w:shd w:fill="F9FBFB"/>
            <w:tcMar>
              <w:top w:w="35" w:type="dxa"/>
              <w:bottom w:w="35" w:type="dxa"/>
              <w:left w:w="20" w:type="dxa"/>
              <w:right w:w="20" w:type="dxa"/>
            </w:tcMar>
          </w:tcPr>
          <w:p>
            <w:pPr>
              <w:jc w:val="center"/>
            </w:pPr>
            <w:r>
              <w:rPr>
                <w:b/>
                <w:color w:val="C0392B"/>
                <w:sz w:val="15"/>
              </w:rPr>
              <w:t>-100.0%</w:t>
            </w:r>
          </w:p>
        </w:tc>
      </w:tr>
      <w:tr>
        <w:tc>
          <w:tcPr>
            <w:tcW w:type="dxa" w:w="504"/>
            <w:shd w:fill="FFFFFF"/>
            <w:tcMar>
              <w:top w:w="35" w:type="dxa"/>
              <w:bottom w:w="35" w:type="dxa"/>
              <w:left w:w="20" w:type="dxa"/>
              <w:right w:w="20" w:type="dxa"/>
            </w:tcMar>
          </w:tcPr>
          <w:p>
            <w:pPr>
              <w:jc w:val="center"/>
            </w:pPr>
            <w:r>
              <w:rPr>
                <w:sz w:val="15"/>
              </w:rPr>
              <w:t>73</w:t>
            </w:r>
          </w:p>
        </w:tc>
        <w:tc>
          <w:tcPr>
            <w:tcW w:type="dxa" w:w="936"/>
            <w:shd w:fill="FFFFFF"/>
            <w:tcMar>
              <w:top w:w="35" w:type="dxa"/>
              <w:bottom w:w="35" w:type="dxa"/>
              <w:left w:w="20" w:type="dxa"/>
              <w:right w:w="20" w:type="dxa"/>
            </w:tcMar>
          </w:tcPr>
          <w:p>
            <w:pPr>
              <w:jc w:val="left"/>
            </w:pPr>
            <w:r>
              <w:rPr>
                <w:sz w:val="15"/>
              </w:rPr>
              <w:t>KH2145</w:t>
            </w:r>
          </w:p>
        </w:tc>
        <w:tc>
          <w:tcPr>
            <w:tcW w:type="dxa" w:w="3024"/>
            <w:shd w:fill="FFFFFF"/>
            <w:tcMar>
              <w:top w:w="35" w:type="dxa"/>
              <w:bottom w:w="35" w:type="dxa"/>
              <w:left w:w="20" w:type="dxa"/>
              <w:right w:w="20" w:type="dxa"/>
            </w:tcMar>
          </w:tcPr>
          <w:p>
            <w:pPr>
              <w:jc w:val="left"/>
            </w:pPr>
            <w:r>
              <w:rPr>
                <w:sz w:val="15"/>
              </w:rPr>
              <w:t>CÔNG TY TNHH GỖ HỐ NAI D&amp;D</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30</w:t>
            </w:r>
          </w:p>
        </w:tc>
        <w:tc>
          <w:tcPr>
            <w:tcW w:type="dxa" w:w="835"/>
            <w:shd w:fill="FFFFFF"/>
            <w:tcMar>
              <w:top w:w="35" w:type="dxa"/>
              <w:bottom w:w="35" w:type="dxa"/>
              <w:left w:w="20" w:type="dxa"/>
              <w:right w:w="20" w:type="dxa"/>
            </w:tcMar>
          </w:tcPr>
          <w:p>
            <w:pPr>
              <w:jc w:val="right"/>
            </w:pPr>
            <w:r>
              <w:rPr>
                <w:sz w:val="15"/>
              </w:rPr>
              <w:t>18</w:t>
            </w:r>
          </w:p>
        </w:tc>
        <w:tc>
          <w:tcPr>
            <w:tcW w:type="dxa" w:w="835"/>
            <w:shd w:fill="FFFFFF"/>
            <w:tcMar>
              <w:top w:w="35" w:type="dxa"/>
              <w:bottom w:w="35" w:type="dxa"/>
              <w:left w:w="20" w:type="dxa"/>
              <w:right w:w="20" w:type="dxa"/>
            </w:tcMar>
          </w:tcPr>
          <w:p>
            <w:pPr>
              <w:jc w:val="right"/>
            </w:pPr>
            <w:r>
              <w:rPr>
                <w:sz w:val="15"/>
              </w:rPr>
              <w:t>10</w:t>
            </w:r>
          </w:p>
        </w:tc>
        <w:tc>
          <w:tcPr>
            <w:tcW w:type="dxa" w:w="835"/>
            <w:shd w:fill="FFFFFF"/>
            <w:tcMar>
              <w:top w:w="35" w:type="dxa"/>
              <w:bottom w:w="35" w:type="dxa"/>
              <w:left w:w="20" w:type="dxa"/>
              <w:right w:w="20" w:type="dxa"/>
            </w:tcMar>
          </w:tcPr>
          <w:p>
            <w:pPr>
              <w:jc w:val="right"/>
            </w:pPr>
            <w:r>
              <w:rPr>
                <w:sz w:val="15"/>
              </w:rPr>
              <w:t>108</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63</w:t>
            </w:r>
          </w:p>
        </w:tc>
        <w:tc>
          <w:tcPr>
            <w:tcW w:type="dxa" w:w="835"/>
            <w:shd w:fill="FFFFFF"/>
            <w:tcMar>
              <w:top w:w="35" w:type="dxa"/>
              <w:bottom w:w="35" w:type="dxa"/>
              <w:left w:w="20" w:type="dxa"/>
              <w:right w:w="20" w:type="dxa"/>
            </w:tcMar>
          </w:tcPr>
          <w:p>
            <w:pPr>
              <w:jc w:val="right"/>
            </w:pPr>
            <w:r>
              <w:rPr>
                <w:b/>
                <w:sz w:val="15"/>
              </w:rPr>
              <w:t>-</w:t>
            </w:r>
          </w:p>
        </w:tc>
        <w:tc>
          <w:tcPr>
            <w:tcW w:type="dxa" w:w="1224"/>
            <w:shd w:fill="FFFFFF"/>
            <w:tcMar>
              <w:top w:w="35" w:type="dxa"/>
              <w:bottom w:w="35" w:type="dxa"/>
              <w:left w:w="20" w:type="dxa"/>
              <w:right w:w="20" w:type="dxa"/>
            </w:tcMar>
          </w:tcPr>
          <w:p>
            <w:pPr>
              <w:jc w:val="right"/>
            </w:pPr>
            <w:r>
              <w:rPr>
                <w:color w:val="C0392B"/>
                <w:sz w:val="15"/>
              </w:rPr>
              <w:t>-63</w:t>
            </w:r>
          </w:p>
        </w:tc>
        <w:tc>
          <w:tcPr>
            <w:tcW w:type="dxa" w:w="1066"/>
            <w:shd w:fill="FFFFFF"/>
            <w:tcMar>
              <w:top w:w="35" w:type="dxa"/>
              <w:bottom w:w="35" w:type="dxa"/>
              <w:left w:w="20" w:type="dxa"/>
              <w:right w:w="20" w:type="dxa"/>
            </w:tcMar>
          </w:tcPr>
          <w:p>
            <w:pPr>
              <w:jc w:val="center"/>
            </w:pPr>
            <w:r>
              <w:rPr>
                <w:b/>
                <w:color w:val="C0392B"/>
                <w:sz w:val="15"/>
              </w:rPr>
              <w:t>-100.0%</w:t>
            </w:r>
          </w:p>
        </w:tc>
      </w:tr>
      <w:tr>
        <w:tc>
          <w:tcPr>
            <w:tcW w:type="dxa" w:w="504"/>
            <w:shd w:fill="F9FBFB"/>
            <w:tcMar>
              <w:top w:w="35" w:type="dxa"/>
              <w:bottom w:w="35" w:type="dxa"/>
              <w:left w:w="20" w:type="dxa"/>
              <w:right w:w="20" w:type="dxa"/>
            </w:tcMar>
          </w:tcPr>
          <w:p>
            <w:pPr>
              <w:jc w:val="center"/>
            </w:pPr>
            <w:r>
              <w:rPr>
                <w:sz w:val="15"/>
              </w:rPr>
              <w:t>74</w:t>
            </w:r>
          </w:p>
        </w:tc>
        <w:tc>
          <w:tcPr>
            <w:tcW w:type="dxa" w:w="936"/>
            <w:shd w:fill="F9FBFB"/>
            <w:tcMar>
              <w:top w:w="35" w:type="dxa"/>
              <w:bottom w:w="35" w:type="dxa"/>
              <w:left w:w="20" w:type="dxa"/>
              <w:right w:w="20" w:type="dxa"/>
            </w:tcMar>
          </w:tcPr>
          <w:p>
            <w:pPr>
              <w:jc w:val="left"/>
            </w:pPr>
            <w:r>
              <w:rPr>
                <w:sz w:val="15"/>
              </w:rPr>
              <w:t>KH0589</w:t>
            </w:r>
          </w:p>
        </w:tc>
        <w:tc>
          <w:tcPr>
            <w:tcW w:type="dxa" w:w="3024"/>
            <w:shd w:fill="F9FBFB"/>
            <w:tcMar>
              <w:top w:w="35" w:type="dxa"/>
              <w:bottom w:w="35" w:type="dxa"/>
              <w:left w:w="20" w:type="dxa"/>
              <w:right w:w="20" w:type="dxa"/>
            </w:tcMar>
          </w:tcPr>
          <w:p>
            <w:pPr>
              <w:jc w:val="left"/>
            </w:pPr>
            <w:r>
              <w:rPr>
                <w:sz w:val="15"/>
              </w:rPr>
              <w:t>CÔNG TY TNHH SƠN MÀI THUẬN THIÊN</w:t>
            </w:r>
          </w:p>
        </w:tc>
        <w:tc>
          <w:tcPr>
            <w:tcW w:type="dxa" w:w="835"/>
            <w:shd w:fill="F9FBFB"/>
            <w:tcMar>
              <w:top w:w="35" w:type="dxa"/>
              <w:bottom w:w="35" w:type="dxa"/>
              <w:left w:w="20" w:type="dxa"/>
              <w:right w:w="20" w:type="dxa"/>
            </w:tcMar>
          </w:tcPr>
          <w:p>
            <w:pPr>
              <w:jc w:val="right"/>
            </w:pPr>
            <w:r>
              <w:rPr>
                <w:sz w:val="15"/>
              </w:rPr>
              <w:t>65</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113</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60</w:t>
            </w:r>
          </w:p>
        </w:tc>
        <w:tc>
          <w:tcPr>
            <w:tcW w:type="dxa" w:w="835"/>
            <w:shd w:fill="F9FBFB"/>
            <w:tcMar>
              <w:top w:w="35" w:type="dxa"/>
              <w:bottom w:w="35" w:type="dxa"/>
              <w:left w:w="20" w:type="dxa"/>
              <w:right w:w="20" w:type="dxa"/>
            </w:tcMar>
          </w:tcPr>
          <w:p>
            <w:pPr>
              <w:jc w:val="right"/>
            </w:pPr>
            <w:r>
              <w:rPr>
                <w:b/>
                <w:sz w:val="15"/>
              </w:rPr>
              <w:t>-</w:t>
            </w:r>
          </w:p>
        </w:tc>
        <w:tc>
          <w:tcPr>
            <w:tcW w:type="dxa" w:w="1224"/>
            <w:shd w:fill="F9FBFB"/>
            <w:tcMar>
              <w:top w:w="35" w:type="dxa"/>
              <w:bottom w:w="35" w:type="dxa"/>
              <w:left w:w="20" w:type="dxa"/>
              <w:right w:w="20" w:type="dxa"/>
            </w:tcMar>
          </w:tcPr>
          <w:p>
            <w:pPr>
              <w:jc w:val="right"/>
            </w:pPr>
            <w:r>
              <w:rPr>
                <w:color w:val="C0392B"/>
                <w:sz w:val="15"/>
              </w:rPr>
              <w:t>-60</w:t>
            </w:r>
          </w:p>
        </w:tc>
        <w:tc>
          <w:tcPr>
            <w:tcW w:type="dxa" w:w="1066"/>
            <w:shd w:fill="F9FBFB"/>
            <w:tcMar>
              <w:top w:w="35" w:type="dxa"/>
              <w:bottom w:w="35" w:type="dxa"/>
              <w:left w:w="20" w:type="dxa"/>
              <w:right w:w="20" w:type="dxa"/>
            </w:tcMar>
          </w:tcPr>
          <w:p>
            <w:pPr>
              <w:jc w:val="center"/>
            </w:pPr>
            <w:r>
              <w:rPr>
                <w:b/>
                <w:color w:val="C0392B"/>
                <w:sz w:val="15"/>
              </w:rPr>
              <w:t>-100.0%</w:t>
            </w:r>
          </w:p>
        </w:tc>
      </w:tr>
      <w:tr>
        <w:tc>
          <w:tcPr>
            <w:tcW w:type="dxa" w:w="504"/>
            <w:shd w:fill="FFFFFF"/>
            <w:tcMar>
              <w:top w:w="35" w:type="dxa"/>
              <w:bottom w:w="35" w:type="dxa"/>
              <w:left w:w="20" w:type="dxa"/>
              <w:right w:w="20" w:type="dxa"/>
            </w:tcMar>
          </w:tcPr>
          <w:p>
            <w:pPr>
              <w:jc w:val="center"/>
            </w:pPr>
            <w:r>
              <w:rPr>
                <w:sz w:val="15"/>
              </w:rPr>
              <w:t>75</w:t>
            </w:r>
          </w:p>
        </w:tc>
        <w:tc>
          <w:tcPr>
            <w:tcW w:type="dxa" w:w="936"/>
            <w:shd w:fill="FFFFFF"/>
            <w:tcMar>
              <w:top w:w="35" w:type="dxa"/>
              <w:bottom w:w="35" w:type="dxa"/>
              <w:left w:w="20" w:type="dxa"/>
              <w:right w:w="20" w:type="dxa"/>
            </w:tcMar>
          </w:tcPr>
          <w:p>
            <w:pPr>
              <w:jc w:val="left"/>
            </w:pPr>
            <w:r>
              <w:rPr>
                <w:sz w:val="15"/>
              </w:rPr>
              <w:t>KH2080</w:t>
            </w:r>
          </w:p>
        </w:tc>
        <w:tc>
          <w:tcPr>
            <w:tcW w:type="dxa" w:w="3024"/>
            <w:shd w:fill="FFFFFF"/>
            <w:tcMar>
              <w:top w:w="35" w:type="dxa"/>
              <w:bottom w:w="35" w:type="dxa"/>
              <w:left w:w="20" w:type="dxa"/>
              <w:right w:w="20" w:type="dxa"/>
            </w:tcMar>
          </w:tcPr>
          <w:p>
            <w:pPr>
              <w:jc w:val="left"/>
            </w:pPr>
            <w:r>
              <w:rPr>
                <w:sz w:val="15"/>
              </w:rPr>
              <w:t>CÔNG TY TNHH SẢN XUẤT THƯƠNG MẠI XUẤT NHẬP KHẨU ÂU VIỆT FURNITURE</w:t>
            </w:r>
          </w:p>
        </w:tc>
        <w:tc>
          <w:tcPr>
            <w:tcW w:type="dxa" w:w="835"/>
            <w:shd w:fill="FFFFFF"/>
            <w:tcMar>
              <w:top w:w="35" w:type="dxa"/>
              <w:bottom w:w="35" w:type="dxa"/>
              <w:left w:w="20" w:type="dxa"/>
              <w:right w:w="20" w:type="dxa"/>
            </w:tcMar>
          </w:tcPr>
          <w:p>
            <w:pPr>
              <w:jc w:val="right"/>
            </w:pPr>
            <w:r>
              <w:rPr>
                <w:sz w:val="15"/>
              </w:rPr>
              <w:t>73</w:t>
            </w:r>
          </w:p>
        </w:tc>
        <w:tc>
          <w:tcPr>
            <w:tcW w:type="dxa" w:w="835"/>
            <w:shd w:fill="FFFFFF"/>
            <w:tcMar>
              <w:top w:w="35" w:type="dxa"/>
              <w:bottom w:w="35" w:type="dxa"/>
              <w:left w:w="20" w:type="dxa"/>
              <w:right w:w="20" w:type="dxa"/>
            </w:tcMar>
          </w:tcPr>
          <w:p>
            <w:pPr>
              <w:jc w:val="right"/>
            </w:pPr>
            <w:r>
              <w:rPr>
                <w:sz w:val="15"/>
              </w:rPr>
              <w:t>40</w:t>
            </w:r>
          </w:p>
        </w:tc>
        <w:tc>
          <w:tcPr>
            <w:tcW w:type="dxa" w:w="835"/>
            <w:shd w:fill="FFFFFF"/>
            <w:tcMar>
              <w:top w:w="35" w:type="dxa"/>
              <w:bottom w:w="35" w:type="dxa"/>
              <w:left w:w="20" w:type="dxa"/>
              <w:right w:w="20" w:type="dxa"/>
            </w:tcMar>
          </w:tcPr>
          <w:p>
            <w:pPr>
              <w:jc w:val="right"/>
            </w:pPr>
            <w:r>
              <w:rPr>
                <w:sz w:val="15"/>
              </w:rPr>
              <w:t>16</w:t>
            </w:r>
          </w:p>
        </w:tc>
        <w:tc>
          <w:tcPr>
            <w:tcW w:type="dxa" w:w="835"/>
            <w:shd w:fill="FFFFFF"/>
            <w:tcMar>
              <w:top w:w="35" w:type="dxa"/>
              <w:bottom w:w="35" w:type="dxa"/>
              <w:left w:w="20" w:type="dxa"/>
              <w:right w:w="20" w:type="dxa"/>
            </w:tcMar>
          </w:tcPr>
          <w:p>
            <w:pPr>
              <w:jc w:val="right"/>
            </w:pPr>
            <w:r>
              <w:rPr>
                <w:sz w:val="15"/>
              </w:rPr>
              <w:t>64</w:t>
            </w:r>
          </w:p>
        </w:tc>
        <w:tc>
          <w:tcPr>
            <w:tcW w:type="dxa" w:w="835"/>
            <w:shd w:fill="FFFFFF"/>
            <w:tcMar>
              <w:top w:w="35" w:type="dxa"/>
              <w:bottom w:w="35" w:type="dxa"/>
              <w:left w:w="20" w:type="dxa"/>
              <w:right w:w="20" w:type="dxa"/>
            </w:tcMar>
          </w:tcPr>
          <w:p>
            <w:pPr>
              <w:jc w:val="right"/>
            </w:pPr>
            <w:r>
              <w:rPr>
                <w:sz w:val="15"/>
              </w:rPr>
              <w:t>34</w:t>
            </w:r>
          </w:p>
        </w:tc>
        <w:tc>
          <w:tcPr>
            <w:tcW w:type="dxa" w:w="835"/>
            <w:shd w:fill="FFFFFF"/>
            <w:tcMar>
              <w:top w:w="35" w:type="dxa"/>
              <w:bottom w:w="35" w:type="dxa"/>
              <w:left w:w="20" w:type="dxa"/>
              <w:right w:w="20" w:type="dxa"/>
            </w:tcMar>
          </w:tcPr>
          <w:p>
            <w:pPr>
              <w:jc w:val="right"/>
            </w:pPr>
            <w:r>
              <w:rPr>
                <w:sz w:val="15"/>
              </w:rPr>
              <w:t>114</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49</w:t>
            </w:r>
          </w:p>
        </w:tc>
        <w:tc>
          <w:tcPr>
            <w:tcW w:type="dxa" w:w="835"/>
            <w:shd w:fill="FFFFFF"/>
            <w:tcMar>
              <w:top w:w="35" w:type="dxa"/>
              <w:bottom w:w="35" w:type="dxa"/>
              <w:left w:w="20" w:type="dxa"/>
              <w:right w:w="20" w:type="dxa"/>
            </w:tcMar>
          </w:tcPr>
          <w:p>
            <w:pPr>
              <w:jc w:val="right"/>
            </w:pPr>
            <w:r>
              <w:rPr>
                <w:sz w:val="15"/>
              </w:rPr>
              <w:t>55</w:t>
            </w:r>
          </w:p>
        </w:tc>
        <w:tc>
          <w:tcPr>
            <w:tcW w:type="dxa" w:w="835"/>
            <w:shd w:fill="FFFFFF"/>
            <w:tcMar>
              <w:top w:w="35" w:type="dxa"/>
              <w:bottom w:w="35" w:type="dxa"/>
              <w:left w:w="20" w:type="dxa"/>
              <w:right w:w="20" w:type="dxa"/>
            </w:tcMar>
          </w:tcPr>
          <w:p>
            <w:pPr>
              <w:jc w:val="right"/>
            </w:pPr>
            <w:r>
              <w:rPr>
                <w:b/>
                <w:sz w:val="15"/>
              </w:rPr>
              <w:t>-</w:t>
            </w:r>
          </w:p>
        </w:tc>
        <w:tc>
          <w:tcPr>
            <w:tcW w:type="dxa" w:w="1224"/>
            <w:shd w:fill="FFFFFF"/>
            <w:tcMar>
              <w:top w:w="35" w:type="dxa"/>
              <w:bottom w:w="35" w:type="dxa"/>
              <w:left w:w="20" w:type="dxa"/>
              <w:right w:w="20" w:type="dxa"/>
            </w:tcMar>
          </w:tcPr>
          <w:p>
            <w:pPr>
              <w:jc w:val="right"/>
            </w:pPr>
            <w:r>
              <w:rPr>
                <w:color w:val="C0392B"/>
                <w:sz w:val="15"/>
              </w:rPr>
              <w:t>-55</w:t>
            </w:r>
          </w:p>
        </w:tc>
        <w:tc>
          <w:tcPr>
            <w:tcW w:type="dxa" w:w="1066"/>
            <w:shd w:fill="FFFFFF"/>
            <w:tcMar>
              <w:top w:w="35" w:type="dxa"/>
              <w:bottom w:w="35" w:type="dxa"/>
              <w:left w:w="20" w:type="dxa"/>
              <w:right w:w="20" w:type="dxa"/>
            </w:tcMar>
          </w:tcPr>
          <w:p>
            <w:pPr>
              <w:jc w:val="center"/>
            </w:pPr>
            <w:r>
              <w:rPr>
                <w:b/>
                <w:color w:val="C0392B"/>
                <w:sz w:val="15"/>
              </w:rPr>
              <w:t>-100.0%</w:t>
            </w:r>
          </w:p>
        </w:tc>
      </w:tr>
      <w:tr>
        <w:tc>
          <w:tcPr>
            <w:tcW w:type="dxa" w:w="504"/>
            <w:shd w:fill="F9FBFB"/>
            <w:tcMar>
              <w:top w:w="35" w:type="dxa"/>
              <w:bottom w:w="35" w:type="dxa"/>
              <w:left w:w="20" w:type="dxa"/>
              <w:right w:w="20" w:type="dxa"/>
            </w:tcMar>
          </w:tcPr>
          <w:p>
            <w:pPr>
              <w:jc w:val="center"/>
            </w:pPr>
            <w:r>
              <w:rPr>
                <w:sz w:val="15"/>
              </w:rPr>
              <w:t>76</w:t>
            </w:r>
          </w:p>
        </w:tc>
        <w:tc>
          <w:tcPr>
            <w:tcW w:type="dxa" w:w="936"/>
            <w:shd w:fill="F9FBFB"/>
            <w:tcMar>
              <w:top w:w="35" w:type="dxa"/>
              <w:bottom w:w="35" w:type="dxa"/>
              <w:left w:w="20" w:type="dxa"/>
              <w:right w:w="20" w:type="dxa"/>
            </w:tcMar>
          </w:tcPr>
          <w:p>
            <w:pPr>
              <w:jc w:val="left"/>
            </w:pPr>
            <w:r>
              <w:rPr>
                <w:sz w:val="15"/>
              </w:rPr>
              <w:t>KH1761</w:t>
            </w:r>
          </w:p>
        </w:tc>
        <w:tc>
          <w:tcPr>
            <w:tcW w:type="dxa" w:w="3024"/>
            <w:shd w:fill="F9FBFB"/>
            <w:tcMar>
              <w:top w:w="35" w:type="dxa"/>
              <w:bottom w:w="35" w:type="dxa"/>
              <w:left w:w="20" w:type="dxa"/>
              <w:right w:w="20" w:type="dxa"/>
            </w:tcMar>
          </w:tcPr>
          <w:p>
            <w:pPr>
              <w:jc w:val="left"/>
            </w:pPr>
            <w:r>
              <w:rPr>
                <w:sz w:val="15"/>
              </w:rPr>
              <w:t>CÔNG TY TNHH TIẾN PHONG CAM LỘ</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53</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75</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41</w:t>
            </w:r>
          </w:p>
        </w:tc>
        <w:tc>
          <w:tcPr>
            <w:tcW w:type="dxa" w:w="835"/>
            <w:shd w:fill="F9FBFB"/>
            <w:tcMar>
              <w:top w:w="35" w:type="dxa"/>
              <w:bottom w:w="35" w:type="dxa"/>
              <w:left w:w="20" w:type="dxa"/>
              <w:right w:w="20" w:type="dxa"/>
            </w:tcMar>
          </w:tcPr>
          <w:p>
            <w:pPr>
              <w:jc w:val="right"/>
            </w:pPr>
            <w:r>
              <w:rPr>
                <w:sz w:val="15"/>
              </w:rPr>
              <w:t>54</w:t>
            </w:r>
          </w:p>
        </w:tc>
        <w:tc>
          <w:tcPr>
            <w:tcW w:type="dxa" w:w="835"/>
            <w:shd w:fill="F9FBFB"/>
            <w:tcMar>
              <w:top w:w="35" w:type="dxa"/>
              <w:bottom w:w="35" w:type="dxa"/>
              <w:left w:w="20" w:type="dxa"/>
              <w:right w:w="20" w:type="dxa"/>
            </w:tcMar>
          </w:tcPr>
          <w:p>
            <w:pPr>
              <w:jc w:val="right"/>
            </w:pPr>
            <w:r>
              <w:rPr>
                <w:b/>
                <w:sz w:val="15"/>
              </w:rPr>
              <w:t>-</w:t>
            </w:r>
          </w:p>
        </w:tc>
        <w:tc>
          <w:tcPr>
            <w:tcW w:type="dxa" w:w="1224"/>
            <w:shd w:fill="F9FBFB"/>
            <w:tcMar>
              <w:top w:w="35" w:type="dxa"/>
              <w:bottom w:w="35" w:type="dxa"/>
              <w:left w:w="20" w:type="dxa"/>
              <w:right w:w="20" w:type="dxa"/>
            </w:tcMar>
          </w:tcPr>
          <w:p>
            <w:pPr>
              <w:jc w:val="right"/>
            </w:pPr>
            <w:r>
              <w:rPr>
                <w:color w:val="C0392B"/>
                <w:sz w:val="15"/>
              </w:rPr>
              <w:t>-54</w:t>
            </w:r>
          </w:p>
        </w:tc>
        <w:tc>
          <w:tcPr>
            <w:tcW w:type="dxa" w:w="1066"/>
            <w:shd w:fill="F9FBFB"/>
            <w:tcMar>
              <w:top w:w="35" w:type="dxa"/>
              <w:bottom w:w="35" w:type="dxa"/>
              <w:left w:w="20" w:type="dxa"/>
              <w:right w:w="20" w:type="dxa"/>
            </w:tcMar>
          </w:tcPr>
          <w:p>
            <w:pPr>
              <w:jc w:val="center"/>
            </w:pPr>
            <w:r>
              <w:rPr>
                <w:b/>
                <w:color w:val="C0392B"/>
                <w:sz w:val="15"/>
              </w:rPr>
              <w:t>-100.0%</w:t>
            </w:r>
          </w:p>
        </w:tc>
      </w:tr>
      <w:tr>
        <w:tc>
          <w:tcPr>
            <w:tcW w:type="dxa" w:w="504"/>
            <w:shd w:fill="FFFFFF"/>
            <w:tcMar>
              <w:top w:w="35" w:type="dxa"/>
              <w:bottom w:w="35" w:type="dxa"/>
              <w:left w:w="20" w:type="dxa"/>
              <w:right w:w="20" w:type="dxa"/>
            </w:tcMar>
          </w:tcPr>
          <w:p>
            <w:pPr>
              <w:jc w:val="center"/>
            </w:pPr>
            <w:r>
              <w:rPr>
                <w:sz w:val="15"/>
              </w:rPr>
              <w:t>77</w:t>
            </w:r>
          </w:p>
        </w:tc>
        <w:tc>
          <w:tcPr>
            <w:tcW w:type="dxa" w:w="936"/>
            <w:shd w:fill="FFFFFF"/>
            <w:tcMar>
              <w:top w:w="35" w:type="dxa"/>
              <w:bottom w:w="35" w:type="dxa"/>
              <w:left w:w="20" w:type="dxa"/>
              <w:right w:w="20" w:type="dxa"/>
            </w:tcMar>
          </w:tcPr>
          <w:p>
            <w:pPr>
              <w:jc w:val="left"/>
            </w:pPr>
            <w:r>
              <w:rPr>
                <w:sz w:val="15"/>
              </w:rPr>
              <w:t>KH0561</w:t>
            </w:r>
          </w:p>
        </w:tc>
        <w:tc>
          <w:tcPr>
            <w:tcW w:type="dxa" w:w="3024"/>
            <w:shd w:fill="FFFFFF"/>
            <w:tcMar>
              <w:top w:w="35" w:type="dxa"/>
              <w:bottom w:w="35" w:type="dxa"/>
              <w:left w:w="20" w:type="dxa"/>
              <w:right w:w="20" w:type="dxa"/>
            </w:tcMar>
          </w:tcPr>
          <w:p>
            <w:pPr>
              <w:jc w:val="left"/>
            </w:pPr>
            <w:r>
              <w:rPr>
                <w:sz w:val="15"/>
              </w:rPr>
              <w:t>CÔNG TY TNHH SẢN XUẤT-THƯƠNG MẠI MÔ TÔ KIỀU HOÀNG SƠN</w:t>
            </w:r>
          </w:p>
        </w:tc>
        <w:tc>
          <w:tcPr>
            <w:tcW w:type="dxa" w:w="835"/>
            <w:shd w:fill="FFFFFF"/>
            <w:tcMar>
              <w:top w:w="35" w:type="dxa"/>
              <w:bottom w:w="35" w:type="dxa"/>
              <w:left w:w="20" w:type="dxa"/>
              <w:right w:w="20" w:type="dxa"/>
            </w:tcMar>
          </w:tcPr>
          <w:p>
            <w:pPr>
              <w:jc w:val="right"/>
            </w:pPr>
            <w:r>
              <w:rPr>
                <w:sz w:val="15"/>
              </w:rPr>
              <w:t>211</w:t>
            </w:r>
          </w:p>
        </w:tc>
        <w:tc>
          <w:tcPr>
            <w:tcW w:type="dxa" w:w="835"/>
            <w:shd w:fill="FFFFFF"/>
            <w:tcMar>
              <w:top w:w="35" w:type="dxa"/>
              <w:bottom w:w="35" w:type="dxa"/>
              <w:left w:w="20" w:type="dxa"/>
              <w:right w:w="20" w:type="dxa"/>
            </w:tcMar>
          </w:tcPr>
          <w:p>
            <w:pPr>
              <w:jc w:val="right"/>
            </w:pPr>
            <w:r>
              <w:rPr>
                <w:sz w:val="15"/>
              </w:rPr>
              <w:t>175</w:t>
            </w:r>
          </w:p>
        </w:tc>
        <w:tc>
          <w:tcPr>
            <w:tcW w:type="dxa" w:w="835"/>
            <w:shd w:fill="FFFFFF"/>
            <w:tcMar>
              <w:top w:w="35" w:type="dxa"/>
              <w:bottom w:w="35" w:type="dxa"/>
              <w:left w:w="20" w:type="dxa"/>
              <w:right w:w="20" w:type="dxa"/>
            </w:tcMar>
          </w:tcPr>
          <w:p>
            <w:pPr>
              <w:jc w:val="right"/>
            </w:pPr>
            <w:r>
              <w:rPr>
                <w:sz w:val="15"/>
              </w:rPr>
              <w:t>105</w:t>
            </w:r>
          </w:p>
        </w:tc>
        <w:tc>
          <w:tcPr>
            <w:tcW w:type="dxa" w:w="835"/>
            <w:shd w:fill="FFFFFF"/>
            <w:tcMar>
              <w:top w:w="35" w:type="dxa"/>
              <w:bottom w:w="35" w:type="dxa"/>
              <w:left w:w="20" w:type="dxa"/>
              <w:right w:w="20" w:type="dxa"/>
            </w:tcMar>
          </w:tcPr>
          <w:p>
            <w:pPr>
              <w:jc w:val="right"/>
            </w:pPr>
            <w:r>
              <w:rPr>
                <w:sz w:val="15"/>
              </w:rPr>
              <w:t>164</w:t>
            </w:r>
          </w:p>
        </w:tc>
        <w:tc>
          <w:tcPr>
            <w:tcW w:type="dxa" w:w="835"/>
            <w:shd w:fill="FFFFFF"/>
            <w:tcMar>
              <w:top w:w="35" w:type="dxa"/>
              <w:bottom w:w="35" w:type="dxa"/>
              <w:left w:w="20" w:type="dxa"/>
              <w:right w:w="20" w:type="dxa"/>
            </w:tcMar>
          </w:tcPr>
          <w:p>
            <w:pPr>
              <w:jc w:val="right"/>
            </w:pPr>
            <w:r>
              <w:rPr>
                <w:sz w:val="15"/>
              </w:rPr>
              <w:t>53</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52</w:t>
            </w:r>
          </w:p>
        </w:tc>
        <w:tc>
          <w:tcPr>
            <w:tcW w:type="dxa" w:w="835"/>
            <w:shd w:fill="FFFFFF"/>
            <w:tcMar>
              <w:top w:w="35" w:type="dxa"/>
              <w:bottom w:w="35" w:type="dxa"/>
              <w:left w:w="20" w:type="dxa"/>
              <w:right w:w="20" w:type="dxa"/>
            </w:tcMar>
          </w:tcPr>
          <w:p>
            <w:pPr>
              <w:jc w:val="right"/>
            </w:pPr>
            <w:r>
              <w:rPr>
                <w:sz w:val="15"/>
              </w:rPr>
              <w:t>53</w:t>
            </w:r>
          </w:p>
        </w:tc>
        <w:tc>
          <w:tcPr>
            <w:tcW w:type="dxa" w:w="835"/>
            <w:shd w:fill="FFFFFF"/>
            <w:tcMar>
              <w:top w:w="35" w:type="dxa"/>
              <w:bottom w:w="35" w:type="dxa"/>
              <w:left w:w="20" w:type="dxa"/>
              <w:right w:w="20" w:type="dxa"/>
            </w:tcMar>
          </w:tcPr>
          <w:p>
            <w:pPr>
              <w:jc w:val="right"/>
            </w:pPr>
            <w:r>
              <w:rPr>
                <w:sz w:val="15"/>
              </w:rPr>
              <w:t>54</w:t>
            </w:r>
          </w:p>
        </w:tc>
        <w:tc>
          <w:tcPr>
            <w:tcW w:type="dxa" w:w="835"/>
            <w:shd w:fill="FFFFFF"/>
            <w:tcMar>
              <w:top w:w="35" w:type="dxa"/>
              <w:bottom w:w="35" w:type="dxa"/>
              <w:left w:w="20" w:type="dxa"/>
              <w:right w:w="20" w:type="dxa"/>
            </w:tcMar>
          </w:tcPr>
          <w:p>
            <w:pPr>
              <w:jc w:val="right"/>
            </w:pPr>
            <w:r>
              <w:rPr>
                <w:b/>
                <w:sz w:val="15"/>
              </w:rPr>
              <w:t>-</w:t>
            </w:r>
          </w:p>
        </w:tc>
        <w:tc>
          <w:tcPr>
            <w:tcW w:type="dxa" w:w="1224"/>
            <w:shd w:fill="FFFFFF"/>
            <w:tcMar>
              <w:top w:w="35" w:type="dxa"/>
              <w:bottom w:w="35" w:type="dxa"/>
              <w:left w:w="20" w:type="dxa"/>
              <w:right w:w="20" w:type="dxa"/>
            </w:tcMar>
          </w:tcPr>
          <w:p>
            <w:pPr>
              <w:jc w:val="right"/>
            </w:pPr>
            <w:r>
              <w:rPr>
                <w:color w:val="C0392B"/>
                <w:sz w:val="15"/>
              </w:rPr>
              <w:t>-54</w:t>
            </w:r>
          </w:p>
        </w:tc>
        <w:tc>
          <w:tcPr>
            <w:tcW w:type="dxa" w:w="1066"/>
            <w:shd w:fill="FFFFFF"/>
            <w:tcMar>
              <w:top w:w="35" w:type="dxa"/>
              <w:bottom w:w="35" w:type="dxa"/>
              <w:left w:w="20" w:type="dxa"/>
              <w:right w:w="20" w:type="dxa"/>
            </w:tcMar>
          </w:tcPr>
          <w:p>
            <w:pPr>
              <w:jc w:val="center"/>
            </w:pPr>
            <w:r>
              <w:rPr>
                <w:b/>
                <w:color w:val="C0392B"/>
                <w:sz w:val="15"/>
              </w:rPr>
              <w:t>-100.0%</w:t>
            </w:r>
          </w:p>
        </w:tc>
      </w:tr>
      <w:tr>
        <w:tc>
          <w:tcPr>
            <w:tcW w:type="dxa" w:w="504"/>
            <w:shd w:fill="F9FBFB"/>
            <w:tcMar>
              <w:top w:w="35" w:type="dxa"/>
              <w:bottom w:w="35" w:type="dxa"/>
              <w:left w:w="20" w:type="dxa"/>
              <w:right w:w="20" w:type="dxa"/>
            </w:tcMar>
          </w:tcPr>
          <w:p>
            <w:pPr>
              <w:jc w:val="center"/>
            </w:pPr>
            <w:r>
              <w:rPr>
                <w:sz w:val="15"/>
              </w:rPr>
              <w:t>78</w:t>
            </w:r>
          </w:p>
        </w:tc>
        <w:tc>
          <w:tcPr>
            <w:tcW w:type="dxa" w:w="936"/>
            <w:shd w:fill="F9FBFB"/>
            <w:tcMar>
              <w:top w:w="35" w:type="dxa"/>
              <w:bottom w:w="35" w:type="dxa"/>
              <w:left w:w="20" w:type="dxa"/>
              <w:right w:w="20" w:type="dxa"/>
            </w:tcMar>
          </w:tcPr>
          <w:p>
            <w:pPr>
              <w:jc w:val="left"/>
            </w:pPr>
            <w:r>
              <w:rPr>
                <w:sz w:val="15"/>
              </w:rPr>
              <w:t>KH2146</w:t>
            </w:r>
          </w:p>
        </w:tc>
        <w:tc>
          <w:tcPr>
            <w:tcW w:type="dxa" w:w="3024"/>
            <w:shd w:fill="F9FBFB"/>
            <w:tcMar>
              <w:top w:w="35" w:type="dxa"/>
              <w:bottom w:w="35" w:type="dxa"/>
              <w:left w:w="20" w:type="dxa"/>
              <w:right w:w="20" w:type="dxa"/>
            </w:tcMar>
          </w:tcPr>
          <w:p>
            <w:pPr>
              <w:jc w:val="left"/>
            </w:pPr>
            <w:r>
              <w:rPr>
                <w:sz w:val="15"/>
              </w:rPr>
              <w:t>CÔNG TY TNHH SẢN XUẤT THANH PHONG FURNITURE</w:t>
            </w:r>
          </w:p>
        </w:tc>
        <w:tc>
          <w:tcPr>
            <w:tcW w:type="dxa" w:w="835"/>
            <w:shd w:fill="F9FBFB"/>
            <w:tcMar>
              <w:top w:w="35" w:type="dxa"/>
              <w:bottom w:w="35" w:type="dxa"/>
              <w:left w:w="20" w:type="dxa"/>
              <w:right w:w="20" w:type="dxa"/>
            </w:tcMar>
          </w:tcPr>
          <w:p>
            <w:pPr>
              <w:jc w:val="right"/>
            </w:pPr>
            <w:r>
              <w:rPr>
                <w:sz w:val="15"/>
              </w:rPr>
              <w:t>54</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1</w:t>
            </w:r>
          </w:p>
        </w:tc>
        <w:tc>
          <w:tcPr>
            <w:tcW w:type="dxa" w:w="835"/>
            <w:shd w:fill="F9FBFB"/>
            <w:tcMar>
              <w:top w:w="35" w:type="dxa"/>
              <w:bottom w:w="35" w:type="dxa"/>
              <w:left w:w="20" w:type="dxa"/>
              <w:right w:w="20" w:type="dxa"/>
            </w:tcMar>
          </w:tcPr>
          <w:p>
            <w:pPr>
              <w:jc w:val="right"/>
            </w:pPr>
            <w:r>
              <w:rPr>
                <w:sz w:val="15"/>
              </w:rPr>
              <w:t>1</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127</w:t>
            </w:r>
          </w:p>
        </w:tc>
        <w:tc>
          <w:tcPr>
            <w:tcW w:type="dxa" w:w="835"/>
            <w:shd w:fill="F9FBFB"/>
            <w:tcMar>
              <w:top w:w="35" w:type="dxa"/>
              <w:bottom w:w="35" w:type="dxa"/>
              <w:left w:w="20" w:type="dxa"/>
              <w:right w:w="20" w:type="dxa"/>
            </w:tcMar>
          </w:tcPr>
          <w:p>
            <w:pPr>
              <w:jc w:val="right"/>
            </w:pPr>
            <w:r>
              <w:rPr>
                <w:sz w:val="15"/>
              </w:rPr>
              <w:t>38</w:t>
            </w:r>
          </w:p>
        </w:tc>
        <w:tc>
          <w:tcPr>
            <w:tcW w:type="dxa" w:w="835"/>
            <w:shd w:fill="F9FBFB"/>
            <w:tcMar>
              <w:top w:w="35" w:type="dxa"/>
              <w:bottom w:w="35" w:type="dxa"/>
              <w:left w:w="20" w:type="dxa"/>
              <w:right w:w="20" w:type="dxa"/>
            </w:tcMar>
          </w:tcPr>
          <w:p>
            <w:pPr>
              <w:jc w:val="right"/>
            </w:pPr>
            <w:r>
              <w:rPr>
                <w:sz w:val="15"/>
              </w:rPr>
              <w:t>53</w:t>
            </w:r>
          </w:p>
        </w:tc>
        <w:tc>
          <w:tcPr>
            <w:tcW w:type="dxa" w:w="835"/>
            <w:shd w:fill="F9FBFB"/>
            <w:tcMar>
              <w:top w:w="35" w:type="dxa"/>
              <w:bottom w:w="35" w:type="dxa"/>
              <w:left w:w="20" w:type="dxa"/>
              <w:right w:w="20" w:type="dxa"/>
            </w:tcMar>
          </w:tcPr>
          <w:p>
            <w:pPr>
              <w:jc w:val="right"/>
            </w:pPr>
            <w:r>
              <w:rPr>
                <w:b/>
                <w:sz w:val="15"/>
              </w:rPr>
              <w:t>-</w:t>
            </w:r>
          </w:p>
        </w:tc>
        <w:tc>
          <w:tcPr>
            <w:tcW w:type="dxa" w:w="1224"/>
            <w:shd w:fill="F9FBFB"/>
            <w:tcMar>
              <w:top w:w="35" w:type="dxa"/>
              <w:bottom w:w="35" w:type="dxa"/>
              <w:left w:w="20" w:type="dxa"/>
              <w:right w:w="20" w:type="dxa"/>
            </w:tcMar>
          </w:tcPr>
          <w:p>
            <w:pPr>
              <w:jc w:val="right"/>
            </w:pPr>
            <w:r>
              <w:rPr>
                <w:color w:val="C0392B"/>
                <w:sz w:val="15"/>
              </w:rPr>
              <w:t>-53</w:t>
            </w:r>
          </w:p>
        </w:tc>
        <w:tc>
          <w:tcPr>
            <w:tcW w:type="dxa" w:w="1066"/>
            <w:shd w:fill="F9FBFB"/>
            <w:tcMar>
              <w:top w:w="35" w:type="dxa"/>
              <w:bottom w:w="35" w:type="dxa"/>
              <w:left w:w="20" w:type="dxa"/>
              <w:right w:w="20" w:type="dxa"/>
            </w:tcMar>
          </w:tcPr>
          <w:p>
            <w:pPr>
              <w:jc w:val="center"/>
            </w:pPr>
            <w:r>
              <w:rPr>
                <w:b/>
                <w:color w:val="C0392B"/>
                <w:sz w:val="15"/>
              </w:rPr>
              <w:t>-100.0%</w:t>
            </w:r>
          </w:p>
        </w:tc>
      </w:tr>
      <w:tr>
        <w:tc>
          <w:tcPr>
            <w:tcW w:type="dxa" w:w="504"/>
            <w:shd w:fill="FFFFFF"/>
            <w:tcMar>
              <w:top w:w="35" w:type="dxa"/>
              <w:bottom w:w="35" w:type="dxa"/>
              <w:left w:w="20" w:type="dxa"/>
              <w:right w:w="20" w:type="dxa"/>
            </w:tcMar>
          </w:tcPr>
          <w:p>
            <w:pPr>
              <w:jc w:val="center"/>
            </w:pPr>
            <w:r>
              <w:rPr>
                <w:sz w:val="15"/>
              </w:rPr>
              <w:t>79</w:t>
            </w:r>
          </w:p>
        </w:tc>
        <w:tc>
          <w:tcPr>
            <w:tcW w:type="dxa" w:w="936"/>
            <w:shd w:fill="FFFFFF"/>
            <w:tcMar>
              <w:top w:w="35" w:type="dxa"/>
              <w:bottom w:w="35" w:type="dxa"/>
              <w:left w:w="20" w:type="dxa"/>
              <w:right w:w="20" w:type="dxa"/>
            </w:tcMar>
          </w:tcPr>
          <w:p>
            <w:pPr>
              <w:jc w:val="left"/>
            </w:pPr>
            <w:r>
              <w:rPr>
                <w:sz w:val="15"/>
              </w:rPr>
              <w:t>KH2139</w:t>
            </w:r>
          </w:p>
        </w:tc>
        <w:tc>
          <w:tcPr>
            <w:tcW w:type="dxa" w:w="3024"/>
            <w:shd w:fill="FFFFFF"/>
            <w:tcMar>
              <w:top w:w="35" w:type="dxa"/>
              <w:bottom w:w="35" w:type="dxa"/>
              <w:left w:w="20" w:type="dxa"/>
              <w:right w:w="20" w:type="dxa"/>
            </w:tcMar>
          </w:tcPr>
          <w:p>
            <w:pPr>
              <w:jc w:val="left"/>
            </w:pPr>
            <w:r>
              <w:rPr>
                <w:sz w:val="15"/>
              </w:rPr>
              <w:t>CÔNG TY TNHH MỘT THÀNH VIÊN HƯNG DIỆU</w:t>
            </w:r>
          </w:p>
        </w:tc>
        <w:tc>
          <w:tcPr>
            <w:tcW w:type="dxa" w:w="835"/>
            <w:shd w:fill="FFFFFF"/>
            <w:tcMar>
              <w:top w:w="35" w:type="dxa"/>
              <w:bottom w:w="35" w:type="dxa"/>
              <w:left w:w="20" w:type="dxa"/>
              <w:right w:w="20" w:type="dxa"/>
            </w:tcMar>
          </w:tcPr>
          <w:p>
            <w:pPr>
              <w:jc w:val="right"/>
            </w:pPr>
            <w:r>
              <w:rPr>
                <w:sz w:val="15"/>
              </w:rPr>
              <w:t>39</w:t>
            </w:r>
          </w:p>
        </w:tc>
        <w:tc>
          <w:tcPr>
            <w:tcW w:type="dxa" w:w="835"/>
            <w:shd w:fill="FFFFFF"/>
            <w:tcMar>
              <w:top w:w="35" w:type="dxa"/>
              <w:bottom w:w="35" w:type="dxa"/>
              <w:left w:w="20" w:type="dxa"/>
              <w:right w:w="20" w:type="dxa"/>
            </w:tcMar>
          </w:tcPr>
          <w:p>
            <w:pPr>
              <w:jc w:val="right"/>
            </w:pPr>
            <w:r>
              <w:rPr>
                <w:sz w:val="15"/>
              </w:rPr>
              <w:t>28</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35</w:t>
            </w:r>
          </w:p>
        </w:tc>
        <w:tc>
          <w:tcPr>
            <w:tcW w:type="dxa" w:w="835"/>
            <w:shd w:fill="FFFFFF"/>
            <w:tcMar>
              <w:top w:w="35" w:type="dxa"/>
              <w:bottom w:w="35" w:type="dxa"/>
              <w:left w:w="20" w:type="dxa"/>
              <w:right w:w="20" w:type="dxa"/>
            </w:tcMar>
          </w:tcPr>
          <w:p>
            <w:pPr>
              <w:jc w:val="right"/>
            </w:pPr>
            <w:r>
              <w:rPr>
                <w:sz w:val="15"/>
              </w:rPr>
              <w:t>26</w:t>
            </w:r>
          </w:p>
        </w:tc>
        <w:tc>
          <w:tcPr>
            <w:tcW w:type="dxa" w:w="835"/>
            <w:shd w:fill="FFFFFF"/>
            <w:tcMar>
              <w:top w:w="35" w:type="dxa"/>
              <w:bottom w:w="35" w:type="dxa"/>
              <w:left w:w="20" w:type="dxa"/>
              <w:right w:w="20" w:type="dxa"/>
            </w:tcMar>
          </w:tcPr>
          <w:p>
            <w:pPr>
              <w:jc w:val="right"/>
            </w:pPr>
            <w:r>
              <w:rPr>
                <w:sz w:val="15"/>
              </w:rPr>
              <w:t>87</w:t>
            </w:r>
          </w:p>
        </w:tc>
        <w:tc>
          <w:tcPr>
            <w:tcW w:type="dxa" w:w="835"/>
            <w:shd w:fill="FFFFFF"/>
            <w:tcMar>
              <w:top w:w="35" w:type="dxa"/>
              <w:bottom w:w="35" w:type="dxa"/>
              <w:left w:w="20" w:type="dxa"/>
              <w:right w:w="20" w:type="dxa"/>
            </w:tcMar>
          </w:tcPr>
          <w:p>
            <w:pPr>
              <w:jc w:val="right"/>
            </w:pPr>
            <w:r>
              <w:rPr>
                <w:sz w:val="15"/>
              </w:rPr>
              <w:t>19</w:t>
            </w:r>
          </w:p>
        </w:tc>
        <w:tc>
          <w:tcPr>
            <w:tcW w:type="dxa" w:w="835"/>
            <w:shd w:fill="FFFFFF"/>
            <w:tcMar>
              <w:top w:w="35" w:type="dxa"/>
              <w:bottom w:w="35" w:type="dxa"/>
              <w:left w:w="20" w:type="dxa"/>
              <w:right w:w="20" w:type="dxa"/>
            </w:tcMar>
          </w:tcPr>
          <w:p>
            <w:pPr>
              <w:jc w:val="right"/>
            </w:pPr>
            <w:r>
              <w:rPr>
                <w:sz w:val="15"/>
              </w:rPr>
              <w:t>83</w:t>
            </w:r>
          </w:p>
        </w:tc>
        <w:tc>
          <w:tcPr>
            <w:tcW w:type="dxa" w:w="835"/>
            <w:shd w:fill="FFFFFF"/>
            <w:tcMar>
              <w:top w:w="35" w:type="dxa"/>
              <w:bottom w:w="35" w:type="dxa"/>
              <w:left w:w="20" w:type="dxa"/>
              <w:right w:w="20" w:type="dxa"/>
            </w:tcMar>
          </w:tcPr>
          <w:p>
            <w:pPr>
              <w:jc w:val="right"/>
            </w:pPr>
            <w:r>
              <w:rPr>
                <w:sz w:val="15"/>
              </w:rPr>
              <w:t>52</w:t>
            </w:r>
          </w:p>
        </w:tc>
        <w:tc>
          <w:tcPr>
            <w:tcW w:type="dxa" w:w="835"/>
            <w:shd w:fill="FFFFFF"/>
            <w:tcMar>
              <w:top w:w="35" w:type="dxa"/>
              <w:bottom w:w="35" w:type="dxa"/>
              <w:left w:w="20" w:type="dxa"/>
              <w:right w:w="20" w:type="dxa"/>
            </w:tcMar>
          </w:tcPr>
          <w:p>
            <w:pPr>
              <w:jc w:val="right"/>
            </w:pPr>
            <w:r>
              <w:rPr>
                <w:b/>
                <w:sz w:val="15"/>
              </w:rPr>
              <w:t>-</w:t>
            </w:r>
          </w:p>
        </w:tc>
        <w:tc>
          <w:tcPr>
            <w:tcW w:type="dxa" w:w="1224"/>
            <w:shd w:fill="FFFFFF"/>
            <w:tcMar>
              <w:top w:w="35" w:type="dxa"/>
              <w:bottom w:w="35" w:type="dxa"/>
              <w:left w:w="20" w:type="dxa"/>
              <w:right w:w="20" w:type="dxa"/>
            </w:tcMar>
          </w:tcPr>
          <w:p>
            <w:pPr>
              <w:jc w:val="right"/>
            </w:pPr>
            <w:r>
              <w:rPr>
                <w:color w:val="C0392B"/>
                <w:sz w:val="15"/>
              </w:rPr>
              <w:t>-52</w:t>
            </w:r>
          </w:p>
        </w:tc>
        <w:tc>
          <w:tcPr>
            <w:tcW w:type="dxa" w:w="1066"/>
            <w:shd w:fill="FFFFFF"/>
            <w:tcMar>
              <w:top w:w="35" w:type="dxa"/>
              <w:bottom w:w="35" w:type="dxa"/>
              <w:left w:w="20" w:type="dxa"/>
              <w:right w:w="20" w:type="dxa"/>
            </w:tcMar>
          </w:tcPr>
          <w:p>
            <w:pPr>
              <w:jc w:val="center"/>
            </w:pPr>
            <w:r>
              <w:rPr>
                <w:b/>
                <w:color w:val="C0392B"/>
                <w:sz w:val="15"/>
              </w:rPr>
              <w:t>-100.0%</w:t>
            </w:r>
          </w:p>
        </w:tc>
      </w:tr>
      <w:tr>
        <w:tc>
          <w:tcPr>
            <w:tcW w:type="dxa" w:w="504"/>
            <w:shd w:fill="F9FBFB"/>
            <w:tcMar>
              <w:top w:w="35" w:type="dxa"/>
              <w:bottom w:w="35" w:type="dxa"/>
              <w:left w:w="20" w:type="dxa"/>
              <w:right w:w="20" w:type="dxa"/>
            </w:tcMar>
          </w:tcPr>
          <w:p>
            <w:pPr>
              <w:jc w:val="center"/>
            </w:pPr>
            <w:r>
              <w:rPr>
                <w:sz w:val="15"/>
              </w:rPr>
              <w:t>80</w:t>
            </w:r>
          </w:p>
        </w:tc>
        <w:tc>
          <w:tcPr>
            <w:tcW w:type="dxa" w:w="936"/>
            <w:shd w:fill="F9FBFB"/>
            <w:tcMar>
              <w:top w:w="35" w:type="dxa"/>
              <w:bottom w:w="35" w:type="dxa"/>
              <w:left w:w="20" w:type="dxa"/>
              <w:right w:w="20" w:type="dxa"/>
            </w:tcMar>
          </w:tcPr>
          <w:p>
            <w:pPr>
              <w:jc w:val="left"/>
            </w:pPr>
            <w:r>
              <w:rPr>
                <w:sz w:val="15"/>
              </w:rPr>
              <w:t>KH0475</w:t>
            </w:r>
          </w:p>
        </w:tc>
        <w:tc>
          <w:tcPr>
            <w:tcW w:type="dxa" w:w="3024"/>
            <w:shd w:fill="F9FBFB"/>
            <w:tcMar>
              <w:top w:w="35" w:type="dxa"/>
              <w:bottom w:w="35" w:type="dxa"/>
              <w:left w:w="20" w:type="dxa"/>
              <w:right w:w="20" w:type="dxa"/>
            </w:tcMar>
          </w:tcPr>
          <w:p>
            <w:pPr>
              <w:jc w:val="left"/>
            </w:pPr>
            <w:r>
              <w:rPr>
                <w:sz w:val="15"/>
              </w:rPr>
              <w:t>CÔNG TY TNHH PMA INDUSTRIER VIỆT NAM</w:t>
            </w:r>
          </w:p>
        </w:tc>
        <w:tc>
          <w:tcPr>
            <w:tcW w:type="dxa" w:w="835"/>
            <w:shd w:fill="F9FBFB"/>
            <w:tcMar>
              <w:top w:w="35" w:type="dxa"/>
              <w:bottom w:w="35" w:type="dxa"/>
              <w:left w:w="20" w:type="dxa"/>
              <w:right w:w="20" w:type="dxa"/>
            </w:tcMar>
          </w:tcPr>
          <w:p>
            <w:pPr>
              <w:jc w:val="right"/>
            </w:pPr>
            <w:r>
              <w:rPr>
                <w:sz w:val="15"/>
              </w:rPr>
              <w:t>102</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24</w:t>
            </w:r>
          </w:p>
        </w:tc>
        <w:tc>
          <w:tcPr>
            <w:tcW w:type="dxa" w:w="835"/>
            <w:shd w:fill="F9FBFB"/>
            <w:tcMar>
              <w:top w:w="35" w:type="dxa"/>
              <w:bottom w:w="35" w:type="dxa"/>
              <w:left w:w="20" w:type="dxa"/>
              <w:right w:w="20" w:type="dxa"/>
            </w:tcMar>
          </w:tcPr>
          <w:p>
            <w:pPr>
              <w:jc w:val="right"/>
            </w:pPr>
            <w:r>
              <w:rPr>
                <w:sz w:val="15"/>
              </w:rPr>
              <w:t>238</w:t>
            </w:r>
          </w:p>
        </w:tc>
        <w:tc>
          <w:tcPr>
            <w:tcW w:type="dxa" w:w="835"/>
            <w:shd w:fill="F9FBFB"/>
            <w:tcMar>
              <w:top w:w="35" w:type="dxa"/>
              <w:bottom w:w="35" w:type="dxa"/>
              <w:left w:w="20" w:type="dxa"/>
              <w:right w:w="20" w:type="dxa"/>
            </w:tcMar>
          </w:tcPr>
          <w:p>
            <w:pPr>
              <w:jc w:val="right"/>
            </w:pPr>
            <w:r>
              <w:rPr>
                <w:sz w:val="15"/>
              </w:rPr>
              <w:t>4</w:t>
            </w:r>
          </w:p>
        </w:tc>
        <w:tc>
          <w:tcPr>
            <w:tcW w:type="dxa" w:w="835"/>
            <w:shd w:fill="F9FBFB"/>
            <w:tcMar>
              <w:top w:w="35" w:type="dxa"/>
              <w:bottom w:w="35" w:type="dxa"/>
              <w:left w:w="20" w:type="dxa"/>
              <w:right w:w="20" w:type="dxa"/>
            </w:tcMar>
          </w:tcPr>
          <w:p>
            <w:pPr>
              <w:jc w:val="right"/>
            </w:pPr>
            <w:r>
              <w:rPr>
                <w:sz w:val="15"/>
              </w:rPr>
              <w:t>23</w:t>
            </w:r>
          </w:p>
        </w:tc>
        <w:tc>
          <w:tcPr>
            <w:tcW w:type="dxa" w:w="835"/>
            <w:shd w:fill="F9FBFB"/>
            <w:tcMar>
              <w:top w:w="35" w:type="dxa"/>
              <w:bottom w:w="35" w:type="dxa"/>
              <w:left w:w="20" w:type="dxa"/>
              <w:right w:w="20" w:type="dxa"/>
            </w:tcMar>
          </w:tcPr>
          <w:p>
            <w:pPr>
              <w:jc w:val="right"/>
            </w:pPr>
            <w:r>
              <w:rPr>
                <w:sz w:val="15"/>
              </w:rPr>
              <w:t>70</w:t>
            </w:r>
          </w:p>
        </w:tc>
        <w:tc>
          <w:tcPr>
            <w:tcW w:type="dxa" w:w="835"/>
            <w:shd w:fill="F9FBFB"/>
            <w:tcMar>
              <w:top w:w="35" w:type="dxa"/>
              <w:bottom w:w="35" w:type="dxa"/>
              <w:left w:w="20" w:type="dxa"/>
              <w:right w:w="20" w:type="dxa"/>
            </w:tcMar>
          </w:tcPr>
          <w:p>
            <w:pPr>
              <w:jc w:val="right"/>
            </w:pPr>
            <w:r>
              <w:rPr>
                <w:sz w:val="15"/>
              </w:rPr>
              <w:t>13</w:t>
            </w:r>
          </w:p>
        </w:tc>
        <w:tc>
          <w:tcPr>
            <w:tcW w:type="dxa" w:w="835"/>
            <w:shd w:fill="F9FBFB"/>
            <w:tcMar>
              <w:top w:w="35" w:type="dxa"/>
              <w:bottom w:w="35" w:type="dxa"/>
              <w:left w:w="20" w:type="dxa"/>
              <w:right w:w="20" w:type="dxa"/>
            </w:tcMar>
          </w:tcPr>
          <w:p>
            <w:pPr>
              <w:jc w:val="right"/>
            </w:pPr>
            <w:r>
              <w:rPr>
                <w:sz w:val="15"/>
              </w:rPr>
              <w:t>48</w:t>
            </w:r>
          </w:p>
        </w:tc>
        <w:tc>
          <w:tcPr>
            <w:tcW w:type="dxa" w:w="835"/>
            <w:shd w:fill="F9FBFB"/>
            <w:tcMar>
              <w:top w:w="35" w:type="dxa"/>
              <w:bottom w:w="35" w:type="dxa"/>
              <w:left w:w="20" w:type="dxa"/>
              <w:right w:w="20" w:type="dxa"/>
            </w:tcMar>
          </w:tcPr>
          <w:p>
            <w:pPr>
              <w:jc w:val="right"/>
            </w:pPr>
            <w:r>
              <w:rPr>
                <w:b/>
                <w:sz w:val="15"/>
              </w:rPr>
              <w:t>10</w:t>
            </w:r>
          </w:p>
        </w:tc>
        <w:tc>
          <w:tcPr>
            <w:tcW w:type="dxa" w:w="1224"/>
            <w:shd w:fill="F9FBFB"/>
            <w:tcMar>
              <w:top w:w="35" w:type="dxa"/>
              <w:bottom w:w="35" w:type="dxa"/>
              <w:left w:w="20" w:type="dxa"/>
              <w:right w:w="20" w:type="dxa"/>
            </w:tcMar>
          </w:tcPr>
          <w:p>
            <w:pPr>
              <w:jc w:val="right"/>
            </w:pPr>
            <w:r>
              <w:rPr>
                <w:color w:val="C0392B"/>
                <w:sz w:val="15"/>
              </w:rPr>
              <w:t>-38</w:t>
            </w:r>
          </w:p>
        </w:tc>
        <w:tc>
          <w:tcPr>
            <w:tcW w:type="dxa" w:w="1066"/>
            <w:shd w:fill="F9FBFB"/>
            <w:tcMar>
              <w:top w:w="35" w:type="dxa"/>
              <w:bottom w:w="35" w:type="dxa"/>
              <w:left w:w="20" w:type="dxa"/>
              <w:right w:w="20" w:type="dxa"/>
            </w:tcMar>
          </w:tcPr>
          <w:p>
            <w:pPr>
              <w:jc w:val="center"/>
            </w:pPr>
            <w:r>
              <w:rPr>
                <w:b/>
                <w:color w:val="C0392B"/>
                <w:sz w:val="15"/>
              </w:rPr>
              <w:t>-79.2%</w:t>
            </w:r>
          </w:p>
        </w:tc>
      </w:tr>
      <w:tr>
        <w:tc>
          <w:tcPr>
            <w:tcW w:type="dxa" w:w="504"/>
            <w:shd w:fill="FFFFFF"/>
            <w:tcMar>
              <w:top w:w="35" w:type="dxa"/>
              <w:bottom w:w="35" w:type="dxa"/>
              <w:left w:w="20" w:type="dxa"/>
              <w:right w:w="20" w:type="dxa"/>
            </w:tcMar>
          </w:tcPr>
          <w:p>
            <w:pPr>
              <w:jc w:val="center"/>
            </w:pPr>
            <w:r>
              <w:rPr>
                <w:sz w:val="15"/>
              </w:rPr>
              <w:t>81</w:t>
            </w:r>
          </w:p>
        </w:tc>
        <w:tc>
          <w:tcPr>
            <w:tcW w:type="dxa" w:w="936"/>
            <w:shd w:fill="FFFFFF"/>
            <w:tcMar>
              <w:top w:w="35" w:type="dxa"/>
              <w:bottom w:w="35" w:type="dxa"/>
              <w:left w:w="20" w:type="dxa"/>
              <w:right w:w="20" w:type="dxa"/>
            </w:tcMar>
          </w:tcPr>
          <w:p>
            <w:pPr>
              <w:jc w:val="left"/>
            </w:pPr>
            <w:r>
              <w:rPr>
                <w:sz w:val="15"/>
              </w:rPr>
              <w:t>KH0637</w:t>
            </w:r>
          </w:p>
        </w:tc>
        <w:tc>
          <w:tcPr>
            <w:tcW w:type="dxa" w:w="3024"/>
            <w:shd w:fill="FFFFFF"/>
            <w:tcMar>
              <w:top w:w="35" w:type="dxa"/>
              <w:bottom w:w="35" w:type="dxa"/>
              <w:left w:w="20" w:type="dxa"/>
              <w:right w:w="20" w:type="dxa"/>
            </w:tcMar>
          </w:tcPr>
          <w:p>
            <w:pPr>
              <w:jc w:val="left"/>
            </w:pPr>
            <w:r>
              <w:rPr>
                <w:sz w:val="15"/>
              </w:rPr>
              <w:t>CÔNG TY TNHH THƯƠNG MẠI PHÚC THÀNH</w:t>
            </w:r>
          </w:p>
        </w:tc>
        <w:tc>
          <w:tcPr>
            <w:tcW w:type="dxa" w:w="835"/>
            <w:shd w:fill="FFFFFF"/>
            <w:tcMar>
              <w:top w:w="35" w:type="dxa"/>
              <w:bottom w:w="35" w:type="dxa"/>
              <w:left w:w="20" w:type="dxa"/>
              <w:right w:w="20" w:type="dxa"/>
            </w:tcMar>
          </w:tcPr>
          <w:p>
            <w:pPr>
              <w:jc w:val="right"/>
            </w:pPr>
            <w:r>
              <w:rPr>
                <w:sz w:val="15"/>
              </w:rPr>
              <w:t>52</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116</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38</w:t>
            </w:r>
          </w:p>
        </w:tc>
        <w:tc>
          <w:tcPr>
            <w:tcW w:type="dxa" w:w="835"/>
            <w:shd w:fill="FFFFFF"/>
            <w:tcMar>
              <w:top w:w="35" w:type="dxa"/>
              <w:bottom w:w="35" w:type="dxa"/>
              <w:left w:w="20" w:type="dxa"/>
              <w:right w:w="20" w:type="dxa"/>
            </w:tcMar>
          </w:tcPr>
          <w:p>
            <w:pPr>
              <w:jc w:val="right"/>
            </w:pPr>
            <w:r>
              <w:rPr>
                <w:sz w:val="15"/>
              </w:rPr>
              <w:t>47</w:t>
            </w:r>
          </w:p>
        </w:tc>
        <w:tc>
          <w:tcPr>
            <w:tcW w:type="dxa" w:w="835"/>
            <w:shd w:fill="FFFFFF"/>
            <w:tcMar>
              <w:top w:w="35" w:type="dxa"/>
              <w:bottom w:w="35" w:type="dxa"/>
              <w:left w:w="20" w:type="dxa"/>
              <w:right w:w="20" w:type="dxa"/>
            </w:tcMar>
          </w:tcPr>
          <w:p>
            <w:pPr>
              <w:jc w:val="right"/>
            </w:pPr>
            <w:r>
              <w:rPr>
                <w:b/>
                <w:sz w:val="15"/>
              </w:rPr>
              <w:t>-</w:t>
            </w:r>
          </w:p>
        </w:tc>
        <w:tc>
          <w:tcPr>
            <w:tcW w:type="dxa" w:w="1224"/>
            <w:shd w:fill="FFFFFF"/>
            <w:tcMar>
              <w:top w:w="35" w:type="dxa"/>
              <w:bottom w:w="35" w:type="dxa"/>
              <w:left w:w="20" w:type="dxa"/>
              <w:right w:w="20" w:type="dxa"/>
            </w:tcMar>
          </w:tcPr>
          <w:p>
            <w:pPr>
              <w:jc w:val="right"/>
            </w:pPr>
            <w:r>
              <w:rPr>
                <w:color w:val="C0392B"/>
                <w:sz w:val="15"/>
              </w:rPr>
              <w:t>-47</w:t>
            </w:r>
          </w:p>
        </w:tc>
        <w:tc>
          <w:tcPr>
            <w:tcW w:type="dxa" w:w="1066"/>
            <w:shd w:fill="FFFFFF"/>
            <w:tcMar>
              <w:top w:w="35" w:type="dxa"/>
              <w:bottom w:w="35" w:type="dxa"/>
              <w:left w:w="20" w:type="dxa"/>
              <w:right w:w="20" w:type="dxa"/>
            </w:tcMar>
          </w:tcPr>
          <w:p>
            <w:pPr>
              <w:jc w:val="center"/>
            </w:pPr>
            <w:r>
              <w:rPr>
                <w:b/>
                <w:color w:val="C0392B"/>
                <w:sz w:val="15"/>
              </w:rPr>
              <w:t>-100.0%</w:t>
            </w:r>
          </w:p>
        </w:tc>
      </w:tr>
      <w:tr>
        <w:tc>
          <w:tcPr>
            <w:tcW w:type="dxa" w:w="504"/>
            <w:shd w:fill="F9FBFB"/>
            <w:tcMar>
              <w:top w:w="35" w:type="dxa"/>
              <w:bottom w:w="35" w:type="dxa"/>
              <w:left w:w="20" w:type="dxa"/>
              <w:right w:w="20" w:type="dxa"/>
            </w:tcMar>
          </w:tcPr>
          <w:p>
            <w:pPr>
              <w:jc w:val="center"/>
            </w:pPr>
            <w:r>
              <w:rPr>
                <w:sz w:val="15"/>
              </w:rPr>
              <w:t>82</w:t>
            </w:r>
          </w:p>
        </w:tc>
        <w:tc>
          <w:tcPr>
            <w:tcW w:type="dxa" w:w="936"/>
            <w:shd w:fill="F9FBFB"/>
            <w:tcMar>
              <w:top w:w="35" w:type="dxa"/>
              <w:bottom w:w="35" w:type="dxa"/>
              <w:left w:w="20" w:type="dxa"/>
              <w:right w:w="20" w:type="dxa"/>
            </w:tcMar>
          </w:tcPr>
          <w:p>
            <w:pPr>
              <w:jc w:val="left"/>
            </w:pPr>
            <w:r>
              <w:rPr>
                <w:sz w:val="15"/>
              </w:rPr>
              <w:t>KH2172</w:t>
            </w:r>
          </w:p>
        </w:tc>
        <w:tc>
          <w:tcPr>
            <w:tcW w:type="dxa" w:w="3024"/>
            <w:shd w:fill="F9FBFB"/>
            <w:tcMar>
              <w:top w:w="35" w:type="dxa"/>
              <w:bottom w:w="35" w:type="dxa"/>
              <w:left w:w="20" w:type="dxa"/>
              <w:right w:w="20" w:type="dxa"/>
            </w:tcMar>
          </w:tcPr>
          <w:p>
            <w:pPr>
              <w:jc w:val="left"/>
            </w:pPr>
            <w:r>
              <w:rPr>
                <w:sz w:val="15"/>
              </w:rPr>
              <w:t>CÔNG TY TNHH THƯƠNG MẠI CHẾ BIẾN GỖ XUẤT KHẨU THANH HÙNG</w:t>
            </w:r>
          </w:p>
        </w:tc>
        <w:tc>
          <w:tcPr>
            <w:tcW w:type="dxa" w:w="835"/>
            <w:shd w:fill="F9FBFB"/>
            <w:tcMar>
              <w:top w:w="35" w:type="dxa"/>
              <w:bottom w:w="35" w:type="dxa"/>
              <w:left w:w="20" w:type="dxa"/>
              <w:right w:w="20" w:type="dxa"/>
            </w:tcMar>
          </w:tcPr>
          <w:p>
            <w:pPr>
              <w:jc w:val="right"/>
            </w:pPr>
            <w:r>
              <w:rPr>
                <w:sz w:val="15"/>
              </w:rPr>
              <w:t>126</w:t>
            </w:r>
          </w:p>
        </w:tc>
        <w:tc>
          <w:tcPr>
            <w:tcW w:type="dxa" w:w="835"/>
            <w:shd w:fill="F9FBFB"/>
            <w:tcMar>
              <w:top w:w="35" w:type="dxa"/>
              <w:bottom w:w="35" w:type="dxa"/>
              <w:left w:w="20" w:type="dxa"/>
              <w:right w:w="20" w:type="dxa"/>
            </w:tcMar>
          </w:tcPr>
          <w:p>
            <w:pPr>
              <w:jc w:val="right"/>
            </w:pPr>
            <w:r>
              <w:rPr>
                <w:sz w:val="15"/>
              </w:rPr>
              <w:t>22</w:t>
            </w:r>
          </w:p>
        </w:tc>
        <w:tc>
          <w:tcPr>
            <w:tcW w:type="dxa" w:w="835"/>
            <w:shd w:fill="F9FBFB"/>
            <w:tcMar>
              <w:top w:w="35" w:type="dxa"/>
              <w:bottom w:w="35" w:type="dxa"/>
              <w:left w:w="20" w:type="dxa"/>
              <w:right w:w="20" w:type="dxa"/>
            </w:tcMar>
          </w:tcPr>
          <w:p>
            <w:pPr>
              <w:jc w:val="right"/>
            </w:pPr>
            <w:r>
              <w:rPr>
                <w:sz w:val="15"/>
              </w:rPr>
              <w:t>194</w:t>
            </w:r>
          </w:p>
        </w:tc>
        <w:tc>
          <w:tcPr>
            <w:tcW w:type="dxa" w:w="835"/>
            <w:shd w:fill="F9FBFB"/>
            <w:tcMar>
              <w:top w:w="35" w:type="dxa"/>
              <w:bottom w:w="35" w:type="dxa"/>
              <w:left w:w="20" w:type="dxa"/>
              <w:right w:w="20" w:type="dxa"/>
            </w:tcMar>
          </w:tcPr>
          <w:p>
            <w:pPr>
              <w:jc w:val="right"/>
            </w:pPr>
            <w:r>
              <w:rPr>
                <w:sz w:val="15"/>
              </w:rPr>
              <w:t>40</w:t>
            </w:r>
          </w:p>
        </w:tc>
        <w:tc>
          <w:tcPr>
            <w:tcW w:type="dxa" w:w="835"/>
            <w:shd w:fill="F9FBFB"/>
            <w:tcMar>
              <w:top w:w="35" w:type="dxa"/>
              <w:bottom w:w="35" w:type="dxa"/>
              <w:left w:w="20" w:type="dxa"/>
              <w:right w:w="20" w:type="dxa"/>
            </w:tcMar>
          </w:tcPr>
          <w:p>
            <w:pPr>
              <w:jc w:val="right"/>
            </w:pPr>
            <w:r>
              <w:rPr>
                <w:sz w:val="15"/>
              </w:rPr>
              <w:t>134</w:t>
            </w:r>
          </w:p>
        </w:tc>
        <w:tc>
          <w:tcPr>
            <w:tcW w:type="dxa" w:w="835"/>
            <w:shd w:fill="F9FBFB"/>
            <w:tcMar>
              <w:top w:w="35" w:type="dxa"/>
              <w:bottom w:w="35" w:type="dxa"/>
              <w:left w:w="20" w:type="dxa"/>
              <w:right w:w="20" w:type="dxa"/>
            </w:tcMar>
          </w:tcPr>
          <w:p>
            <w:pPr>
              <w:jc w:val="right"/>
            </w:pPr>
            <w:r>
              <w:rPr>
                <w:sz w:val="15"/>
              </w:rPr>
              <w:t>142</w:t>
            </w:r>
          </w:p>
        </w:tc>
        <w:tc>
          <w:tcPr>
            <w:tcW w:type="dxa" w:w="835"/>
            <w:shd w:fill="F9FBFB"/>
            <w:tcMar>
              <w:top w:w="35" w:type="dxa"/>
              <w:bottom w:w="35" w:type="dxa"/>
              <w:left w:w="20" w:type="dxa"/>
              <w:right w:w="20" w:type="dxa"/>
            </w:tcMar>
          </w:tcPr>
          <w:p>
            <w:pPr>
              <w:jc w:val="right"/>
            </w:pPr>
            <w:r>
              <w:rPr>
                <w:sz w:val="15"/>
              </w:rPr>
              <w:t>122</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44</w:t>
            </w:r>
          </w:p>
        </w:tc>
        <w:tc>
          <w:tcPr>
            <w:tcW w:type="dxa" w:w="835"/>
            <w:shd w:fill="F9FBFB"/>
            <w:tcMar>
              <w:top w:w="35" w:type="dxa"/>
              <w:bottom w:w="35" w:type="dxa"/>
              <w:left w:w="20" w:type="dxa"/>
              <w:right w:w="20" w:type="dxa"/>
            </w:tcMar>
          </w:tcPr>
          <w:p>
            <w:pPr>
              <w:jc w:val="right"/>
            </w:pPr>
            <w:r>
              <w:rPr>
                <w:b/>
                <w:sz w:val="15"/>
              </w:rPr>
              <w:t>163</w:t>
            </w:r>
          </w:p>
        </w:tc>
        <w:tc>
          <w:tcPr>
            <w:tcW w:type="dxa" w:w="1224"/>
            <w:shd w:fill="F9FBFB"/>
            <w:tcMar>
              <w:top w:w="35" w:type="dxa"/>
              <w:bottom w:w="35" w:type="dxa"/>
              <w:left w:w="20" w:type="dxa"/>
              <w:right w:w="20" w:type="dxa"/>
            </w:tcMar>
          </w:tcPr>
          <w:p>
            <w:pPr>
              <w:jc w:val="right"/>
            </w:pPr>
            <w:r>
              <w:rPr>
                <w:color w:val="27AE60"/>
                <w:sz w:val="15"/>
              </w:rPr>
              <w:t>+119</w:t>
            </w:r>
          </w:p>
        </w:tc>
        <w:tc>
          <w:tcPr>
            <w:tcW w:type="dxa" w:w="1066"/>
            <w:shd w:fill="F9FBFB"/>
            <w:tcMar>
              <w:top w:w="35" w:type="dxa"/>
              <w:bottom w:w="35" w:type="dxa"/>
              <w:left w:w="20" w:type="dxa"/>
              <w:right w:w="20" w:type="dxa"/>
            </w:tcMar>
          </w:tcPr>
          <w:p>
            <w:pPr>
              <w:jc w:val="center"/>
            </w:pPr>
            <w:r>
              <w:rPr>
                <w:b/>
                <w:color w:val="27AE60"/>
                <w:sz w:val="15"/>
              </w:rPr>
              <w:t>+270.5%</w:t>
            </w:r>
          </w:p>
        </w:tc>
      </w:tr>
      <w:tr>
        <w:tc>
          <w:tcPr>
            <w:tcW w:type="dxa" w:w="504"/>
            <w:shd w:fill="FFFFFF"/>
            <w:tcMar>
              <w:top w:w="35" w:type="dxa"/>
              <w:bottom w:w="35" w:type="dxa"/>
              <w:left w:w="20" w:type="dxa"/>
              <w:right w:w="20" w:type="dxa"/>
            </w:tcMar>
          </w:tcPr>
          <w:p>
            <w:pPr>
              <w:jc w:val="center"/>
            </w:pPr>
            <w:r>
              <w:rPr>
                <w:sz w:val="15"/>
              </w:rPr>
              <w:t>83</w:t>
            </w:r>
          </w:p>
        </w:tc>
        <w:tc>
          <w:tcPr>
            <w:tcW w:type="dxa" w:w="936"/>
            <w:shd w:fill="FFFFFF"/>
            <w:tcMar>
              <w:top w:w="35" w:type="dxa"/>
              <w:bottom w:w="35" w:type="dxa"/>
              <w:left w:w="20" w:type="dxa"/>
              <w:right w:w="20" w:type="dxa"/>
            </w:tcMar>
          </w:tcPr>
          <w:p>
            <w:pPr>
              <w:jc w:val="left"/>
            </w:pPr>
            <w:r>
              <w:rPr>
                <w:sz w:val="15"/>
              </w:rPr>
              <w:t>KH0129</w:t>
            </w:r>
          </w:p>
        </w:tc>
        <w:tc>
          <w:tcPr>
            <w:tcW w:type="dxa" w:w="3024"/>
            <w:shd w:fill="FFFFFF"/>
            <w:tcMar>
              <w:top w:w="35" w:type="dxa"/>
              <w:bottom w:w="35" w:type="dxa"/>
              <w:left w:w="20" w:type="dxa"/>
              <w:right w:w="20" w:type="dxa"/>
            </w:tcMar>
          </w:tcPr>
          <w:p>
            <w:pPr>
              <w:jc w:val="left"/>
            </w:pPr>
            <w:r>
              <w:rPr>
                <w:sz w:val="15"/>
              </w:rPr>
              <w:t>CÔNG TY CỔ PHẦN CHẾ BIẾN GỖ ĐỨC THÀNH</w:t>
            </w:r>
          </w:p>
        </w:tc>
        <w:tc>
          <w:tcPr>
            <w:tcW w:type="dxa" w:w="835"/>
            <w:shd w:fill="FFFFFF"/>
            <w:tcMar>
              <w:top w:w="35" w:type="dxa"/>
              <w:bottom w:w="35" w:type="dxa"/>
              <w:left w:w="20" w:type="dxa"/>
              <w:right w:w="20" w:type="dxa"/>
            </w:tcMar>
          </w:tcPr>
          <w:p>
            <w:pPr>
              <w:jc w:val="right"/>
            </w:pPr>
            <w:r>
              <w:rPr>
                <w:sz w:val="15"/>
              </w:rPr>
              <w:t>398</w:t>
            </w:r>
          </w:p>
        </w:tc>
        <w:tc>
          <w:tcPr>
            <w:tcW w:type="dxa" w:w="835"/>
            <w:shd w:fill="FFFFFF"/>
            <w:tcMar>
              <w:top w:w="35" w:type="dxa"/>
              <w:bottom w:w="35" w:type="dxa"/>
              <w:left w:w="20" w:type="dxa"/>
              <w:right w:w="20" w:type="dxa"/>
            </w:tcMar>
          </w:tcPr>
          <w:p>
            <w:pPr>
              <w:jc w:val="right"/>
            </w:pPr>
            <w:r>
              <w:rPr>
                <w:sz w:val="15"/>
              </w:rPr>
              <w:t>59</w:t>
            </w:r>
          </w:p>
        </w:tc>
        <w:tc>
          <w:tcPr>
            <w:tcW w:type="dxa" w:w="835"/>
            <w:shd w:fill="FFFFFF"/>
            <w:tcMar>
              <w:top w:w="35" w:type="dxa"/>
              <w:bottom w:w="35" w:type="dxa"/>
              <w:left w:w="20" w:type="dxa"/>
              <w:right w:w="20" w:type="dxa"/>
            </w:tcMar>
          </w:tcPr>
          <w:p>
            <w:pPr>
              <w:jc w:val="right"/>
            </w:pPr>
            <w:r>
              <w:rPr>
                <w:sz w:val="15"/>
              </w:rPr>
              <w:t>524</w:t>
            </w:r>
          </w:p>
        </w:tc>
        <w:tc>
          <w:tcPr>
            <w:tcW w:type="dxa" w:w="835"/>
            <w:shd w:fill="FFFFFF"/>
            <w:tcMar>
              <w:top w:w="35" w:type="dxa"/>
              <w:bottom w:w="35" w:type="dxa"/>
              <w:left w:w="20" w:type="dxa"/>
              <w:right w:w="20" w:type="dxa"/>
            </w:tcMar>
          </w:tcPr>
          <w:p>
            <w:pPr>
              <w:jc w:val="right"/>
            </w:pPr>
            <w:r>
              <w:rPr>
                <w:sz w:val="15"/>
              </w:rPr>
              <w:t>318</w:t>
            </w:r>
          </w:p>
        </w:tc>
        <w:tc>
          <w:tcPr>
            <w:tcW w:type="dxa" w:w="835"/>
            <w:shd w:fill="FFFFFF"/>
            <w:tcMar>
              <w:top w:w="35" w:type="dxa"/>
              <w:bottom w:w="35" w:type="dxa"/>
              <w:left w:w="20" w:type="dxa"/>
              <w:right w:w="20" w:type="dxa"/>
            </w:tcMar>
          </w:tcPr>
          <w:p>
            <w:pPr>
              <w:jc w:val="right"/>
            </w:pPr>
            <w:r>
              <w:rPr>
                <w:sz w:val="15"/>
              </w:rPr>
              <w:t>36</w:t>
            </w:r>
          </w:p>
        </w:tc>
        <w:tc>
          <w:tcPr>
            <w:tcW w:type="dxa" w:w="835"/>
            <w:shd w:fill="FFFFFF"/>
            <w:tcMar>
              <w:top w:w="35" w:type="dxa"/>
              <w:bottom w:w="35" w:type="dxa"/>
              <w:left w:w="20" w:type="dxa"/>
              <w:right w:w="20" w:type="dxa"/>
            </w:tcMar>
          </w:tcPr>
          <w:p>
            <w:pPr>
              <w:jc w:val="right"/>
            </w:pPr>
            <w:r>
              <w:rPr>
                <w:sz w:val="15"/>
              </w:rPr>
              <w:t>223</w:t>
            </w:r>
          </w:p>
        </w:tc>
        <w:tc>
          <w:tcPr>
            <w:tcW w:type="dxa" w:w="835"/>
            <w:shd w:fill="FFFFFF"/>
            <w:tcMar>
              <w:top w:w="35" w:type="dxa"/>
              <w:bottom w:w="35" w:type="dxa"/>
              <w:left w:w="20" w:type="dxa"/>
              <w:right w:w="20" w:type="dxa"/>
            </w:tcMar>
          </w:tcPr>
          <w:p>
            <w:pPr>
              <w:jc w:val="right"/>
            </w:pPr>
            <w:r>
              <w:rPr>
                <w:sz w:val="15"/>
              </w:rPr>
              <w:t>338</w:t>
            </w:r>
          </w:p>
        </w:tc>
        <w:tc>
          <w:tcPr>
            <w:tcW w:type="dxa" w:w="835"/>
            <w:shd w:fill="FFFFFF"/>
            <w:tcMar>
              <w:top w:w="35" w:type="dxa"/>
              <w:bottom w:w="35" w:type="dxa"/>
              <w:left w:w="20" w:type="dxa"/>
              <w:right w:w="20" w:type="dxa"/>
            </w:tcMar>
          </w:tcPr>
          <w:p>
            <w:pPr>
              <w:jc w:val="right"/>
            </w:pPr>
            <w:r>
              <w:rPr>
                <w:sz w:val="15"/>
              </w:rPr>
              <w:t>122</w:t>
            </w:r>
          </w:p>
        </w:tc>
        <w:tc>
          <w:tcPr>
            <w:tcW w:type="dxa" w:w="835"/>
            <w:shd w:fill="FFFFFF"/>
            <w:tcMar>
              <w:top w:w="35" w:type="dxa"/>
              <w:bottom w:w="35" w:type="dxa"/>
              <w:left w:w="20" w:type="dxa"/>
              <w:right w:w="20" w:type="dxa"/>
            </w:tcMar>
          </w:tcPr>
          <w:p>
            <w:pPr>
              <w:jc w:val="right"/>
            </w:pPr>
            <w:r>
              <w:rPr>
                <w:sz w:val="15"/>
              </w:rPr>
              <w:t>41</w:t>
            </w:r>
          </w:p>
        </w:tc>
        <w:tc>
          <w:tcPr>
            <w:tcW w:type="dxa" w:w="835"/>
            <w:shd w:fill="FFFFFF"/>
            <w:tcMar>
              <w:top w:w="35" w:type="dxa"/>
              <w:bottom w:w="35" w:type="dxa"/>
              <w:left w:w="20" w:type="dxa"/>
              <w:right w:w="20" w:type="dxa"/>
            </w:tcMar>
          </w:tcPr>
          <w:p>
            <w:pPr>
              <w:jc w:val="right"/>
            </w:pPr>
            <w:r>
              <w:rPr>
                <w:b/>
                <w:sz w:val="15"/>
              </w:rPr>
              <w:t>170</w:t>
            </w:r>
          </w:p>
        </w:tc>
        <w:tc>
          <w:tcPr>
            <w:tcW w:type="dxa" w:w="1224"/>
            <w:shd w:fill="FFFFFF"/>
            <w:tcMar>
              <w:top w:w="35" w:type="dxa"/>
              <w:bottom w:w="35" w:type="dxa"/>
              <w:left w:w="20" w:type="dxa"/>
              <w:right w:w="20" w:type="dxa"/>
            </w:tcMar>
          </w:tcPr>
          <w:p>
            <w:pPr>
              <w:jc w:val="right"/>
            </w:pPr>
            <w:r>
              <w:rPr>
                <w:color w:val="27AE60"/>
                <w:sz w:val="15"/>
              </w:rPr>
              <w:t>+129</w:t>
            </w:r>
          </w:p>
        </w:tc>
        <w:tc>
          <w:tcPr>
            <w:tcW w:type="dxa" w:w="1066"/>
            <w:shd w:fill="FFFFFF"/>
            <w:tcMar>
              <w:top w:w="35" w:type="dxa"/>
              <w:bottom w:w="35" w:type="dxa"/>
              <w:left w:w="20" w:type="dxa"/>
              <w:right w:w="20" w:type="dxa"/>
            </w:tcMar>
          </w:tcPr>
          <w:p>
            <w:pPr>
              <w:jc w:val="center"/>
            </w:pPr>
            <w:r>
              <w:rPr>
                <w:b/>
                <w:color w:val="27AE60"/>
                <w:sz w:val="15"/>
              </w:rPr>
              <w:t>+314.6%</w:t>
            </w:r>
          </w:p>
        </w:tc>
      </w:tr>
      <w:tr>
        <w:tc>
          <w:tcPr>
            <w:tcW w:type="dxa" w:w="504"/>
            <w:shd w:fill="F9FBFB"/>
            <w:tcMar>
              <w:top w:w="35" w:type="dxa"/>
              <w:bottom w:w="35" w:type="dxa"/>
              <w:left w:w="20" w:type="dxa"/>
              <w:right w:w="20" w:type="dxa"/>
            </w:tcMar>
          </w:tcPr>
          <w:p>
            <w:pPr>
              <w:jc w:val="center"/>
            </w:pPr>
            <w:r>
              <w:rPr>
                <w:sz w:val="15"/>
              </w:rPr>
              <w:t>84</w:t>
            </w:r>
          </w:p>
        </w:tc>
        <w:tc>
          <w:tcPr>
            <w:tcW w:type="dxa" w:w="936"/>
            <w:shd w:fill="F9FBFB"/>
            <w:tcMar>
              <w:top w:w="35" w:type="dxa"/>
              <w:bottom w:w="35" w:type="dxa"/>
              <w:left w:w="20" w:type="dxa"/>
              <w:right w:w="20" w:type="dxa"/>
            </w:tcMar>
          </w:tcPr>
          <w:p>
            <w:pPr>
              <w:jc w:val="left"/>
            </w:pPr>
            <w:r>
              <w:rPr>
                <w:sz w:val="15"/>
              </w:rPr>
              <w:t>KH0516</w:t>
            </w:r>
          </w:p>
        </w:tc>
        <w:tc>
          <w:tcPr>
            <w:tcW w:type="dxa" w:w="3024"/>
            <w:shd w:fill="F9FBFB"/>
            <w:tcMar>
              <w:top w:w="35" w:type="dxa"/>
              <w:bottom w:w="35" w:type="dxa"/>
              <w:left w:w="20" w:type="dxa"/>
              <w:right w:w="20" w:type="dxa"/>
            </w:tcMar>
          </w:tcPr>
          <w:p>
            <w:pPr>
              <w:jc w:val="left"/>
            </w:pPr>
            <w:r>
              <w:rPr>
                <w:sz w:val="15"/>
              </w:rPr>
              <w:t>CÔNG TY TNHH SX - TM &amp; XNK THIÊN MINH</w:t>
            </w:r>
          </w:p>
        </w:tc>
        <w:tc>
          <w:tcPr>
            <w:tcW w:type="dxa" w:w="835"/>
            <w:shd w:fill="F9FBFB"/>
            <w:tcMar>
              <w:top w:w="35" w:type="dxa"/>
              <w:bottom w:w="35" w:type="dxa"/>
              <w:left w:w="20" w:type="dxa"/>
              <w:right w:w="20" w:type="dxa"/>
            </w:tcMar>
          </w:tcPr>
          <w:p>
            <w:pPr>
              <w:jc w:val="right"/>
            </w:pPr>
            <w:r>
              <w:rPr>
                <w:sz w:val="15"/>
              </w:rPr>
              <w:t>132</w:t>
            </w:r>
          </w:p>
        </w:tc>
        <w:tc>
          <w:tcPr>
            <w:tcW w:type="dxa" w:w="835"/>
            <w:shd w:fill="F9FBFB"/>
            <w:tcMar>
              <w:top w:w="35" w:type="dxa"/>
              <w:bottom w:w="35" w:type="dxa"/>
              <w:left w:w="20" w:type="dxa"/>
              <w:right w:w="20" w:type="dxa"/>
            </w:tcMar>
          </w:tcPr>
          <w:p>
            <w:pPr>
              <w:jc w:val="right"/>
            </w:pPr>
            <w:r>
              <w:rPr>
                <w:sz w:val="15"/>
              </w:rPr>
              <w:t>61</w:t>
            </w:r>
          </w:p>
        </w:tc>
        <w:tc>
          <w:tcPr>
            <w:tcW w:type="dxa" w:w="835"/>
            <w:shd w:fill="F9FBFB"/>
            <w:tcMar>
              <w:top w:w="35" w:type="dxa"/>
              <w:bottom w:w="35" w:type="dxa"/>
              <w:left w:w="20" w:type="dxa"/>
              <w:right w:w="20" w:type="dxa"/>
            </w:tcMar>
          </w:tcPr>
          <w:p>
            <w:pPr>
              <w:jc w:val="right"/>
            </w:pPr>
            <w:r>
              <w:rPr>
                <w:sz w:val="15"/>
              </w:rPr>
              <w:t>118</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46</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41</w:t>
            </w:r>
          </w:p>
        </w:tc>
        <w:tc>
          <w:tcPr>
            <w:tcW w:type="dxa" w:w="835"/>
            <w:shd w:fill="F9FBFB"/>
            <w:tcMar>
              <w:top w:w="35" w:type="dxa"/>
              <w:bottom w:w="35" w:type="dxa"/>
              <w:left w:w="20" w:type="dxa"/>
              <w:right w:w="20" w:type="dxa"/>
            </w:tcMar>
          </w:tcPr>
          <w:p>
            <w:pPr>
              <w:jc w:val="right"/>
            </w:pPr>
            <w:r>
              <w:rPr>
                <w:b/>
                <w:sz w:val="15"/>
              </w:rPr>
              <w:t>-</w:t>
            </w:r>
          </w:p>
        </w:tc>
        <w:tc>
          <w:tcPr>
            <w:tcW w:type="dxa" w:w="1224"/>
            <w:shd w:fill="F9FBFB"/>
            <w:tcMar>
              <w:top w:w="35" w:type="dxa"/>
              <w:bottom w:w="35" w:type="dxa"/>
              <w:left w:w="20" w:type="dxa"/>
              <w:right w:w="20" w:type="dxa"/>
            </w:tcMar>
          </w:tcPr>
          <w:p>
            <w:pPr>
              <w:jc w:val="right"/>
            </w:pPr>
            <w:r>
              <w:rPr>
                <w:color w:val="C0392B"/>
                <w:sz w:val="15"/>
              </w:rPr>
              <w:t>-41</w:t>
            </w:r>
          </w:p>
        </w:tc>
        <w:tc>
          <w:tcPr>
            <w:tcW w:type="dxa" w:w="1066"/>
            <w:shd w:fill="F9FBFB"/>
            <w:tcMar>
              <w:top w:w="35" w:type="dxa"/>
              <w:bottom w:w="35" w:type="dxa"/>
              <w:left w:w="20" w:type="dxa"/>
              <w:right w:w="20" w:type="dxa"/>
            </w:tcMar>
          </w:tcPr>
          <w:p>
            <w:pPr>
              <w:jc w:val="center"/>
            </w:pPr>
            <w:r>
              <w:rPr>
                <w:b/>
                <w:color w:val="C0392B"/>
                <w:sz w:val="15"/>
              </w:rPr>
              <w:t>-100.0%</w:t>
            </w:r>
          </w:p>
        </w:tc>
      </w:tr>
      <w:tr>
        <w:tc>
          <w:tcPr>
            <w:tcW w:type="dxa" w:w="504"/>
            <w:shd w:fill="FFFFFF"/>
            <w:tcMar>
              <w:top w:w="35" w:type="dxa"/>
              <w:bottom w:w="35" w:type="dxa"/>
              <w:left w:w="20" w:type="dxa"/>
              <w:right w:w="20" w:type="dxa"/>
            </w:tcMar>
          </w:tcPr>
          <w:p>
            <w:pPr>
              <w:jc w:val="center"/>
            </w:pPr>
            <w:r>
              <w:rPr>
                <w:sz w:val="15"/>
              </w:rPr>
              <w:t>85</w:t>
            </w:r>
          </w:p>
        </w:tc>
        <w:tc>
          <w:tcPr>
            <w:tcW w:type="dxa" w:w="936"/>
            <w:shd w:fill="FFFFFF"/>
            <w:tcMar>
              <w:top w:w="35" w:type="dxa"/>
              <w:bottom w:w="35" w:type="dxa"/>
              <w:left w:w="20" w:type="dxa"/>
              <w:right w:w="20" w:type="dxa"/>
            </w:tcMar>
          </w:tcPr>
          <w:p>
            <w:pPr>
              <w:jc w:val="left"/>
            </w:pPr>
            <w:r>
              <w:rPr>
                <w:sz w:val="15"/>
              </w:rPr>
              <w:t>KH0596</w:t>
            </w:r>
          </w:p>
        </w:tc>
        <w:tc>
          <w:tcPr>
            <w:tcW w:type="dxa" w:w="3024"/>
            <w:shd w:fill="FFFFFF"/>
            <w:tcMar>
              <w:top w:w="35" w:type="dxa"/>
              <w:bottom w:w="35" w:type="dxa"/>
              <w:left w:w="20" w:type="dxa"/>
              <w:right w:w="20" w:type="dxa"/>
            </w:tcMar>
          </w:tcPr>
          <w:p>
            <w:pPr>
              <w:jc w:val="left"/>
            </w:pPr>
            <w:r>
              <w:rPr>
                <w:sz w:val="15"/>
              </w:rPr>
              <w:t>CÔNG TY TNHH TÂN PHƯỚC</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3</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106</w:t>
            </w:r>
          </w:p>
        </w:tc>
        <w:tc>
          <w:tcPr>
            <w:tcW w:type="dxa" w:w="835"/>
            <w:shd w:fill="FFFFFF"/>
            <w:tcMar>
              <w:top w:w="35" w:type="dxa"/>
              <w:bottom w:w="35" w:type="dxa"/>
              <w:left w:w="20" w:type="dxa"/>
              <w:right w:w="20" w:type="dxa"/>
            </w:tcMar>
          </w:tcPr>
          <w:p>
            <w:pPr>
              <w:jc w:val="right"/>
            </w:pPr>
            <w:r>
              <w:rPr>
                <w:sz w:val="15"/>
              </w:rPr>
              <w:t>60</w:t>
            </w:r>
          </w:p>
        </w:tc>
        <w:tc>
          <w:tcPr>
            <w:tcW w:type="dxa" w:w="835"/>
            <w:shd w:fill="FFFFFF"/>
            <w:tcMar>
              <w:top w:w="35" w:type="dxa"/>
              <w:bottom w:w="35" w:type="dxa"/>
              <w:left w:w="20" w:type="dxa"/>
              <w:right w:w="20" w:type="dxa"/>
            </w:tcMar>
          </w:tcPr>
          <w:p>
            <w:pPr>
              <w:jc w:val="right"/>
            </w:pPr>
            <w:r>
              <w:rPr>
                <w:sz w:val="15"/>
              </w:rPr>
              <w:t>40</w:t>
            </w:r>
          </w:p>
        </w:tc>
        <w:tc>
          <w:tcPr>
            <w:tcW w:type="dxa" w:w="835"/>
            <w:shd w:fill="FFFFFF"/>
            <w:tcMar>
              <w:top w:w="35" w:type="dxa"/>
              <w:bottom w:w="35" w:type="dxa"/>
              <w:left w:w="20" w:type="dxa"/>
              <w:right w:w="20" w:type="dxa"/>
            </w:tcMar>
          </w:tcPr>
          <w:p>
            <w:pPr>
              <w:jc w:val="right"/>
            </w:pPr>
            <w:r>
              <w:rPr>
                <w:b/>
                <w:sz w:val="15"/>
              </w:rPr>
              <w:t>-</w:t>
            </w:r>
          </w:p>
        </w:tc>
        <w:tc>
          <w:tcPr>
            <w:tcW w:type="dxa" w:w="1224"/>
            <w:shd w:fill="FFFFFF"/>
            <w:tcMar>
              <w:top w:w="35" w:type="dxa"/>
              <w:bottom w:w="35" w:type="dxa"/>
              <w:left w:w="20" w:type="dxa"/>
              <w:right w:w="20" w:type="dxa"/>
            </w:tcMar>
          </w:tcPr>
          <w:p>
            <w:pPr>
              <w:jc w:val="right"/>
            </w:pPr>
            <w:r>
              <w:rPr>
                <w:color w:val="C0392B"/>
                <w:sz w:val="15"/>
              </w:rPr>
              <w:t>-40</w:t>
            </w:r>
          </w:p>
        </w:tc>
        <w:tc>
          <w:tcPr>
            <w:tcW w:type="dxa" w:w="1066"/>
            <w:shd w:fill="FFFFFF"/>
            <w:tcMar>
              <w:top w:w="35" w:type="dxa"/>
              <w:bottom w:w="35" w:type="dxa"/>
              <w:left w:w="20" w:type="dxa"/>
              <w:right w:w="20" w:type="dxa"/>
            </w:tcMar>
          </w:tcPr>
          <w:p>
            <w:pPr>
              <w:jc w:val="center"/>
            </w:pPr>
            <w:r>
              <w:rPr>
                <w:b/>
                <w:color w:val="C0392B"/>
                <w:sz w:val="15"/>
              </w:rPr>
              <w:t>-100.0%</w:t>
            </w:r>
          </w:p>
        </w:tc>
      </w:tr>
      <w:tr>
        <w:tc>
          <w:tcPr>
            <w:tcW w:type="dxa" w:w="504"/>
            <w:shd w:fill="F9FBFB"/>
            <w:tcMar>
              <w:top w:w="35" w:type="dxa"/>
              <w:bottom w:w="35" w:type="dxa"/>
              <w:left w:w="20" w:type="dxa"/>
              <w:right w:w="20" w:type="dxa"/>
            </w:tcMar>
          </w:tcPr>
          <w:p>
            <w:pPr>
              <w:jc w:val="center"/>
            </w:pPr>
            <w:r>
              <w:rPr>
                <w:sz w:val="15"/>
              </w:rPr>
              <w:t>86</w:t>
            </w:r>
          </w:p>
        </w:tc>
        <w:tc>
          <w:tcPr>
            <w:tcW w:type="dxa" w:w="936"/>
            <w:shd w:fill="F9FBFB"/>
            <w:tcMar>
              <w:top w:w="35" w:type="dxa"/>
              <w:bottom w:w="35" w:type="dxa"/>
              <w:left w:w="20" w:type="dxa"/>
              <w:right w:w="20" w:type="dxa"/>
            </w:tcMar>
          </w:tcPr>
          <w:p>
            <w:pPr>
              <w:jc w:val="left"/>
            </w:pPr>
            <w:r>
              <w:rPr>
                <w:sz w:val="15"/>
              </w:rPr>
              <w:t>KH2079</w:t>
            </w:r>
          </w:p>
        </w:tc>
        <w:tc>
          <w:tcPr>
            <w:tcW w:type="dxa" w:w="3024"/>
            <w:shd w:fill="F9FBFB"/>
            <w:tcMar>
              <w:top w:w="35" w:type="dxa"/>
              <w:bottom w:w="35" w:type="dxa"/>
              <w:left w:w="20" w:type="dxa"/>
              <w:right w:w="20" w:type="dxa"/>
            </w:tcMar>
          </w:tcPr>
          <w:p>
            <w:pPr>
              <w:jc w:val="left"/>
            </w:pPr>
            <w:r>
              <w:rPr>
                <w:sz w:val="15"/>
              </w:rPr>
              <w:t>CÔNG TY TNHH THIÊN HÀO PHÚ</w:t>
            </w:r>
          </w:p>
        </w:tc>
        <w:tc>
          <w:tcPr>
            <w:tcW w:type="dxa" w:w="835"/>
            <w:shd w:fill="F9FBFB"/>
            <w:tcMar>
              <w:top w:w="35" w:type="dxa"/>
              <w:bottom w:w="35" w:type="dxa"/>
              <w:left w:w="20" w:type="dxa"/>
              <w:right w:w="20" w:type="dxa"/>
            </w:tcMar>
          </w:tcPr>
          <w:p>
            <w:pPr>
              <w:jc w:val="right"/>
            </w:pPr>
            <w:r>
              <w:rPr>
                <w:sz w:val="15"/>
              </w:rPr>
              <w:t>59</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40</w:t>
            </w:r>
          </w:p>
        </w:tc>
        <w:tc>
          <w:tcPr>
            <w:tcW w:type="dxa" w:w="835"/>
            <w:shd w:fill="F9FBFB"/>
            <w:tcMar>
              <w:top w:w="35" w:type="dxa"/>
              <w:bottom w:w="35" w:type="dxa"/>
              <w:left w:w="20" w:type="dxa"/>
              <w:right w:w="20" w:type="dxa"/>
            </w:tcMar>
          </w:tcPr>
          <w:p>
            <w:pPr>
              <w:jc w:val="right"/>
            </w:pPr>
            <w:r>
              <w:rPr>
                <w:sz w:val="15"/>
              </w:rPr>
              <w:t>34</w:t>
            </w:r>
          </w:p>
        </w:tc>
        <w:tc>
          <w:tcPr>
            <w:tcW w:type="dxa" w:w="835"/>
            <w:shd w:fill="F9FBFB"/>
            <w:tcMar>
              <w:top w:w="35" w:type="dxa"/>
              <w:bottom w:w="35" w:type="dxa"/>
              <w:left w:w="20" w:type="dxa"/>
              <w:right w:w="20" w:type="dxa"/>
            </w:tcMar>
          </w:tcPr>
          <w:p>
            <w:pPr>
              <w:jc w:val="right"/>
            </w:pPr>
            <w:r>
              <w:rPr>
                <w:sz w:val="15"/>
              </w:rPr>
              <w:t>23</w:t>
            </w:r>
          </w:p>
        </w:tc>
        <w:tc>
          <w:tcPr>
            <w:tcW w:type="dxa" w:w="835"/>
            <w:shd w:fill="F9FBFB"/>
            <w:tcMar>
              <w:top w:w="35" w:type="dxa"/>
              <w:bottom w:w="35" w:type="dxa"/>
              <w:left w:w="20" w:type="dxa"/>
              <w:right w:w="20" w:type="dxa"/>
            </w:tcMar>
          </w:tcPr>
          <w:p>
            <w:pPr>
              <w:jc w:val="right"/>
            </w:pPr>
            <w:r>
              <w:rPr>
                <w:sz w:val="15"/>
              </w:rPr>
              <w:t>16</w:t>
            </w:r>
          </w:p>
        </w:tc>
        <w:tc>
          <w:tcPr>
            <w:tcW w:type="dxa" w:w="835"/>
            <w:shd w:fill="F9FBFB"/>
            <w:tcMar>
              <w:top w:w="35" w:type="dxa"/>
              <w:bottom w:w="35" w:type="dxa"/>
              <w:left w:w="20" w:type="dxa"/>
              <w:right w:w="20" w:type="dxa"/>
            </w:tcMar>
          </w:tcPr>
          <w:p>
            <w:pPr>
              <w:jc w:val="right"/>
            </w:pPr>
            <w:r>
              <w:rPr>
                <w:sz w:val="15"/>
              </w:rPr>
              <w:t>33</w:t>
            </w:r>
          </w:p>
        </w:tc>
        <w:tc>
          <w:tcPr>
            <w:tcW w:type="dxa" w:w="835"/>
            <w:shd w:fill="F9FBFB"/>
            <w:tcMar>
              <w:top w:w="35" w:type="dxa"/>
              <w:bottom w:w="35" w:type="dxa"/>
              <w:left w:w="20" w:type="dxa"/>
              <w:right w:w="20" w:type="dxa"/>
            </w:tcMar>
          </w:tcPr>
          <w:p>
            <w:pPr>
              <w:jc w:val="right"/>
            </w:pPr>
            <w:r>
              <w:rPr>
                <w:sz w:val="15"/>
              </w:rPr>
              <w:t>17</w:t>
            </w:r>
          </w:p>
        </w:tc>
        <w:tc>
          <w:tcPr>
            <w:tcW w:type="dxa" w:w="835"/>
            <w:shd w:fill="F9FBFB"/>
            <w:tcMar>
              <w:top w:w="35" w:type="dxa"/>
              <w:bottom w:w="35" w:type="dxa"/>
              <w:left w:w="20" w:type="dxa"/>
              <w:right w:w="20" w:type="dxa"/>
            </w:tcMar>
          </w:tcPr>
          <w:p>
            <w:pPr>
              <w:jc w:val="right"/>
            </w:pPr>
            <w:r>
              <w:rPr>
                <w:sz w:val="15"/>
              </w:rPr>
              <w:t>38</w:t>
            </w:r>
          </w:p>
        </w:tc>
        <w:tc>
          <w:tcPr>
            <w:tcW w:type="dxa" w:w="835"/>
            <w:shd w:fill="F9FBFB"/>
            <w:tcMar>
              <w:top w:w="35" w:type="dxa"/>
              <w:bottom w:w="35" w:type="dxa"/>
              <w:left w:w="20" w:type="dxa"/>
              <w:right w:w="20" w:type="dxa"/>
            </w:tcMar>
          </w:tcPr>
          <w:p>
            <w:pPr>
              <w:jc w:val="right"/>
            </w:pPr>
            <w:r>
              <w:rPr>
                <w:b/>
                <w:sz w:val="15"/>
              </w:rPr>
              <w:t>280</w:t>
            </w:r>
          </w:p>
        </w:tc>
        <w:tc>
          <w:tcPr>
            <w:tcW w:type="dxa" w:w="1224"/>
            <w:shd w:fill="F9FBFB"/>
            <w:tcMar>
              <w:top w:w="35" w:type="dxa"/>
              <w:bottom w:w="35" w:type="dxa"/>
              <w:left w:w="20" w:type="dxa"/>
              <w:right w:w="20" w:type="dxa"/>
            </w:tcMar>
          </w:tcPr>
          <w:p>
            <w:pPr>
              <w:jc w:val="right"/>
            </w:pPr>
            <w:r>
              <w:rPr>
                <w:color w:val="27AE60"/>
                <w:sz w:val="15"/>
              </w:rPr>
              <w:t>+242</w:t>
            </w:r>
          </w:p>
        </w:tc>
        <w:tc>
          <w:tcPr>
            <w:tcW w:type="dxa" w:w="1066"/>
            <w:shd w:fill="F9FBFB"/>
            <w:tcMar>
              <w:top w:w="35" w:type="dxa"/>
              <w:bottom w:w="35" w:type="dxa"/>
              <w:left w:w="20" w:type="dxa"/>
              <w:right w:w="20" w:type="dxa"/>
            </w:tcMar>
          </w:tcPr>
          <w:p>
            <w:pPr>
              <w:jc w:val="center"/>
            </w:pPr>
            <w:r>
              <w:rPr>
                <w:b/>
                <w:color w:val="27AE60"/>
                <w:sz w:val="15"/>
              </w:rPr>
              <w:t>+636.8%</w:t>
            </w:r>
          </w:p>
        </w:tc>
      </w:tr>
      <w:tr>
        <w:tc>
          <w:tcPr>
            <w:tcW w:type="dxa" w:w="504"/>
            <w:shd w:fill="FFFFFF"/>
            <w:tcMar>
              <w:top w:w="35" w:type="dxa"/>
              <w:bottom w:w="35" w:type="dxa"/>
              <w:left w:w="20" w:type="dxa"/>
              <w:right w:w="20" w:type="dxa"/>
            </w:tcMar>
          </w:tcPr>
          <w:p>
            <w:pPr>
              <w:jc w:val="center"/>
            </w:pPr>
            <w:r>
              <w:rPr>
                <w:sz w:val="15"/>
              </w:rPr>
              <w:t>87</w:t>
            </w:r>
          </w:p>
        </w:tc>
        <w:tc>
          <w:tcPr>
            <w:tcW w:type="dxa" w:w="936"/>
            <w:shd w:fill="FFFFFF"/>
            <w:tcMar>
              <w:top w:w="35" w:type="dxa"/>
              <w:bottom w:w="35" w:type="dxa"/>
              <w:left w:w="20" w:type="dxa"/>
              <w:right w:w="20" w:type="dxa"/>
            </w:tcMar>
          </w:tcPr>
          <w:p>
            <w:pPr>
              <w:jc w:val="left"/>
            </w:pPr>
            <w:r>
              <w:rPr>
                <w:sz w:val="15"/>
              </w:rPr>
              <w:t>KH2091</w:t>
            </w:r>
          </w:p>
        </w:tc>
        <w:tc>
          <w:tcPr>
            <w:tcW w:type="dxa" w:w="3024"/>
            <w:shd w:fill="FFFFFF"/>
            <w:tcMar>
              <w:top w:w="35" w:type="dxa"/>
              <w:bottom w:w="35" w:type="dxa"/>
              <w:left w:w="20" w:type="dxa"/>
              <w:right w:w="20" w:type="dxa"/>
            </w:tcMar>
          </w:tcPr>
          <w:p>
            <w:pPr>
              <w:jc w:val="left"/>
            </w:pPr>
            <w:r>
              <w:rPr>
                <w:sz w:val="15"/>
              </w:rPr>
              <w:t>CÔNG TY CỔ PHẦN MID FURNITURE</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11</w:t>
            </w:r>
          </w:p>
        </w:tc>
        <w:tc>
          <w:tcPr>
            <w:tcW w:type="dxa" w:w="835"/>
            <w:shd w:fill="FFFFFF"/>
            <w:tcMar>
              <w:top w:w="35" w:type="dxa"/>
              <w:bottom w:w="35" w:type="dxa"/>
              <w:left w:w="20" w:type="dxa"/>
              <w:right w:w="20" w:type="dxa"/>
            </w:tcMar>
          </w:tcPr>
          <w:p>
            <w:pPr>
              <w:jc w:val="right"/>
            </w:pPr>
            <w:r>
              <w:rPr>
                <w:sz w:val="15"/>
              </w:rPr>
              <w:t>37</w:t>
            </w:r>
          </w:p>
        </w:tc>
        <w:tc>
          <w:tcPr>
            <w:tcW w:type="dxa" w:w="835"/>
            <w:shd w:fill="FFFFFF"/>
            <w:tcMar>
              <w:top w:w="35" w:type="dxa"/>
              <w:bottom w:w="35" w:type="dxa"/>
              <w:left w:w="20" w:type="dxa"/>
              <w:right w:w="20" w:type="dxa"/>
            </w:tcMar>
          </w:tcPr>
          <w:p>
            <w:pPr>
              <w:jc w:val="right"/>
            </w:pPr>
            <w:r>
              <w:rPr>
                <w:b/>
                <w:sz w:val="15"/>
              </w:rPr>
              <w:t>-</w:t>
            </w:r>
          </w:p>
        </w:tc>
        <w:tc>
          <w:tcPr>
            <w:tcW w:type="dxa" w:w="1224"/>
            <w:shd w:fill="FFFFFF"/>
            <w:tcMar>
              <w:top w:w="35" w:type="dxa"/>
              <w:bottom w:w="35" w:type="dxa"/>
              <w:left w:w="20" w:type="dxa"/>
              <w:right w:w="20" w:type="dxa"/>
            </w:tcMar>
          </w:tcPr>
          <w:p>
            <w:pPr>
              <w:jc w:val="right"/>
            </w:pPr>
            <w:r>
              <w:rPr>
                <w:color w:val="C0392B"/>
                <w:sz w:val="15"/>
              </w:rPr>
              <w:t>-37</w:t>
            </w:r>
          </w:p>
        </w:tc>
        <w:tc>
          <w:tcPr>
            <w:tcW w:type="dxa" w:w="1066"/>
            <w:shd w:fill="FFFFFF"/>
            <w:tcMar>
              <w:top w:w="35" w:type="dxa"/>
              <w:bottom w:w="35" w:type="dxa"/>
              <w:left w:w="20" w:type="dxa"/>
              <w:right w:w="20" w:type="dxa"/>
            </w:tcMar>
          </w:tcPr>
          <w:p>
            <w:pPr>
              <w:jc w:val="center"/>
            </w:pPr>
            <w:r>
              <w:rPr>
                <w:b/>
                <w:color w:val="C0392B"/>
                <w:sz w:val="15"/>
              </w:rPr>
              <w:t>-100.0%</w:t>
            </w:r>
          </w:p>
        </w:tc>
      </w:tr>
      <w:tr>
        <w:tc>
          <w:tcPr>
            <w:tcW w:type="dxa" w:w="504"/>
            <w:shd w:fill="F9FBFB"/>
            <w:tcMar>
              <w:top w:w="35" w:type="dxa"/>
              <w:bottom w:w="35" w:type="dxa"/>
              <w:left w:w="20" w:type="dxa"/>
              <w:right w:w="20" w:type="dxa"/>
            </w:tcMar>
          </w:tcPr>
          <w:p>
            <w:pPr>
              <w:jc w:val="center"/>
            </w:pPr>
            <w:r>
              <w:rPr>
                <w:sz w:val="15"/>
              </w:rPr>
              <w:t>88</w:t>
            </w:r>
          </w:p>
        </w:tc>
        <w:tc>
          <w:tcPr>
            <w:tcW w:type="dxa" w:w="936"/>
            <w:shd w:fill="F9FBFB"/>
            <w:tcMar>
              <w:top w:w="35" w:type="dxa"/>
              <w:bottom w:w="35" w:type="dxa"/>
              <w:left w:w="20" w:type="dxa"/>
              <w:right w:w="20" w:type="dxa"/>
            </w:tcMar>
          </w:tcPr>
          <w:p>
            <w:pPr>
              <w:jc w:val="left"/>
            </w:pPr>
            <w:r>
              <w:rPr>
                <w:sz w:val="15"/>
              </w:rPr>
              <w:t>KH0240</w:t>
            </w:r>
          </w:p>
        </w:tc>
        <w:tc>
          <w:tcPr>
            <w:tcW w:type="dxa" w:w="3024"/>
            <w:shd w:fill="F9FBFB"/>
            <w:tcMar>
              <w:top w:w="35" w:type="dxa"/>
              <w:bottom w:w="35" w:type="dxa"/>
              <w:left w:w="20" w:type="dxa"/>
              <w:right w:w="20" w:type="dxa"/>
            </w:tcMar>
          </w:tcPr>
          <w:p>
            <w:pPr>
              <w:jc w:val="left"/>
            </w:pPr>
            <w:r>
              <w:rPr>
                <w:sz w:val="15"/>
              </w:rPr>
              <w:t>CÔNG TY TNHH DV TM THIÊN HỒNG</w:t>
            </w:r>
          </w:p>
        </w:tc>
        <w:tc>
          <w:tcPr>
            <w:tcW w:type="dxa" w:w="835"/>
            <w:shd w:fill="F9FBFB"/>
            <w:tcMar>
              <w:top w:w="35" w:type="dxa"/>
              <w:bottom w:w="35" w:type="dxa"/>
              <w:left w:w="20" w:type="dxa"/>
              <w:right w:w="20" w:type="dxa"/>
            </w:tcMar>
          </w:tcPr>
          <w:p>
            <w:pPr>
              <w:jc w:val="right"/>
            </w:pPr>
            <w:r>
              <w:rPr>
                <w:sz w:val="15"/>
              </w:rPr>
              <w:t>11</w:t>
            </w:r>
          </w:p>
        </w:tc>
        <w:tc>
          <w:tcPr>
            <w:tcW w:type="dxa" w:w="835"/>
            <w:shd w:fill="F9FBFB"/>
            <w:tcMar>
              <w:top w:w="35" w:type="dxa"/>
              <w:bottom w:w="35" w:type="dxa"/>
              <w:left w:w="20" w:type="dxa"/>
              <w:right w:w="20" w:type="dxa"/>
            </w:tcMar>
          </w:tcPr>
          <w:p>
            <w:pPr>
              <w:jc w:val="right"/>
            </w:pPr>
            <w:r>
              <w:rPr>
                <w:sz w:val="15"/>
              </w:rPr>
              <w:t>20</w:t>
            </w:r>
          </w:p>
        </w:tc>
        <w:tc>
          <w:tcPr>
            <w:tcW w:type="dxa" w:w="835"/>
            <w:shd w:fill="F9FBFB"/>
            <w:tcMar>
              <w:top w:w="35" w:type="dxa"/>
              <w:bottom w:w="35" w:type="dxa"/>
              <w:left w:w="20" w:type="dxa"/>
              <w:right w:w="20" w:type="dxa"/>
            </w:tcMar>
          </w:tcPr>
          <w:p>
            <w:pPr>
              <w:jc w:val="right"/>
            </w:pPr>
            <w:r>
              <w:rPr>
                <w:sz w:val="15"/>
              </w:rPr>
              <w:t>16</w:t>
            </w:r>
          </w:p>
        </w:tc>
        <w:tc>
          <w:tcPr>
            <w:tcW w:type="dxa" w:w="835"/>
            <w:shd w:fill="F9FBFB"/>
            <w:tcMar>
              <w:top w:w="35" w:type="dxa"/>
              <w:bottom w:w="35" w:type="dxa"/>
              <w:left w:w="20" w:type="dxa"/>
              <w:right w:w="20" w:type="dxa"/>
            </w:tcMar>
          </w:tcPr>
          <w:p>
            <w:pPr>
              <w:jc w:val="right"/>
            </w:pPr>
            <w:r>
              <w:rPr>
                <w:sz w:val="15"/>
              </w:rPr>
              <w:t>48</w:t>
            </w:r>
          </w:p>
        </w:tc>
        <w:tc>
          <w:tcPr>
            <w:tcW w:type="dxa" w:w="835"/>
            <w:shd w:fill="F9FBFB"/>
            <w:tcMar>
              <w:top w:w="35" w:type="dxa"/>
              <w:bottom w:w="35" w:type="dxa"/>
              <w:left w:w="20" w:type="dxa"/>
              <w:right w:w="20" w:type="dxa"/>
            </w:tcMar>
          </w:tcPr>
          <w:p>
            <w:pPr>
              <w:jc w:val="right"/>
            </w:pPr>
            <w:r>
              <w:rPr>
                <w:sz w:val="15"/>
              </w:rPr>
              <w:t>32</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12</w:t>
            </w:r>
          </w:p>
        </w:tc>
        <w:tc>
          <w:tcPr>
            <w:tcW w:type="dxa" w:w="835"/>
            <w:shd w:fill="F9FBFB"/>
            <w:tcMar>
              <w:top w:w="35" w:type="dxa"/>
              <w:bottom w:w="35" w:type="dxa"/>
              <w:left w:w="20" w:type="dxa"/>
              <w:right w:w="20" w:type="dxa"/>
            </w:tcMar>
          </w:tcPr>
          <w:p>
            <w:pPr>
              <w:jc w:val="right"/>
            </w:pPr>
            <w:r>
              <w:rPr>
                <w:sz w:val="15"/>
              </w:rPr>
              <w:t>2</w:t>
            </w:r>
          </w:p>
        </w:tc>
        <w:tc>
          <w:tcPr>
            <w:tcW w:type="dxa" w:w="835"/>
            <w:shd w:fill="F9FBFB"/>
            <w:tcMar>
              <w:top w:w="35" w:type="dxa"/>
              <w:bottom w:w="35" w:type="dxa"/>
              <w:left w:w="20" w:type="dxa"/>
              <w:right w:w="20" w:type="dxa"/>
            </w:tcMar>
          </w:tcPr>
          <w:p>
            <w:pPr>
              <w:jc w:val="right"/>
            </w:pPr>
            <w:r>
              <w:rPr>
                <w:sz w:val="15"/>
              </w:rPr>
              <w:t>36</w:t>
            </w:r>
          </w:p>
        </w:tc>
        <w:tc>
          <w:tcPr>
            <w:tcW w:type="dxa" w:w="835"/>
            <w:shd w:fill="F9FBFB"/>
            <w:tcMar>
              <w:top w:w="35" w:type="dxa"/>
              <w:bottom w:w="35" w:type="dxa"/>
              <w:left w:w="20" w:type="dxa"/>
              <w:right w:w="20" w:type="dxa"/>
            </w:tcMar>
          </w:tcPr>
          <w:p>
            <w:pPr>
              <w:jc w:val="right"/>
            </w:pPr>
            <w:r>
              <w:rPr>
                <w:b/>
                <w:sz w:val="15"/>
              </w:rPr>
              <w:t>-</w:t>
            </w:r>
          </w:p>
        </w:tc>
        <w:tc>
          <w:tcPr>
            <w:tcW w:type="dxa" w:w="1224"/>
            <w:shd w:fill="F9FBFB"/>
            <w:tcMar>
              <w:top w:w="35" w:type="dxa"/>
              <w:bottom w:w="35" w:type="dxa"/>
              <w:left w:w="20" w:type="dxa"/>
              <w:right w:w="20" w:type="dxa"/>
            </w:tcMar>
          </w:tcPr>
          <w:p>
            <w:pPr>
              <w:jc w:val="right"/>
            </w:pPr>
            <w:r>
              <w:rPr>
                <w:color w:val="C0392B"/>
                <w:sz w:val="15"/>
              </w:rPr>
              <w:t>-36</w:t>
            </w:r>
          </w:p>
        </w:tc>
        <w:tc>
          <w:tcPr>
            <w:tcW w:type="dxa" w:w="1066"/>
            <w:shd w:fill="F9FBFB"/>
            <w:tcMar>
              <w:top w:w="35" w:type="dxa"/>
              <w:bottom w:w="35" w:type="dxa"/>
              <w:left w:w="20" w:type="dxa"/>
              <w:right w:w="20" w:type="dxa"/>
            </w:tcMar>
          </w:tcPr>
          <w:p>
            <w:pPr>
              <w:jc w:val="center"/>
            </w:pPr>
            <w:r>
              <w:rPr>
                <w:b/>
                <w:color w:val="C0392B"/>
                <w:sz w:val="15"/>
              </w:rPr>
              <w:t>-100.0%</w:t>
            </w:r>
          </w:p>
        </w:tc>
      </w:tr>
      <w:tr>
        <w:tc>
          <w:tcPr>
            <w:tcW w:type="dxa" w:w="504"/>
            <w:shd w:fill="FFFFFF"/>
            <w:tcMar>
              <w:top w:w="35" w:type="dxa"/>
              <w:bottom w:w="35" w:type="dxa"/>
              <w:left w:w="20" w:type="dxa"/>
              <w:right w:w="20" w:type="dxa"/>
            </w:tcMar>
          </w:tcPr>
          <w:p>
            <w:pPr>
              <w:jc w:val="center"/>
            </w:pPr>
            <w:r>
              <w:rPr>
                <w:sz w:val="15"/>
              </w:rPr>
              <w:t>89</w:t>
            </w:r>
          </w:p>
        </w:tc>
        <w:tc>
          <w:tcPr>
            <w:tcW w:type="dxa" w:w="936"/>
            <w:shd w:fill="FFFFFF"/>
            <w:tcMar>
              <w:top w:w="35" w:type="dxa"/>
              <w:bottom w:w="35" w:type="dxa"/>
              <w:left w:w="20" w:type="dxa"/>
              <w:right w:w="20" w:type="dxa"/>
            </w:tcMar>
          </w:tcPr>
          <w:p>
            <w:pPr>
              <w:jc w:val="left"/>
            </w:pPr>
            <w:r>
              <w:rPr>
                <w:sz w:val="15"/>
              </w:rPr>
              <w:t>KH0792</w:t>
            </w:r>
          </w:p>
        </w:tc>
        <w:tc>
          <w:tcPr>
            <w:tcW w:type="dxa" w:w="3024"/>
            <w:shd w:fill="FFFFFF"/>
            <w:tcMar>
              <w:top w:w="35" w:type="dxa"/>
              <w:bottom w:w="35" w:type="dxa"/>
              <w:left w:w="20" w:type="dxa"/>
              <w:right w:w="20" w:type="dxa"/>
            </w:tcMar>
          </w:tcPr>
          <w:p>
            <w:pPr>
              <w:jc w:val="left"/>
            </w:pPr>
            <w:r>
              <w:rPr>
                <w:sz w:val="15"/>
              </w:rPr>
              <w:t>CÔNG TY CỔ PHẨN CHẾ BIẾN GỖ NỘI THẤT THÀNH TÂM</w:t>
            </w:r>
          </w:p>
        </w:tc>
        <w:tc>
          <w:tcPr>
            <w:tcW w:type="dxa" w:w="835"/>
            <w:shd w:fill="FFFFFF"/>
            <w:tcMar>
              <w:top w:w="35" w:type="dxa"/>
              <w:bottom w:w="35" w:type="dxa"/>
              <w:left w:w="20" w:type="dxa"/>
              <w:right w:w="20" w:type="dxa"/>
            </w:tcMar>
          </w:tcPr>
          <w:p>
            <w:pPr>
              <w:jc w:val="right"/>
            </w:pPr>
            <w:r>
              <w:rPr>
                <w:sz w:val="15"/>
              </w:rPr>
              <w:t>64</w:t>
            </w:r>
          </w:p>
        </w:tc>
        <w:tc>
          <w:tcPr>
            <w:tcW w:type="dxa" w:w="835"/>
            <w:shd w:fill="FFFFFF"/>
            <w:tcMar>
              <w:top w:w="35" w:type="dxa"/>
              <w:bottom w:w="35" w:type="dxa"/>
              <w:left w:w="20" w:type="dxa"/>
              <w:right w:w="20" w:type="dxa"/>
            </w:tcMar>
          </w:tcPr>
          <w:p>
            <w:pPr>
              <w:jc w:val="right"/>
            </w:pPr>
            <w:r>
              <w:rPr>
                <w:sz w:val="15"/>
              </w:rPr>
              <w:t>60</w:t>
            </w:r>
          </w:p>
        </w:tc>
        <w:tc>
          <w:tcPr>
            <w:tcW w:type="dxa" w:w="835"/>
            <w:shd w:fill="FFFFFF"/>
            <w:tcMar>
              <w:top w:w="35" w:type="dxa"/>
              <w:bottom w:w="35" w:type="dxa"/>
              <w:left w:w="20" w:type="dxa"/>
              <w:right w:w="20" w:type="dxa"/>
            </w:tcMar>
          </w:tcPr>
          <w:p>
            <w:pPr>
              <w:jc w:val="right"/>
            </w:pPr>
            <w:r>
              <w:rPr>
                <w:sz w:val="15"/>
              </w:rPr>
              <w:t>37</w:t>
            </w:r>
          </w:p>
        </w:tc>
        <w:tc>
          <w:tcPr>
            <w:tcW w:type="dxa" w:w="835"/>
            <w:shd w:fill="FFFFFF"/>
            <w:tcMar>
              <w:top w:w="35" w:type="dxa"/>
              <w:bottom w:w="35" w:type="dxa"/>
              <w:left w:w="20" w:type="dxa"/>
              <w:right w:w="20" w:type="dxa"/>
            </w:tcMar>
          </w:tcPr>
          <w:p>
            <w:pPr>
              <w:jc w:val="right"/>
            </w:pPr>
            <w:r>
              <w:rPr>
                <w:sz w:val="15"/>
              </w:rPr>
              <w:t>132</w:t>
            </w:r>
          </w:p>
        </w:tc>
        <w:tc>
          <w:tcPr>
            <w:tcW w:type="dxa" w:w="835"/>
            <w:shd w:fill="FFFFFF"/>
            <w:tcMar>
              <w:top w:w="35" w:type="dxa"/>
              <w:bottom w:w="35" w:type="dxa"/>
              <w:left w:w="20" w:type="dxa"/>
              <w:right w:w="20" w:type="dxa"/>
            </w:tcMar>
          </w:tcPr>
          <w:p>
            <w:pPr>
              <w:jc w:val="right"/>
            </w:pPr>
            <w:r>
              <w:rPr>
                <w:sz w:val="15"/>
              </w:rPr>
              <w:t>96</w:t>
            </w:r>
          </w:p>
        </w:tc>
        <w:tc>
          <w:tcPr>
            <w:tcW w:type="dxa" w:w="835"/>
            <w:shd w:fill="FFFFFF"/>
            <w:tcMar>
              <w:top w:w="35" w:type="dxa"/>
              <w:bottom w:w="35" w:type="dxa"/>
              <w:left w:w="20" w:type="dxa"/>
              <w:right w:w="20" w:type="dxa"/>
            </w:tcMar>
          </w:tcPr>
          <w:p>
            <w:pPr>
              <w:jc w:val="right"/>
            </w:pPr>
            <w:r>
              <w:rPr>
                <w:sz w:val="15"/>
              </w:rPr>
              <w:t>53</w:t>
            </w:r>
          </w:p>
        </w:tc>
        <w:tc>
          <w:tcPr>
            <w:tcW w:type="dxa" w:w="835"/>
            <w:shd w:fill="FFFFFF"/>
            <w:tcMar>
              <w:top w:w="35" w:type="dxa"/>
              <w:bottom w:w="35" w:type="dxa"/>
              <w:left w:w="20" w:type="dxa"/>
              <w:right w:w="20" w:type="dxa"/>
            </w:tcMar>
          </w:tcPr>
          <w:p>
            <w:pPr>
              <w:jc w:val="right"/>
            </w:pPr>
            <w:r>
              <w:rPr>
                <w:sz w:val="15"/>
              </w:rPr>
              <w:t>55</w:t>
            </w:r>
          </w:p>
        </w:tc>
        <w:tc>
          <w:tcPr>
            <w:tcW w:type="dxa" w:w="835"/>
            <w:shd w:fill="FFFFFF"/>
            <w:tcMar>
              <w:top w:w="35" w:type="dxa"/>
              <w:bottom w:w="35" w:type="dxa"/>
              <w:left w:w="20" w:type="dxa"/>
              <w:right w:w="20" w:type="dxa"/>
            </w:tcMar>
          </w:tcPr>
          <w:p>
            <w:pPr>
              <w:jc w:val="right"/>
            </w:pPr>
            <w:r>
              <w:rPr>
                <w:sz w:val="15"/>
              </w:rPr>
              <w:t>23</w:t>
            </w:r>
          </w:p>
        </w:tc>
        <w:tc>
          <w:tcPr>
            <w:tcW w:type="dxa" w:w="835"/>
            <w:shd w:fill="FFFFFF"/>
            <w:tcMar>
              <w:top w:w="35" w:type="dxa"/>
              <w:bottom w:w="35" w:type="dxa"/>
              <w:left w:w="20" w:type="dxa"/>
              <w:right w:w="20" w:type="dxa"/>
            </w:tcMar>
          </w:tcPr>
          <w:p>
            <w:pPr>
              <w:jc w:val="right"/>
            </w:pPr>
            <w:r>
              <w:rPr>
                <w:sz w:val="15"/>
              </w:rPr>
              <w:t>35</w:t>
            </w:r>
          </w:p>
        </w:tc>
        <w:tc>
          <w:tcPr>
            <w:tcW w:type="dxa" w:w="835"/>
            <w:shd w:fill="FFFFFF"/>
            <w:tcMar>
              <w:top w:w="35" w:type="dxa"/>
              <w:bottom w:w="35" w:type="dxa"/>
              <w:left w:w="20" w:type="dxa"/>
              <w:right w:w="20" w:type="dxa"/>
            </w:tcMar>
          </w:tcPr>
          <w:p>
            <w:pPr>
              <w:jc w:val="right"/>
            </w:pPr>
            <w:r>
              <w:rPr>
                <w:b/>
                <w:sz w:val="15"/>
              </w:rPr>
              <w:t>-</w:t>
            </w:r>
          </w:p>
        </w:tc>
        <w:tc>
          <w:tcPr>
            <w:tcW w:type="dxa" w:w="1224"/>
            <w:shd w:fill="FFFFFF"/>
            <w:tcMar>
              <w:top w:w="35" w:type="dxa"/>
              <w:bottom w:w="35" w:type="dxa"/>
              <w:left w:w="20" w:type="dxa"/>
              <w:right w:w="20" w:type="dxa"/>
            </w:tcMar>
          </w:tcPr>
          <w:p>
            <w:pPr>
              <w:jc w:val="right"/>
            </w:pPr>
            <w:r>
              <w:rPr>
                <w:color w:val="C0392B"/>
                <w:sz w:val="15"/>
              </w:rPr>
              <w:t>-35</w:t>
            </w:r>
          </w:p>
        </w:tc>
        <w:tc>
          <w:tcPr>
            <w:tcW w:type="dxa" w:w="1066"/>
            <w:shd w:fill="FFFFFF"/>
            <w:tcMar>
              <w:top w:w="35" w:type="dxa"/>
              <w:bottom w:w="35" w:type="dxa"/>
              <w:left w:w="20" w:type="dxa"/>
              <w:right w:w="20" w:type="dxa"/>
            </w:tcMar>
          </w:tcPr>
          <w:p>
            <w:pPr>
              <w:jc w:val="center"/>
            </w:pPr>
            <w:r>
              <w:rPr>
                <w:b/>
                <w:color w:val="C0392B"/>
                <w:sz w:val="15"/>
              </w:rPr>
              <w:t>-100.0%</w:t>
            </w:r>
          </w:p>
        </w:tc>
      </w:tr>
      <w:tr>
        <w:tc>
          <w:tcPr>
            <w:tcW w:type="dxa" w:w="504"/>
            <w:shd w:fill="F9FBFB"/>
            <w:tcMar>
              <w:top w:w="35" w:type="dxa"/>
              <w:bottom w:w="35" w:type="dxa"/>
              <w:left w:w="20" w:type="dxa"/>
              <w:right w:w="20" w:type="dxa"/>
            </w:tcMar>
          </w:tcPr>
          <w:p>
            <w:pPr>
              <w:jc w:val="center"/>
            </w:pPr>
            <w:r>
              <w:rPr>
                <w:sz w:val="15"/>
              </w:rPr>
              <w:t>90</w:t>
            </w:r>
          </w:p>
        </w:tc>
        <w:tc>
          <w:tcPr>
            <w:tcW w:type="dxa" w:w="936"/>
            <w:shd w:fill="F9FBFB"/>
            <w:tcMar>
              <w:top w:w="35" w:type="dxa"/>
              <w:bottom w:w="35" w:type="dxa"/>
              <w:left w:w="20" w:type="dxa"/>
              <w:right w:w="20" w:type="dxa"/>
            </w:tcMar>
          </w:tcPr>
          <w:p>
            <w:pPr>
              <w:jc w:val="left"/>
            </w:pPr>
            <w:r>
              <w:rPr>
                <w:sz w:val="15"/>
              </w:rPr>
              <w:t>KH0300</w:t>
            </w:r>
          </w:p>
        </w:tc>
        <w:tc>
          <w:tcPr>
            <w:tcW w:type="dxa" w:w="3024"/>
            <w:shd w:fill="F9FBFB"/>
            <w:tcMar>
              <w:top w:w="35" w:type="dxa"/>
              <w:bottom w:w="35" w:type="dxa"/>
              <w:left w:w="20" w:type="dxa"/>
              <w:right w:w="20" w:type="dxa"/>
            </w:tcMar>
          </w:tcPr>
          <w:p>
            <w:pPr>
              <w:jc w:val="left"/>
            </w:pPr>
            <w:r>
              <w:rPr>
                <w:sz w:val="15"/>
              </w:rPr>
              <w:t>CÔNG TY TNHH HƯNG NGUYÊN PHÁT</w:t>
            </w:r>
          </w:p>
        </w:tc>
        <w:tc>
          <w:tcPr>
            <w:tcW w:type="dxa" w:w="835"/>
            <w:shd w:fill="F9FBFB"/>
            <w:tcMar>
              <w:top w:w="35" w:type="dxa"/>
              <w:bottom w:w="35" w:type="dxa"/>
              <w:left w:w="20" w:type="dxa"/>
              <w:right w:w="20" w:type="dxa"/>
            </w:tcMar>
          </w:tcPr>
          <w:p>
            <w:pPr>
              <w:jc w:val="right"/>
            </w:pPr>
            <w:r>
              <w:rPr>
                <w:sz w:val="15"/>
              </w:rPr>
              <w:t>34</w:t>
            </w:r>
          </w:p>
        </w:tc>
        <w:tc>
          <w:tcPr>
            <w:tcW w:type="dxa" w:w="835"/>
            <w:shd w:fill="F9FBFB"/>
            <w:tcMar>
              <w:top w:w="35" w:type="dxa"/>
              <w:bottom w:w="35" w:type="dxa"/>
              <w:left w:w="20" w:type="dxa"/>
              <w:right w:w="20" w:type="dxa"/>
            </w:tcMar>
          </w:tcPr>
          <w:p>
            <w:pPr>
              <w:jc w:val="right"/>
            </w:pPr>
            <w:r>
              <w:rPr>
                <w:sz w:val="15"/>
              </w:rPr>
              <w:t>21</w:t>
            </w:r>
          </w:p>
        </w:tc>
        <w:tc>
          <w:tcPr>
            <w:tcW w:type="dxa" w:w="835"/>
            <w:shd w:fill="F9FBFB"/>
            <w:tcMar>
              <w:top w:w="35" w:type="dxa"/>
              <w:bottom w:w="35" w:type="dxa"/>
              <w:left w:w="20" w:type="dxa"/>
              <w:right w:w="20" w:type="dxa"/>
            </w:tcMar>
          </w:tcPr>
          <w:p>
            <w:pPr>
              <w:jc w:val="right"/>
            </w:pPr>
            <w:r>
              <w:rPr>
                <w:sz w:val="15"/>
              </w:rPr>
              <w:t>25</w:t>
            </w:r>
          </w:p>
        </w:tc>
        <w:tc>
          <w:tcPr>
            <w:tcW w:type="dxa" w:w="835"/>
            <w:shd w:fill="F9FBFB"/>
            <w:tcMar>
              <w:top w:w="35" w:type="dxa"/>
              <w:bottom w:w="35" w:type="dxa"/>
              <w:left w:w="20" w:type="dxa"/>
              <w:right w:w="20" w:type="dxa"/>
            </w:tcMar>
          </w:tcPr>
          <w:p>
            <w:pPr>
              <w:jc w:val="right"/>
            </w:pPr>
            <w:r>
              <w:rPr>
                <w:sz w:val="15"/>
              </w:rPr>
              <w:t>30</w:t>
            </w:r>
          </w:p>
        </w:tc>
        <w:tc>
          <w:tcPr>
            <w:tcW w:type="dxa" w:w="835"/>
            <w:shd w:fill="F9FBFB"/>
            <w:tcMar>
              <w:top w:w="35" w:type="dxa"/>
              <w:bottom w:w="35" w:type="dxa"/>
              <w:left w:w="20" w:type="dxa"/>
              <w:right w:w="20" w:type="dxa"/>
            </w:tcMar>
          </w:tcPr>
          <w:p>
            <w:pPr>
              <w:jc w:val="right"/>
            </w:pPr>
            <w:r>
              <w:rPr>
                <w:sz w:val="15"/>
              </w:rPr>
              <w:t>26</w:t>
            </w:r>
          </w:p>
        </w:tc>
        <w:tc>
          <w:tcPr>
            <w:tcW w:type="dxa" w:w="835"/>
            <w:shd w:fill="F9FBFB"/>
            <w:tcMar>
              <w:top w:w="35" w:type="dxa"/>
              <w:bottom w:w="35" w:type="dxa"/>
              <w:left w:w="20" w:type="dxa"/>
              <w:right w:w="20" w:type="dxa"/>
            </w:tcMar>
          </w:tcPr>
          <w:p>
            <w:pPr>
              <w:jc w:val="right"/>
            </w:pPr>
            <w:r>
              <w:rPr>
                <w:sz w:val="15"/>
              </w:rPr>
              <w:t>61</w:t>
            </w:r>
          </w:p>
        </w:tc>
        <w:tc>
          <w:tcPr>
            <w:tcW w:type="dxa" w:w="835"/>
            <w:shd w:fill="F9FBFB"/>
            <w:tcMar>
              <w:top w:w="35" w:type="dxa"/>
              <w:bottom w:w="35" w:type="dxa"/>
              <w:left w:w="20" w:type="dxa"/>
              <w:right w:w="20" w:type="dxa"/>
            </w:tcMar>
          </w:tcPr>
          <w:p>
            <w:pPr>
              <w:jc w:val="right"/>
            </w:pPr>
            <w:r>
              <w:rPr>
                <w:sz w:val="15"/>
              </w:rPr>
              <w:t>53</w:t>
            </w:r>
          </w:p>
        </w:tc>
        <w:tc>
          <w:tcPr>
            <w:tcW w:type="dxa" w:w="835"/>
            <w:shd w:fill="F9FBFB"/>
            <w:tcMar>
              <w:top w:w="35" w:type="dxa"/>
              <w:bottom w:w="35" w:type="dxa"/>
              <w:left w:w="20" w:type="dxa"/>
              <w:right w:w="20" w:type="dxa"/>
            </w:tcMar>
          </w:tcPr>
          <w:p>
            <w:pPr>
              <w:jc w:val="right"/>
            </w:pPr>
            <w:r>
              <w:rPr>
                <w:sz w:val="15"/>
              </w:rPr>
              <w:t>37</w:t>
            </w:r>
          </w:p>
        </w:tc>
        <w:tc>
          <w:tcPr>
            <w:tcW w:type="dxa" w:w="835"/>
            <w:shd w:fill="F9FBFB"/>
            <w:tcMar>
              <w:top w:w="35" w:type="dxa"/>
              <w:bottom w:w="35" w:type="dxa"/>
              <w:left w:w="20" w:type="dxa"/>
              <w:right w:w="20" w:type="dxa"/>
            </w:tcMar>
          </w:tcPr>
          <w:p>
            <w:pPr>
              <w:jc w:val="right"/>
            </w:pPr>
            <w:r>
              <w:rPr>
                <w:sz w:val="15"/>
              </w:rPr>
              <w:t>29</w:t>
            </w:r>
          </w:p>
        </w:tc>
        <w:tc>
          <w:tcPr>
            <w:tcW w:type="dxa" w:w="835"/>
            <w:shd w:fill="F9FBFB"/>
            <w:tcMar>
              <w:top w:w="35" w:type="dxa"/>
              <w:bottom w:w="35" w:type="dxa"/>
              <w:left w:w="20" w:type="dxa"/>
              <w:right w:w="20" w:type="dxa"/>
            </w:tcMar>
          </w:tcPr>
          <w:p>
            <w:pPr>
              <w:jc w:val="right"/>
            </w:pPr>
            <w:r>
              <w:rPr>
                <w:b/>
                <w:sz w:val="15"/>
              </w:rPr>
              <w:t>155</w:t>
            </w:r>
          </w:p>
        </w:tc>
        <w:tc>
          <w:tcPr>
            <w:tcW w:type="dxa" w:w="1224"/>
            <w:shd w:fill="F9FBFB"/>
            <w:tcMar>
              <w:top w:w="35" w:type="dxa"/>
              <w:bottom w:w="35" w:type="dxa"/>
              <w:left w:w="20" w:type="dxa"/>
              <w:right w:w="20" w:type="dxa"/>
            </w:tcMar>
          </w:tcPr>
          <w:p>
            <w:pPr>
              <w:jc w:val="right"/>
            </w:pPr>
            <w:r>
              <w:rPr>
                <w:color w:val="27AE60"/>
                <w:sz w:val="15"/>
              </w:rPr>
              <w:t>+126</w:t>
            </w:r>
          </w:p>
        </w:tc>
        <w:tc>
          <w:tcPr>
            <w:tcW w:type="dxa" w:w="1066"/>
            <w:shd w:fill="F9FBFB"/>
            <w:tcMar>
              <w:top w:w="35" w:type="dxa"/>
              <w:bottom w:w="35" w:type="dxa"/>
              <w:left w:w="20" w:type="dxa"/>
              <w:right w:w="20" w:type="dxa"/>
            </w:tcMar>
          </w:tcPr>
          <w:p>
            <w:pPr>
              <w:jc w:val="center"/>
            </w:pPr>
            <w:r>
              <w:rPr>
                <w:b/>
                <w:color w:val="27AE60"/>
                <w:sz w:val="15"/>
              </w:rPr>
              <w:t>+434.5%</w:t>
            </w:r>
          </w:p>
        </w:tc>
      </w:tr>
      <w:tr>
        <w:tc>
          <w:tcPr>
            <w:tcW w:type="dxa" w:w="504"/>
            <w:shd w:fill="FFFFFF"/>
            <w:tcMar>
              <w:top w:w="35" w:type="dxa"/>
              <w:bottom w:w="35" w:type="dxa"/>
              <w:left w:w="20" w:type="dxa"/>
              <w:right w:w="20" w:type="dxa"/>
            </w:tcMar>
          </w:tcPr>
          <w:p>
            <w:pPr>
              <w:jc w:val="center"/>
            </w:pPr>
            <w:r>
              <w:rPr>
                <w:sz w:val="15"/>
              </w:rPr>
              <w:t>91</w:t>
            </w:r>
          </w:p>
        </w:tc>
        <w:tc>
          <w:tcPr>
            <w:tcW w:type="dxa" w:w="936"/>
            <w:shd w:fill="FFFFFF"/>
            <w:tcMar>
              <w:top w:w="35" w:type="dxa"/>
              <w:bottom w:w="35" w:type="dxa"/>
              <w:left w:w="20" w:type="dxa"/>
              <w:right w:w="20" w:type="dxa"/>
            </w:tcMar>
          </w:tcPr>
          <w:p>
            <w:pPr>
              <w:jc w:val="left"/>
            </w:pPr>
            <w:r>
              <w:rPr>
                <w:sz w:val="15"/>
              </w:rPr>
              <w:t>KH2168</w:t>
            </w:r>
          </w:p>
        </w:tc>
        <w:tc>
          <w:tcPr>
            <w:tcW w:type="dxa" w:w="3024"/>
            <w:shd w:fill="FFFFFF"/>
            <w:tcMar>
              <w:top w:w="35" w:type="dxa"/>
              <w:bottom w:w="35" w:type="dxa"/>
              <w:left w:w="20" w:type="dxa"/>
              <w:right w:w="20" w:type="dxa"/>
            </w:tcMar>
          </w:tcPr>
          <w:p>
            <w:pPr>
              <w:jc w:val="left"/>
            </w:pPr>
            <w:r>
              <w:rPr>
                <w:sz w:val="15"/>
              </w:rPr>
              <w:t>CÔNG TY TNHH RAYTEN VIỆT NAM</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21</w:t>
            </w:r>
          </w:p>
        </w:tc>
        <w:tc>
          <w:tcPr>
            <w:tcW w:type="dxa" w:w="835"/>
            <w:shd w:fill="FFFFFF"/>
            <w:tcMar>
              <w:top w:w="35" w:type="dxa"/>
              <w:bottom w:w="35" w:type="dxa"/>
              <w:left w:w="20" w:type="dxa"/>
              <w:right w:w="20" w:type="dxa"/>
            </w:tcMar>
          </w:tcPr>
          <w:p>
            <w:pPr>
              <w:jc w:val="right"/>
            </w:pPr>
            <w:r>
              <w:rPr>
                <w:sz w:val="15"/>
              </w:rPr>
              <w:t>7</w:t>
            </w:r>
          </w:p>
        </w:tc>
        <w:tc>
          <w:tcPr>
            <w:tcW w:type="dxa" w:w="835"/>
            <w:shd w:fill="FFFFFF"/>
            <w:tcMar>
              <w:top w:w="35" w:type="dxa"/>
              <w:bottom w:w="35" w:type="dxa"/>
              <w:left w:w="20" w:type="dxa"/>
              <w:right w:w="20" w:type="dxa"/>
            </w:tcMar>
          </w:tcPr>
          <w:p>
            <w:pPr>
              <w:jc w:val="right"/>
            </w:pPr>
            <w:r>
              <w:rPr>
                <w:sz w:val="15"/>
              </w:rPr>
              <w:t>3</w:t>
            </w:r>
          </w:p>
        </w:tc>
        <w:tc>
          <w:tcPr>
            <w:tcW w:type="dxa" w:w="835"/>
            <w:shd w:fill="FFFFFF"/>
            <w:tcMar>
              <w:top w:w="35" w:type="dxa"/>
              <w:bottom w:w="35" w:type="dxa"/>
              <w:left w:w="20" w:type="dxa"/>
              <w:right w:w="20" w:type="dxa"/>
            </w:tcMar>
          </w:tcPr>
          <w:p>
            <w:pPr>
              <w:jc w:val="right"/>
            </w:pPr>
            <w:r>
              <w:rPr>
                <w:sz w:val="15"/>
              </w:rPr>
              <w:t>12</w:t>
            </w:r>
          </w:p>
        </w:tc>
        <w:tc>
          <w:tcPr>
            <w:tcW w:type="dxa" w:w="835"/>
            <w:shd w:fill="FFFFFF"/>
            <w:tcMar>
              <w:top w:w="35" w:type="dxa"/>
              <w:bottom w:w="35" w:type="dxa"/>
              <w:left w:w="20" w:type="dxa"/>
              <w:right w:w="20" w:type="dxa"/>
            </w:tcMar>
          </w:tcPr>
          <w:p>
            <w:pPr>
              <w:jc w:val="right"/>
            </w:pPr>
            <w:r>
              <w:rPr>
                <w:sz w:val="15"/>
              </w:rPr>
              <w:t>25</w:t>
            </w:r>
          </w:p>
        </w:tc>
        <w:tc>
          <w:tcPr>
            <w:tcW w:type="dxa" w:w="835"/>
            <w:shd w:fill="FFFFFF"/>
            <w:tcMar>
              <w:top w:w="35" w:type="dxa"/>
              <w:bottom w:w="35" w:type="dxa"/>
              <w:left w:w="20" w:type="dxa"/>
              <w:right w:w="20" w:type="dxa"/>
            </w:tcMar>
          </w:tcPr>
          <w:p>
            <w:pPr>
              <w:jc w:val="right"/>
            </w:pPr>
            <w:r>
              <w:rPr>
                <w:b/>
                <w:sz w:val="15"/>
              </w:rPr>
              <w:t>-</w:t>
            </w:r>
          </w:p>
        </w:tc>
        <w:tc>
          <w:tcPr>
            <w:tcW w:type="dxa" w:w="1224"/>
            <w:shd w:fill="FFFFFF"/>
            <w:tcMar>
              <w:top w:w="35" w:type="dxa"/>
              <w:bottom w:w="35" w:type="dxa"/>
              <w:left w:w="20" w:type="dxa"/>
              <w:right w:w="20" w:type="dxa"/>
            </w:tcMar>
          </w:tcPr>
          <w:p>
            <w:pPr>
              <w:jc w:val="right"/>
            </w:pPr>
            <w:r>
              <w:rPr>
                <w:color w:val="C0392B"/>
                <w:sz w:val="15"/>
              </w:rPr>
              <w:t>-25</w:t>
            </w:r>
          </w:p>
        </w:tc>
        <w:tc>
          <w:tcPr>
            <w:tcW w:type="dxa" w:w="1066"/>
            <w:shd w:fill="FFFFFF"/>
            <w:tcMar>
              <w:top w:w="35" w:type="dxa"/>
              <w:bottom w:w="35" w:type="dxa"/>
              <w:left w:w="20" w:type="dxa"/>
              <w:right w:w="20" w:type="dxa"/>
            </w:tcMar>
          </w:tcPr>
          <w:p>
            <w:pPr>
              <w:jc w:val="center"/>
            </w:pPr>
            <w:r>
              <w:rPr>
                <w:b/>
                <w:color w:val="C0392B"/>
                <w:sz w:val="15"/>
              </w:rPr>
              <w:t>-100.0%</w:t>
            </w:r>
          </w:p>
        </w:tc>
      </w:tr>
      <w:tr>
        <w:tc>
          <w:tcPr>
            <w:tcW w:type="dxa" w:w="504"/>
            <w:shd w:fill="F9FBFB"/>
            <w:tcMar>
              <w:top w:w="35" w:type="dxa"/>
              <w:bottom w:w="35" w:type="dxa"/>
              <w:left w:w="20" w:type="dxa"/>
              <w:right w:w="20" w:type="dxa"/>
            </w:tcMar>
          </w:tcPr>
          <w:p>
            <w:pPr>
              <w:jc w:val="center"/>
            </w:pPr>
            <w:r>
              <w:rPr>
                <w:sz w:val="15"/>
              </w:rPr>
              <w:t>92</w:t>
            </w:r>
          </w:p>
        </w:tc>
        <w:tc>
          <w:tcPr>
            <w:tcW w:type="dxa" w:w="936"/>
            <w:shd w:fill="F9FBFB"/>
            <w:tcMar>
              <w:top w:w="35" w:type="dxa"/>
              <w:bottom w:w="35" w:type="dxa"/>
              <w:left w:w="20" w:type="dxa"/>
              <w:right w:w="20" w:type="dxa"/>
            </w:tcMar>
          </w:tcPr>
          <w:p>
            <w:pPr>
              <w:jc w:val="left"/>
            </w:pPr>
            <w:r>
              <w:rPr>
                <w:sz w:val="15"/>
              </w:rPr>
              <w:t>KH0392</w:t>
            </w:r>
          </w:p>
        </w:tc>
        <w:tc>
          <w:tcPr>
            <w:tcW w:type="dxa" w:w="3024"/>
            <w:shd w:fill="F9FBFB"/>
            <w:tcMar>
              <w:top w:w="35" w:type="dxa"/>
              <w:bottom w:w="35" w:type="dxa"/>
              <w:left w:w="20" w:type="dxa"/>
              <w:right w:w="20" w:type="dxa"/>
            </w:tcMar>
          </w:tcPr>
          <w:p>
            <w:pPr>
              <w:jc w:val="left"/>
            </w:pPr>
            <w:r>
              <w:rPr>
                <w:sz w:val="15"/>
              </w:rPr>
              <w:t>CÔNG TY TNHH MTV MỸ NGHỆ ĐÔNG PHƯƠNG MỘC</w:t>
            </w:r>
          </w:p>
        </w:tc>
        <w:tc>
          <w:tcPr>
            <w:tcW w:type="dxa" w:w="835"/>
            <w:shd w:fill="F9FBFB"/>
            <w:tcMar>
              <w:top w:w="35" w:type="dxa"/>
              <w:bottom w:w="35" w:type="dxa"/>
              <w:left w:w="20" w:type="dxa"/>
              <w:right w:w="20" w:type="dxa"/>
            </w:tcMar>
          </w:tcPr>
          <w:p>
            <w:pPr>
              <w:jc w:val="right"/>
            </w:pPr>
            <w:r>
              <w:rPr>
                <w:sz w:val="15"/>
              </w:rPr>
              <w:t>36</w:t>
            </w:r>
          </w:p>
        </w:tc>
        <w:tc>
          <w:tcPr>
            <w:tcW w:type="dxa" w:w="835"/>
            <w:shd w:fill="F9FBFB"/>
            <w:tcMar>
              <w:top w:w="35" w:type="dxa"/>
              <w:bottom w:w="35" w:type="dxa"/>
              <w:left w:w="20" w:type="dxa"/>
              <w:right w:w="20" w:type="dxa"/>
            </w:tcMar>
          </w:tcPr>
          <w:p>
            <w:pPr>
              <w:jc w:val="right"/>
            </w:pPr>
            <w:r>
              <w:rPr>
                <w:sz w:val="15"/>
              </w:rPr>
              <w:t>19</w:t>
            </w:r>
          </w:p>
        </w:tc>
        <w:tc>
          <w:tcPr>
            <w:tcW w:type="dxa" w:w="835"/>
            <w:shd w:fill="F9FBFB"/>
            <w:tcMar>
              <w:top w:w="35" w:type="dxa"/>
              <w:bottom w:w="35" w:type="dxa"/>
              <w:left w:w="20" w:type="dxa"/>
              <w:right w:w="20" w:type="dxa"/>
            </w:tcMar>
          </w:tcPr>
          <w:p>
            <w:pPr>
              <w:jc w:val="right"/>
            </w:pPr>
            <w:r>
              <w:rPr>
                <w:sz w:val="15"/>
              </w:rPr>
              <w:t>15</w:t>
            </w:r>
          </w:p>
        </w:tc>
        <w:tc>
          <w:tcPr>
            <w:tcW w:type="dxa" w:w="835"/>
            <w:shd w:fill="F9FBFB"/>
            <w:tcMar>
              <w:top w:w="35" w:type="dxa"/>
              <w:bottom w:w="35" w:type="dxa"/>
              <w:left w:w="20" w:type="dxa"/>
              <w:right w:w="20" w:type="dxa"/>
            </w:tcMar>
          </w:tcPr>
          <w:p>
            <w:pPr>
              <w:jc w:val="right"/>
            </w:pPr>
            <w:r>
              <w:rPr>
                <w:sz w:val="15"/>
              </w:rPr>
              <w:t>40</w:t>
            </w:r>
          </w:p>
        </w:tc>
        <w:tc>
          <w:tcPr>
            <w:tcW w:type="dxa" w:w="835"/>
            <w:shd w:fill="F9FBFB"/>
            <w:tcMar>
              <w:top w:w="35" w:type="dxa"/>
              <w:bottom w:w="35" w:type="dxa"/>
              <w:left w:w="20" w:type="dxa"/>
              <w:right w:w="20" w:type="dxa"/>
            </w:tcMar>
          </w:tcPr>
          <w:p>
            <w:pPr>
              <w:jc w:val="right"/>
            </w:pPr>
            <w:r>
              <w:rPr>
                <w:sz w:val="15"/>
              </w:rPr>
              <w:t>50</w:t>
            </w:r>
          </w:p>
        </w:tc>
        <w:tc>
          <w:tcPr>
            <w:tcW w:type="dxa" w:w="835"/>
            <w:shd w:fill="F9FBFB"/>
            <w:tcMar>
              <w:top w:w="35" w:type="dxa"/>
              <w:bottom w:w="35" w:type="dxa"/>
              <w:left w:w="20" w:type="dxa"/>
              <w:right w:w="20" w:type="dxa"/>
            </w:tcMar>
          </w:tcPr>
          <w:p>
            <w:pPr>
              <w:jc w:val="right"/>
            </w:pPr>
            <w:r>
              <w:rPr>
                <w:sz w:val="15"/>
              </w:rPr>
              <w:t>40</w:t>
            </w:r>
          </w:p>
        </w:tc>
        <w:tc>
          <w:tcPr>
            <w:tcW w:type="dxa" w:w="835"/>
            <w:shd w:fill="F9FBFB"/>
            <w:tcMar>
              <w:top w:w="35" w:type="dxa"/>
              <w:bottom w:w="35" w:type="dxa"/>
              <w:left w:w="20" w:type="dxa"/>
              <w:right w:w="20" w:type="dxa"/>
            </w:tcMar>
          </w:tcPr>
          <w:p>
            <w:pPr>
              <w:jc w:val="right"/>
            </w:pPr>
            <w:r>
              <w:rPr>
                <w:sz w:val="15"/>
              </w:rPr>
              <w:t>15</w:t>
            </w:r>
          </w:p>
        </w:tc>
        <w:tc>
          <w:tcPr>
            <w:tcW w:type="dxa" w:w="835"/>
            <w:shd w:fill="F9FBFB"/>
            <w:tcMar>
              <w:top w:w="35" w:type="dxa"/>
              <w:bottom w:w="35" w:type="dxa"/>
              <w:left w:w="20" w:type="dxa"/>
              <w:right w:w="20" w:type="dxa"/>
            </w:tcMar>
          </w:tcPr>
          <w:p>
            <w:pPr>
              <w:jc w:val="right"/>
            </w:pPr>
            <w:r>
              <w:rPr>
                <w:sz w:val="15"/>
              </w:rPr>
              <w:t>5</w:t>
            </w:r>
          </w:p>
        </w:tc>
        <w:tc>
          <w:tcPr>
            <w:tcW w:type="dxa" w:w="835"/>
            <w:shd w:fill="F9FBFB"/>
            <w:tcMar>
              <w:top w:w="35" w:type="dxa"/>
              <w:bottom w:w="35" w:type="dxa"/>
              <w:left w:w="20" w:type="dxa"/>
              <w:right w:w="20" w:type="dxa"/>
            </w:tcMar>
          </w:tcPr>
          <w:p>
            <w:pPr>
              <w:jc w:val="right"/>
            </w:pPr>
            <w:r>
              <w:rPr>
                <w:sz w:val="15"/>
              </w:rPr>
              <w:t>21</w:t>
            </w:r>
          </w:p>
        </w:tc>
        <w:tc>
          <w:tcPr>
            <w:tcW w:type="dxa" w:w="835"/>
            <w:shd w:fill="F9FBFB"/>
            <w:tcMar>
              <w:top w:w="35" w:type="dxa"/>
              <w:bottom w:w="35" w:type="dxa"/>
              <w:left w:w="20" w:type="dxa"/>
              <w:right w:w="20" w:type="dxa"/>
            </w:tcMar>
          </w:tcPr>
          <w:p>
            <w:pPr>
              <w:jc w:val="right"/>
            </w:pPr>
            <w:r>
              <w:rPr>
                <w:b/>
                <w:sz w:val="15"/>
              </w:rPr>
              <w:t>177</w:t>
            </w:r>
          </w:p>
        </w:tc>
        <w:tc>
          <w:tcPr>
            <w:tcW w:type="dxa" w:w="1224"/>
            <w:shd w:fill="F9FBFB"/>
            <w:tcMar>
              <w:top w:w="35" w:type="dxa"/>
              <w:bottom w:w="35" w:type="dxa"/>
              <w:left w:w="20" w:type="dxa"/>
              <w:right w:w="20" w:type="dxa"/>
            </w:tcMar>
          </w:tcPr>
          <w:p>
            <w:pPr>
              <w:jc w:val="right"/>
            </w:pPr>
            <w:r>
              <w:rPr>
                <w:color w:val="27AE60"/>
                <w:sz w:val="15"/>
              </w:rPr>
              <w:t>+156</w:t>
            </w:r>
          </w:p>
        </w:tc>
        <w:tc>
          <w:tcPr>
            <w:tcW w:type="dxa" w:w="1066"/>
            <w:shd w:fill="F9FBFB"/>
            <w:tcMar>
              <w:top w:w="35" w:type="dxa"/>
              <w:bottom w:w="35" w:type="dxa"/>
              <w:left w:w="20" w:type="dxa"/>
              <w:right w:w="20" w:type="dxa"/>
            </w:tcMar>
          </w:tcPr>
          <w:p>
            <w:pPr>
              <w:jc w:val="center"/>
            </w:pPr>
            <w:r>
              <w:rPr>
                <w:b/>
                <w:color w:val="27AE60"/>
                <w:sz w:val="15"/>
              </w:rPr>
              <w:t>+742.9%</w:t>
            </w:r>
          </w:p>
        </w:tc>
      </w:tr>
      <w:tr>
        <w:tc>
          <w:tcPr>
            <w:tcW w:type="dxa" w:w="504"/>
            <w:shd w:fill="FFFFFF"/>
            <w:tcMar>
              <w:top w:w="35" w:type="dxa"/>
              <w:bottom w:w="35" w:type="dxa"/>
              <w:left w:w="20" w:type="dxa"/>
              <w:right w:w="20" w:type="dxa"/>
            </w:tcMar>
          </w:tcPr>
          <w:p>
            <w:pPr>
              <w:jc w:val="center"/>
            </w:pPr>
            <w:r>
              <w:rPr>
                <w:sz w:val="15"/>
              </w:rPr>
              <w:t>93</w:t>
            </w:r>
          </w:p>
        </w:tc>
        <w:tc>
          <w:tcPr>
            <w:tcW w:type="dxa" w:w="936"/>
            <w:shd w:fill="FFFFFF"/>
            <w:tcMar>
              <w:top w:w="35" w:type="dxa"/>
              <w:bottom w:w="35" w:type="dxa"/>
              <w:left w:w="20" w:type="dxa"/>
              <w:right w:w="20" w:type="dxa"/>
            </w:tcMar>
          </w:tcPr>
          <w:p>
            <w:pPr>
              <w:jc w:val="left"/>
            </w:pPr>
            <w:r>
              <w:rPr>
                <w:sz w:val="15"/>
              </w:rPr>
              <w:t>KH2211</w:t>
            </w:r>
          </w:p>
        </w:tc>
        <w:tc>
          <w:tcPr>
            <w:tcW w:type="dxa" w:w="3024"/>
            <w:shd w:fill="FFFFFF"/>
            <w:tcMar>
              <w:top w:w="35" w:type="dxa"/>
              <w:bottom w:w="35" w:type="dxa"/>
              <w:left w:w="20" w:type="dxa"/>
              <w:right w:w="20" w:type="dxa"/>
            </w:tcMar>
          </w:tcPr>
          <w:p>
            <w:pPr>
              <w:jc w:val="left"/>
            </w:pPr>
            <w:r>
              <w:rPr>
                <w:sz w:val="15"/>
              </w:rPr>
              <w:t>CÔNG TY TNHH TH HOÀNG KIM</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4</w:t>
            </w:r>
          </w:p>
        </w:tc>
        <w:tc>
          <w:tcPr>
            <w:tcW w:type="dxa" w:w="835"/>
            <w:shd w:fill="FFFFFF"/>
            <w:tcMar>
              <w:top w:w="35" w:type="dxa"/>
              <w:bottom w:w="35" w:type="dxa"/>
              <w:left w:w="20" w:type="dxa"/>
              <w:right w:w="20" w:type="dxa"/>
            </w:tcMar>
          </w:tcPr>
          <w:p>
            <w:pPr>
              <w:jc w:val="right"/>
            </w:pPr>
            <w:r>
              <w:rPr>
                <w:sz w:val="15"/>
              </w:rPr>
              <w:t>19</w:t>
            </w:r>
          </w:p>
        </w:tc>
        <w:tc>
          <w:tcPr>
            <w:tcW w:type="dxa" w:w="835"/>
            <w:shd w:fill="FFFFFF"/>
            <w:tcMar>
              <w:top w:w="35" w:type="dxa"/>
              <w:bottom w:w="35" w:type="dxa"/>
              <w:left w:w="20" w:type="dxa"/>
              <w:right w:w="20" w:type="dxa"/>
            </w:tcMar>
          </w:tcPr>
          <w:p>
            <w:pPr>
              <w:jc w:val="right"/>
            </w:pPr>
            <w:r>
              <w:rPr>
                <w:sz w:val="15"/>
              </w:rPr>
              <w:t>21</w:t>
            </w:r>
          </w:p>
        </w:tc>
        <w:tc>
          <w:tcPr>
            <w:tcW w:type="dxa" w:w="835"/>
            <w:shd w:fill="FFFFFF"/>
            <w:tcMar>
              <w:top w:w="35" w:type="dxa"/>
              <w:bottom w:w="35" w:type="dxa"/>
              <w:left w:w="20" w:type="dxa"/>
              <w:right w:w="20" w:type="dxa"/>
            </w:tcMar>
          </w:tcPr>
          <w:p>
            <w:pPr>
              <w:jc w:val="right"/>
            </w:pPr>
            <w:r>
              <w:rPr>
                <w:b/>
                <w:sz w:val="15"/>
              </w:rPr>
              <w:t>-</w:t>
            </w:r>
          </w:p>
        </w:tc>
        <w:tc>
          <w:tcPr>
            <w:tcW w:type="dxa" w:w="1224"/>
            <w:shd w:fill="FFFFFF"/>
            <w:tcMar>
              <w:top w:w="35" w:type="dxa"/>
              <w:bottom w:w="35" w:type="dxa"/>
              <w:left w:w="20" w:type="dxa"/>
              <w:right w:w="20" w:type="dxa"/>
            </w:tcMar>
          </w:tcPr>
          <w:p>
            <w:pPr>
              <w:jc w:val="right"/>
            </w:pPr>
            <w:r>
              <w:rPr>
                <w:color w:val="C0392B"/>
                <w:sz w:val="15"/>
              </w:rPr>
              <w:t>-21</w:t>
            </w:r>
          </w:p>
        </w:tc>
        <w:tc>
          <w:tcPr>
            <w:tcW w:type="dxa" w:w="1066"/>
            <w:shd w:fill="FFFFFF"/>
            <w:tcMar>
              <w:top w:w="35" w:type="dxa"/>
              <w:bottom w:w="35" w:type="dxa"/>
              <w:left w:w="20" w:type="dxa"/>
              <w:right w:w="20" w:type="dxa"/>
            </w:tcMar>
          </w:tcPr>
          <w:p>
            <w:pPr>
              <w:jc w:val="center"/>
            </w:pPr>
            <w:r>
              <w:rPr>
                <w:b/>
                <w:color w:val="C0392B"/>
                <w:sz w:val="15"/>
              </w:rPr>
              <w:t>-100.0%</w:t>
            </w:r>
          </w:p>
        </w:tc>
      </w:tr>
      <w:tr>
        <w:tc>
          <w:tcPr>
            <w:tcW w:type="dxa" w:w="504"/>
            <w:shd w:fill="F9FBFB"/>
            <w:tcMar>
              <w:top w:w="35" w:type="dxa"/>
              <w:bottom w:w="35" w:type="dxa"/>
              <w:left w:w="20" w:type="dxa"/>
              <w:right w:w="20" w:type="dxa"/>
            </w:tcMar>
          </w:tcPr>
          <w:p>
            <w:pPr>
              <w:jc w:val="center"/>
            </w:pPr>
            <w:r>
              <w:rPr>
                <w:sz w:val="15"/>
              </w:rPr>
              <w:t>94</w:t>
            </w:r>
          </w:p>
        </w:tc>
        <w:tc>
          <w:tcPr>
            <w:tcW w:type="dxa" w:w="936"/>
            <w:shd w:fill="F9FBFB"/>
            <w:tcMar>
              <w:top w:w="35" w:type="dxa"/>
              <w:bottom w:w="35" w:type="dxa"/>
              <w:left w:w="20" w:type="dxa"/>
              <w:right w:w="20" w:type="dxa"/>
            </w:tcMar>
          </w:tcPr>
          <w:p>
            <w:pPr>
              <w:jc w:val="left"/>
            </w:pPr>
            <w:r>
              <w:rPr>
                <w:sz w:val="15"/>
              </w:rPr>
              <w:t>KH0766</w:t>
            </w:r>
          </w:p>
        </w:tc>
        <w:tc>
          <w:tcPr>
            <w:tcW w:type="dxa" w:w="3024"/>
            <w:shd w:fill="F9FBFB"/>
            <w:tcMar>
              <w:top w:w="35" w:type="dxa"/>
              <w:bottom w:w="35" w:type="dxa"/>
              <w:left w:w="20" w:type="dxa"/>
              <w:right w:w="20" w:type="dxa"/>
            </w:tcMar>
          </w:tcPr>
          <w:p>
            <w:pPr>
              <w:jc w:val="left"/>
            </w:pPr>
            <w:r>
              <w:rPr>
                <w:sz w:val="15"/>
              </w:rPr>
              <w:t>CÔNG TY TNHH ĐỒ GỖ NGHĨA TÍN</w:t>
            </w:r>
          </w:p>
        </w:tc>
        <w:tc>
          <w:tcPr>
            <w:tcW w:type="dxa" w:w="835"/>
            <w:shd w:fill="F9FBFB"/>
            <w:tcMar>
              <w:top w:w="35" w:type="dxa"/>
              <w:bottom w:w="35" w:type="dxa"/>
              <w:left w:w="20" w:type="dxa"/>
              <w:right w:w="20" w:type="dxa"/>
            </w:tcMar>
          </w:tcPr>
          <w:p>
            <w:pPr>
              <w:jc w:val="right"/>
            </w:pPr>
            <w:r>
              <w:rPr>
                <w:sz w:val="15"/>
              </w:rPr>
              <w:t>43</w:t>
            </w:r>
          </w:p>
        </w:tc>
        <w:tc>
          <w:tcPr>
            <w:tcW w:type="dxa" w:w="835"/>
            <w:shd w:fill="F9FBFB"/>
            <w:tcMar>
              <w:top w:w="35" w:type="dxa"/>
              <w:bottom w:w="35" w:type="dxa"/>
              <w:left w:w="20" w:type="dxa"/>
              <w:right w:w="20" w:type="dxa"/>
            </w:tcMar>
          </w:tcPr>
          <w:p>
            <w:pPr>
              <w:jc w:val="right"/>
            </w:pPr>
            <w:r>
              <w:rPr>
                <w:sz w:val="15"/>
              </w:rPr>
              <w:t>2</w:t>
            </w:r>
          </w:p>
        </w:tc>
        <w:tc>
          <w:tcPr>
            <w:tcW w:type="dxa" w:w="835"/>
            <w:shd w:fill="F9FBFB"/>
            <w:tcMar>
              <w:top w:w="35" w:type="dxa"/>
              <w:bottom w:w="35" w:type="dxa"/>
              <w:left w:w="20" w:type="dxa"/>
              <w:right w:w="20" w:type="dxa"/>
            </w:tcMar>
          </w:tcPr>
          <w:p>
            <w:pPr>
              <w:jc w:val="right"/>
            </w:pPr>
            <w:r>
              <w:rPr>
                <w:sz w:val="15"/>
              </w:rPr>
              <w:t>1</w:t>
            </w:r>
          </w:p>
        </w:tc>
        <w:tc>
          <w:tcPr>
            <w:tcW w:type="dxa" w:w="835"/>
            <w:shd w:fill="F9FBFB"/>
            <w:tcMar>
              <w:top w:w="35" w:type="dxa"/>
              <w:bottom w:w="35" w:type="dxa"/>
              <w:left w:w="20" w:type="dxa"/>
              <w:right w:w="20" w:type="dxa"/>
            </w:tcMar>
          </w:tcPr>
          <w:p>
            <w:pPr>
              <w:jc w:val="right"/>
            </w:pPr>
            <w:r>
              <w:rPr>
                <w:sz w:val="15"/>
              </w:rPr>
              <w:t>32</w:t>
            </w:r>
          </w:p>
        </w:tc>
        <w:tc>
          <w:tcPr>
            <w:tcW w:type="dxa" w:w="835"/>
            <w:shd w:fill="F9FBFB"/>
            <w:tcMar>
              <w:top w:w="35" w:type="dxa"/>
              <w:bottom w:w="35" w:type="dxa"/>
              <w:left w:w="20" w:type="dxa"/>
              <w:right w:w="20" w:type="dxa"/>
            </w:tcMar>
          </w:tcPr>
          <w:p>
            <w:pPr>
              <w:jc w:val="right"/>
            </w:pPr>
            <w:r>
              <w:rPr>
                <w:sz w:val="15"/>
              </w:rPr>
              <w:t>12</w:t>
            </w:r>
          </w:p>
        </w:tc>
        <w:tc>
          <w:tcPr>
            <w:tcW w:type="dxa" w:w="835"/>
            <w:shd w:fill="F9FBFB"/>
            <w:tcMar>
              <w:top w:w="35" w:type="dxa"/>
              <w:bottom w:w="35" w:type="dxa"/>
              <w:left w:w="20" w:type="dxa"/>
              <w:right w:w="20" w:type="dxa"/>
            </w:tcMar>
          </w:tcPr>
          <w:p>
            <w:pPr>
              <w:jc w:val="right"/>
            </w:pPr>
            <w:r>
              <w:rPr>
                <w:sz w:val="15"/>
              </w:rPr>
              <w:t>21</w:t>
            </w:r>
          </w:p>
        </w:tc>
        <w:tc>
          <w:tcPr>
            <w:tcW w:type="dxa" w:w="835"/>
            <w:shd w:fill="F9FBFB"/>
            <w:tcMar>
              <w:top w:w="35" w:type="dxa"/>
              <w:bottom w:w="35" w:type="dxa"/>
              <w:left w:w="20" w:type="dxa"/>
              <w:right w:w="20" w:type="dxa"/>
            </w:tcMar>
          </w:tcPr>
          <w:p>
            <w:pPr>
              <w:jc w:val="right"/>
            </w:pPr>
            <w:r>
              <w:rPr>
                <w:sz w:val="15"/>
              </w:rPr>
              <w:t>23</w:t>
            </w:r>
          </w:p>
        </w:tc>
        <w:tc>
          <w:tcPr>
            <w:tcW w:type="dxa" w:w="835"/>
            <w:shd w:fill="F9FBFB"/>
            <w:tcMar>
              <w:top w:w="35" w:type="dxa"/>
              <w:bottom w:w="35" w:type="dxa"/>
              <w:left w:w="20" w:type="dxa"/>
              <w:right w:w="20" w:type="dxa"/>
            </w:tcMar>
          </w:tcPr>
          <w:p>
            <w:pPr>
              <w:jc w:val="right"/>
            </w:pPr>
            <w:r>
              <w:rPr>
                <w:sz w:val="15"/>
              </w:rPr>
              <w:t>24</w:t>
            </w:r>
          </w:p>
        </w:tc>
        <w:tc>
          <w:tcPr>
            <w:tcW w:type="dxa" w:w="835"/>
            <w:shd w:fill="F9FBFB"/>
            <w:tcMar>
              <w:top w:w="35" w:type="dxa"/>
              <w:bottom w:w="35" w:type="dxa"/>
              <w:left w:w="20" w:type="dxa"/>
              <w:right w:w="20" w:type="dxa"/>
            </w:tcMar>
          </w:tcPr>
          <w:p>
            <w:pPr>
              <w:jc w:val="right"/>
            </w:pPr>
            <w:r>
              <w:rPr>
                <w:sz w:val="15"/>
              </w:rPr>
              <w:t>19</w:t>
            </w:r>
          </w:p>
        </w:tc>
        <w:tc>
          <w:tcPr>
            <w:tcW w:type="dxa" w:w="835"/>
            <w:shd w:fill="F9FBFB"/>
            <w:tcMar>
              <w:top w:w="35" w:type="dxa"/>
              <w:bottom w:w="35" w:type="dxa"/>
              <w:left w:w="20" w:type="dxa"/>
              <w:right w:w="20" w:type="dxa"/>
            </w:tcMar>
          </w:tcPr>
          <w:p>
            <w:pPr>
              <w:jc w:val="right"/>
            </w:pPr>
            <w:r>
              <w:rPr>
                <w:b/>
                <w:sz w:val="15"/>
              </w:rPr>
              <w:t>-</w:t>
            </w:r>
          </w:p>
        </w:tc>
        <w:tc>
          <w:tcPr>
            <w:tcW w:type="dxa" w:w="1224"/>
            <w:shd w:fill="F9FBFB"/>
            <w:tcMar>
              <w:top w:w="35" w:type="dxa"/>
              <w:bottom w:w="35" w:type="dxa"/>
              <w:left w:w="20" w:type="dxa"/>
              <w:right w:w="20" w:type="dxa"/>
            </w:tcMar>
          </w:tcPr>
          <w:p>
            <w:pPr>
              <w:jc w:val="right"/>
            </w:pPr>
            <w:r>
              <w:rPr>
                <w:color w:val="C0392B"/>
                <w:sz w:val="15"/>
              </w:rPr>
              <w:t>-19</w:t>
            </w:r>
          </w:p>
        </w:tc>
        <w:tc>
          <w:tcPr>
            <w:tcW w:type="dxa" w:w="1066"/>
            <w:shd w:fill="F9FBFB"/>
            <w:tcMar>
              <w:top w:w="35" w:type="dxa"/>
              <w:bottom w:w="35" w:type="dxa"/>
              <w:left w:w="20" w:type="dxa"/>
              <w:right w:w="20" w:type="dxa"/>
            </w:tcMar>
          </w:tcPr>
          <w:p>
            <w:pPr>
              <w:jc w:val="center"/>
            </w:pPr>
            <w:r>
              <w:rPr>
                <w:b/>
                <w:color w:val="C0392B"/>
                <w:sz w:val="15"/>
              </w:rPr>
              <w:t>-100.0%</w:t>
            </w:r>
          </w:p>
        </w:tc>
      </w:tr>
      <w:tr>
        <w:tc>
          <w:tcPr>
            <w:tcW w:type="dxa" w:w="504"/>
            <w:shd w:fill="FFFFFF"/>
            <w:tcMar>
              <w:top w:w="35" w:type="dxa"/>
              <w:bottom w:w="35" w:type="dxa"/>
              <w:left w:w="20" w:type="dxa"/>
              <w:right w:w="20" w:type="dxa"/>
            </w:tcMar>
          </w:tcPr>
          <w:p>
            <w:pPr>
              <w:jc w:val="center"/>
            </w:pPr>
            <w:r>
              <w:rPr>
                <w:sz w:val="15"/>
              </w:rPr>
              <w:t>95</w:t>
            </w:r>
          </w:p>
        </w:tc>
        <w:tc>
          <w:tcPr>
            <w:tcW w:type="dxa" w:w="936"/>
            <w:shd w:fill="FFFFFF"/>
            <w:tcMar>
              <w:top w:w="35" w:type="dxa"/>
              <w:bottom w:w="35" w:type="dxa"/>
              <w:left w:w="20" w:type="dxa"/>
              <w:right w:w="20" w:type="dxa"/>
            </w:tcMar>
          </w:tcPr>
          <w:p>
            <w:pPr>
              <w:jc w:val="left"/>
            </w:pPr>
            <w:r>
              <w:rPr>
                <w:sz w:val="15"/>
              </w:rPr>
              <w:t>KH2155</w:t>
            </w:r>
          </w:p>
        </w:tc>
        <w:tc>
          <w:tcPr>
            <w:tcW w:type="dxa" w:w="3024"/>
            <w:shd w:fill="FFFFFF"/>
            <w:tcMar>
              <w:top w:w="35" w:type="dxa"/>
              <w:bottom w:w="35" w:type="dxa"/>
              <w:left w:w="20" w:type="dxa"/>
              <w:right w:w="20" w:type="dxa"/>
            </w:tcMar>
          </w:tcPr>
          <w:p>
            <w:pPr>
              <w:jc w:val="left"/>
            </w:pPr>
            <w:r>
              <w:rPr>
                <w:sz w:val="15"/>
              </w:rPr>
              <w:t>CÔNG TY TNHH NỘI THẤT ELITE STAR VIỆT NAM</w:t>
            </w:r>
          </w:p>
        </w:tc>
        <w:tc>
          <w:tcPr>
            <w:tcW w:type="dxa" w:w="835"/>
            <w:shd w:fill="FFFFFF"/>
            <w:tcMar>
              <w:top w:w="35" w:type="dxa"/>
              <w:bottom w:w="35" w:type="dxa"/>
              <w:left w:w="20" w:type="dxa"/>
              <w:right w:w="20" w:type="dxa"/>
            </w:tcMar>
          </w:tcPr>
          <w:p>
            <w:pPr>
              <w:jc w:val="right"/>
            </w:pPr>
            <w:r>
              <w:rPr>
                <w:sz w:val="15"/>
              </w:rPr>
              <w:t>10</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51</w:t>
            </w:r>
          </w:p>
        </w:tc>
        <w:tc>
          <w:tcPr>
            <w:tcW w:type="dxa" w:w="835"/>
            <w:shd w:fill="FFFFFF"/>
            <w:tcMar>
              <w:top w:w="35" w:type="dxa"/>
              <w:bottom w:w="35" w:type="dxa"/>
              <w:left w:w="20" w:type="dxa"/>
              <w:right w:w="20" w:type="dxa"/>
            </w:tcMar>
          </w:tcPr>
          <w:p>
            <w:pPr>
              <w:jc w:val="right"/>
            </w:pPr>
            <w:r>
              <w:rPr>
                <w:sz w:val="15"/>
              </w:rPr>
              <w:t>16</w:t>
            </w:r>
          </w:p>
        </w:tc>
        <w:tc>
          <w:tcPr>
            <w:tcW w:type="dxa" w:w="835"/>
            <w:shd w:fill="FFFFFF"/>
            <w:tcMar>
              <w:top w:w="35" w:type="dxa"/>
              <w:bottom w:w="35" w:type="dxa"/>
              <w:left w:w="20" w:type="dxa"/>
              <w:right w:w="20" w:type="dxa"/>
            </w:tcMar>
          </w:tcPr>
          <w:p>
            <w:pPr>
              <w:jc w:val="right"/>
            </w:pPr>
            <w:r>
              <w:rPr>
                <w:sz w:val="15"/>
              </w:rPr>
              <w:t>25</w:t>
            </w:r>
          </w:p>
        </w:tc>
        <w:tc>
          <w:tcPr>
            <w:tcW w:type="dxa" w:w="835"/>
            <w:shd w:fill="FFFFFF"/>
            <w:tcMar>
              <w:top w:w="35" w:type="dxa"/>
              <w:bottom w:w="35" w:type="dxa"/>
              <w:left w:w="20" w:type="dxa"/>
              <w:right w:w="20" w:type="dxa"/>
            </w:tcMar>
          </w:tcPr>
          <w:p>
            <w:pPr>
              <w:jc w:val="right"/>
            </w:pPr>
            <w:r>
              <w:rPr>
                <w:sz w:val="15"/>
              </w:rPr>
              <w:t>20</w:t>
            </w:r>
          </w:p>
        </w:tc>
        <w:tc>
          <w:tcPr>
            <w:tcW w:type="dxa" w:w="835"/>
            <w:shd w:fill="FFFFFF"/>
            <w:tcMar>
              <w:top w:w="35" w:type="dxa"/>
              <w:bottom w:w="35" w:type="dxa"/>
              <w:left w:w="20" w:type="dxa"/>
              <w:right w:w="20" w:type="dxa"/>
            </w:tcMar>
          </w:tcPr>
          <w:p>
            <w:pPr>
              <w:jc w:val="right"/>
            </w:pPr>
            <w:r>
              <w:rPr>
                <w:sz w:val="15"/>
              </w:rPr>
              <w:t>40</w:t>
            </w:r>
          </w:p>
        </w:tc>
        <w:tc>
          <w:tcPr>
            <w:tcW w:type="dxa" w:w="835"/>
            <w:shd w:fill="FFFFFF"/>
            <w:tcMar>
              <w:top w:w="35" w:type="dxa"/>
              <w:bottom w:w="35" w:type="dxa"/>
              <w:left w:w="20" w:type="dxa"/>
              <w:right w:w="20" w:type="dxa"/>
            </w:tcMar>
          </w:tcPr>
          <w:p>
            <w:pPr>
              <w:jc w:val="right"/>
            </w:pPr>
            <w:r>
              <w:rPr>
                <w:sz w:val="15"/>
              </w:rPr>
              <w:t>17</w:t>
            </w:r>
          </w:p>
        </w:tc>
        <w:tc>
          <w:tcPr>
            <w:tcW w:type="dxa" w:w="835"/>
            <w:shd w:fill="FFFFFF"/>
            <w:tcMar>
              <w:top w:w="35" w:type="dxa"/>
              <w:bottom w:w="35" w:type="dxa"/>
              <w:left w:w="20" w:type="dxa"/>
              <w:right w:w="20" w:type="dxa"/>
            </w:tcMar>
          </w:tcPr>
          <w:p>
            <w:pPr>
              <w:jc w:val="right"/>
            </w:pPr>
            <w:r>
              <w:rPr>
                <w:sz w:val="15"/>
              </w:rPr>
              <w:t>18</w:t>
            </w:r>
          </w:p>
        </w:tc>
        <w:tc>
          <w:tcPr>
            <w:tcW w:type="dxa" w:w="835"/>
            <w:shd w:fill="FFFFFF"/>
            <w:tcMar>
              <w:top w:w="35" w:type="dxa"/>
              <w:bottom w:w="35" w:type="dxa"/>
              <w:left w:w="20" w:type="dxa"/>
              <w:right w:w="20" w:type="dxa"/>
            </w:tcMar>
          </w:tcPr>
          <w:p>
            <w:pPr>
              <w:jc w:val="right"/>
            </w:pPr>
            <w:r>
              <w:rPr>
                <w:b/>
                <w:sz w:val="15"/>
              </w:rPr>
              <w:t>-</w:t>
            </w:r>
          </w:p>
        </w:tc>
        <w:tc>
          <w:tcPr>
            <w:tcW w:type="dxa" w:w="1224"/>
            <w:shd w:fill="FFFFFF"/>
            <w:tcMar>
              <w:top w:w="35" w:type="dxa"/>
              <w:bottom w:w="35" w:type="dxa"/>
              <w:left w:w="20" w:type="dxa"/>
              <w:right w:w="20" w:type="dxa"/>
            </w:tcMar>
          </w:tcPr>
          <w:p>
            <w:pPr>
              <w:jc w:val="right"/>
            </w:pPr>
            <w:r>
              <w:rPr>
                <w:color w:val="C0392B"/>
                <w:sz w:val="15"/>
              </w:rPr>
              <w:t>-18</w:t>
            </w:r>
          </w:p>
        </w:tc>
        <w:tc>
          <w:tcPr>
            <w:tcW w:type="dxa" w:w="1066"/>
            <w:shd w:fill="FFFFFF"/>
            <w:tcMar>
              <w:top w:w="35" w:type="dxa"/>
              <w:bottom w:w="35" w:type="dxa"/>
              <w:left w:w="20" w:type="dxa"/>
              <w:right w:w="20" w:type="dxa"/>
            </w:tcMar>
          </w:tcPr>
          <w:p>
            <w:pPr>
              <w:jc w:val="center"/>
            </w:pPr>
            <w:r>
              <w:rPr>
                <w:b/>
                <w:color w:val="C0392B"/>
                <w:sz w:val="15"/>
              </w:rPr>
              <w:t>-100.0%</w:t>
            </w:r>
          </w:p>
        </w:tc>
      </w:tr>
      <w:tr>
        <w:tc>
          <w:tcPr>
            <w:tcW w:type="dxa" w:w="504"/>
            <w:shd w:fill="F9FBFB"/>
            <w:tcMar>
              <w:top w:w="35" w:type="dxa"/>
              <w:bottom w:w="35" w:type="dxa"/>
              <w:left w:w="20" w:type="dxa"/>
              <w:right w:w="20" w:type="dxa"/>
            </w:tcMar>
          </w:tcPr>
          <w:p>
            <w:pPr>
              <w:jc w:val="center"/>
            </w:pPr>
            <w:r>
              <w:rPr>
                <w:sz w:val="15"/>
              </w:rPr>
              <w:t>96</w:t>
            </w:r>
          </w:p>
        </w:tc>
        <w:tc>
          <w:tcPr>
            <w:tcW w:type="dxa" w:w="936"/>
            <w:shd w:fill="F9FBFB"/>
            <w:tcMar>
              <w:top w:w="35" w:type="dxa"/>
              <w:bottom w:w="35" w:type="dxa"/>
              <w:left w:w="20" w:type="dxa"/>
              <w:right w:w="20" w:type="dxa"/>
            </w:tcMar>
          </w:tcPr>
          <w:p>
            <w:pPr>
              <w:jc w:val="left"/>
            </w:pPr>
            <w:r>
              <w:rPr>
                <w:sz w:val="15"/>
              </w:rPr>
              <w:t>KH0360</w:t>
            </w:r>
          </w:p>
        </w:tc>
        <w:tc>
          <w:tcPr>
            <w:tcW w:type="dxa" w:w="3024"/>
            <w:shd w:fill="F9FBFB"/>
            <w:tcMar>
              <w:top w:w="35" w:type="dxa"/>
              <w:bottom w:w="35" w:type="dxa"/>
              <w:left w:w="20" w:type="dxa"/>
              <w:right w:w="20" w:type="dxa"/>
            </w:tcMar>
          </w:tcPr>
          <w:p>
            <w:pPr>
              <w:jc w:val="left"/>
            </w:pPr>
            <w:r>
              <w:rPr>
                <w:sz w:val="15"/>
              </w:rPr>
              <w:t>CÔNG TY TNHH MỘT THÀNH VIÊN GỖ HOÀNG HÙNG</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18</w:t>
            </w:r>
          </w:p>
        </w:tc>
        <w:tc>
          <w:tcPr>
            <w:tcW w:type="dxa" w:w="835"/>
            <w:shd w:fill="F9FBFB"/>
            <w:tcMar>
              <w:top w:w="35" w:type="dxa"/>
              <w:bottom w:w="35" w:type="dxa"/>
              <w:left w:w="20" w:type="dxa"/>
              <w:right w:w="20" w:type="dxa"/>
            </w:tcMar>
          </w:tcPr>
          <w:p>
            <w:pPr>
              <w:jc w:val="right"/>
            </w:pPr>
            <w:r>
              <w:rPr>
                <w:sz w:val="15"/>
              </w:rPr>
              <w:t>18</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12</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17</w:t>
            </w:r>
          </w:p>
        </w:tc>
        <w:tc>
          <w:tcPr>
            <w:tcW w:type="dxa" w:w="835"/>
            <w:shd w:fill="F9FBFB"/>
            <w:tcMar>
              <w:top w:w="35" w:type="dxa"/>
              <w:bottom w:w="35" w:type="dxa"/>
              <w:left w:w="20" w:type="dxa"/>
              <w:right w:w="20" w:type="dxa"/>
            </w:tcMar>
          </w:tcPr>
          <w:p>
            <w:pPr>
              <w:jc w:val="right"/>
            </w:pPr>
            <w:r>
              <w:rPr>
                <w:sz w:val="15"/>
              </w:rPr>
              <w:t>17</w:t>
            </w:r>
          </w:p>
        </w:tc>
        <w:tc>
          <w:tcPr>
            <w:tcW w:type="dxa" w:w="835"/>
            <w:shd w:fill="F9FBFB"/>
            <w:tcMar>
              <w:top w:w="35" w:type="dxa"/>
              <w:bottom w:w="35" w:type="dxa"/>
              <w:left w:w="20" w:type="dxa"/>
              <w:right w:w="20" w:type="dxa"/>
            </w:tcMar>
          </w:tcPr>
          <w:p>
            <w:pPr>
              <w:jc w:val="right"/>
            </w:pPr>
            <w:r>
              <w:rPr>
                <w:sz w:val="15"/>
              </w:rPr>
              <w:t>17</w:t>
            </w:r>
          </w:p>
        </w:tc>
        <w:tc>
          <w:tcPr>
            <w:tcW w:type="dxa" w:w="835"/>
            <w:shd w:fill="F9FBFB"/>
            <w:tcMar>
              <w:top w:w="35" w:type="dxa"/>
              <w:bottom w:w="35" w:type="dxa"/>
              <w:left w:w="20" w:type="dxa"/>
              <w:right w:w="20" w:type="dxa"/>
            </w:tcMar>
          </w:tcPr>
          <w:p>
            <w:pPr>
              <w:jc w:val="right"/>
            </w:pPr>
            <w:r>
              <w:rPr>
                <w:b/>
                <w:sz w:val="15"/>
              </w:rPr>
              <w:t>-</w:t>
            </w:r>
          </w:p>
        </w:tc>
        <w:tc>
          <w:tcPr>
            <w:tcW w:type="dxa" w:w="1224"/>
            <w:shd w:fill="F9FBFB"/>
            <w:tcMar>
              <w:top w:w="35" w:type="dxa"/>
              <w:bottom w:w="35" w:type="dxa"/>
              <w:left w:w="20" w:type="dxa"/>
              <w:right w:w="20" w:type="dxa"/>
            </w:tcMar>
          </w:tcPr>
          <w:p>
            <w:pPr>
              <w:jc w:val="right"/>
            </w:pPr>
            <w:r>
              <w:rPr>
                <w:color w:val="C0392B"/>
                <w:sz w:val="15"/>
              </w:rPr>
              <w:t>-17</w:t>
            </w:r>
          </w:p>
        </w:tc>
        <w:tc>
          <w:tcPr>
            <w:tcW w:type="dxa" w:w="1066"/>
            <w:shd w:fill="F9FBFB"/>
            <w:tcMar>
              <w:top w:w="35" w:type="dxa"/>
              <w:bottom w:w="35" w:type="dxa"/>
              <w:left w:w="20" w:type="dxa"/>
              <w:right w:w="20" w:type="dxa"/>
            </w:tcMar>
          </w:tcPr>
          <w:p>
            <w:pPr>
              <w:jc w:val="center"/>
            </w:pPr>
            <w:r>
              <w:rPr>
                <w:b/>
                <w:color w:val="C0392B"/>
                <w:sz w:val="15"/>
              </w:rPr>
              <w:t>-100.0%</w:t>
            </w:r>
          </w:p>
        </w:tc>
      </w:tr>
      <w:tr>
        <w:tc>
          <w:tcPr>
            <w:tcW w:type="dxa" w:w="504"/>
            <w:shd w:fill="FFFFFF"/>
            <w:tcMar>
              <w:top w:w="35" w:type="dxa"/>
              <w:bottom w:w="35" w:type="dxa"/>
              <w:left w:w="20" w:type="dxa"/>
              <w:right w:w="20" w:type="dxa"/>
            </w:tcMar>
          </w:tcPr>
          <w:p>
            <w:pPr>
              <w:jc w:val="center"/>
            </w:pPr>
            <w:r>
              <w:rPr>
                <w:sz w:val="15"/>
              </w:rPr>
              <w:t>97</w:t>
            </w:r>
          </w:p>
        </w:tc>
        <w:tc>
          <w:tcPr>
            <w:tcW w:type="dxa" w:w="936"/>
            <w:shd w:fill="FFFFFF"/>
            <w:tcMar>
              <w:top w:w="35" w:type="dxa"/>
              <w:bottom w:w="35" w:type="dxa"/>
              <w:left w:w="20" w:type="dxa"/>
              <w:right w:w="20" w:type="dxa"/>
            </w:tcMar>
          </w:tcPr>
          <w:p>
            <w:pPr>
              <w:jc w:val="left"/>
            </w:pPr>
            <w:r>
              <w:rPr>
                <w:sz w:val="15"/>
              </w:rPr>
              <w:t>KH1877</w:t>
            </w:r>
          </w:p>
        </w:tc>
        <w:tc>
          <w:tcPr>
            <w:tcW w:type="dxa" w:w="3024"/>
            <w:shd w:fill="FFFFFF"/>
            <w:tcMar>
              <w:top w:w="35" w:type="dxa"/>
              <w:bottom w:w="35" w:type="dxa"/>
              <w:left w:w="20" w:type="dxa"/>
              <w:right w:w="20" w:type="dxa"/>
            </w:tcMar>
          </w:tcPr>
          <w:p>
            <w:pPr>
              <w:jc w:val="left"/>
            </w:pPr>
            <w:r>
              <w:rPr>
                <w:sz w:val="15"/>
              </w:rPr>
              <w:t>CÔNG TY TNHH SẢN XUẤT THƯƠNG MẠI THIẾT KẾ XÂY DỰNG VĨNH TIẾN.</w:t>
            </w:r>
          </w:p>
        </w:tc>
        <w:tc>
          <w:tcPr>
            <w:tcW w:type="dxa" w:w="835"/>
            <w:shd w:fill="FFFFFF"/>
            <w:tcMar>
              <w:top w:w="35" w:type="dxa"/>
              <w:bottom w:w="35" w:type="dxa"/>
              <w:left w:w="20" w:type="dxa"/>
              <w:right w:w="20" w:type="dxa"/>
            </w:tcMar>
          </w:tcPr>
          <w:p>
            <w:pPr>
              <w:jc w:val="right"/>
            </w:pPr>
            <w:r>
              <w:rPr>
                <w:sz w:val="15"/>
              </w:rPr>
              <w:t>1</w:t>
            </w:r>
          </w:p>
        </w:tc>
        <w:tc>
          <w:tcPr>
            <w:tcW w:type="dxa" w:w="835"/>
            <w:shd w:fill="FFFFFF"/>
            <w:tcMar>
              <w:top w:w="35" w:type="dxa"/>
              <w:bottom w:w="35" w:type="dxa"/>
              <w:left w:w="20" w:type="dxa"/>
              <w:right w:w="20" w:type="dxa"/>
            </w:tcMar>
          </w:tcPr>
          <w:p>
            <w:pPr>
              <w:jc w:val="right"/>
            </w:pPr>
            <w:r>
              <w:rPr>
                <w:sz w:val="15"/>
              </w:rPr>
              <w:t>26</w:t>
            </w:r>
          </w:p>
        </w:tc>
        <w:tc>
          <w:tcPr>
            <w:tcW w:type="dxa" w:w="835"/>
            <w:shd w:fill="FFFFFF"/>
            <w:tcMar>
              <w:top w:w="35" w:type="dxa"/>
              <w:bottom w:w="35" w:type="dxa"/>
              <w:left w:w="20" w:type="dxa"/>
              <w:right w:w="20" w:type="dxa"/>
            </w:tcMar>
          </w:tcPr>
          <w:p>
            <w:pPr>
              <w:jc w:val="right"/>
            </w:pPr>
            <w:r>
              <w:rPr>
                <w:sz w:val="15"/>
              </w:rPr>
              <w:t>1</w:t>
            </w:r>
          </w:p>
        </w:tc>
        <w:tc>
          <w:tcPr>
            <w:tcW w:type="dxa" w:w="835"/>
            <w:shd w:fill="FFFFFF"/>
            <w:tcMar>
              <w:top w:w="35" w:type="dxa"/>
              <w:bottom w:w="35" w:type="dxa"/>
              <w:left w:w="20" w:type="dxa"/>
              <w:right w:w="20" w:type="dxa"/>
            </w:tcMar>
          </w:tcPr>
          <w:p>
            <w:pPr>
              <w:jc w:val="right"/>
            </w:pPr>
            <w:r>
              <w:rPr>
                <w:sz w:val="15"/>
              </w:rPr>
              <w:t>29</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11</w:t>
            </w:r>
          </w:p>
        </w:tc>
        <w:tc>
          <w:tcPr>
            <w:tcW w:type="dxa" w:w="835"/>
            <w:shd w:fill="FFFFFF"/>
            <w:tcMar>
              <w:top w:w="35" w:type="dxa"/>
              <w:bottom w:w="35" w:type="dxa"/>
              <w:left w:w="20" w:type="dxa"/>
              <w:right w:w="20" w:type="dxa"/>
            </w:tcMar>
          </w:tcPr>
          <w:p>
            <w:pPr>
              <w:jc w:val="right"/>
            </w:pPr>
            <w:r>
              <w:rPr>
                <w:sz w:val="15"/>
              </w:rPr>
              <w:t>36</w:t>
            </w:r>
          </w:p>
        </w:tc>
        <w:tc>
          <w:tcPr>
            <w:tcW w:type="dxa" w:w="835"/>
            <w:shd w:fill="FFFFFF"/>
            <w:tcMar>
              <w:top w:w="35" w:type="dxa"/>
              <w:bottom w:w="35" w:type="dxa"/>
              <w:left w:w="20" w:type="dxa"/>
              <w:right w:w="20" w:type="dxa"/>
            </w:tcMar>
          </w:tcPr>
          <w:p>
            <w:pPr>
              <w:jc w:val="right"/>
            </w:pPr>
            <w:r>
              <w:rPr>
                <w:sz w:val="15"/>
              </w:rPr>
              <w:t>11</w:t>
            </w:r>
          </w:p>
        </w:tc>
        <w:tc>
          <w:tcPr>
            <w:tcW w:type="dxa" w:w="835"/>
            <w:shd w:fill="FFFFFF"/>
            <w:tcMar>
              <w:top w:w="35" w:type="dxa"/>
              <w:bottom w:w="35" w:type="dxa"/>
              <w:left w:w="20" w:type="dxa"/>
              <w:right w:w="20" w:type="dxa"/>
            </w:tcMar>
          </w:tcPr>
          <w:p>
            <w:pPr>
              <w:jc w:val="right"/>
            </w:pPr>
            <w:r>
              <w:rPr>
                <w:sz w:val="15"/>
              </w:rPr>
              <w:t>17</w:t>
            </w:r>
          </w:p>
        </w:tc>
        <w:tc>
          <w:tcPr>
            <w:tcW w:type="dxa" w:w="835"/>
            <w:shd w:fill="FFFFFF"/>
            <w:tcMar>
              <w:top w:w="35" w:type="dxa"/>
              <w:bottom w:w="35" w:type="dxa"/>
              <w:left w:w="20" w:type="dxa"/>
              <w:right w:w="20" w:type="dxa"/>
            </w:tcMar>
          </w:tcPr>
          <w:p>
            <w:pPr>
              <w:jc w:val="right"/>
            </w:pPr>
            <w:r>
              <w:rPr>
                <w:b/>
                <w:sz w:val="15"/>
              </w:rPr>
              <w:t>-</w:t>
            </w:r>
          </w:p>
        </w:tc>
        <w:tc>
          <w:tcPr>
            <w:tcW w:type="dxa" w:w="1224"/>
            <w:shd w:fill="FFFFFF"/>
            <w:tcMar>
              <w:top w:w="35" w:type="dxa"/>
              <w:bottom w:w="35" w:type="dxa"/>
              <w:left w:w="20" w:type="dxa"/>
              <w:right w:w="20" w:type="dxa"/>
            </w:tcMar>
          </w:tcPr>
          <w:p>
            <w:pPr>
              <w:jc w:val="right"/>
            </w:pPr>
            <w:r>
              <w:rPr>
                <w:color w:val="C0392B"/>
                <w:sz w:val="15"/>
              </w:rPr>
              <w:t>-17</w:t>
            </w:r>
          </w:p>
        </w:tc>
        <w:tc>
          <w:tcPr>
            <w:tcW w:type="dxa" w:w="1066"/>
            <w:shd w:fill="FFFFFF"/>
            <w:tcMar>
              <w:top w:w="35" w:type="dxa"/>
              <w:bottom w:w="35" w:type="dxa"/>
              <w:left w:w="20" w:type="dxa"/>
              <w:right w:w="20" w:type="dxa"/>
            </w:tcMar>
          </w:tcPr>
          <w:p>
            <w:pPr>
              <w:jc w:val="center"/>
            </w:pPr>
            <w:r>
              <w:rPr>
                <w:b/>
                <w:color w:val="C0392B"/>
                <w:sz w:val="15"/>
              </w:rPr>
              <w:t>-100.0%</w:t>
            </w:r>
          </w:p>
        </w:tc>
      </w:tr>
      <w:tr>
        <w:tc>
          <w:tcPr>
            <w:tcW w:type="dxa" w:w="504"/>
            <w:shd w:fill="F9FBFB"/>
            <w:tcMar>
              <w:top w:w="35" w:type="dxa"/>
              <w:bottom w:w="35" w:type="dxa"/>
              <w:left w:w="20" w:type="dxa"/>
              <w:right w:w="20" w:type="dxa"/>
            </w:tcMar>
          </w:tcPr>
          <w:p>
            <w:pPr>
              <w:jc w:val="center"/>
            </w:pPr>
            <w:r>
              <w:rPr>
                <w:sz w:val="15"/>
              </w:rPr>
              <w:t>98</w:t>
            </w:r>
          </w:p>
        </w:tc>
        <w:tc>
          <w:tcPr>
            <w:tcW w:type="dxa" w:w="936"/>
            <w:shd w:fill="F9FBFB"/>
            <w:tcMar>
              <w:top w:w="35" w:type="dxa"/>
              <w:bottom w:w="35" w:type="dxa"/>
              <w:left w:w="20" w:type="dxa"/>
              <w:right w:w="20" w:type="dxa"/>
            </w:tcMar>
          </w:tcPr>
          <w:p>
            <w:pPr>
              <w:jc w:val="left"/>
            </w:pPr>
            <w:r>
              <w:rPr>
                <w:sz w:val="15"/>
              </w:rPr>
              <w:t>KH1782</w:t>
            </w:r>
          </w:p>
        </w:tc>
        <w:tc>
          <w:tcPr>
            <w:tcW w:type="dxa" w:w="3024"/>
            <w:shd w:fill="F9FBFB"/>
            <w:tcMar>
              <w:top w:w="35" w:type="dxa"/>
              <w:bottom w:w="35" w:type="dxa"/>
              <w:left w:w="20" w:type="dxa"/>
              <w:right w:w="20" w:type="dxa"/>
            </w:tcMar>
          </w:tcPr>
          <w:p>
            <w:pPr>
              <w:jc w:val="left"/>
            </w:pPr>
            <w:r>
              <w:rPr>
                <w:sz w:val="15"/>
              </w:rPr>
              <w:t>CÔNG TY TNHH DUY CƯỜNG ĐÀ LẠT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18</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16</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17</w:t>
            </w:r>
          </w:p>
        </w:tc>
        <w:tc>
          <w:tcPr>
            <w:tcW w:type="dxa" w:w="835"/>
            <w:shd w:fill="F9FBFB"/>
            <w:tcMar>
              <w:top w:w="35" w:type="dxa"/>
              <w:bottom w:w="35" w:type="dxa"/>
              <w:left w:w="20" w:type="dxa"/>
              <w:right w:w="20" w:type="dxa"/>
            </w:tcMar>
          </w:tcPr>
          <w:p>
            <w:pPr>
              <w:jc w:val="right"/>
            </w:pPr>
            <w:r>
              <w:rPr>
                <w:b/>
                <w:sz w:val="15"/>
              </w:rPr>
              <w:t>-</w:t>
            </w:r>
          </w:p>
        </w:tc>
        <w:tc>
          <w:tcPr>
            <w:tcW w:type="dxa" w:w="1224"/>
            <w:shd w:fill="F9FBFB"/>
            <w:tcMar>
              <w:top w:w="35" w:type="dxa"/>
              <w:bottom w:w="35" w:type="dxa"/>
              <w:left w:w="20" w:type="dxa"/>
              <w:right w:w="20" w:type="dxa"/>
            </w:tcMar>
          </w:tcPr>
          <w:p>
            <w:pPr>
              <w:jc w:val="right"/>
            </w:pPr>
            <w:r>
              <w:rPr>
                <w:color w:val="C0392B"/>
                <w:sz w:val="15"/>
              </w:rPr>
              <w:t>-17</w:t>
            </w:r>
          </w:p>
        </w:tc>
        <w:tc>
          <w:tcPr>
            <w:tcW w:type="dxa" w:w="1066"/>
            <w:shd w:fill="F9FBFB"/>
            <w:tcMar>
              <w:top w:w="35" w:type="dxa"/>
              <w:bottom w:w="35" w:type="dxa"/>
              <w:left w:w="20" w:type="dxa"/>
              <w:right w:w="20" w:type="dxa"/>
            </w:tcMar>
          </w:tcPr>
          <w:p>
            <w:pPr>
              <w:jc w:val="center"/>
            </w:pPr>
            <w:r>
              <w:rPr>
                <w:b/>
                <w:color w:val="C0392B"/>
                <w:sz w:val="15"/>
              </w:rPr>
              <w:t>-100.0%</w:t>
            </w:r>
          </w:p>
        </w:tc>
      </w:tr>
      <w:tr>
        <w:tc>
          <w:tcPr>
            <w:tcW w:type="dxa" w:w="504"/>
            <w:shd w:fill="FFFFFF"/>
            <w:tcMar>
              <w:top w:w="35" w:type="dxa"/>
              <w:bottom w:w="35" w:type="dxa"/>
              <w:left w:w="20" w:type="dxa"/>
              <w:right w:w="20" w:type="dxa"/>
            </w:tcMar>
          </w:tcPr>
          <w:p>
            <w:pPr>
              <w:jc w:val="center"/>
            </w:pPr>
            <w:r>
              <w:rPr>
                <w:sz w:val="15"/>
              </w:rPr>
              <w:t>99</w:t>
            </w:r>
          </w:p>
        </w:tc>
        <w:tc>
          <w:tcPr>
            <w:tcW w:type="dxa" w:w="936"/>
            <w:shd w:fill="FFFFFF"/>
            <w:tcMar>
              <w:top w:w="35" w:type="dxa"/>
              <w:bottom w:w="35" w:type="dxa"/>
              <w:left w:w="20" w:type="dxa"/>
              <w:right w:w="20" w:type="dxa"/>
            </w:tcMar>
          </w:tcPr>
          <w:p>
            <w:pPr>
              <w:jc w:val="left"/>
            </w:pPr>
            <w:r>
              <w:rPr>
                <w:sz w:val="15"/>
              </w:rPr>
              <w:t>KH0046</w:t>
            </w:r>
          </w:p>
        </w:tc>
        <w:tc>
          <w:tcPr>
            <w:tcW w:type="dxa" w:w="3024"/>
            <w:shd w:fill="FFFFFF"/>
            <w:tcMar>
              <w:top w:w="35" w:type="dxa"/>
              <w:bottom w:w="35" w:type="dxa"/>
              <w:left w:w="20" w:type="dxa"/>
              <w:right w:w="20" w:type="dxa"/>
            </w:tcMar>
          </w:tcPr>
          <w:p>
            <w:pPr>
              <w:jc w:val="left"/>
            </w:pPr>
            <w:r>
              <w:rPr>
                <w:sz w:val="15"/>
              </w:rPr>
              <w:t>CÔNG TY CỔ PHẦN CÔNG NGHIỆP GỖ TRƯỜNG THÀNH</w:t>
            </w:r>
          </w:p>
        </w:tc>
        <w:tc>
          <w:tcPr>
            <w:tcW w:type="dxa" w:w="835"/>
            <w:shd w:fill="FFFFFF"/>
            <w:tcMar>
              <w:top w:w="35" w:type="dxa"/>
              <w:bottom w:w="35" w:type="dxa"/>
              <w:left w:w="20" w:type="dxa"/>
              <w:right w:w="20" w:type="dxa"/>
            </w:tcMar>
          </w:tcPr>
          <w:p>
            <w:pPr>
              <w:jc w:val="right"/>
            </w:pPr>
            <w:r>
              <w:rPr>
                <w:sz w:val="15"/>
              </w:rPr>
              <w:t>53</w:t>
            </w:r>
          </w:p>
        </w:tc>
        <w:tc>
          <w:tcPr>
            <w:tcW w:type="dxa" w:w="835"/>
            <w:shd w:fill="FFFFFF"/>
            <w:tcMar>
              <w:top w:w="35" w:type="dxa"/>
              <w:bottom w:w="35" w:type="dxa"/>
              <w:left w:w="20" w:type="dxa"/>
              <w:right w:w="20" w:type="dxa"/>
            </w:tcMar>
          </w:tcPr>
          <w:p>
            <w:pPr>
              <w:jc w:val="right"/>
            </w:pPr>
            <w:r>
              <w:rPr>
                <w:sz w:val="15"/>
              </w:rPr>
              <w:t>22</w:t>
            </w:r>
          </w:p>
        </w:tc>
        <w:tc>
          <w:tcPr>
            <w:tcW w:type="dxa" w:w="835"/>
            <w:shd w:fill="FFFFFF"/>
            <w:tcMar>
              <w:top w:w="35" w:type="dxa"/>
              <w:bottom w:w="35" w:type="dxa"/>
              <w:left w:w="20" w:type="dxa"/>
              <w:right w:w="20" w:type="dxa"/>
            </w:tcMar>
          </w:tcPr>
          <w:p>
            <w:pPr>
              <w:jc w:val="right"/>
            </w:pPr>
            <w:r>
              <w:rPr>
                <w:sz w:val="15"/>
              </w:rPr>
              <w:t>15</w:t>
            </w:r>
          </w:p>
        </w:tc>
        <w:tc>
          <w:tcPr>
            <w:tcW w:type="dxa" w:w="835"/>
            <w:shd w:fill="FFFFFF"/>
            <w:tcMar>
              <w:top w:w="35" w:type="dxa"/>
              <w:bottom w:w="35" w:type="dxa"/>
              <w:left w:w="20" w:type="dxa"/>
              <w:right w:w="20" w:type="dxa"/>
            </w:tcMar>
          </w:tcPr>
          <w:p>
            <w:pPr>
              <w:jc w:val="right"/>
            </w:pPr>
            <w:r>
              <w:rPr>
                <w:sz w:val="15"/>
              </w:rPr>
              <w:t>23</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31</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11</w:t>
            </w:r>
          </w:p>
        </w:tc>
        <w:tc>
          <w:tcPr>
            <w:tcW w:type="dxa" w:w="835"/>
            <w:shd w:fill="FFFFFF"/>
            <w:tcMar>
              <w:top w:w="35" w:type="dxa"/>
              <w:bottom w:w="35" w:type="dxa"/>
              <w:left w:w="20" w:type="dxa"/>
              <w:right w:w="20" w:type="dxa"/>
            </w:tcMar>
          </w:tcPr>
          <w:p>
            <w:pPr>
              <w:jc w:val="right"/>
            </w:pPr>
            <w:r>
              <w:rPr>
                <w:sz w:val="15"/>
              </w:rPr>
              <w:t>16</w:t>
            </w:r>
          </w:p>
        </w:tc>
        <w:tc>
          <w:tcPr>
            <w:tcW w:type="dxa" w:w="835"/>
            <w:shd w:fill="FFFFFF"/>
            <w:tcMar>
              <w:top w:w="35" w:type="dxa"/>
              <w:bottom w:w="35" w:type="dxa"/>
              <w:left w:w="20" w:type="dxa"/>
              <w:right w:w="20" w:type="dxa"/>
            </w:tcMar>
          </w:tcPr>
          <w:p>
            <w:pPr>
              <w:jc w:val="right"/>
            </w:pPr>
            <w:r>
              <w:rPr>
                <w:b/>
                <w:sz w:val="15"/>
              </w:rPr>
              <w:t>75</w:t>
            </w:r>
          </w:p>
        </w:tc>
        <w:tc>
          <w:tcPr>
            <w:tcW w:type="dxa" w:w="1224"/>
            <w:shd w:fill="FFFFFF"/>
            <w:tcMar>
              <w:top w:w="35" w:type="dxa"/>
              <w:bottom w:w="35" w:type="dxa"/>
              <w:left w:w="20" w:type="dxa"/>
              <w:right w:w="20" w:type="dxa"/>
            </w:tcMar>
          </w:tcPr>
          <w:p>
            <w:pPr>
              <w:jc w:val="right"/>
            </w:pPr>
            <w:r>
              <w:rPr>
                <w:color w:val="27AE60"/>
                <w:sz w:val="15"/>
              </w:rPr>
              <w:t>+59</w:t>
            </w:r>
          </w:p>
        </w:tc>
        <w:tc>
          <w:tcPr>
            <w:tcW w:type="dxa" w:w="1066"/>
            <w:shd w:fill="FFFFFF"/>
            <w:tcMar>
              <w:top w:w="35" w:type="dxa"/>
              <w:bottom w:w="35" w:type="dxa"/>
              <w:left w:w="20" w:type="dxa"/>
              <w:right w:w="20" w:type="dxa"/>
            </w:tcMar>
          </w:tcPr>
          <w:p>
            <w:pPr>
              <w:jc w:val="center"/>
            </w:pPr>
            <w:r>
              <w:rPr>
                <w:b/>
                <w:color w:val="27AE60"/>
                <w:sz w:val="15"/>
              </w:rPr>
              <w:t>+368.8%</w:t>
            </w:r>
          </w:p>
        </w:tc>
      </w:tr>
      <w:tr>
        <w:tc>
          <w:tcPr>
            <w:tcW w:type="dxa" w:w="504"/>
            <w:shd w:fill="F9FBFB"/>
            <w:tcMar>
              <w:top w:w="35" w:type="dxa"/>
              <w:bottom w:w="35" w:type="dxa"/>
              <w:left w:w="20" w:type="dxa"/>
              <w:right w:w="20" w:type="dxa"/>
            </w:tcMar>
          </w:tcPr>
          <w:p>
            <w:pPr>
              <w:jc w:val="center"/>
            </w:pPr>
            <w:r>
              <w:rPr>
                <w:sz w:val="15"/>
              </w:rPr>
              <w:t>100</w:t>
            </w:r>
          </w:p>
        </w:tc>
        <w:tc>
          <w:tcPr>
            <w:tcW w:type="dxa" w:w="936"/>
            <w:shd w:fill="F9FBFB"/>
            <w:tcMar>
              <w:top w:w="35" w:type="dxa"/>
              <w:bottom w:w="35" w:type="dxa"/>
              <w:left w:w="20" w:type="dxa"/>
              <w:right w:w="20" w:type="dxa"/>
            </w:tcMar>
          </w:tcPr>
          <w:p>
            <w:pPr>
              <w:jc w:val="left"/>
            </w:pPr>
            <w:r>
              <w:rPr>
                <w:sz w:val="15"/>
              </w:rPr>
              <w:t>KH1120</w:t>
            </w:r>
          </w:p>
        </w:tc>
        <w:tc>
          <w:tcPr>
            <w:tcW w:type="dxa" w:w="3024"/>
            <w:shd w:fill="F9FBFB"/>
            <w:tcMar>
              <w:top w:w="35" w:type="dxa"/>
              <w:bottom w:w="35" w:type="dxa"/>
              <w:left w:w="20" w:type="dxa"/>
              <w:right w:w="20" w:type="dxa"/>
            </w:tcMar>
          </w:tcPr>
          <w:p>
            <w:pPr>
              <w:jc w:val="left"/>
            </w:pPr>
            <w:r>
              <w:rPr>
                <w:sz w:val="15"/>
              </w:rPr>
              <w:t>CÔNG TY CỔ PHẦN KIM TÍN GỖ XANH</w:t>
            </w:r>
          </w:p>
        </w:tc>
        <w:tc>
          <w:tcPr>
            <w:tcW w:type="dxa" w:w="835"/>
            <w:shd w:fill="F9FBFB"/>
            <w:tcMar>
              <w:top w:w="35" w:type="dxa"/>
              <w:bottom w:w="35" w:type="dxa"/>
              <w:left w:w="20" w:type="dxa"/>
              <w:right w:w="20" w:type="dxa"/>
            </w:tcMar>
          </w:tcPr>
          <w:p>
            <w:pPr>
              <w:jc w:val="right"/>
            </w:pPr>
            <w:r>
              <w:rPr>
                <w:sz w:val="15"/>
              </w:rPr>
              <w:t>19</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5</w:t>
            </w:r>
          </w:p>
        </w:tc>
        <w:tc>
          <w:tcPr>
            <w:tcW w:type="dxa" w:w="835"/>
            <w:shd w:fill="F9FBFB"/>
            <w:tcMar>
              <w:top w:w="35" w:type="dxa"/>
              <w:bottom w:w="35" w:type="dxa"/>
              <w:left w:w="20" w:type="dxa"/>
              <w:right w:w="20" w:type="dxa"/>
            </w:tcMar>
          </w:tcPr>
          <w:p>
            <w:pPr>
              <w:jc w:val="right"/>
            </w:pPr>
            <w:r>
              <w:rPr>
                <w:sz w:val="15"/>
              </w:rPr>
              <w:t>33</w:t>
            </w:r>
          </w:p>
        </w:tc>
        <w:tc>
          <w:tcPr>
            <w:tcW w:type="dxa" w:w="835"/>
            <w:shd w:fill="F9FBFB"/>
            <w:tcMar>
              <w:top w:w="35" w:type="dxa"/>
              <w:bottom w:w="35" w:type="dxa"/>
              <w:left w:w="20" w:type="dxa"/>
              <w:right w:w="20" w:type="dxa"/>
            </w:tcMar>
          </w:tcPr>
          <w:p>
            <w:pPr>
              <w:jc w:val="right"/>
            </w:pPr>
            <w:r>
              <w:rPr>
                <w:sz w:val="15"/>
              </w:rPr>
              <w:t>3</w:t>
            </w:r>
          </w:p>
        </w:tc>
        <w:tc>
          <w:tcPr>
            <w:tcW w:type="dxa" w:w="835"/>
            <w:shd w:fill="F9FBFB"/>
            <w:tcMar>
              <w:top w:w="35" w:type="dxa"/>
              <w:bottom w:w="35" w:type="dxa"/>
              <w:left w:w="20" w:type="dxa"/>
              <w:right w:w="20" w:type="dxa"/>
            </w:tcMar>
          </w:tcPr>
          <w:p>
            <w:pPr>
              <w:jc w:val="right"/>
            </w:pPr>
            <w:r>
              <w:rPr>
                <w:sz w:val="15"/>
              </w:rPr>
              <w:t>8</w:t>
            </w:r>
          </w:p>
        </w:tc>
        <w:tc>
          <w:tcPr>
            <w:tcW w:type="dxa" w:w="835"/>
            <w:shd w:fill="F9FBFB"/>
            <w:tcMar>
              <w:top w:w="35" w:type="dxa"/>
              <w:bottom w:w="35" w:type="dxa"/>
              <w:left w:w="20" w:type="dxa"/>
              <w:right w:w="20" w:type="dxa"/>
            </w:tcMar>
          </w:tcPr>
          <w:p>
            <w:pPr>
              <w:jc w:val="right"/>
            </w:pPr>
            <w:r>
              <w:rPr>
                <w:sz w:val="15"/>
              </w:rPr>
              <w:t>45</w:t>
            </w:r>
          </w:p>
        </w:tc>
        <w:tc>
          <w:tcPr>
            <w:tcW w:type="dxa" w:w="835"/>
            <w:shd w:fill="F9FBFB"/>
            <w:tcMar>
              <w:top w:w="35" w:type="dxa"/>
              <w:bottom w:w="35" w:type="dxa"/>
              <w:left w:w="20" w:type="dxa"/>
              <w:right w:w="20" w:type="dxa"/>
            </w:tcMar>
          </w:tcPr>
          <w:p>
            <w:pPr>
              <w:jc w:val="right"/>
            </w:pPr>
            <w:r>
              <w:rPr>
                <w:sz w:val="15"/>
              </w:rPr>
              <w:t>2</w:t>
            </w:r>
          </w:p>
        </w:tc>
        <w:tc>
          <w:tcPr>
            <w:tcW w:type="dxa" w:w="835"/>
            <w:shd w:fill="F9FBFB"/>
            <w:tcMar>
              <w:top w:w="35" w:type="dxa"/>
              <w:bottom w:w="35" w:type="dxa"/>
              <w:left w:w="20" w:type="dxa"/>
              <w:right w:w="20" w:type="dxa"/>
            </w:tcMar>
          </w:tcPr>
          <w:p>
            <w:pPr>
              <w:jc w:val="right"/>
            </w:pPr>
            <w:r>
              <w:rPr>
                <w:sz w:val="15"/>
              </w:rPr>
              <w:t>16</w:t>
            </w:r>
          </w:p>
        </w:tc>
        <w:tc>
          <w:tcPr>
            <w:tcW w:type="dxa" w:w="835"/>
            <w:shd w:fill="F9FBFB"/>
            <w:tcMar>
              <w:top w:w="35" w:type="dxa"/>
              <w:bottom w:w="35" w:type="dxa"/>
              <w:left w:w="20" w:type="dxa"/>
              <w:right w:w="20" w:type="dxa"/>
            </w:tcMar>
          </w:tcPr>
          <w:p>
            <w:pPr>
              <w:jc w:val="right"/>
            </w:pPr>
            <w:r>
              <w:rPr>
                <w:b/>
                <w:sz w:val="15"/>
              </w:rPr>
              <w:t>-</w:t>
            </w:r>
          </w:p>
        </w:tc>
        <w:tc>
          <w:tcPr>
            <w:tcW w:type="dxa" w:w="1224"/>
            <w:shd w:fill="F9FBFB"/>
            <w:tcMar>
              <w:top w:w="35" w:type="dxa"/>
              <w:bottom w:w="35" w:type="dxa"/>
              <w:left w:w="20" w:type="dxa"/>
              <w:right w:w="20" w:type="dxa"/>
            </w:tcMar>
          </w:tcPr>
          <w:p>
            <w:pPr>
              <w:jc w:val="right"/>
            </w:pPr>
            <w:r>
              <w:rPr>
                <w:color w:val="C0392B"/>
                <w:sz w:val="15"/>
              </w:rPr>
              <w:t>-16</w:t>
            </w:r>
          </w:p>
        </w:tc>
        <w:tc>
          <w:tcPr>
            <w:tcW w:type="dxa" w:w="1066"/>
            <w:shd w:fill="F9FBFB"/>
            <w:tcMar>
              <w:top w:w="35" w:type="dxa"/>
              <w:bottom w:w="35" w:type="dxa"/>
              <w:left w:w="20" w:type="dxa"/>
              <w:right w:w="20" w:type="dxa"/>
            </w:tcMar>
          </w:tcPr>
          <w:p>
            <w:pPr>
              <w:jc w:val="center"/>
            </w:pPr>
            <w:r>
              <w:rPr>
                <w:b/>
                <w:color w:val="C0392B"/>
                <w:sz w:val="15"/>
              </w:rPr>
              <w:t>-100.0%</w:t>
            </w:r>
          </w:p>
        </w:tc>
      </w:tr>
      <w:tr>
        <w:tc>
          <w:tcPr>
            <w:tcW w:type="dxa" w:w="504"/>
            <w:shd w:fill="FFFFFF"/>
            <w:tcMar>
              <w:top w:w="35" w:type="dxa"/>
              <w:bottom w:w="35" w:type="dxa"/>
              <w:left w:w="20" w:type="dxa"/>
              <w:right w:w="20" w:type="dxa"/>
            </w:tcMar>
          </w:tcPr>
          <w:p>
            <w:pPr>
              <w:jc w:val="center"/>
            </w:pPr>
            <w:r>
              <w:rPr>
                <w:sz w:val="15"/>
              </w:rPr>
              <w:t>101</w:t>
            </w:r>
          </w:p>
        </w:tc>
        <w:tc>
          <w:tcPr>
            <w:tcW w:type="dxa" w:w="936"/>
            <w:shd w:fill="FFFFFF"/>
            <w:tcMar>
              <w:top w:w="35" w:type="dxa"/>
              <w:bottom w:w="35" w:type="dxa"/>
              <w:left w:w="20" w:type="dxa"/>
              <w:right w:w="20" w:type="dxa"/>
            </w:tcMar>
          </w:tcPr>
          <w:p>
            <w:pPr>
              <w:jc w:val="left"/>
            </w:pPr>
            <w:r>
              <w:rPr>
                <w:sz w:val="15"/>
              </w:rPr>
              <w:t>KH0512</w:t>
            </w:r>
          </w:p>
        </w:tc>
        <w:tc>
          <w:tcPr>
            <w:tcW w:type="dxa" w:w="3024"/>
            <w:shd w:fill="FFFFFF"/>
            <w:tcMar>
              <w:top w:w="35" w:type="dxa"/>
              <w:bottom w:w="35" w:type="dxa"/>
              <w:left w:w="20" w:type="dxa"/>
              <w:right w:w="20" w:type="dxa"/>
            </w:tcMar>
          </w:tcPr>
          <w:p>
            <w:pPr>
              <w:jc w:val="left"/>
            </w:pPr>
            <w:r>
              <w:rPr>
                <w:sz w:val="15"/>
              </w:rPr>
              <w:t>CÔNG TY TNHH SẢN XUẤT VÀ THƯƠNG MẠI SAO VÀNG</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3</w:t>
            </w:r>
          </w:p>
        </w:tc>
        <w:tc>
          <w:tcPr>
            <w:tcW w:type="dxa" w:w="835"/>
            <w:shd w:fill="FFFFFF"/>
            <w:tcMar>
              <w:top w:w="35" w:type="dxa"/>
              <w:bottom w:w="35" w:type="dxa"/>
              <w:left w:w="20" w:type="dxa"/>
              <w:right w:w="20" w:type="dxa"/>
            </w:tcMar>
          </w:tcPr>
          <w:p>
            <w:pPr>
              <w:jc w:val="right"/>
            </w:pPr>
            <w:r>
              <w:rPr>
                <w:sz w:val="15"/>
              </w:rPr>
              <w:t>6</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14</w:t>
            </w:r>
          </w:p>
        </w:tc>
        <w:tc>
          <w:tcPr>
            <w:tcW w:type="dxa" w:w="835"/>
            <w:shd w:fill="FFFFFF"/>
            <w:tcMar>
              <w:top w:w="35" w:type="dxa"/>
              <w:bottom w:w="35" w:type="dxa"/>
              <w:left w:w="20" w:type="dxa"/>
              <w:right w:w="20" w:type="dxa"/>
            </w:tcMar>
          </w:tcPr>
          <w:p>
            <w:pPr>
              <w:jc w:val="right"/>
            </w:pPr>
            <w:r>
              <w:rPr>
                <w:sz w:val="15"/>
              </w:rPr>
              <w:t>11</w:t>
            </w:r>
          </w:p>
        </w:tc>
        <w:tc>
          <w:tcPr>
            <w:tcW w:type="dxa" w:w="835"/>
            <w:shd w:fill="FFFFFF"/>
            <w:tcMar>
              <w:top w:w="35" w:type="dxa"/>
              <w:bottom w:w="35" w:type="dxa"/>
              <w:left w:w="20" w:type="dxa"/>
              <w:right w:w="20" w:type="dxa"/>
            </w:tcMar>
          </w:tcPr>
          <w:p>
            <w:pPr>
              <w:jc w:val="right"/>
            </w:pPr>
            <w:r>
              <w:rPr>
                <w:b/>
                <w:sz w:val="15"/>
              </w:rPr>
              <w:t>199</w:t>
            </w:r>
          </w:p>
        </w:tc>
        <w:tc>
          <w:tcPr>
            <w:tcW w:type="dxa" w:w="1224"/>
            <w:shd w:fill="FFFFFF"/>
            <w:tcMar>
              <w:top w:w="35" w:type="dxa"/>
              <w:bottom w:w="35" w:type="dxa"/>
              <w:left w:w="20" w:type="dxa"/>
              <w:right w:w="20" w:type="dxa"/>
            </w:tcMar>
          </w:tcPr>
          <w:p>
            <w:pPr>
              <w:jc w:val="right"/>
            </w:pPr>
            <w:r>
              <w:rPr>
                <w:color w:val="27AE60"/>
                <w:sz w:val="15"/>
              </w:rPr>
              <w:t>+188</w:t>
            </w:r>
          </w:p>
        </w:tc>
        <w:tc>
          <w:tcPr>
            <w:tcW w:type="dxa" w:w="1066"/>
            <w:shd w:fill="FFFFFF"/>
            <w:tcMar>
              <w:top w:w="35" w:type="dxa"/>
              <w:bottom w:w="35" w:type="dxa"/>
              <w:left w:w="20" w:type="dxa"/>
              <w:right w:w="20" w:type="dxa"/>
            </w:tcMar>
          </w:tcPr>
          <w:p>
            <w:pPr>
              <w:jc w:val="center"/>
            </w:pPr>
            <w:r>
              <w:rPr>
                <w:b/>
                <w:color w:val="27AE60"/>
                <w:sz w:val="15"/>
              </w:rPr>
              <w:t>+1709.1%</w:t>
            </w:r>
          </w:p>
        </w:tc>
      </w:tr>
      <w:tr>
        <w:tc>
          <w:tcPr>
            <w:tcW w:type="dxa" w:w="504"/>
            <w:shd w:fill="F9FBFB"/>
            <w:tcMar>
              <w:top w:w="35" w:type="dxa"/>
              <w:bottom w:w="35" w:type="dxa"/>
              <w:left w:w="20" w:type="dxa"/>
              <w:right w:w="20" w:type="dxa"/>
            </w:tcMar>
          </w:tcPr>
          <w:p>
            <w:pPr>
              <w:jc w:val="center"/>
            </w:pPr>
            <w:r>
              <w:rPr>
                <w:sz w:val="15"/>
              </w:rPr>
              <w:t>102</w:t>
            </w:r>
          </w:p>
        </w:tc>
        <w:tc>
          <w:tcPr>
            <w:tcW w:type="dxa" w:w="936"/>
            <w:shd w:fill="F9FBFB"/>
            <w:tcMar>
              <w:top w:w="35" w:type="dxa"/>
              <w:bottom w:w="35" w:type="dxa"/>
              <w:left w:w="20" w:type="dxa"/>
              <w:right w:w="20" w:type="dxa"/>
            </w:tcMar>
          </w:tcPr>
          <w:p>
            <w:pPr>
              <w:jc w:val="left"/>
            </w:pPr>
            <w:r>
              <w:rPr>
                <w:sz w:val="15"/>
              </w:rPr>
              <w:t>KH1995</w:t>
            </w:r>
          </w:p>
        </w:tc>
        <w:tc>
          <w:tcPr>
            <w:tcW w:type="dxa" w:w="3024"/>
            <w:shd w:fill="F9FBFB"/>
            <w:tcMar>
              <w:top w:w="35" w:type="dxa"/>
              <w:bottom w:w="35" w:type="dxa"/>
              <w:left w:w="20" w:type="dxa"/>
              <w:right w:w="20" w:type="dxa"/>
            </w:tcMar>
          </w:tcPr>
          <w:p>
            <w:pPr>
              <w:jc w:val="left"/>
            </w:pPr>
            <w:r>
              <w:rPr>
                <w:sz w:val="15"/>
              </w:rPr>
              <w:t>CÔNG TY TNHH THƯƠNG MẠI GIA LƯU</w:t>
            </w:r>
          </w:p>
        </w:tc>
        <w:tc>
          <w:tcPr>
            <w:tcW w:type="dxa" w:w="835"/>
            <w:shd w:fill="F9FBFB"/>
            <w:tcMar>
              <w:top w:w="35" w:type="dxa"/>
              <w:bottom w:w="35" w:type="dxa"/>
              <w:left w:w="20" w:type="dxa"/>
              <w:right w:w="20" w:type="dxa"/>
            </w:tcMar>
          </w:tcPr>
          <w:p>
            <w:pPr>
              <w:jc w:val="right"/>
            </w:pPr>
            <w:r>
              <w:rPr>
                <w:sz w:val="15"/>
              </w:rPr>
              <w:t>43</w:t>
            </w:r>
          </w:p>
        </w:tc>
        <w:tc>
          <w:tcPr>
            <w:tcW w:type="dxa" w:w="835"/>
            <w:shd w:fill="F9FBFB"/>
            <w:tcMar>
              <w:top w:w="35" w:type="dxa"/>
              <w:bottom w:w="35" w:type="dxa"/>
              <w:left w:w="20" w:type="dxa"/>
              <w:right w:w="20" w:type="dxa"/>
            </w:tcMar>
          </w:tcPr>
          <w:p>
            <w:pPr>
              <w:jc w:val="right"/>
            </w:pPr>
            <w:r>
              <w:rPr>
                <w:sz w:val="15"/>
              </w:rPr>
              <w:t>29</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26</w:t>
            </w:r>
          </w:p>
        </w:tc>
        <w:tc>
          <w:tcPr>
            <w:tcW w:type="dxa" w:w="835"/>
            <w:shd w:fill="F9FBFB"/>
            <w:tcMar>
              <w:top w:w="35" w:type="dxa"/>
              <w:bottom w:w="35" w:type="dxa"/>
              <w:left w:w="20" w:type="dxa"/>
              <w:right w:w="20" w:type="dxa"/>
            </w:tcMar>
          </w:tcPr>
          <w:p>
            <w:pPr>
              <w:jc w:val="right"/>
            </w:pPr>
            <w:r>
              <w:rPr>
                <w:sz w:val="15"/>
              </w:rPr>
              <w:t>13</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23</w:t>
            </w:r>
          </w:p>
        </w:tc>
        <w:tc>
          <w:tcPr>
            <w:tcW w:type="dxa" w:w="835"/>
            <w:shd w:fill="F9FBFB"/>
            <w:tcMar>
              <w:top w:w="35" w:type="dxa"/>
              <w:bottom w:w="35" w:type="dxa"/>
              <w:left w:w="20" w:type="dxa"/>
              <w:right w:w="20" w:type="dxa"/>
            </w:tcMar>
          </w:tcPr>
          <w:p>
            <w:pPr>
              <w:jc w:val="right"/>
            </w:pPr>
            <w:r>
              <w:rPr>
                <w:sz w:val="15"/>
              </w:rPr>
              <w:t>13</w:t>
            </w:r>
          </w:p>
        </w:tc>
        <w:tc>
          <w:tcPr>
            <w:tcW w:type="dxa" w:w="835"/>
            <w:shd w:fill="F9FBFB"/>
            <w:tcMar>
              <w:top w:w="35" w:type="dxa"/>
              <w:bottom w:w="35" w:type="dxa"/>
              <w:left w:w="20" w:type="dxa"/>
              <w:right w:w="20" w:type="dxa"/>
            </w:tcMar>
          </w:tcPr>
          <w:p>
            <w:pPr>
              <w:jc w:val="right"/>
            </w:pPr>
            <w:r>
              <w:rPr>
                <w:sz w:val="15"/>
              </w:rPr>
              <w:t>10</w:t>
            </w:r>
          </w:p>
        </w:tc>
        <w:tc>
          <w:tcPr>
            <w:tcW w:type="dxa" w:w="835"/>
            <w:shd w:fill="F9FBFB"/>
            <w:tcMar>
              <w:top w:w="35" w:type="dxa"/>
              <w:bottom w:w="35" w:type="dxa"/>
              <w:left w:w="20" w:type="dxa"/>
              <w:right w:w="20" w:type="dxa"/>
            </w:tcMar>
          </w:tcPr>
          <w:p>
            <w:pPr>
              <w:jc w:val="right"/>
            </w:pPr>
            <w:r>
              <w:rPr>
                <w:b/>
                <w:sz w:val="15"/>
              </w:rPr>
              <w:t>-</w:t>
            </w:r>
          </w:p>
        </w:tc>
        <w:tc>
          <w:tcPr>
            <w:tcW w:type="dxa" w:w="1224"/>
            <w:shd w:fill="F9FBFB"/>
            <w:tcMar>
              <w:top w:w="35" w:type="dxa"/>
              <w:bottom w:w="35" w:type="dxa"/>
              <w:left w:w="20" w:type="dxa"/>
              <w:right w:w="20" w:type="dxa"/>
            </w:tcMar>
          </w:tcPr>
          <w:p>
            <w:pPr>
              <w:jc w:val="right"/>
            </w:pPr>
            <w:r>
              <w:rPr>
                <w:color w:val="C0392B"/>
                <w:sz w:val="15"/>
              </w:rPr>
              <w:t>-10</w:t>
            </w:r>
          </w:p>
        </w:tc>
        <w:tc>
          <w:tcPr>
            <w:tcW w:type="dxa" w:w="1066"/>
            <w:shd w:fill="F9FBFB"/>
            <w:tcMar>
              <w:top w:w="35" w:type="dxa"/>
              <w:bottom w:w="35" w:type="dxa"/>
              <w:left w:w="20" w:type="dxa"/>
              <w:right w:w="20" w:type="dxa"/>
            </w:tcMar>
          </w:tcPr>
          <w:p>
            <w:pPr>
              <w:jc w:val="center"/>
            </w:pPr>
            <w:r>
              <w:rPr>
                <w:b/>
                <w:color w:val="C0392B"/>
                <w:sz w:val="15"/>
              </w:rPr>
              <w:t>-100.0%</w:t>
            </w:r>
          </w:p>
        </w:tc>
      </w:tr>
      <w:tr>
        <w:tc>
          <w:tcPr>
            <w:tcW w:type="dxa" w:w="504"/>
            <w:shd w:fill="FFFFFF"/>
            <w:tcMar>
              <w:top w:w="35" w:type="dxa"/>
              <w:bottom w:w="35" w:type="dxa"/>
              <w:left w:w="20" w:type="dxa"/>
              <w:right w:w="20" w:type="dxa"/>
            </w:tcMar>
          </w:tcPr>
          <w:p>
            <w:pPr>
              <w:jc w:val="center"/>
            </w:pPr>
            <w:r>
              <w:rPr>
                <w:sz w:val="15"/>
              </w:rPr>
              <w:t>103</w:t>
            </w:r>
          </w:p>
        </w:tc>
        <w:tc>
          <w:tcPr>
            <w:tcW w:type="dxa" w:w="936"/>
            <w:shd w:fill="FFFFFF"/>
            <w:tcMar>
              <w:top w:w="35" w:type="dxa"/>
              <w:bottom w:w="35" w:type="dxa"/>
              <w:left w:w="20" w:type="dxa"/>
              <w:right w:w="20" w:type="dxa"/>
            </w:tcMar>
          </w:tcPr>
          <w:p>
            <w:pPr>
              <w:jc w:val="left"/>
            </w:pPr>
            <w:r>
              <w:rPr>
                <w:sz w:val="15"/>
              </w:rPr>
              <w:t>KH0761</w:t>
            </w:r>
          </w:p>
        </w:tc>
        <w:tc>
          <w:tcPr>
            <w:tcW w:type="dxa" w:w="3024"/>
            <w:shd w:fill="FFFFFF"/>
            <w:tcMar>
              <w:top w:w="35" w:type="dxa"/>
              <w:bottom w:w="35" w:type="dxa"/>
              <w:left w:w="20" w:type="dxa"/>
              <w:right w:w="20" w:type="dxa"/>
            </w:tcMar>
          </w:tcPr>
          <w:p>
            <w:pPr>
              <w:jc w:val="left"/>
            </w:pPr>
            <w:r>
              <w:rPr>
                <w:sz w:val="15"/>
              </w:rPr>
              <w:t>CÔNG TY TNHH ĐINH HOÀNG GIA</w:t>
            </w:r>
          </w:p>
        </w:tc>
        <w:tc>
          <w:tcPr>
            <w:tcW w:type="dxa" w:w="835"/>
            <w:shd w:fill="FFFFFF"/>
            <w:tcMar>
              <w:top w:w="35" w:type="dxa"/>
              <w:bottom w:w="35" w:type="dxa"/>
              <w:left w:w="20" w:type="dxa"/>
              <w:right w:w="20" w:type="dxa"/>
            </w:tcMar>
          </w:tcPr>
          <w:p>
            <w:pPr>
              <w:jc w:val="right"/>
            </w:pPr>
            <w:r>
              <w:rPr>
                <w:sz w:val="15"/>
              </w:rPr>
              <w:t>2</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16</w:t>
            </w:r>
          </w:p>
        </w:tc>
        <w:tc>
          <w:tcPr>
            <w:tcW w:type="dxa" w:w="835"/>
            <w:shd w:fill="FFFFFF"/>
            <w:tcMar>
              <w:top w:w="35" w:type="dxa"/>
              <w:bottom w:w="35" w:type="dxa"/>
              <w:left w:w="20" w:type="dxa"/>
              <w:right w:w="20" w:type="dxa"/>
            </w:tcMar>
          </w:tcPr>
          <w:p>
            <w:pPr>
              <w:jc w:val="right"/>
            </w:pPr>
            <w:r>
              <w:rPr>
                <w:sz w:val="15"/>
              </w:rPr>
              <w:t>20</w:t>
            </w:r>
          </w:p>
        </w:tc>
        <w:tc>
          <w:tcPr>
            <w:tcW w:type="dxa" w:w="835"/>
            <w:shd w:fill="FFFFFF"/>
            <w:tcMar>
              <w:top w:w="35" w:type="dxa"/>
              <w:bottom w:w="35" w:type="dxa"/>
              <w:left w:w="20" w:type="dxa"/>
              <w:right w:w="20" w:type="dxa"/>
            </w:tcMar>
          </w:tcPr>
          <w:p>
            <w:pPr>
              <w:jc w:val="right"/>
            </w:pPr>
            <w:r>
              <w:rPr>
                <w:sz w:val="15"/>
              </w:rPr>
              <w:t>21</w:t>
            </w:r>
          </w:p>
        </w:tc>
        <w:tc>
          <w:tcPr>
            <w:tcW w:type="dxa" w:w="835"/>
            <w:shd w:fill="FFFFFF"/>
            <w:tcMar>
              <w:top w:w="35" w:type="dxa"/>
              <w:bottom w:w="35" w:type="dxa"/>
              <w:left w:w="20" w:type="dxa"/>
              <w:right w:w="20" w:type="dxa"/>
            </w:tcMar>
          </w:tcPr>
          <w:p>
            <w:pPr>
              <w:jc w:val="right"/>
            </w:pPr>
            <w:r>
              <w:rPr>
                <w:sz w:val="15"/>
              </w:rPr>
              <w:t>40</w:t>
            </w:r>
          </w:p>
        </w:tc>
        <w:tc>
          <w:tcPr>
            <w:tcW w:type="dxa" w:w="835"/>
            <w:shd w:fill="FFFFFF"/>
            <w:tcMar>
              <w:top w:w="35" w:type="dxa"/>
              <w:bottom w:w="35" w:type="dxa"/>
              <w:left w:w="20" w:type="dxa"/>
              <w:right w:w="20" w:type="dxa"/>
            </w:tcMar>
          </w:tcPr>
          <w:p>
            <w:pPr>
              <w:jc w:val="right"/>
            </w:pPr>
            <w:r>
              <w:rPr>
                <w:sz w:val="15"/>
              </w:rPr>
              <w:t>22</w:t>
            </w:r>
          </w:p>
        </w:tc>
        <w:tc>
          <w:tcPr>
            <w:tcW w:type="dxa" w:w="835"/>
            <w:shd w:fill="FFFFFF"/>
            <w:tcMar>
              <w:top w:w="35" w:type="dxa"/>
              <w:bottom w:w="35" w:type="dxa"/>
              <w:left w:w="20" w:type="dxa"/>
              <w:right w:w="20" w:type="dxa"/>
            </w:tcMar>
          </w:tcPr>
          <w:p>
            <w:pPr>
              <w:jc w:val="right"/>
            </w:pPr>
            <w:r>
              <w:rPr>
                <w:sz w:val="15"/>
              </w:rPr>
              <w:t>13</w:t>
            </w:r>
          </w:p>
        </w:tc>
        <w:tc>
          <w:tcPr>
            <w:tcW w:type="dxa" w:w="835"/>
            <w:shd w:fill="FFFFFF"/>
            <w:tcMar>
              <w:top w:w="35" w:type="dxa"/>
              <w:bottom w:w="35" w:type="dxa"/>
              <w:left w:w="20" w:type="dxa"/>
              <w:right w:w="20" w:type="dxa"/>
            </w:tcMar>
          </w:tcPr>
          <w:p>
            <w:pPr>
              <w:jc w:val="right"/>
            </w:pPr>
            <w:r>
              <w:rPr>
                <w:sz w:val="15"/>
              </w:rPr>
              <w:t>8</w:t>
            </w:r>
          </w:p>
        </w:tc>
        <w:tc>
          <w:tcPr>
            <w:tcW w:type="dxa" w:w="835"/>
            <w:shd w:fill="FFFFFF"/>
            <w:tcMar>
              <w:top w:w="35" w:type="dxa"/>
              <w:bottom w:w="35" w:type="dxa"/>
              <w:left w:w="20" w:type="dxa"/>
              <w:right w:w="20" w:type="dxa"/>
            </w:tcMar>
          </w:tcPr>
          <w:p>
            <w:pPr>
              <w:jc w:val="right"/>
            </w:pPr>
            <w:r>
              <w:rPr>
                <w:b/>
                <w:sz w:val="15"/>
              </w:rPr>
              <w:t>-</w:t>
            </w:r>
          </w:p>
        </w:tc>
        <w:tc>
          <w:tcPr>
            <w:tcW w:type="dxa" w:w="1224"/>
            <w:shd w:fill="FFFFFF"/>
            <w:tcMar>
              <w:top w:w="35" w:type="dxa"/>
              <w:bottom w:w="35" w:type="dxa"/>
              <w:left w:w="20" w:type="dxa"/>
              <w:right w:w="20" w:type="dxa"/>
            </w:tcMar>
          </w:tcPr>
          <w:p>
            <w:pPr>
              <w:jc w:val="right"/>
            </w:pPr>
            <w:r>
              <w:rPr>
                <w:color w:val="C0392B"/>
                <w:sz w:val="15"/>
              </w:rPr>
              <w:t>-8</w:t>
            </w:r>
          </w:p>
        </w:tc>
        <w:tc>
          <w:tcPr>
            <w:tcW w:type="dxa" w:w="1066"/>
            <w:shd w:fill="FFFFFF"/>
            <w:tcMar>
              <w:top w:w="35" w:type="dxa"/>
              <w:bottom w:w="35" w:type="dxa"/>
              <w:left w:w="20" w:type="dxa"/>
              <w:right w:w="20" w:type="dxa"/>
            </w:tcMar>
          </w:tcPr>
          <w:p>
            <w:pPr>
              <w:jc w:val="center"/>
            </w:pPr>
            <w:r>
              <w:rPr>
                <w:b/>
                <w:color w:val="C0392B"/>
                <w:sz w:val="15"/>
              </w:rPr>
              <w:t>-100.0%</w:t>
            </w:r>
          </w:p>
        </w:tc>
      </w:tr>
      <w:tr>
        <w:tc>
          <w:tcPr>
            <w:tcW w:type="dxa" w:w="504"/>
            <w:shd w:fill="F9FBFB"/>
            <w:tcMar>
              <w:top w:w="35" w:type="dxa"/>
              <w:bottom w:w="35" w:type="dxa"/>
              <w:left w:w="20" w:type="dxa"/>
              <w:right w:w="20" w:type="dxa"/>
            </w:tcMar>
          </w:tcPr>
          <w:p>
            <w:pPr>
              <w:jc w:val="center"/>
            </w:pPr>
            <w:r>
              <w:rPr>
                <w:sz w:val="15"/>
              </w:rPr>
              <w:t>104</w:t>
            </w:r>
          </w:p>
        </w:tc>
        <w:tc>
          <w:tcPr>
            <w:tcW w:type="dxa" w:w="936"/>
            <w:shd w:fill="F9FBFB"/>
            <w:tcMar>
              <w:top w:w="35" w:type="dxa"/>
              <w:bottom w:w="35" w:type="dxa"/>
              <w:left w:w="20" w:type="dxa"/>
              <w:right w:w="20" w:type="dxa"/>
            </w:tcMar>
          </w:tcPr>
          <w:p>
            <w:pPr>
              <w:jc w:val="left"/>
            </w:pPr>
            <w:r>
              <w:rPr>
                <w:sz w:val="15"/>
              </w:rPr>
              <w:t>KH2203</w:t>
            </w:r>
          </w:p>
        </w:tc>
        <w:tc>
          <w:tcPr>
            <w:tcW w:type="dxa" w:w="3024"/>
            <w:shd w:fill="F9FBFB"/>
            <w:tcMar>
              <w:top w:w="35" w:type="dxa"/>
              <w:bottom w:w="35" w:type="dxa"/>
              <w:left w:w="20" w:type="dxa"/>
              <w:right w:w="20" w:type="dxa"/>
            </w:tcMar>
          </w:tcPr>
          <w:p>
            <w:pPr>
              <w:jc w:val="left"/>
            </w:pPr>
            <w:r>
              <w:rPr>
                <w:sz w:val="15"/>
              </w:rPr>
              <w:t>CÔNG TY TNHH ASEAN FURNITURE</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7</w:t>
            </w:r>
          </w:p>
        </w:tc>
        <w:tc>
          <w:tcPr>
            <w:tcW w:type="dxa" w:w="835"/>
            <w:shd w:fill="F9FBFB"/>
            <w:tcMar>
              <w:top w:w="35" w:type="dxa"/>
              <w:bottom w:w="35" w:type="dxa"/>
              <w:left w:w="20" w:type="dxa"/>
              <w:right w:w="20" w:type="dxa"/>
            </w:tcMar>
          </w:tcPr>
          <w:p>
            <w:pPr>
              <w:jc w:val="right"/>
            </w:pPr>
            <w:r>
              <w:rPr>
                <w:b/>
                <w:sz w:val="15"/>
              </w:rPr>
              <w:t>-</w:t>
            </w:r>
          </w:p>
        </w:tc>
        <w:tc>
          <w:tcPr>
            <w:tcW w:type="dxa" w:w="1224"/>
            <w:shd w:fill="F9FBFB"/>
            <w:tcMar>
              <w:top w:w="35" w:type="dxa"/>
              <w:bottom w:w="35" w:type="dxa"/>
              <w:left w:w="20" w:type="dxa"/>
              <w:right w:w="20" w:type="dxa"/>
            </w:tcMar>
          </w:tcPr>
          <w:p>
            <w:pPr>
              <w:jc w:val="right"/>
            </w:pPr>
            <w:r>
              <w:rPr>
                <w:color w:val="C0392B"/>
                <w:sz w:val="15"/>
              </w:rPr>
              <w:t>-7</w:t>
            </w:r>
          </w:p>
        </w:tc>
        <w:tc>
          <w:tcPr>
            <w:tcW w:type="dxa" w:w="1066"/>
            <w:shd w:fill="F9FBFB"/>
            <w:tcMar>
              <w:top w:w="35" w:type="dxa"/>
              <w:bottom w:w="35" w:type="dxa"/>
              <w:left w:w="20" w:type="dxa"/>
              <w:right w:w="20" w:type="dxa"/>
            </w:tcMar>
          </w:tcPr>
          <w:p>
            <w:pPr>
              <w:jc w:val="center"/>
            </w:pPr>
            <w:r>
              <w:rPr>
                <w:b/>
                <w:color w:val="C0392B"/>
                <w:sz w:val="15"/>
              </w:rPr>
              <w:t>-100.0%</w:t>
            </w:r>
          </w:p>
        </w:tc>
      </w:tr>
      <w:tr>
        <w:tc>
          <w:tcPr>
            <w:tcW w:type="dxa" w:w="504"/>
            <w:shd w:fill="FFFFFF"/>
            <w:tcMar>
              <w:top w:w="35" w:type="dxa"/>
              <w:bottom w:w="35" w:type="dxa"/>
              <w:left w:w="20" w:type="dxa"/>
              <w:right w:w="20" w:type="dxa"/>
            </w:tcMar>
          </w:tcPr>
          <w:p>
            <w:pPr>
              <w:jc w:val="center"/>
            </w:pPr>
            <w:r>
              <w:rPr>
                <w:sz w:val="15"/>
              </w:rPr>
              <w:t>105</w:t>
            </w:r>
          </w:p>
        </w:tc>
        <w:tc>
          <w:tcPr>
            <w:tcW w:type="dxa" w:w="936"/>
            <w:shd w:fill="FFFFFF"/>
            <w:tcMar>
              <w:top w:w="35" w:type="dxa"/>
              <w:bottom w:w="35" w:type="dxa"/>
              <w:left w:w="20" w:type="dxa"/>
              <w:right w:w="20" w:type="dxa"/>
            </w:tcMar>
          </w:tcPr>
          <w:p>
            <w:pPr>
              <w:jc w:val="left"/>
            </w:pPr>
            <w:r>
              <w:rPr>
                <w:sz w:val="15"/>
              </w:rPr>
              <w:t>KH2186</w:t>
            </w:r>
          </w:p>
        </w:tc>
        <w:tc>
          <w:tcPr>
            <w:tcW w:type="dxa" w:w="3024"/>
            <w:shd w:fill="FFFFFF"/>
            <w:tcMar>
              <w:top w:w="35" w:type="dxa"/>
              <w:bottom w:w="35" w:type="dxa"/>
              <w:left w:w="20" w:type="dxa"/>
              <w:right w:w="20" w:type="dxa"/>
            </w:tcMar>
          </w:tcPr>
          <w:p>
            <w:pPr>
              <w:jc w:val="left"/>
            </w:pPr>
            <w:r>
              <w:rPr>
                <w:sz w:val="15"/>
              </w:rPr>
              <w:t>CÔNG TY TNHH SX &amp; TM KD ÁNH DƯƠNG XANH</w:t>
            </w:r>
          </w:p>
        </w:tc>
        <w:tc>
          <w:tcPr>
            <w:tcW w:type="dxa" w:w="835"/>
            <w:shd w:fill="FFFFFF"/>
            <w:tcMar>
              <w:top w:w="35" w:type="dxa"/>
              <w:bottom w:w="35" w:type="dxa"/>
              <w:left w:w="20" w:type="dxa"/>
              <w:right w:w="20" w:type="dxa"/>
            </w:tcMar>
          </w:tcPr>
          <w:p>
            <w:pPr>
              <w:jc w:val="right"/>
            </w:pPr>
            <w:r>
              <w:rPr>
                <w:sz w:val="15"/>
              </w:rPr>
              <w:t>5</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5</w:t>
            </w:r>
          </w:p>
        </w:tc>
        <w:tc>
          <w:tcPr>
            <w:tcW w:type="dxa" w:w="835"/>
            <w:shd w:fill="FFFFFF"/>
            <w:tcMar>
              <w:top w:w="35" w:type="dxa"/>
              <w:bottom w:w="35" w:type="dxa"/>
              <w:left w:w="20" w:type="dxa"/>
              <w:right w:w="20" w:type="dxa"/>
            </w:tcMar>
          </w:tcPr>
          <w:p>
            <w:pPr>
              <w:jc w:val="right"/>
            </w:pPr>
            <w:r>
              <w:rPr>
                <w:sz w:val="15"/>
              </w:rPr>
              <w:t>6</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6</w:t>
            </w:r>
          </w:p>
        </w:tc>
        <w:tc>
          <w:tcPr>
            <w:tcW w:type="dxa" w:w="835"/>
            <w:shd w:fill="FFFFFF"/>
            <w:tcMar>
              <w:top w:w="35" w:type="dxa"/>
              <w:bottom w:w="35" w:type="dxa"/>
              <w:left w:w="20" w:type="dxa"/>
              <w:right w:w="20" w:type="dxa"/>
            </w:tcMar>
          </w:tcPr>
          <w:p>
            <w:pPr>
              <w:jc w:val="right"/>
            </w:pPr>
            <w:r>
              <w:rPr>
                <w:b/>
                <w:sz w:val="15"/>
              </w:rPr>
              <w:t>-</w:t>
            </w:r>
          </w:p>
        </w:tc>
        <w:tc>
          <w:tcPr>
            <w:tcW w:type="dxa" w:w="1224"/>
            <w:shd w:fill="FFFFFF"/>
            <w:tcMar>
              <w:top w:w="35" w:type="dxa"/>
              <w:bottom w:w="35" w:type="dxa"/>
              <w:left w:w="20" w:type="dxa"/>
              <w:right w:w="20" w:type="dxa"/>
            </w:tcMar>
          </w:tcPr>
          <w:p>
            <w:pPr>
              <w:jc w:val="right"/>
            </w:pPr>
            <w:r>
              <w:rPr>
                <w:color w:val="C0392B"/>
                <w:sz w:val="15"/>
              </w:rPr>
              <w:t>-6</w:t>
            </w:r>
          </w:p>
        </w:tc>
        <w:tc>
          <w:tcPr>
            <w:tcW w:type="dxa" w:w="1066"/>
            <w:shd w:fill="FFFFFF"/>
            <w:tcMar>
              <w:top w:w="35" w:type="dxa"/>
              <w:bottom w:w="35" w:type="dxa"/>
              <w:left w:w="20" w:type="dxa"/>
              <w:right w:w="20" w:type="dxa"/>
            </w:tcMar>
          </w:tcPr>
          <w:p>
            <w:pPr>
              <w:jc w:val="center"/>
            </w:pPr>
            <w:r>
              <w:rPr>
                <w:b/>
                <w:color w:val="C0392B"/>
                <w:sz w:val="15"/>
              </w:rPr>
              <w:t>-100.0%</w:t>
            </w:r>
          </w:p>
        </w:tc>
      </w:tr>
      <w:tr>
        <w:tc>
          <w:tcPr>
            <w:tcW w:type="dxa" w:w="504"/>
            <w:shd w:fill="F9FBFB"/>
            <w:tcMar>
              <w:top w:w="35" w:type="dxa"/>
              <w:bottom w:w="35" w:type="dxa"/>
              <w:left w:w="20" w:type="dxa"/>
              <w:right w:w="20" w:type="dxa"/>
            </w:tcMar>
          </w:tcPr>
          <w:p>
            <w:pPr>
              <w:jc w:val="center"/>
            </w:pPr>
            <w:r>
              <w:rPr>
                <w:sz w:val="15"/>
              </w:rPr>
              <w:t>106</w:t>
            </w:r>
          </w:p>
        </w:tc>
        <w:tc>
          <w:tcPr>
            <w:tcW w:type="dxa" w:w="936"/>
            <w:shd w:fill="F9FBFB"/>
            <w:tcMar>
              <w:top w:w="35" w:type="dxa"/>
              <w:bottom w:w="35" w:type="dxa"/>
              <w:left w:w="20" w:type="dxa"/>
              <w:right w:w="20" w:type="dxa"/>
            </w:tcMar>
          </w:tcPr>
          <w:p>
            <w:pPr>
              <w:jc w:val="left"/>
            </w:pPr>
            <w:r>
              <w:rPr>
                <w:sz w:val="15"/>
              </w:rPr>
              <w:t>KH2093</w:t>
            </w:r>
          </w:p>
        </w:tc>
        <w:tc>
          <w:tcPr>
            <w:tcW w:type="dxa" w:w="3024"/>
            <w:shd w:fill="F9FBFB"/>
            <w:tcMar>
              <w:top w:w="35" w:type="dxa"/>
              <w:bottom w:w="35" w:type="dxa"/>
              <w:left w:w="20" w:type="dxa"/>
              <w:right w:w="20" w:type="dxa"/>
            </w:tcMar>
          </w:tcPr>
          <w:p>
            <w:pPr>
              <w:jc w:val="left"/>
            </w:pPr>
            <w:r>
              <w:rPr>
                <w:sz w:val="15"/>
              </w:rPr>
              <w:t>CÔNG TY TNHH SẢN XUẤT - THƯƠNG MẠI VÀ DỊCH VỤ TRẦN QUANG</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1</w:t>
            </w:r>
          </w:p>
        </w:tc>
        <w:tc>
          <w:tcPr>
            <w:tcW w:type="dxa" w:w="835"/>
            <w:shd w:fill="F9FBFB"/>
            <w:tcMar>
              <w:top w:w="35" w:type="dxa"/>
              <w:bottom w:w="35" w:type="dxa"/>
              <w:left w:w="20" w:type="dxa"/>
              <w:right w:w="20" w:type="dxa"/>
            </w:tcMar>
          </w:tcPr>
          <w:p>
            <w:pPr>
              <w:jc w:val="right"/>
            </w:pPr>
            <w:r>
              <w:rPr>
                <w:sz w:val="15"/>
              </w:rPr>
              <w:t>4</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3</w:t>
            </w:r>
          </w:p>
        </w:tc>
        <w:tc>
          <w:tcPr>
            <w:tcW w:type="dxa" w:w="835"/>
            <w:shd w:fill="F9FBFB"/>
            <w:tcMar>
              <w:top w:w="35" w:type="dxa"/>
              <w:bottom w:w="35" w:type="dxa"/>
              <w:left w:w="20" w:type="dxa"/>
              <w:right w:w="20" w:type="dxa"/>
            </w:tcMar>
          </w:tcPr>
          <w:p>
            <w:pPr>
              <w:jc w:val="right"/>
            </w:pPr>
            <w:r>
              <w:rPr>
                <w:sz w:val="15"/>
              </w:rPr>
              <w:t>2</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5</w:t>
            </w:r>
          </w:p>
        </w:tc>
        <w:tc>
          <w:tcPr>
            <w:tcW w:type="dxa" w:w="835"/>
            <w:shd w:fill="F9FBFB"/>
            <w:tcMar>
              <w:top w:w="35" w:type="dxa"/>
              <w:bottom w:w="35" w:type="dxa"/>
              <w:left w:w="20" w:type="dxa"/>
              <w:right w:w="20" w:type="dxa"/>
            </w:tcMar>
          </w:tcPr>
          <w:p>
            <w:pPr>
              <w:jc w:val="right"/>
            </w:pPr>
            <w:r>
              <w:rPr>
                <w:b/>
                <w:sz w:val="15"/>
              </w:rPr>
              <w:t>-</w:t>
            </w:r>
          </w:p>
        </w:tc>
        <w:tc>
          <w:tcPr>
            <w:tcW w:type="dxa" w:w="1224"/>
            <w:shd w:fill="F9FBFB"/>
            <w:tcMar>
              <w:top w:w="35" w:type="dxa"/>
              <w:bottom w:w="35" w:type="dxa"/>
              <w:left w:w="20" w:type="dxa"/>
              <w:right w:w="20" w:type="dxa"/>
            </w:tcMar>
          </w:tcPr>
          <w:p>
            <w:pPr>
              <w:jc w:val="right"/>
            </w:pPr>
            <w:r>
              <w:rPr>
                <w:color w:val="C0392B"/>
                <w:sz w:val="15"/>
              </w:rPr>
              <w:t>-5</w:t>
            </w:r>
          </w:p>
        </w:tc>
        <w:tc>
          <w:tcPr>
            <w:tcW w:type="dxa" w:w="1066"/>
            <w:shd w:fill="F9FBFB"/>
            <w:tcMar>
              <w:top w:w="35" w:type="dxa"/>
              <w:bottom w:w="35" w:type="dxa"/>
              <w:left w:w="20" w:type="dxa"/>
              <w:right w:w="20" w:type="dxa"/>
            </w:tcMar>
          </w:tcPr>
          <w:p>
            <w:pPr>
              <w:jc w:val="center"/>
            </w:pPr>
            <w:r>
              <w:rPr>
                <w:b/>
                <w:color w:val="C0392B"/>
                <w:sz w:val="15"/>
              </w:rPr>
              <w:t>-100.0%</w:t>
            </w:r>
          </w:p>
        </w:tc>
      </w:tr>
      <w:tr>
        <w:tc>
          <w:tcPr>
            <w:tcW w:type="dxa" w:w="504"/>
            <w:shd w:fill="FFFFFF"/>
            <w:tcMar>
              <w:top w:w="35" w:type="dxa"/>
              <w:bottom w:w="35" w:type="dxa"/>
              <w:left w:w="20" w:type="dxa"/>
              <w:right w:w="20" w:type="dxa"/>
            </w:tcMar>
          </w:tcPr>
          <w:p>
            <w:pPr>
              <w:jc w:val="center"/>
            </w:pPr>
            <w:r>
              <w:rPr>
                <w:sz w:val="15"/>
              </w:rPr>
              <w:t>107</w:t>
            </w:r>
          </w:p>
        </w:tc>
        <w:tc>
          <w:tcPr>
            <w:tcW w:type="dxa" w:w="936"/>
            <w:shd w:fill="FFFFFF"/>
            <w:tcMar>
              <w:top w:w="35" w:type="dxa"/>
              <w:bottom w:w="35" w:type="dxa"/>
              <w:left w:w="20" w:type="dxa"/>
              <w:right w:w="20" w:type="dxa"/>
            </w:tcMar>
          </w:tcPr>
          <w:p>
            <w:pPr>
              <w:jc w:val="left"/>
            </w:pPr>
            <w:r>
              <w:rPr>
                <w:sz w:val="15"/>
              </w:rPr>
              <w:t>KH2167</w:t>
            </w:r>
          </w:p>
        </w:tc>
        <w:tc>
          <w:tcPr>
            <w:tcW w:type="dxa" w:w="3024"/>
            <w:shd w:fill="FFFFFF"/>
            <w:tcMar>
              <w:top w:w="35" w:type="dxa"/>
              <w:bottom w:w="35" w:type="dxa"/>
              <w:left w:w="20" w:type="dxa"/>
              <w:right w:w="20" w:type="dxa"/>
            </w:tcMar>
          </w:tcPr>
          <w:p>
            <w:pPr>
              <w:jc w:val="left"/>
            </w:pPr>
            <w:r>
              <w:rPr>
                <w:sz w:val="15"/>
              </w:rPr>
              <w:t>CÔNG TY TNHH LQ INTERNATIONAL</w:t>
            </w:r>
          </w:p>
        </w:tc>
        <w:tc>
          <w:tcPr>
            <w:tcW w:type="dxa" w:w="835"/>
            <w:shd w:fill="FFFFFF"/>
            <w:tcMar>
              <w:top w:w="35" w:type="dxa"/>
              <w:bottom w:w="35" w:type="dxa"/>
              <w:left w:w="20" w:type="dxa"/>
              <w:right w:w="20" w:type="dxa"/>
            </w:tcMar>
          </w:tcPr>
          <w:p>
            <w:pPr>
              <w:jc w:val="right"/>
            </w:pPr>
            <w:r>
              <w:rPr>
                <w:sz w:val="15"/>
              </w:rPr>
              <w:t>3</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4</w:t>
            </w:r>
          </w:p>
        </w:tc>
        <w:tc>
          <w:tcPr>
            <w:tcW w:type="dxa" w:w="835"/>
            <w:shd w:fill="FFFFFF"/>
            <w:tcMar>
              <w:top w:w="35" w:type="dxa"/>
              <w:bottom w:w="35" w:type="dxa"/>
              <w:left w:w="20" w:type="dxa"/>
              <w:right w:w="20" w:type="dxa"/>
            </w:tcMar>
          </w:tcPr>
          <w:p>
            <w:pPr>
              <w:jc w:val="right"/>
            </w:pPr>
            <w:r>
              <w:rPr>
                <w:sz w:val="15"/>
              </w:rPr>
              <w:t>4</w:t>
            </w:r>
          </w:p>
        </w:tc>
        <w:tc>
          <w:tcPr>
            <w:tcW w:type="dxa" w:w="835"/>
            <w:shd w:fill="FFFFFF"/>
            <w:tcMar>
              <w:top w:w="35" w:type="dxa"/>
              <w:bottom w:w="35" w:type="dxa"/>
              <w:left w:w="20" w:type="dxa"/>
              <w:right w:w="20" w:type="dxa"/>
            </w:tcMar>
          </w:tcPr>
          <w:p>
            <w:pPr>
              <w:jc w:val="right"/>
            </w:pPr>
            <w:r>
              <w:rPr>
                <w:sz w:val="15"/>
              </w:rPr>
              <w:t>5</w:t>
            </w:r>
          </w:p>
        </w:tc>
        <w:tc>
          <w:tcPr>
            <w:tcW w:type="dxa" w:w="835"/>
            <w:shd w:fill="FFFFFF"/>
            <w:tcMar>
              <w:top w:w="35" w:type="dxa"/>
              <w:bottom w:w="35" w:type="dxa"/>
              <w:left w:w="20" w:type="dxa"/>
              <w:right w:w="20" w:type="dxa"/>
            </w:tcMar>
          </w:tcPr>
          <w:p>
            <w:pPr>
              <w:jc w:val="right"/>
            </w:pPr>
            <w:r>
              <w:rPr>
                <w:sz w:val="15"/>
              </w:rPr>
              <w:t>7</w:t>
            </w:r>
          </w:p>
        </w:tc>
        <w:tc>
          <w:tcPr>
            <w:tcW w:type="dxa" w:w="835"/>
            <w:shd w:fill="FFFFFF"/>
            <w:tcMar>
              <w:top w:w="35" w:type="dxa"/>
              <w:bottom w:w="35" w:type="dxa"/>
              <w:left w:w="20" w:type="dxa"/>
              <w:right w:w="20" w:type="dxa"/>
            </w:tcMar>
          </w:tcPr>
          <w:p>
            <w:pPr>
              <w:jc w:val="right"/>
            </w:pPr>
            <w:r>
              <w:rPr>
                <w:sz w:val="15"/>
              </w:rPr>
              <w:t>4</w:t>
            </w:r>
          </w:p>
        </w:tc>
        <w:tc>
          <w:tcPr>
            <w:tcW w:type="dxa" w:w="835"/>
            <w:shd w:fill="FFFFFF"/>
            <w:tcMar>
              <w:top w:w="35" w:type="dxa"/>
              <w:bottom w:w="35" w:type="dxa"/>
              <w:left w:w="20" w:type="dxa"/>
              <w:right w:w="20" w:type="dxa"/>
            </w:tcMar>
          </w:tcPr>
          <w:p>
            <w:pPr>
              <w:jc w:val="right"/>
            </w:pPr>
            <w:r>
              <w:rPr>
                <w:sz w:val="15"/>
              </w:rPr>
              <w:t>5</w:t>
            </w:r>
          </w:p>
        </w:tc>
        <w:tc>
          <w:tcPr>
            <w:tcW w:type="dxa" w:w="835"/>
            <w:shd w:fill="FFFFFF"/>
            <w:tcMar>
              <w:top w:w="35" w:type="dxa"/>
              <w:bottom w:w="35" w:type="dxa"/>
              <w:left w:w="20" w:type="dxa"/>
              <w:right w:w="20" w:type="dxa"/>
            </w:tcMar>
          </w:tcPr>
          <w:p>
            <w:pPr>
              <w:jc w:val="right"/>
            </w:pPr>
            <w:r>
              <w:rPr>
                <w:sz w:val="15"/>
              </w:rPr>
              <w:t>5</w:t>
            </w:r>
          </w:p>
        </w:tc>
        <w:tc>
          <w:tcPr>
            <w:tcW w:type="dxa" w:w="835"/>
            <w:shd w:fill="FFFFFF"/>
            <w:tcMar>
              <w:top w:w="35" w:type="dxa"/>
              <w:bottom w:w="35" w:type="dxa"/>
              <w:left w:w="20" w:type="dxa"/>
              <w:right w:w="20" w:type="dxa"/>
            </w:tcMar>
          </w:tcPr>
          <w:p>
            <w:pPr>
              <w:jc w:val="right"/>
            </w:pPr>
            <w:r>
              <w:rPr>
                <w:b/>
                <w:sz w:val="15"/>
              </w:rPr>
              <w:t>-</w:t>
            </w:r>
          </w:p>
        </w:tc>
        <w:tc>
          <w:tcPr>
            <w:tcW w:type="dxa" w:w="1224"/>
            <w:shd w:fill="FFFFFF"/>
            <w:tcMar>
              <w:top w:w="35" w:type="dxa"/>
              <w:bottom w:w="35" w:type="dxa"/>
              <w:left w:w="20" w:type="dxa"/>
              <w:right w:w="20" w:type="dxa"/>
            </w:tcMar>
          </w:tcPr>
          <w:p>
            <w:pPr>
              <w:jc w:val="right"/>
            </w:pPr>
            <w:r>
              <w:rPr>
                <w:color w:val="C0392B"/>
                <w:sz w:val="15"/>
              </w:rPr>
              <w:t>-5</w:t>
            </w:r>
          </w:p>
        </w:tc>
        <w:tc>
          <w:tcPr>
            <w:tcW w:type="dxa" w:w="1066"/>
            <w:shd w:fill="FFFFFF"/>
            <w:tcMar>
              <w:top w:w="35" w:type="dxa"/>
              <w:bottom w:w="35" w:type="dxa"/>
              <w:left w:w="20" w:type="dxa"/>
              <w:right w:w="20" w:type="dxa"/>
            </w:tcMar>
          </w:tcPr>
          <w:p>
            <w:pPr>
              <w:jc w:val="center"/>
            </w:pPr>
            <w:r>
              <w:rPr>
                <w:b/>
                <w:color w:val="C0392B"/>
                <w:sz w:val="15"/>
              </w:rPr>
              <w:t>-100.0%</w:t>
            </w:r>
          </w:p>
        </w:tc>
      </w:tr>
      <w:tr>
        <w:tc>
          <w:tcPr>
            <w:tcW w:type="dxa" w:w="504"/>
            <w:shd w:fill="F9FBFB"/>
            <w:tcMar>
              <w:top w:w="35" w:type="dxa"/>
              <w:bottom w:w="35" w:type="dxa"/>
              <w:left w:w="20" w:type="dxa"/>
              <w:right w:w="20" w:type="dxa"/>
            </w:tcMar>
          </w:tcPr>
          <w:p>
            <w:pPr>
              <w:jc w:val="center"/>
            </w:pPr>
            <w:r>
              <w:rPr>
                <w:sz w:val="15"/>
              </w:rPr>
              <w:t>108</w:t>
            </w:r>
          </w:p>
        </w:tc>
        <w:tc>
          <w:tcPr>
            <w:tcW w:type="dxa" w:w="936"/>
            <w:shd w:fill="F9FBFB"/>
            <w:tcMar>
              <w:top w:w="35" w:type="dxa"/>
              <w:bottom w:w="35" w:type="dxa"/>
              <w:left w:w="20" w:type="dxa"/>
              <w:right w:w="20" w:type="dxa"/>
            </w:tcMar>
          </w:tcPr>
          <w:p>
            <w:pPr>
              <w:jc w:val="left"/>
            </w:pPr>
            <w:r>
              <w:rPr>
                <w:sz w:val="15"/>
              </w:rPr>
              <w:t>KH0152</w:t>
            </w:r>
          </w:p>
        </w:tc>
        <w:tc>
          <w:tcPr>
            <w:tcW w:type="dxa" w:w="3024"/>
            <w:shd w:fill="F9FBFB"/>
            <w:tcMar>
              <w:top w:w="35" w:type="dxa"/>
              <w:bottom w:w="35" w:type="dxa"/>
              <w:left w:w="20" w:type="dxa"/>
              <w:right w:w="20" w:type="dxa"/>
            </w:tcMar>
          </w:tcPr>
          <w:p>
            <w:pPr>
              <w:jc w:val="left"/>
            </w:pPr>
            <w:r>
              <w:rPr>
                <w:sz w:val="15"/>
              </w:rPr>
              <w:t>CÔNG TY CỔ PHẦN SẢN XUẤT KINH DOANH XUẤT NHẬP KHẨU MINH TIẾN.</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1</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2</w:t>
            </w:r>
          </w:p>
        </w:tc>
        <w:tc>
          <w:tcPr>
            <w:tcW w:type="dxa" w:w="835"/>
            <w:shd w:fill="F9FBFB"/>
            <w:tcMar>
              <w:top w:w="35" w:type="dxa"/>
              <w:bottom w:w="35" w:type="dxa"/>
              <w:left w:w="20" w:type="dxa"/>
              <w:right w:w="20" w:type="dxa"/>
            </w:tcMar>
          </w:tcPr>
          <w:p>
            <w:pPr>
              <w:jc w:val="right"/>
            </w:pPr>
            <w:r>
              <w:rPr>
                <w:sz w:val="15"/>
              </w:rPr>
              <w:t>4</w:t>
            </w:r>
          </w:p>
        </w:tc>
        <w:tc>
          <w:tcPr>
            <w:tcW w:type="dxa" w:w="835"/>
            <w:shd w:fill="F9FBFB"/>
            <w:tcMar>
              <w:top w:w="35" w:type="dxa"/>
              <w:bottom w:w="35" w:type="dxa"/>
              <w:left w:w="20" w:type="dxa"/>
              <w:right w:w="20" w:type="dxa"/>
            </w:tcMar>
          </w:tcPr>
          <w:p>
            <w:pPr>
              <w:jc w:val="right"/>
            </w:pPr>
            <w:r>
              <w:rPr>
                <w:b/>
                <w:sz w:val="15"/>
              </w:rPr>
              <w:t>-</w:t>
            </w:r>
          </w:p>
        </w:tc>
        <w:tc>
          <w:tcPr>
            <w:tcW w:type="dxa" w:w="1224"/>
            <w:shd w:fill="F9FBFB"/>
            <w:tcMar>
              <w:top w:w="35" w:type="dxa"/>
              <w:bottom w:w="35" w:type="dxa"/>
              <w:left w:w="20" w:type="dxa"/>
              <w:right w:w="20" w:type="dxa"/>
            </w:tcMar>
          </w:tcPr>
          <w:p>
            <w:pPr>
              <w:jc w:val="right"/>
            </w:pPr>
            <w:r>
              <w:rPr>
                <w:color w:val="C0392B"/>
                <w:sz w:val="15"/>
              </w:rPr>
              <w:t>-4</w:t>
            </w:r>
          </w:p>
        </w:tc>
        <w:tc>
          <w:tcPr>
            <w:tcW w:type="dxa" w:w="1066"/>
            <w:shd w:fill="F9FBFB"/>
            <w:tcMar>
              <w:top w:w="35" w:type="dxa"/>
              <w:bottom w:w="35" w:type="dxa"/>
              <w:left w:w="20" w:type="dxa"/>
              <w:right w:w="20" w:type="dxa"/>
            </w:tcMar>
          </w:tcPr>
          <w:p>
            <w:pPr>
              <w:jc w:val="center"/>
            </w:pPr>
            <w:r>
              <w:rPr>
                <w:b/>
                <w:color w:val="C0392B"/>
                <w:sz w:val="15"/>
              </w:rPr>
              <w:t>-100.0%</w:t>
            </w:r>
          </w:p>
        </w:tc>
      </w:tr>
      <w:tr>
        <w:tc>
          <w:tcPr>
            <w:tcW w:type="dxa" w:w="504"/>
            <w:shd w:fill="FFFFFF"/>
            <w:tcMar>
              <w:top w:w="35" w:type="dxa"/>
              <w:bottom w:w="35" w:type="dxa"/>
              <w:left w:w="20" w:type="dxa"/>
              <w:right w:w="20" w:type="dxa"/>
            </w:tcMar>
          </w:tcPr>
          <w:p>
            <w:pPr>
              <w:jc w:val="center"/>
            </w:pPr>
            <w:r>
              <w:rPr>
                <w:sz w:val="15"/>
              </w:rPr>
              <w:t>109</w:t>
            </w:r>
          </w:p>
        </w:tc>
        <w:tc>
          <w:tcPr>
            <w:tcW w:type="dxa" w:w="936"/>
            <w:shd w:fill="FFFFFF"/>
            <w:tcMar>
              <w:top w:w="35" w:type="dxa"/>
              <w:bottom w:w="35" w:type="dxa"/>
              <w:left w:w="20" w:type="dxa"/>
              <w:right w:w="20" w:type="dxa"/>
            </w:tcMar>
          </w:tcPr>
          <w:p>
            <w:pPr>
              <w:jc w:val="left"/>
            </w:pPr>
            <w:r>
              <w:rPr>
                <w:sz w:val="15"/>
              </w:rPr>
              <w:t>KH0796</w:t>
            </w:r>
          </w:p>
        </w:tc>
        <w:tc>
          <w:tcPr>
            <w:tcW w:type="dxa" w:w="3024"/>
            <w:shd w:fill="FFFFFF"/>
            <w:tcMar>
              <w:top w:w="35" w:type="dxa"/>
              <w:bottom w:w="35" w:type="dxa"/>
              <w:left w:w="20" w:type="dxa"/>
              <w:right w:w="20" w:type="dxa"/>
            </w:tcMar>
          </w:tcPr>
          <w:p>
            <w:pPr>
              <w:jc w:val="left"/>
            </w:pPr>
            <w:r>
              <w:rPr>
                <w:sz w:val="15"/>
              </w:rPr>
              <w:t>CÔNG TY CỔ PHẦN CHẾ BIẾN GỖ XUẤT KHẨU ĐỒNG NAI</w:t>
            </w:r>
          </w:p>
        </w:tc>
        <w:tc>
          <w:tcPr>
            <w:tcW w:type="dxa" w:w="835"/>
            <w:shd w:fill="FFFFFF"/>
            <w:tcMar>
              <w:top w:w="35" w:type="dxa"/>
              <w:bottom w:w="35" w:type="dxa"/>
              <w:left w:w="20" w:type="dxa"/>
              <w:right w:w="20" w:type="dxa"/>
            </w:tcMar>
          </w:tcPr>
          <w:p>
            <w:pPr>
              <w:jc w:val="right"/>
            </w:pPr>
            <w:r>
              <w:rPr>
                <w:sz w:val="15"/>
              </w:rPr>
              <w:t>5</w:t>
            </w:r>
          </w:p>
        </w:tc>
        <w:tc>
          <w:tcPr>
            <w:tcW w:type="dxa" w:w="835"/>
            <w:shd w:fill="FFFFFF"/>
            <w:tcMar>
              <w:top w:w="35" w:type="dxa"/>
              <w:bottom w:w="35" w:type="dxa"/>
              <w:left w:w="20" w:type="dxa"/>
              <w:right w:w="20" w:type="dxa"/>
            </w:tcMar>
          </w:tcPr>
          <w:p>
            <w:pPr>
              <w:jc w:val="right"/>
            </w:pPr>
            <w:r>
              <w:rPr>
                <w:sz w:val="15"/>
              </w:rPr>
              <w:t>12</w:t>
            </w:r>
          </w:p>
        </w:tc>
        <w:tc>
          <w:tcPr>
            <w:tcW w:type="dxa" w:w="835"/>
            <w:shd w:fill="FFFFFF"/>
            <w:tcMar>
              <w:top w:w="35" w:type="dxa"/>
              <w:bottom w:w="35" w:type="dxa"/>
              <w:left w:w="20" w:type="dxa"/>
              <w:right w:w="20" w:type="dxa"/>
            </w:tcMar>
          </w:tcPr>
          <w:p>
            <w:pPr>
              <w:jc w:val="right"/>
            </w:pPr>
            <w:r>
              <w:rPr>
                <w:sz w:val="15"/>
              </w:rPr>
              <w:t>9</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13</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6</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4</w:t>
            </w:r>
          </w:p>
        </w:tc>
        <w:tc>
          <w:tcPr>
            <w:tcW w:type="dxa" w:w="835"/>
            <w:shd w:fill="FFFFFF"/>
            <w:tcMar>
              <w:top w:w="35" w:type="dxa"/>
              <w:bottom w:w="35" w:type="dxa"/>
              <w:left w:w="20" w:type="dxa"/>
              <w:right w:w="20" w:type="dxa"/>
            </w:tcMar>
          </w:tcPr>
          <w:p>
            <w:pPr>
              <w:jc w:val="right"/>
            </w:pPr>
            <w:r>
              <w:rPr>
                <w:b/>
                <w:sz w:val="15"/>
              </w:rPr>
              <w:t>90</w:t>
            </w:r>
          </w:p>
        </w:tc>
        <w:tc>
          <w:tcPr>
            <w:tcW w:type="dxa" w:w="1224"/>
            <w:shd w:fill="FFFFFF"/>
            <w:tcMar>
              <w:top w:w="35" w:type="dxa"/>
              <w:bottom w:w="35" w:type="dxa"/>
              <w:left w:w="20" w:type="dxa"/>
              <w:right w:w="20" w:type="dxa"/>
            </w:tcMar>
          </w:tcPr>
          <w:p>
            <w:pPr>
              <w:jc w:val="right"/>
            </w:pPr>
            <w:r>
              <w:rPr>
                <w:color w:val="27AE60"/>
                <w:sz w:val="15"/>
              </w:rPr>
              <w:t>+86</w:t>
            </w:r>
          </w:p>
        </w:tc>
        <w:tc>
          <w:tcPr>
            <w:tcW w:type="dxa" w:w="1066"/>
            <w:shd w:fill="FFFFFF"/>
            <w:tcMar>
              <w:top w:w="35" w:type="dxa"/>
              <w:bottom w:w="35" w:type="dxa"/>
              <w:left w:w="20" w:type="dxa"/>
              <w:right w:w="20" w:type="dxa"/>
            </w:tcMar>
          </w:tcPr>
          <w:p>
            <w:pPr>
              <w:jc w:val="center"/>
            </w:pPr>
            <w:r>
              <w:rPr>
                <w:b/>
                <w:color w:val="27AE60"/>
                <w:sz w:val="15"/>
              </w:rPr>
              <w:t>+2150.0%</w:t>
            </w:r>
          </w:p>
        </w:tc>
      </w:tr>
      <w:tr>
        <w:tc>
          <w:tcPr>
            <w:tcW w:type="dxa" w:w="504"/>
            <w:shd w:fill="F9FBFB"/>
            <w:tcMar>
              <w:top w:w="35" w:type="dxa"/>
              <w:bottom w:w="35" w:type="dxa"/>
              <w:left w:w="20" w:type="dxa"/>
              <w:right w:w="20" w:type="dxa"/>
            </w:tcMar>
          </w:tcPr>
          <w:p>
            <w:pPr>
              <w:jc w:val="center"/>
            </w:pPr>
            <w:r>
              <w:rPr>
                <w:sz w:val="15"/>
              </w:rPr>
              <w:t>110</w:t>
            </w:r>
          </w:p>
        </w:tc>
        <w:tc>
          <w:tcPr>
            <w:tcW w:type="dxa" w:w="936"/>
            <w:shd w:fill="F9FBFB"/>
            <w:tcMar>
              <w:top w:w="35" w:type="dxa"/>
              <w:bottom w:w="35" w:type="dxa"/>
              <w:left w:w="20" w:type="dxa"/>
              <w:right w:w="20" w:type="dxa"/>
            </w:tcMar>
          </w:tcPr>
          <w:p>
            <w:pPr>
              <w:jc w:val="left"/>
            </w:pPr>
            <w:r>
              <w:rPr>
                <w:sz w:val="15"/>
              </w:rPr>
              <w:t>KH0270</w:t>
            </w:r>
          </w:p>
        </w:tc>
        <w:tc>
          <w:tcPr>
            <w:tcW w:type="dxa" w:w="3024"/>
            <w:shd w:fill="F9FBFB"/>
            <w:tcMar>
              <w:top w:w="35" w:type="dxa"/>
              <w:bottom w:w="35" w:type="dxa"/>
              <w:left w:w="20" w:type="dxa"/>
              <w:right w:w="20" w:type="dxa"/>
            </w:tcMar>
          </w:tcPr>
          <w:p>
            <w:pPr>
              <w:jc w:val="left"/>
            </w:pPr>
            <w:r>
              <w:rPr>
                <w:sz w:val="15"/>
              </w:rPr>
              <w:t>CÔNG TY TNHH GỖ XUẤT KHẨU THÁI BÌNH</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3</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3</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3</w:t>
            </w:r>
          </w:p>
        </w:tc>
        <w:tc>
          <w:tcPr>
            <w:tcW w:type="dxa" w:w="835"/>
            <w:shd w:fill="F9FBFB"/>
            <w:tcMar>
              <w:top w:w="35" w:type="dxa"/>
              <w:bottom w:w="35" w:type="dxa"/>
              <w:left w:w="20" w:type="dxa"/>
              <w:right w:w="20" w:type="dxa"/>
            </w:tcMar>
          </w:tcPr>
          <w:p>
            <w:pPr>
              <w:jc w:val="right"/>
            </w:pPr>
            <w:r>
              <w:rPr>
                <w:b/>
                <w:sz w:val="15"/>
              </w:rPr>
              <w:t>-</w:t>
            </w:r>
          </w:p>
        </w:tc>
        <w:tc>
          <w:tcPr>
            <w:tcW w:type="dxa" w:w="1224"/>
            <w:shd w:fill="F9FBFB"/>
            <w:tcMar>
              <w:top w:w="35" w:type="dxa"/>
              <w:bottom w:w="35" w:type="dxa"/>
              <w:left w:w="20" w:type="dxa"/>
              <w:right w:w="20" w:type="dxa"/>
            </w:tcMar>
          </w:tcPr>
          <w:p>
            <w:pPr>
              <w:jc w:val="right"/>
            </w:pPr>
            <w:r>
              <w:rPr>
                <w:color w:val="C0392B"/>
                <w:sz w:val="15"/>
              </w:rPr>
              <w:t>-3</w:t>
            </w:r>
          </w:p>
        </w:tc>
        <w:tc>
          <w:tcPr>
            <w:tcW w:type="dxa" w:w="1066"/>
            <w:shd w:fill="F9FBFB"/>
            <w:tcMar>
              <w:top w:w="35" w:type="dxa"/>
              <w:bottom w:w="35" w:type="dxa"/>
              <w:left w:w="20" w:type="dxa"/>
              <w:right w:w="20" w:type="dxa"/>
            </w:tcMar>
          </w:tcPr>
          <w:p>
            <w:pPr>
              <w:jc w:val="center"/>
            </w:pPr>
            <w:r>
              <w:rPr>
                <w:b/>
                <w:color w:val="C0392B"/>
                <w:sz w:val="15"/>
              </w:rPr>
              <w:t>-100.0%</w:t>
            </w:r>
          </w:p>
        </w:tc>
      </w:tr>
      <w:tr>
        <w:tc>
          <w:tcPr>
            <w:tcW w:type="dxa" w:w="504"/>
            <w:shd w:fill="FFFFFF"/>
            <w:tcMar>
              <w:top w:w="35" w:type="dxa"/>
              <w:bottom w:w="35" w:type="dxa"/>
              <w:left w:w="20" w:type="dxa"/>
              <w:right w:w="20" w:type="dxa"/>
            </w:tcMar>
          </w:tcPr>
          <w:p>
            <w:pPr>
              <w:jc w:val="center"/>
            </w:pPr>
            <w:r>
              <w:rPr>
                <w:sz w:val="15"/>
              </w:rPr>
              <w:t>111</w:t>
            </w:r>
          </w:p>
        </w:tc>
        <w:tc>
          <w:tcPr>
            <w:tcW w:type="dxa" w:w="936"/>
            <w:shd w:fill="FFFFFF"/>
            <w:tcMar>
              <w:top w:w="35" w:type="dxa"/>
              <w:bottom w:w="35" w:type="dxa"/>
              <w:left w:w="20" w:type="dxa"/>
              <w:right w:w="20" w:type="dxa"/>
            </w:tcMar>
          </w:tcPr>
          <w:p>
            <w:pPr>
              <w:jc w:val="left"/>
            </w:pPr>
            <w:r>
              <w:rPr>
                <w:sz w:val="15"/>
              </w:rPr>
              <w:t>KH0468</w:t>
            </w:r>
          </w:p>
        </w:tc>
        <w:tc>
          <w:tcPr>
            <w:tcW w:type="dxa" w:w="3024"/>
            <w:shd w:fill="FFFFFF"/>
            <w:tcMar>
              <w:top w:w="35" w:type="dxa"/>
              <w:bottom w:w="35" w:type="dxa"/>
              <w:left w:w="20" w:type="dxa"/>
              <w:right w:w="20" w:type="dxa"/>
            </w:tcMar>
          </w:tcPr>
          <w:p>
            <w:pPr>
              <w:jc w:val="left"/>
            </w:pPr>
            <w:r>
              <w:rPr>
                <w:sz w:val="15"/>
              </w:rPr>
              <w:t>CÔNG TY TNHH PHƯƠNG TÙNG</w:t>
            </w:r>
          </w:p>
        </w:tc>
        <w:tc>
          <w:tcPr>
            <w:tcW w:type="dxa" w:w="835"/>
            <w:shd w:fill="FFFFFF"/>
            <w:tcMar>
              <w:top w:w="35" w:type="dxa"/>
              <w:bottom w:w="35" w:type="dxa"/>
              <w:left w:w="20" w:type="dxa"/>
              <w:right w:w="20" w:type="dxa"/>
            </w:tcMar>
          </w:tcPr>
          <w:p>
            <w:pPr>
              <w:jc w:val="right"/>
            </w:pPr>
            <w:r>
              <w:rPr>
                <w:sz w:val="15"/>
              </w:rPr>
              <w:t>1</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5</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6</w:t>
            </w:r>
          </w:p>
        </w:tc>
        <w:tc>
          <w:tcPr>
            <w:tcW w:type="dxa" w:w="835"/>
            <w:shd w:fill="FFFFFF"/>
            <w:tcMar>
              <w:top w:w="35" w:type="dxa"/>
              <w:bottom w:w="35" w:type="dxa"/>
              <w:left w:w="20" w:type="dxa"/>
              <w:right w:w="20" w:type="dxa"/>
            </w:tcMar>
          </w:tcPr>
          <w:p>
            <w:pPr>
              <w:jc w:val="right"/>
            </w:pPr>
            <w:r>
              <w:rPr>
                <w:sz w:val="15"/>
              </w:rPr>
              <w:t>3</w:t>
            </w:r>
          </w:p>
        </w:tc>
        <w:tc>
          <w:tcPr>
            <w:tcW w:type="dxa" w:w="835"/>
            <w:shd w:fill="FFFFFF"/>
            <w:tcMar>
              <w:top w:w="35" w:type="dxa"/>
              <w:bottom w:w="35" w:type="dxa"/>
              <w:left w:w="20" w:type="dxa"/>
              <w:right w:w="20" w:type="dxa"/>
            </w:tcMar>
          </w:tcPr>
          <w:p>
            <w:pPr>
              <w:jc w:val="right"/>
            </w:pPr>
            <w:r>
              <w:rPr>
                <w:b/>
                <w:sz w:val="15"/>
              </w:rPr>
              <w:t>-</w:t>
            </w:r>
          </w:p>
        </w:tc>
        <w:tc>
          <w:tcPr>
            <w:tcW w:type="dxa" w:w="1224"/>
            <w:shd w:fill="FFFFFF"/>
            <w:tcMar>
              <w:top w:w="35" w:type="dxa"/>
              <w:bottom w:w="35" w:type="dxa"/>
              <w:left w:w="20" w:type="dxa"/>
              <w:right w:w="20" w:type="dxa"/>
            </w:tcMar>
          </w:tcPr>
          <w:p>
            <w:pPr>
              <w:jc w:val="right"/>
            </w:pPr>
            <w:r>
              <w:rPr>
                <w:color w:val="C0392B"/>
                <w:sz w:val="15"/>
              </w:rPr>
              <w:t>-3</w:t>
            </w:r>
          </w:p>
        </w:tc>
        <w:tc>
          <w:tcPr>
            <w:tcW w:type="dxa" w:w="1066"/>
            <w:shd w:fill="FFFFFF"/>
            <w:tcMar>
              <w:top w:w="35" w:type="dxa"/>
              <w:bottom w:w="35" w:type="dxa"/>
              <w:left w:w="20" w:type="dxa"/>
              <w:right w:w="20" w:type="dxa"/>
            </w:tcMar>
          </w:tcPr>
          <w:p>
            <w:pPr>
              <w:jc w:val="center"/>
            </w:pPr>
            <w:r>
              <w:rPr>
                <w:b/>
                <w:color w:val="C0392B"/>
                <w:sz w:val="15"/>
              </w:rPr>
              <w:t>-100.0%</w:t>
            </w:r>
          </w:p>
        </w:tc>
      </w:tr>
      <w:tr>
        <w:tc>
          <w:tcPr>
            <w:tcW w:type="dxa" w:w="504"/>
            <w:shd w:fill="F9FBFB"/>
            <w:tcMar>
              <w:top w:w="35" w:type="dxa"/>
              <w:bottom w:w="35" w:type="dxa"/>
              <w:left w:w="20" w:type="dxa"/>
              <w:right w:w="20" w:type="dxa"/>
            </w:tcMar>
          </w:tcPr>
          <w:p>
            <w:pPr>
              <w:jc w:val="center"/>
            </w:pPr>
            <w:r>
              <w:rPr>
                <w:sz w:val="15"/>
              </w:rPr>
              <w:t>112</w:t>
            </w:r>
          </w:p>
        </w:tc>
        <w:tc>
          <w:tcPr>
            <w:tcW w:type="dxa" w:w="936"/>
            <w:shd w:fill="F9FBFB"/>
            <w:tcMar>
              <w:top w:w="35" w:type="dxa"/>
              <w:bottom w:w="35" w:type="dxa"/>
              <w:left w:w="20" w:type="dxa"/>
              <w:right w:w="20" w:type="dxa"/>
            </w:tcMar>
          </w:tcPr>
          <w:p>
            <w:pPr>
              <w:jc w:val="left"/>
            </w:pPr>
            <w:r>
              <w:rPr>
                <w:sz w:val="15"/>
              </w:rPr>
              <w:t>KH1711</w:t>
            </w:r>
          </w:p>
        </w:tc>
        <w:tc>
          <w:tcPr>
            <w:tcW w:type="dxa" w:w="3024"/>
            <w:shd w:fill="F9FBFB"/>
            <w:tcMar>
              <w:top w:w="35" w:type="dxa"/>
              <w:bottom w:w="35" w:type="dxa"/>
              <w:left w:w="20" w:type="dxa"/>
              <w:right w:w="20" w:type="dxa"/>
            </w:tcMar>
          </w:tcPr>
          <w:p>
            <w:pPr>
              <w:jc w:val="left"/>
            </w:pPr>
            <w:r>
              <w:rPr>
                <w:sz w:val="15"/>
              </w:rPr>
              <w:t>CÔNG TY CỔ PHẦN KIM TÍN MARBLE</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5</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3</w:t>
            </w:r>
          </w:p>
        </w:tc>
        <w:tc>
          <w:tcPr>
            <w:tcW w:type="dxa" w:w="835"/>
            <w:shd w:fill="F9FBFB"/>
            <w:tcMar>
              <w:top w:w="35" w:type="dxa"/>
              <w:bottom w:w="35" w:type="dxa"/>
              <w:left w:w="20" w:type="dxa"/>
              <w:right w:w="20" w:type="dxa"/>
            </w:tcMar>
          </w:tcPr>
          <w:p>
            <w:pPr>
              <w:jc w:val="right"/>
            </w:pPr>
            <w:r>
              <w:rPr>
                <w:b/>
                <w:sz w:val="15"/>
              </w:rPr>
              <w:t>-</w:t>
            </w:r>
          </w:p>
        </w:tc>
        <w:tc>
          <w:tcPr>
            <w:tcW w:type="dxa" w:w="1224"/>
            <w:shd w:fill="F9FBFB"/>
            <w:tcMar>
              <w:top w:w="35" w:type="dxa"/>
              <w:bottom w:w="35" w:type="dxa"/>
              <w:left w:w="20" w:type="dxa"/>
              <w:right w:w="20" w:type="dxa"/>
            </w:tcMar>
          </w:tcPr>
          <w:p>
            <w:pPr>
              <w:jc w:val="right"/>
            </w:pPr>
            <w:r>
              <w:rPr>
                <w:color w:val="C0392B"/>
                <w:sz w:val="15"/>
              </w:rPr>
              <w:t>-3</w:t>
            </w:r>
          </w:p>
        </w:tc>
        <w:tc>
          <w:tcPr>
            <w:tcW w:type="dxa" w:w="1066"/>
            <w:shd w:fill="F9FBFB"/>
            <w:tcMar>
              <w:top w:w="35" w:type="dxa"/>
              <w:bottom w:w="35" w:type="dxa"/>
              <w:left w:w="20" w:type="dxa"/>
              <w:right w:w="20" w:type="dxa"/>
            </w:tcMar>
          </w:tcPr>
          <w:p>
            <w:pPr>
              <w:jc w:val="center"/>
            </w:pPr>
            <w:r>
              <w:rPr>
                <w:b/>
                <w:color w:val="C0392B"/>
                <w:sz w:val="15"/>
              </w:rPr>
              <w:t>-100.0%</w:t>
            </w:r>
          </w:p>
        </w:tc>
      </w:tr>
      <w:tr>
        <w:tc>
          <w:tcPr>
            <w:tcW w:type="dxa" w:w="504"/>
            <w:shd w:fill="FFFFFF"/>
            <w:tcMar>
              <w:top w:w="35" w:type="dxa"/>
              <w:bottom w:w="35" w:type="dxa"/>
              <w:left w:w="20" w:type="dxa"/>
              <w:right w:w="20" w:type="dxa"/>
            </w:tcMar>
          </w:tcPr>
          <w:p>
            <w:pPr>
              <w:jc w:val="center"/>
            </w:pPr>
            <w:r>
              <w:rPr>
                <w:sz w:val="15"/>
              </w:rPr>
              <w:t>113</w:t>
            </w:r>
          </w:p>
        </w:tc>
        <w:tc>
          <w:tcPr>
            <w:tcW w:type="dxa" w:w="936"/>
            <w:shd w:fill="FFFFFF"/>
            <w:tcMar>
              <w:top w:w="35" w:type="dxa"/>
              <w:bottom w:w="35" w:type="dxa"/>
              <w:left w:w="20" w:type="dxa"/>
              <w:right w:w="20" w:type="dxa"/>
            </w:tcMar>
          </w:tcPr>
          <w:p>
            <w:pPr>
              <w:jc w:val="left"/>
            </w:pPr>
            <w:r>
              <w:rPr>
                <w:sz w:val="15"/>
              </w:rPr>
              <w:t>KH2175</w:t>
            </w:r>
          </w:p>
        </w:tc>
        <w:tc>
          <w:tcPr>
            <w:tcW w:type="dxa" w:w="3024"/>
            <w:shd w:fill="FFFFFF"/>
            <w:tcMar>
              <w:top w:w="35" w:type="dxa"/>
              <w:bottom w:w="35" w:type="dxa"/>
              <w:left w:w="20" w:type="dxa"/>
              <w:right w:w="20" w:type="dxa"/>
            </w:tcMar>
          </w:tcPr>
          <w:p>
            <w:pPr>
              <w:jc w:val="left"/>
            </w:pPr>
            <w:r>
              <w:rPr>
                <w:sz w:val="15"/>
              </w:rPr>
              <w:t>CÔNG TY TNHH CHẾ BIẾN GỖ MỘC VƯỢNG</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33</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13</w:t>
            </w:r>
          </w:p>
        </w:tc>
        <w:tc>
          <w:tcPr>
            <w:tcW w:type="dxa" w:w="835"/>
            <w:shd w:fill="FFFFFF"/>
            <w:tcMar>
              <w:top w:w="35" w:type="dxa"/>
              <w:bottom w:w="35" w:type="dxa"/>
              <w:left w:w="20" w:type="dxa"/>
              <w:right w:w="20" w:type="dxa"/>
            </w:tcMar>
          </w:tcPr>
          <w:p>
            <w:pPr>
              <w:jc w:val="right"/>
            </w:pPr>
            <w:r>
              <w:rPr>
                <w:sz w:val="15"/>
              </w:rPr>
              <w:t>6</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3</w:t>
            </w:r>
          </w:p>
        </w:tc>
        <w:tc>
          <w:tcPr>
            <w:tcW w:type="dxa" w:w="835"/>
            <w:shd w:fill="FFFFFF"/>
            <w:tcMar>
              <w:top w:w="35" w:type="dxa"/>
              <w:bottom w:w="35" w:type="dxa"/>
              <w:left w:w="20" w:type="dxa"/>
              <w:right w:w="20" w:type="dxa"/>
            </w:tcMar>
          </w:tcPr>
          <w:p>
            <w:pPr>
              <w:jc w:val="right"/>
            </w:pPr>
            <w:r>
              <w:rPr>
                <w:b/>
                <w:sz w:val="15"/>
              </w:rPr>
              <w:t>-</w:t>
            </w:r>
          </w:p>
        </w:tc>
        <w:tc>
          <w:tcPr>
            <w:tcW w:type="dxa" w:w="1224"/>
            <w:shd w:fill="FFFFFF"/>
            <w:tcMar>
              <w:top w:w="35" w:type="dxa"/>
              <w:bottom w:w="35" w:type="dxa"/>
              <w:left w:w="20" w:type="dxa"/>
              <w:right w:w="20" w:type="dxa"/>
            </w:tcMar>
          </w:tcPr>
          <w:p>
            <w:pPr>
              <w:jc w:val="right"/>
            </w:pPr>
            <w:r>
              <w:rPr>
                <w:color w:val="C0392B"/>
                <w:sz w:val="15"/>
              </w:rPr>
              <w:t>-3</w:t>
            </w:r>
          </w:p>
        </w:tc>
        <w:tc>
          <w:tcPr>
            <w:tcW w:type="dxa" w:w="1066"/>
            <w:shd w:fill="FFFFFF"/>
            <w:tcMar>
              <w:top w:w="35" w:type="dxa"/>
              <w:bottom w:w="35" w:type="dxa"/>
              <w:left w:w="20" w:type="dxa"/>
              <w:right w:w="20" w:type="dxa"/>
            </w:tcMar>
          </w:tcPr>
          <w:p>
            <w:pPr>
              <w:jc w:val="center"/>
            </w:pPr>
            <w:r>
              <w:rPr>
                <w:b/>
                <w:color w:val="C0392B"/>
                <w:sz w:val="15"/>
              </w:rPr>
              <w:t>-100.0%</w:t>
            </w:r>
          </w:p>
        </w:tc>
      </w:tr>
      <w:tr>
        <w:tc>
          <w:tcPr>
            <w:tcW w:type="dxa" w:w="504"/>
            <w:shd w:fill="F9FBFB"/>
            <w:tcMar>
              <w:top w:w="35" w:type="dxa"/>
              <w:bottom w:w="35" w:type="dxa"/>
              <w:left w:w="20" w:type="dxa"/>
              <w:right w:w="20" w:type="dxa"/>
            </w:tcMar>
          </w:tcPr>
          <w:p>
            <w:pPr>
              <w:jc w:val="center"/>
            </w:pPr>
            <w:r>
              <w:rPr>
                <w:sz w:val="15"/>
              </w:rPr>
              <w:t>114</w:t>
            </w:r>
          </w:p>
        </w:tc>
        <w:tc>
          <w:tcPr>
            <w:tcW w:type="dxa" w:w="936"/>
            <w:shd w:fill="F9FBFB"/>
            <w:tcMar>
              <w:top w:w="35" w:type="dxa"/>
              <w:bottom w:w="35" w:type="dxa"/>
              <w:left w:w="20" w:type="dxa"/>
              <w:right w:w="20" w:type="dxa"/>
            </w:tcMar>
          </w:tcPr>
          <w:p>
            <w:pPr>
              <w:jc w:val="left"/>
            </w:pPr>
            <w:r>
              <w:rPr>
                <w:sz w:val="15"/>
              </w:rPr>
              <w:t>KH1903</w:t>
            </w:r>
          </w:p>
        </w:tc>
        <w:tc>
          <w:tcPr>
            <w:tcW w:type="dxa" w:w="3024"/>
            <w:shd w:fill="F9FBFB"/>
            <w:tcMar>
              <w:top w:w="35" w:type="dxa"/>
              <w:bottom w:w="35" w:type="dxa"/>
              <w:left w:w="20" w:type="dxa"/>
              <w:right w:w="20" w:type="dxa"/>
            </w:tcMar>
          </w:tcPr>
          <w:p>
            <w:pPr>
              <w:jc w:val="left"/>
            </w:pPr>
            <w:r>
              <w:rPr>
                <w:sz w:val="15"/>
              </w:rPr>
              <w:t>CÔNG TY TNHH SẢN XUẤT - THƯƠNG MẠI - TỔNG HỢP THÀNH ĐẠT</w:t>
            </w:r>
          </w:p>
        </w:tc>
        <w:tc>
          <w:tcPr>
            <w:tcW w:type="dxa" w:w="835"/>
            <w:shd w:fill="F9FBFB"/>
            <w:tcMar>
              <w:top w:w="35" w:type="dxa"/>
              <w:bottom w:w="35" w:type="dxa"/>
              <w:left w:w="20" w:type="dxa"/>
              <w:right w:w="20" w:type="dxa"/>
            </w:tcMar>
          </w:tcPr>
          <w:p>
            <w:pPr>
              <w:jc w:val="right"/>
            </w:pPr>
            <w:r>
              <w:rPr>
                <w:sz w:val="15"/>
              </w:rPr>
              <w:t>51</w:t>
            </w:r>
          </w:p>
        </w:tc>
        <w:tc>
          <w:tcPr>
            <w:tcW w:type="dxa" w:w="835"/>
            <w:shd w:fill="F9FBFB"/>
            <w:tcMar>
              <w:top w:w="35" w:type="dxa"/>
              <w:bottom w:w="35" w:type="dxa"/>
              <w:left w:w="20" w:type="dxa"/>
              <w:right w:w="20" w:type="dxa"/>
            </w:tcMar>
          </w:tcPr>
          <w:p>
            <w:pPr>
              <w:jc w:val="right"/>
            </w:pPr>
            <w:r>
              <w:rPr>
                <w:sz w:val="15"/>
              </w:rPr>
              <w:t>25</w:t>
            </w:r>
          </w:p>
        </w:tc>
        <w:tc>
          <w:tcPr>
            <w:tcW w:type="dxa" w:w="835"/>
            <w:shd w:fill="F9FBFB"/>
            <w:tcMar>
              <w:top w:w="35" w:type="dxa"/>
              <w:bottom w:w="35" w:type="dxa"/>
              <w:left w:w="20" w:type="dxa"/>
              <w:right w:w="20" w:type="dxa"/>
            </w:tcMar>
          </w:tcPr>
          <w:p>
            <w:pPr>
              <w:jc w:val="right"/>
            </w:pPr>
            <w:r>
              <w:rPr>
                <w:sz w:val="15"/>
              </w:rPr>
              <w:t>42</w:t>
            </w:r>
          </w:p>
        </w:tc>
        <w:tc>
          <w:tcPr>
            <w:tcW w:type="dxa" w:w="835"/>
            <w:shd w:fill="F9FBFB"/>
            <w:tcMar>
              <w:top w:w="35" w:type="dxa"/>
              <w:bottom w:w="35" w:type="dxa"/>
              <w:left w:w="20" w:type="dxa"/>
              <w:right w:w="20" w:type="dxa"/>
            </w:tcMar>
          </w:tcPr>
          <w:p>
            <w:pPr>
              <w:jc w:val="right"/>
            </w:pPr>
            <w:r>
              <w:rPr>
                <w:sz w:val="15"/>
              </w:rPr>
              <w:t>27</w:t>
            </w:r>
          </w:p>
        </w:tc>
        <w:tc>
          <w:tcPr>
            <w:tcW w:type="dxa" w:w="835"/>
            <w:shd w:fill="F9FBFB"/>
            <w:tcMar>
              <w:top w:w="35" w:type="dxa"/>
              <w:bottom w:w="35" w:type="dxa"/>
              <w:left w:w="20" w:type="dxa"/>
              <w:right w:w="20" w:type="dxa"/>
            </w:tcMar>
          </w:tcPr>
          <w:p>
            <w:pPr>
              <w:jc w:val="right"/>
            </w:pPr>
            <w:r>
              <w:rPr>
                <w:sz w:val="15"/>
              </w:rPr>
              <w:t>20</w:t>
            </w:r>
          </w:p>
        </w:tc>
        <w:tc>
          <w:tcPr>
            <w:tcW w:type="dxa" w:w="835"/>
            <w:shd w:fill="F9FBFB"/>
            <w:tcMar>
              <w:top w:w="35" w:type="dxa"/>
              <w:bottom w:w="35" w:type="dxa"/>
              <w:left w:w="20" w:type="dxa"/>
              <w:right w:w="20" w:type="dxa"/>
            </w:tcMar>
          </w:tcPr>
          <w:p>
            <w:pPr>
              <w:jc w:val="right"/>
            </w:pPr>
            <w:r>
              <w:rPr>
                <w:sz w:val="15"/>
              </w:rPr>
              <w:t>22</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20</w:t>
            </w:r>
          </w:p>
        </w:tc>
        <w:tc>
          <w:tcPr>
            <w:tcW w:type="dxa" w:w="835"/>
            <w:shd w:fill="F9FBFB"/>
            <w:tcMar>
              <w:top w:w="35" w:type="dxa"/>
              <w:bottom w:w="35" w:type="dxa"/>
              <w:left w:w="20" w:type="dxa"/>
              <w:right w:w="20" w:type="dxa"/>
            </w:tcMar>
          </w:tcPr>
          <w:p>
            <w:pPr>
              <w:jc w:val="right"/>
            </w:pPr>
            <w:r>
              <w:rPr>
                <w:sz w:val="15"/>
              </w:rPr>
              <w:t>2</w:t>
            </w:r>
          </w:p>
        </w:tc>
        <w:tc>
          <w:tcPr>
            <w:tcW w:type="dxa" w:w="835"/>
            <w:shd w:fill="F9FBFB"/>
            <w:tcMar>
              <w:top w:w="35" w:type="dxa"/>
              <w:bottom w:w="35" w:type="dxa"/>
              <w:left w:w="20" w:type="dxa"/>
              <w:right w:w="20" w:type="dxa"/>
            </w:tcMar>
          </w:tcPr>
          <w:p>
            <w:pPr>
              <w:jc w:val="right"/>
            </w:pPr>
            <w:r>
              <w:rPr>
                <w:b/>
                <w:sz w:val="15"/>
              </w:rPr>
              <w:t>-</w:t>
            </w:r>
          </w:p>
        </w:tc>
        <w:tc>
          <w:tcPr>
            <w:tcW w:type="dxa" w:w="1224"/>
            <w:shd w:fill="F9FBFB"/>
            <w:tcMar>
              <w:top w:w="35" w:type="dxa"/>
              <w:bottom w:w="35" w:type="dxa"/>
              <w:left w:w="20" w:type="dxa"/>
              <w:right w:w="20" w:type="dxa"/>
            </w:tcMar>
          </w:tcPr>
          <w:p>
            <w:pPr>
              <w:jc w:val="right"/>
            </w:pPr>
            <w:r>
              <w:rPr>
                <w:color w:val="C0392B"/>
                <w:sz w:val="15"/>
              </w:rPr>
              <w:t>-2</w:t>
            </w:r>
          </w:p>
        </w:tc>
        <w:tc>
          <w:tcPr>
            <w:tcW w:type="dxa" w:w="1066"/>
            <w:shd w:fill="F9FBFB"/>
            <w:tcMar>
              <w:top w:w="35" w:type="dxa"/>
              <w:bottom w:w="35" w:type="dxa"/>
              <w:left w:w="20" w:type="dxa"/>
              <w:right w:w="20" w:type="dxa"/>
            </w:tcMar>
          </w:tcPr>
          <w:p>
            <w:pPr>
              <w:jc w:val="center"/>
            </w:pPr>
            <w:r>
              <w:rPr>
                <w:b/>
                <w:color w:val="C0392B"/>
                <w:sz w:val="15"/>
              </w:rPr>
              <w:t>-100.0%</w:t>
            </w:r>
          </w:p>
        </w:tc>
      </w:tr>
      <w:tr>
        <w:tc>
          <w:tcPr>
            <w:tcW w:type="dxa" w:w="504"/>
            <w:shd w:fill="FFFFFF"/>
            <w:tcMar>
              <w:top w:w="35" w:type="dxa"/>
              <w:bottom w:w="35" w:type="dxa"/>
              <w:left w:w="20" w:type="dxa"/>
              <w:right w:w="20" w:type="dxa"/>
            </w:tcMar>
          </w:tcPr>
          <w:p>
            <w:pPr>
              <w:jc w:val="center"/>
            </w:pPr>
            <w:r>
              <w:rPr>
                <w:sz w:val="15"/>
              </w:rPr>
              <w:t>115</w:t>
            </w:r>
          </w:p>
        </w:tc>
        <w:tc>
          <w:tcPr>
            <w:tcW w:type="dxa" w:w="936"/>
            <w:shd w:fill="FFFFFF"/>
            <w:tcMar>
              <w:top w:w="35" w:type="dxa"/>
              <w:bottom w:w="35" w:type="dxa"/>
              <w:left w:w="20" w:type="dxa"/>
              <w:right w:w="20" w:type="dxa"/>
            </w:tcMar>
          </w:tcPr>
          <w:p>
            <w:pPr>
              <w:jc w:val="left"/>
            </w:pPr>
            <w:r>
              <w:rPr>
                <w:sz w:val="15"/>
              </w:rPr>
              <w:t>KH1713</w:t>
            </w:r>
          </w:p>
        </w:tc>
        <w:tc>
          <w:tcPr>
            <w:tcW w:type="dxa" w:w="3024"/>
            <w:shd w:fill="FFFFFF"/>
            <w:tcMar>
              <w:top w:w="35" w:type="dxa"/>
              <w:bottom w:w="35" w:type="dxa"/>
              <w:left w:w="20" w:type="dxa"/>
              <w:right w:w="20" w:type="dxa"/>
            </w:tcMar>
          </w:tcPr>
          <w:p>
            <w:pPr>
              <w:jc w:val="left"/>
            </w:pPr>
            <w:r>
              <w:rPr>
                <w:sz w:val="15"/>
              </w:rPr>
              <w:t>CÔNG TY CỔ PHẦN SẢN XUẤT THƯƠNG MẠI NỘI THẤT VĂN PHÒNG TAV</w:t>
            </w:r>
          </w:p>
        </w:tc>
        <w:tc>
          <w:tcPr>
            <w:tcW w:type="dxa" w:w="835"/>
            <w:shd w:fill="FFFFFF"/>
            <w:tcMar>
              <w:top w:w="35" w:type="dxa"/>
              <w:bottom w:w="35" w:type="dxa"/>
              <w:left w:w="20" w:type="dxa"/>
              <w:right w:w="20" w:type="dxa"/>
            </w:tcMar>
          </w:tcPr>
          <w:p>
            <w:pPr>
              <w:jc w:val="right"/>
            </w:pPr>
            <w:r>
              <w:rPr>
                <w:sz w:val="15"/>
              </w:rPr>
              <w:t>81</w:t>
            </w:r>
          </w:p>
        </w:tc>
        <w:tc>
          <w:tcPr>
            <w:tcW w:type="dxa" w:w="835"/>
            <w:shd w:fill="FFFFFF"/>
            <w:tcMar>
              <w:top w:w="35" w:type="dxa"/>
              <w:bottom w:w="35" w:type="dxa"/>
              <w:left w:w="20" w:type="dxa"/>
              <w:right w:w="20" w:type="dxa"/>
            </w:tcMar>
          </w:tcPr>
          <w:p>
            <w:pPr>
              <w:jc w:val="right"/>
            </w:pPr>
            <w:r>
              <w:rPr>
                <w:sz w:val="15"/>
              </w:rPr>
              <w:t>41</w:t>
            </w:r>
          </w:p>
        </w:tc>
        <w:tc>
          <w:tcPr>
            <w:tcW w:type="dxa" w:w="835"/>
            <w:shd w:fill="FFFFFF"/>
            <w:tcMar>
              <w:top w:w="35" w:type="dxa"/>
              <w:bottom w:w="35" w:type="dxa"/>
              <w:left w:w="20" w:type="dxa"/>
              <w:right w:w="20" w:type="dxa"/>
            </w:tcMar>
          </w:tcPr>
          <w:p>
            <w:pPr>
              <w:jc w:val="right"/>
            </w:pPr>
            <w:r>
              <w:rPr>
                <w:sz w:val="15"/>
              </w:rPr>
              <w:t>111</w:t>
            </w:r>
          </w:p>
        </w:tc>
        <w:tc>
          <w:tcPr>
            <w:tcW w:type="dxa" w:w="835"/>
            <w:shd w:fill="FFFFFF"/>
            <w:tcMar>
              <w:top w:w="35" w:type="dxa"/>
              <w:bottom w:w="35" w:type="dxa"/>
              <w:left w:w="20" w:type="dxa"/>
              <w:right w:w="20" w:type="dxa"/>
            </w:tcMar>
          </w:tcPr>
          <w:p>
            <w:pPr>
              <w:jc w:val="right"/>
            </w:pPr>
            <w:r>
              <w:rPr>
                <w:sz w:val="15"/>
              </w:rPr>
              <w:t>34</w:t>
            </w:r>
          </w:p>
        </w:tc>
        <w:tc>
          <w:tcPr>
            <w:tcW w:type="dxa" w:w="835"/>
            <w:shd w:fill="FFFFFF"/>
            <w:tcMar>
              <w:top w:w="35" w:type="dxa"/>
              <w:bottom w:w="35" w:type="dxa"/>
              <w:left w:w="20" w:type="dxa"/>
              <w:right w:w="20" w:type="dxa"/>
            </w:tcMar>
          </w:tcPr>
          <w:p>
            <w:pPr>
              <w:jc w:val="right"/>
            </w:pPr>
            <w:r>
              <w:rPr>
                <w:sz w:val="15"/>
              </w:rPr>
              <w:t>27</w:t>
            </w:r>
          </w:p>
        </w:tc>
        <w:tc>
          <w:tcPr>
            <w:tcW w:type="dxa" w:w="835"/>
            <w:shd w:fill="FFFFFF"/>
            <w:tcMar>
              <w:top w:w="35" w:type="dxa"/>
              <w:bottom w:w="35" w:type="dxa"/>
              <w:left w:w="20" w:type="dxa"/>
              <w:right w:w="20" w:type="dxa"/>
            </w:tcMar>
          </w:tcPr>
          <w:p>
            <w:pPr>
              <w:jc w:val="right"/>
            </w:pPr>
            <w:r>
              <w:rPr>
                <w:sz w:val="15"/>
              </w:rPr>
              <w:t>38</w:t>
            </w:r>
          </w:p>
        </w:tc>
        <w:tc>
          <w:tcPr>
            <w:tcW w:type="dxa" w:w="835"/>
            <w:shd w:fill="FFFFFF"/>
            <w:tcMar>
              <w:top w:w="35" w:type="dxa"/>
              <w:bottom w:w="35" w:type="dxa"/>
              <w:left w:w="20" w:type="dxa"/>
              <w:right w:w="20" w:type="dxa"/>
            </w:tcMar>
          </w:tcPr>
          <w:p>
            <w:pPr>
              <w:jc w:val="right"/>
            </w:pPr>
            <w:r>
              <w:rPr>
                <w:sz w:val="15"/>
              </w:rPr>
              <w:t>25</w:t>
            </w:r>
          </w:p>
        </w:tc>
        <w:tc>
          <w:tcPr>
            <w:tcW w:type="dxa" w:w="835"/>
            <w:shd w:fill="FFFFFF"/>
            <w:tcMar>
              <w:top w:w="35" w:type="dxa"/>
              <w:bottom w:w="35" w:type="dxa"/>
              <w:left w:w="20" w:type="dxa"/>
              <w:right w:w="20" w:type="dxa"/>
            </w:tcMar>
          </w:tcPr>
          <w:p>
            <w:pPr>
              <w:jc w:val="right"/>
            </w:pPr>
            <w:r>
              <w:rPr>
                <w:sz w:val="15"/>
              </w:rPr>
              <w:t>12</w:t>
            </w:r>
          </w:p>
        </w:tc>
        <w:tc>
          <w:tcPr>
            <w:tcW w:type="dxa" w:w="835"/>
            <w:shd w:fill="FFFFFF"/>
            <w:tcMar>
              <w:top w:w="35" w:type="dxa"/>
              <w:bottom w:w="35" w:type="dxa"/>
              <w:left w:w="20" w:type="dxa"/>
              <w:right w:w="20" w:type="dxa"/>
            </w:tcMar>
          </w:tcPr>
          <w:p>
            <w:pPr>
              <w:jc w:val="right"/>
            </w:pPr>
            <w:r>
              <w:rPr>
                <w:sz w:val="15"/>
              </w:rPr>
              <w:t>2</w:t>
            </w:r>
          </w:p>
        </w:tc>
        <w:tc>
          <w:tcPr>
            <w:tcW w:type="dxa" w:w="835"/>
            <w:shd w:fill="FFFFFF"/>
            <w:tcMar>
              <w:top w:w="35" w:type="dxa"/>
              <w:bottom w:w="35" w:type="dxa"/>
              <w:left w:w="20" w:type="dxa"/>
              <w:right w:w="20" w:type="dxa"/>
            </w:tcMar>
          </w:tcPr>
          <w:p>
            <w:pPr>
              <w:jc w:val="right"/>
            </w:pPr>
            <w:r>
              <w:rPr>
                <w:b/>
                <w:sz w:val="15"/>
              </w:rPr>
              <w:t>25</w:t>
            </w:r>
          </w:p>
        </w:tc>
        <w:tc>
          <w:tcPr>
            <w:tcW w:type="dxa" w:w="1224"/>
            <w:shd w:fill="FFFFFF"/>
            <w:tcMar>
              <w:top w:w="35" w:type="dxa"/>
              <w:bottom w:w="35" w:type="dxa"/>
              <w:left w:w="20" w:type="dxa"/>
              <w:right w:w="20" w:type="dxa"/>
            </w:tcMar>
          </w:tcPr>
          <w:p>
            <w:pPr>
              <w:jc w:val="right"/>
            </w:pPr>
            <w:r>
              <w:rPr>
                <w:color w:val="27AE60"/>
                <w:sz w:val="15"/>
              </w:rPr>
              <w:t>+23</w:t>
            </w:r>
          </w:p>
        </w:tc>
        <w:tc>
          <w:tcPr>
            <w:tcW w:type="dxa" w:w="1066"/>
            <w:shd w:fill="FFFFFF"/>
            <w:tcMar>
              <w:top w:w="35" w:type="dxa"/>
              <w:bottom w:w="35" w:type="dxa"/>
              <w:left w:w="20" w:type="dxa"/>
              <w:right w:w="20" w:type="dxa"/>
            </w:tcMar>
          </w:tcPr>
          <w:p>
            <w:pPr>
              <w:jc w:val="center"/>
            </w:pPr>
            <w:r>
              <w:rPr>
                <w:b/>
                <w:color w:val="27AE60"/>
                <w:sz w:val="15"/>
              </w:rPr>
              <w:t>+1150.0%</w:t>
            </w:r>
          </w:p>
        </w:tc>
      </w:tr>
      <w:tr>
        <w:tc>
          <w:tcPr>
            <w:tcW w:type="dxa" w:w="504"/>
            <w:shd w:fill="F9FBFB"/>
            <w:tcMar>
              <w:top w:w="35" w:type="dxa"/>
              <w:bottom w:w="35" w:type="dxa"/>
              <w:left w:w="20" w:type="dxa"/>
              <w:right w:w="20" w:type="dxa"/>
            </w:tcMar>
          </w:tcPr>
          <w:p>
            <w:pPr>
              <w:jc w:val="center"/>
            </w:pPr>
            <w:r>
              <w:rPr>
                <w:sz w:val="15"/>
              </w:rPr>
              <w:t>116</w:t>
            </w:r>
          </w:p>
        </w:tc>
        <w:tc>
          <w:tcPr>
            <w:tcW w:type="dxa" w:w="936"/>
            <w:shd w:fill="F9FBFB"/>
            <w:tcMar>
              <w:top w:w="35" w:type="dxa"/>
              <w:bottom w:w="35" w:type="dxa"/>
              <w:left w:w="20" w:type="dxa"/>
              <w:right w:w="20" w:type="dxa"/>
            </w:tcMar>
          </w:tcPr>
          <w:p>
            <w:pPr>
              <w:jc w:val="left"/>
            </w:pPr>
            <w:r>
              <w:rPr>
                <w:sz w:val="15"/>
              </w:rPr>
              <w:t>KH0505</w:t>
            </w:r>
          </w:p>
        </w:tc>
        <w:tc>
          <w:tcPr>
            <w:tcW w:type="dxa" w:w="3024"/>
            <w:shd w:fill="F9FBFB"/>
            <w:tcMar>
              <w:top w:w="35" w:type="dxa"/>
              <w:bottom w:w="35" w:type="dxa"/>
              <w:left w:w="20" w:type="dxa"/>
              <w:right w:w="20" w:type="dxa"/>
            </w:tcMar>
          </w:tcPr>
          <w:p>
            <w:pPr>
              <w:jc w:val="left"/>
            </w:pPr>
            <w:r>
              <w:rPr>
                <w:sz w:val="15"/>
              </w:rPr>
              <w:t>CÔNG TY TNHH SHIRAI VIỆT NAM</w:t>
            </w:r>
          </w:p>
        </w:tc>
        <w:tc>
          <w:tcPr>
            <w:tcW w:type="dxa" w:w="835"/>
            <w:shd w:fill="F9FBFB"/>
            <w:tcMar>
              <w:top w:w="35" w:type="dxa"/>
              <w:bottom w:w="35" w:type="dxa"/>
              <w:left w:w="20" w:type="dxa"/>
              <w:right w:w="20" w:type="dxa"/>
            </w:tcMar>
          </w:tcPr>
          <w:p>
            <w:pPr>
              <w:jc w:val="right"/>
            </w:pPr>
            <w:r>
              <w:rPr>
                <w:sz w:val="15"/>
              </w:rPr>
              <w:t>1</w:t>
            </w:r>
          </w:p>
        </w:tc>
        <w:tc>
          <w:tcPr>
            <w:tcW w:type="dxa" w:w="835"/>
            <w:shd w:fill="F9FBFB"/>
            <w:tcMar>
              <w:top w:w="35" w:type="dxa"/>
              <w:bottom w:w="35" w:type="dxa"/>
              <w:left w:w="20" w:type="dxa"/>
              <w:right w:w="20" w:type="dxa"/>
            </w:tcMar>
          </w:tcPr>
          <w:p>
            <w:pPr>
              <w:jc w:val="right"/>
            </w:pPr>
            <w:r>
              <w:rPr>
                <w:sz w:val="15"/>
              </w:rPr>
              <w:t>2</w:t>
            </w:r>
          </w:p>
        </w:tc>
        <w:tc>
          <w:tcPr>
            <w:tcW w:type="dxa" w:w="835"/>
            <w:shd w:fill="F9FBFB"/>
            <w:tcMar>
              <w:top w:w="35" w:type="dxa"/>
              <w:bottom w:w="35" w:type="dxa"/>
              <w:left w:w="20" w:type="dxa"/>
              <w:right w:w="20" w:type="dxa"/>
            </w:tcMar>
          </w:tcPr>
          <w:p>
            <w:pPr>
              <w:jc w:val="right"/>
            </w:pPr>
            <w:r>
              <w:rPr>
                <w:sz w:val="15"/>
              </w:rPr>
              <w:t>2</w:t>
            </w:r>
          </w:p>
        </w:tc>
        <w:tc>
          <w:tcPr>
            <w:tcW w:type="dxa" w:w="835"/>
            <w:shd w:fill="F9FBFB"/>
            <w:tcMar>
              <w:top w:w="35" w:type="dxa"/>
              <w:bottom w:w="35" w:type="dxa"/>
              <w:left w:w="20" w:type="dxa"/>
              <w:right w:w="20" w:type="dxa"/>
            </w:tcMar>
          </w:tcPr>
          <w:p>
            <w:pPr>
              <w:jc w:val="right"/>
            </w:pPr>
            <w:r>
              <w:rPr>
                <w:sz w:val="15"/>
              </w:rPr>
              <w:t>3</w:t>
            </w:r>
          </w:p>
        </w:tc>
        <w:tc>
          <w:tcPr>
            <w:tcW w:type="dxa" w:w="835"/>
            <w:shd w:fill="F9FBFB"/>
            <w:tcMar>
              <w:top w:w="35" w:type="dxa"/>
              <w:bottom w:w="35" w:type="dxa"/>
              <w:left w:w="20" w:type="dxa"/>
              <w:right w:w="20" w:type="dxa"/>
            </w:tcMar>
          </w:tcPr>
          <w:p>
            <w:pPr>
              <w:jc w:val="right"/>
            </w:pPr>
            <w:r>
              <w:rPr>
                <w:sz w:val="15"/>
              </w:rPr>
              <w:t>3</w:t>
            </w:r>
          </w:p>
        </w:tc>
        <w:tc>
          <w:tcPr>
            <w:tcW w:type="dxa" w:w="835"/>
            <w:shd w:fill="F9FBFB"/>
            <w:tcMar>
              <w:top w:w="35" w:type="dxa"/>
              <w:bottom w:w="35" w:type="dxa"/>
              <w:left w:w="20" w:type="dxa"/>
              <w:right w:w="20" w:type="dxa"/>
            </w:tcMar>
          </w:tcPr>
          <w:p>
            <w:pPr>
              <w:jc w:val="right"/>
            </w:pPr>
            <w:r>
              <w:rPr>
                <w:sz w:val="15"/>
              </w:rPr>
              <w:t>4</w:t>
            </w:r>
          </w:p>
        </w:tc>
        <w:tc>
          <w:tcPr>
            <w:tcW w:type="dxa" w:w="835"/>
            <w:shd w:fill="F9FBFB"/>
            <w:tcMar>
              <w:top w:w="35" w:type="dxa"/>
              <w:bottom w:w="35" w:type="dxa"/>
              <w:left w:w="20" w:type="dxa"/>
              <w:right w:w="20" w:type="dxa"/>
            </w:tcMar>
          </w:tcPr>
          <w:p>
            <w:pPr>
              <w:jc w:val="right"/>
            </w:pPr>
            <w:r>
              <w:rPr>
                <w:sz w:val="15"/>
              </w:rPr>
              <w:t>3</w:t>
            </w:r>
          </w:p>
        </w:tc>
        <w:tc>
          <w:tcPr>
            <w:tcW w:type="dxa" w:w="835"/>
            <w:shd w:fill="F9FBFB"/>
            <w:tcMar>
              <w:top w:w="35" w:type="dxa"/>
              <w:bottom w:w="35" w:type="dxa"/>
              <w:left w:w="20" w:type="dxa"/>
              <w:right w:w="20" w:type="dxa"/>
            </w:tcMar>
          </w:tcPr>
          <w:p>
            <w:pPr>
              <w:jc w:val="right"/>
            </w:pPr>
            <w:r>
              <w:rPr>
                <w:sz w:val="15"/>
              </w:rPr>
              <w:t>3</w:t>
            </w:r>
          </w:p>
        </w:tc>
        <w:tc>
          <w:tcPr>
            <w:tcW w:type="dxa" w:w="835"/>
            <w:shd w:fill="F9FBFB"/>
            <w:tcMar>
              <w:top w:w="35" w:type="dxa"/>
              <w:bottom w:w="35" w:type="dxa"/>
              <w:left w:w="20" w:type="dxa"/>
              <w:right w:w="20" w:type="dxa"/>
            </w:tcMar>
          </w:tcPr>
          <w:p>
            <w:pPr>
              <w:jc w:val="right"/>
            </w:pPr>
            <w:r>
              <w:rPr>
                <w:sz w:val="15"/>
              </w:rPr>
              <w:t>2</w:t>
            </w:r>
          </w:p>
        </w:tc>
        <w:tc>
          <w:tcPr>
            <w:tcW w:type="dxa" w:w="835"/>
            <w:shd w:fill="F9FBFB"/>
            <w:tcMar>
              <w:top w:w="35" w:type="dxa"/>
              <w:bottom w:w="35" w:type="dxa"/>
              <w:left w:w="20" w:type="dxa"/>
              <w:right w:w="20" w:type="dxa"/>
            </w:tcMar>
          </w:tcPr>
          <w:p>
            <w:pPr>
              <w:jc w:val="right"/>
            </w:pPr>
            <w:r>
              <w:rPr>
                <w:b/>
                <w:sz w:val="15"/>
              </w:rPr>
              <w:t>-</w:t>
            </w:r>
          </w:p>
        </w:tc>
        <w:tc>
          <w:tcPr>
            <w:tcW w:type="dxa" w:w="1224"/>
            <w:shd w:fill="F9FBFB"/>
            <w:tcMar>
              <w:top w:w="35" w:type="dxa"/>
              <w:bottom w:w="35" w:type="dxa"/>
              <w:left w:w="20" w:type="dxa"/>
              <w:right w:w="20" w:type="dxa"/>
            </w:tcMar>
          </w:tcPr>
          <w:p>
            <w:pPr>
              <w:jc w:val="right"/>
            </w:pPr>
            <w:r>
              <w:rPr>
                <w:color w:val="C0392B"/>
                <w:sz w:val="15"/>
              </w:rPr>
              <w:t>-2</w:t>
            </w:r>
          </w:p>
        </w:tc>
        <w:tc>
          <w:tcPr>
            <w:tcW w:type="dxa" w:w="1066"/>
            <w:shd w:fill="F9FBFB"/>
            <w:tcMar>
              <w:top w:w="35" w:type="dxa"/>
              <w:bottom w:w="35" w:type="dxa"/>
              <w:left w:w="20" w:type="dxa"/>
              <w:right w:w="20" w:type="dxa"/>
            </w:tcMar>
          </w:tcPr>
          <w:p>
            <w:pPr>
              <w:jc w:val="center"/>
            </w:pPr>
            <w:r>
              <w:rPr>
                <w:b/>
                <w:color w:val="C0392B"/>
                <w:sz w:val="15"/>
              </w:rPr>
              <w:t>-100.0%</w:t>
            </w:r>
          </w:p>
        </w:tc>
      </w:tr>
      <w:tr>
        <w:tc>
          <w:tcPr>
            <w:tcW w:type="dxa" w:w="504"/>
            <w:shd w:fill="FFFFFF"/>
            <w:tcMar>
              <w:top w:w="35" w:type="dxa"/>
              <w:bottom w:w="35" w:type="dxa"/>
              <w:left w:w="20" w:type="dxa"/>
              <w:right w:w="20" w:type="dxa"/>
            </w:tcMar>
          </w:tcPr>
          <w:p>
            <w:pPr>
              <w:jc w:val="center"/>
            </w:pPr>
            <w:r>
              <w:rPr>
                <w:sz w:val="15"/>
              </w:rPr>
              <w:t>117</w:t>
            </w:r>
          </w:p>
        </w:tc>
        <w:tc>
          <w:tcPr>
            <w:tcW w:type="dxa" w:w="936"/>
            <w:shd w:fill="FFFFFF"/>
            <w:tcMar>
              <w:top w:w="35" w:type="dxa"/>
              <w:bottom w:w="35" w:type="dxa"/>
              <w:left w:w="20" w:type="dxa"/>
              <w:right w:w="20" w:type="dxa"/>
            </w:tcMar>
          </w:tcPr>
          <w:p>
            <w:pPr>
              <w:jc w:val="left"/>
            </w:pPr>
            <w:r>
              <w:rPr>
                <w:sz w:val="15"/>
              </w:rPr>
              <w:t>KH2178</w:t>
            </w:r>
          </w:p>
        </w:tc>
        <w:tc>
          <w:tcPr>
            <w:tcW w:type="dxa" w:w="3024"/>
            <w:shd w:fill="FFFFFF"/>
            <w:tcMar>
              <w:top w:w="35" w:type="dxa"/>
              <w:bottom w:w="35" w:type="dxa"/>
              <w:left w:w="20" w:type="dxa"/>
              <w:right w:w="20" w:type="dxa"/>
            </w:tcMar>
          </w:tcPr>
          <w:p>
            <w:pPr>
              <w:jc w:val="left"/>
            </w:pPr>
            <w:r>
              <w:rPr>
                <w:sz w:val="15"/>
              </w:rPr>
              <w:t>CÔNG TY CỔ PHẦN MỘC 68</w:t>
            </w:r>
          </w:p>
        </w:tc>
        <w:tc>
          <w:tcPr>
            <w:tcW w:type="dxa" w:w="835"/>
            <w:shd w:fill="FFFFFF"/>
            <w:tcMar>
              <w:top w:w="35" w:type="dxa"/>
              <w:bottom w:w="35" w:type="dxa"/>
              <w:left w:w="20" w:type="dxa"/>
              <w:right w:w="20" w:type="dxa"/>
            </w:tcMar>
          </w:tcPr>
          <w:p>
            <w:pPr>
              <w:jc w:val="right"/>
            </w:pPr>
            <w:r>
              <w:rPr>
                <w:sz w:val="15"/>
              </w:rPr>
              <w:t>12</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16</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19</w:t>
            </w:r>
          </w:p>
        </w:tc>
        <w:tc>
          <w:tcPr>
            <w:tcW w:type="dxa" w:w="835"/>
            <w:shd w:fill="FFFFFF"/>
            <w:tcMar>
              <w:top w:w="35" w:type="dxa"/>
              <w:bottom w:w="35" w:type="dxa"/>
              <w:left w:w="20" w:type="dxa"/>
              <w:right w:w="20" w:type="dxa"/>
            </w:tcMar>
          </w:tcPr>
          <w:p>
            <w:pPr>
              <w:jc w:val="right"/>
            </w:pPr>
            <w:r>
              <w:rPr>
                <w:sz w:val="15"/>
              </w:rPr>
              <w:t>4</w:t>
            </w:r>
          </w:p>
        </w:tc>
        <w:tc>
          <w:tcPr>
            <w:tcW w:type="dxa" w:w="835"/>
            <w:shd w:fill="FFFFFF"/>
            <w:tcMar>
              <w:top w:w="35" w:type="dxa"/>
              <w:bottom w:w="35" w:type="dxa"/>
              <w:left w:w="20" w:type="dxa"/>
              <w:right w:w="20" w:type="dxa"/>
            </w:tcMar>
          </w:tcPr>
          <w:p>
            <w:pPr>
              <w:jc w:val="right"/>
            </w:pPr>
            <w:r>
              <w:rPr>
                <w:sz w:val="15"/>
              </w:rPr>
              <w:t>4</w:t>
            </w:r>
          </w:p>
        </w:tc>
        <w:tc>
          <w:tcPr>
            <w:tcW w:type="dxa" w:w="835"/>
            <w:shd w:fill="FFFFFF"/>
            <w:tcMar>
              <w:top w:w="35" w:type="dxa"/>
              <w:bottom w:w="35" w:type="dxa"/>
              <w:left w:w="20" w:type="dxa"/>
              <w:right w:w="20" w:type="dxa"/>
            </w:tcMar>
          </w:tcPr>
          <w:p>
            <w:pPr>
              <w:jc w:val="right"/>
            </w:pPr>
            <w:r>
              <w:rPr>
                <w:sz w:val="15"/>
              </w:rPr>
              <w:t>2</w:t>
            </w:r>
          </w:p>
        </w:tc>
        <w:tc>
          <w:tcPr>
            <w:tcW w:type="dxa" w:w="835"/>
            <w:shd w:fill="FFFFFF"/>
            <w:tcMar>
              <w:top w:w="35" w:type="dxa"/>
              <w:bottom w:w="35" w:type="dxa"/>
              <w:left w:w="20" w:type="dxa"/>
              <w:right w:w="20" w:type="dxa"/>
            </w:tcMar>
          </w:tcPr>
          <w:p>
            <w:pPr>
              <w:jc w:val="right"/>
            </w:pPr>
            <w:r>
              <w:rPr>
                <w:b/>
                <w:sz w:val="15"/>
              </w:rPr>
              <w:t>-</w:t>
            </w:r>
          </w:p>
        </w:tc>
        <w:tc>
          <w:tcPr>
            <w:tcW w:type="dxa" w:w="1224"/>
            <w:shd w:fill="FFFFFF"/>
            <w:tcMar>
              <w:top w:w="35" w:type="dxa"/>
              <w:bottom w:w="35" w:type="dxa"/>
              <w:left w:w="20" w:type="dxa"/>
              <w:right w:w="20" w:type="dxa"/>
            </w:tcMar>
          </w:tcPr>
          <w:p>
            <w:pPr>
              <w:jc w:val="right"/>
            </w:pPr>
            <w:r>
              <w:rPr>
                <w:color w:val="C0392B"/>
                <w:sz w:val="15"/>
              </w:rPr>
              <w:t>-2</w:t>
            </w:r>
          </w:p>
        </w:tc>
        <w:tc>
          <w:tcPr>
            <w:tcW w:type="dxa" w:w="1066"/>
            <w:shd w:fill="FFFFFF"/>
            <w:tcMar>
              <w:top w:w="35" w:type="dxa"/>
              <w:bottom w:w="35" w:type="dxa"/>
              <w:left w:w="20" w:type="dxa"/>
              <w:right w:w="20" w:type="dxa"/>
            </w:tcMar>
          </w:tcPr>
          <w:p>
            <w:pPr>
              <w:jc w:val="center"/>
            </w:pPr>
            <w:r>
              <w:rPr>
                <w:b/>
                <w:color w:val="C0392B"/>
                <w:sz w:val="15"/>
              </w:rPr>
              <w:t>-100.0%</w:t>
            </w:r>
          </w:p>
        </w:tc>
      </w:tr>
      <w:tr>
        <w:tc>
          <w:tcPr>
            <w:tcW w:type="dxa" w:w="504"/>
            <w:shd w:fill="F9FBFB"/>
            <w:tcMar>
              <w:top w:w="35" w:type="dxa"/>
              <w:bottom w:w="35" w:type="dxa"/>
              <w:left w:w="20" w:type="dxa"/>
              <w:right w:w="20" w:type="dxa"/>
            </w:tcMar>
          </w:tcPr>
          <w:p>
            <w:pPr>
              <w:jc w:val="center"/>
            </w:pPr>
            <w:r>
              <w:rPr>
                <w:sz w:val="15"/>
              </w:rPr>
              <w:t>118</w:t>
            </w:r>
          </w:p>
        </w:tc>
        <w:tc>
          <w:tcPr>
            <w:tcW w:type="dxa" w:w="936"/>
            <w:shd w:fill="F9FBFB"/>
            <w:tcMar>
              <w:top w:w="35" w:type="dxa"/>
              <w:bottom w:w="35" w:type="dxa"/>
              <w:left w:w="20" w:type="dxa"/>
              <w:right w:w="20" w:type="dxa"/>
            </w:tcMar>
          </w:tcPr>
          <w:p>
            <w:pPr>
              <w:jc w:val="left"/>
            </w:pPr>
            <w:r>
              <w:rPr>
                <w:sz w:val="15"/>
              </w:rPr>
              <w:t>KH2013</w:t>
            </w:r>
          </w:p>
        </w:tc>
        <w:tc>
          <w:tcPr>
            <w:tcW w:type="dxa" w:w="3024"/>
            <w:shd w:fill="F9FBFB"/>
            <w:tcMar>
              <w:top w:w="35" w:type="dxa"/>
              <w:bottom w:w="35" w:type="dxa"/>
              <w:left w:w="20" w:type="dxa"/>
              <w:right w:w="20" w:type="dxa"/>
            </w:tcMar>
          </w:tcPr>
          <w:p>
            <w:pPr>
              <w:jc w:val="left"/>
            </w:pPr>
            <w:r>
              <w:rPr>
                <w:sz w:val="15"/>
              </w:rPr>
              <w:t>CÔNG TY TRÁCH NHIỆM HỮU HẠN HỒNG NGỌC</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15</w:t>
            </w:r>
          </w:p>
        </w:tc>
        <w:tc>
          <w:tcPr>
            <w:tcW w:type="dxa" w:w="835"/>
            <w:shd w:fill="F9FBFB"/>
            <w:tcMar>
              <w:top w:w="35" w:type="dxa"/>
              <w:bottom w:w="35" w:type="dxa"/>
              <w:left w:w="20" w:type="dxa"/>
              <w:right w:w="20" w:type="dxa"/>
            </w:tcMar>
          </w:tcPr>
          <w:p>
            <w:pPr>
              <w:jc w:val="right"/>
            </w:pPr>
            <w:r>
              <w:rPr>
                <w:sz w:val="15"/>
              </w:rPr>
              <w:t>12</w:t>
            </w:r>
          </w:p>
        </w:tc>
        <w:tc>
          <w:tcPr>
            <w:tcW w:type="dxa" w:w="835"/>
            <w:shd w:fill="F9FBFB"/>
            <w:tcMar>
              <w:top w:w="35" w:type="dxa"/>
              <w:bottom w:w="35" w:type="dxa"/>
              <w:left w:w="20" w:type="dxa"/>
              <w:right w:w="20" w:type="dxa"/>
            </w:tcMar>
          </w:tcPr>
          <w:p>
            <w:pPr>
              <w:jc w:val="right"/>
            </w:pPr>
            <w:r>
              <w:rPr>
                <w:sz w:val="15"/>
              </w:rPr>
              <w:t>12</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2</w:t>
            </w:r>
          </w:p>
        </w:tc>
        <w:tc>
          <w:tcPr>
            <w:tcW w:type="dxa" w:w="835"/>
            <w:shd w:fill="F9FBFB"/>
            <w:tcMar>
              <w:top w:w="35" w:type="dxa"/>
              <w:bottom w:w="35" w:type="dxa"/>
              <w:left w:w="20" w:type="dxa"/>
              <w:right w:w="20" w:type="dxa"/>
            </w:tcMar>
          </w:tcPr>
          <w:p>
            <w:pPr>
              <w:jc w:val="right"/>
            </w:pPr>
            <w:r>
              <w:rPr>
                <w:b/>
                <w:sz w:val="15"/>
              </w:rPr>
              <w:t>-</w:t>
            </w:r>
          </w:p>
        </w:tc>
        <w:tc>
          <w:tcPr>
            <w:tcW w:type="dxa" w:w="1224"/>
            <w:shd w:fill="F9FBFB"/>
            <w:tcMar>
              <w:top w:w="35" w:type="dxa"/>
              <w:bottom w:w="35" w:type="dxa"/>
              <w:left w:w="20" w:type="dxa"/>
              <w:right w:w="20" w:type="dxa"/>
            </w:tcMar>
          </w:tcPr>
          <w:p>
            <w:pPr>
              <w:jc w:val="right"/>
            </w:pPr>
            <w:r>
              <w:rPr>
                <w:color w:val="C0392B"/>
                <w:sz w:val="15"/>
              </w:rPr>
              <w:t>-2</w:t>
            </w:r>
          </w:p>
        </w:tc>
        <w:tc>
          <w:tcPr>
            <w:tcW w:type="dxa" w:w="1066"/>
            <w:shd w:fill="F9FBFB"/>
            <w:tcMar>
              <w:top w:w="35" w:type="dxa"/>
              <w:bottom w:w="35" w:type="dxa"/>
              <w:left w:w="20" w:type="dxa"/>
              <w:right w:w="20" w:type="dxa"/>
            </w:tcMar>
          </w:tcPr>
          <w:p>
            <w:pPr>
              <w:jc w:val="center"/>
            </w:pPr>
            <w:r>
              <w:rPr>
                <w:b/>
                <w:color w:val="C0392B"/>
                <w:sz w:val="15"/>
              </w:rPr>
              <w:t>-100.0%</w:t>
            </w:r>
          </w:p>
        </w:tc>
      </w:tr>
      <w:tr>
        <w:tc>
          <w:tcPr>
            <w:tcW w:type="dxa" w:w="504"/>
            <w:shd w:fill="FFFFFF"/>
            <w:tcMar>
              <w:top w:w="35" w:type="dxa"/>
              <w:bottom w:w="35" w:type="dxa"/>
              <w:left w:w="20" w:type="dxa"/>
              <w:right w:w="20" w:type="dxa"/>
            </w:tcMar>
          </w:tcPr>
          <w:p>
            <w:pPr>
              <w:jc w:val="center"/>
            </w:pPr>
            <w:r>
              <w:rPr>
                <w:sz w:val="15"/>
              </w:rPr>
              <w:t>119</w:t>
            </w:r>
          </w:p>
        </w:tc>
        <w:tc>
          <w:tcPr>
            <w:tcW w:type="dxa" w:w="936"/>
            <w:shd w:fill="FFFFFF"/>
            <w:tcMar>
              <w:top w:w="35" w:type="dxa"/>
              <w:bottom w:w="35" w:type="dxa"/>
              <w:left w:w="20" w:type="dxa"/>
              <w:right w:w="20" w:type="dxa"/>
            </w:tcMar>
          </w:tcPr>
          <w:p>
            <w:pPr>
              <w:jc w:val="left"/>
            </w:pPr>
            <w:r>
              <w:rPr>
                <w:sz w:val="15"/>
              </w:rPr>
              <w:t>KH2017</w:t>
            </w:r>
          </w:p>
        </w:tc>
        <w:tc>
          <w:tcPr>
            <w:tcW w:type="dxa" w:w="3024"/>
            <w:shd w:fill="FFFFFF"/>
            <w:tcMar>
              <w:top w:w="35" w:type="dxa"/>
              <w:bottom w:w="35" w:type="dxa"/>
              <w:left w:w="20" w:type="dxa"/>
              <w:right w:w="20" w:type="dxa"/>
            </w:tcMar>
          </w:tcPr>
          <w:p>
            <w:pPr>
              <w:jc w:val="left"/>
            </w:pPr>
            <w:r>
              <w:rPr>
                <w:sz w:val="15"/>
              </w:rPr>
              <w:t>CÔNG TY TNHH MTV TỔNG HỢP TRUNG ĐỨC</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1</w:t>
            </w:r>
          </w:p>
        </w:tc>
        <w:tc>
          <w:tcPr>
            <w:tcW w:type="dxa" w:w="835"/>
            <w:shd w:fill="FFFFFF"/>
            <w:tcMar>
              <w:top w:w="35" w:type="dxa"/>
              <w:bottom w:w="35" w:type="dxa"/>
              <w:left w:w="20" w:type="dxa"/>
              <w:right w:w="20" w:type="dxa"/>
            </w:tcMar>
          </w:tcPr>
          <w:p>
            <w:pPr>
              <w:jc w:val="right"/>
            </w:pPr>
            <w:r>
              <w:rPr>
                <w:b/>
                <w:sz w:val="15"/>
              </w:rPr>
              <w:t>-</w:t>
            </w:r>
          </w:p>
        </w:tc>
        <w:tc>
          <w:tcPr>
            <w:tcW w:type="dxa" w:w="1224"/>
            <w:shd w:fill="FFFFFF"/>
            <w:tcMar>
              <w:top w:w="35" w:type="dxa"/>
              <w:bottom w:w="35" w:type="dxa"/>
              <w:left w:w="20" w:type="dxa"/>
              <w:right w:w="20" w:type="dxa"/>
            </w:tcMar>
          </w:tcPr>
          <w:p>
            <w:pPr>
              <w:jc w:val="right"/>
            </w:pPr>
            <w:r>
              <w:rPr>
                <w:color w:val="C0392B"/>
                <w:sz w:val="15"/>
              </w:rPr>
              <w:t>-1</w:t>
            </w:r>
          </w:p>
        </w:tc>
        <w:tc>
          <w:tcPr>
            <w:tcW w:type="dxa" w:w="1066"/>
            <w:shd w:fill="FFFFFF"/>
            <w:tcMar>
              <w:top w:w="35" w:type="dxa"/>
              <w:bottom w:w="35" w:type="dxa"/>
              <w:left w:w="20" w:type="dxa"/>
              <w:right w:w="20" w:type="dxa"/>
            </w:tcMar>
          </w:tcPr>
          <w:p>
            <w:pPr>
              <w:jc w:val="center"/>
            </w:pPr>
            <w:r>
              <w:rPr>
                <w:b/>
                <w:color w:val="C0392B"/>
                <w:sz w:val="15"/>
              </w:rPr>
              <w:t>-100.0%</w:t>
            </w:r>
          </w:p>
        </w:tc>
      </w:tr>
      <w:tr>
        <w:tc>
          <w:tcPr>
            <w:tcW w:type="dxa" w:w="504"/>
            <w:shd w:fill="F9FBFB"/>
            <w:tcMar>
              <w:top w:w="35" w:type="dxa"/>
              <w:bottom w:w="35" w:type="dxa"/>
              <w:left w:w="20" w:type="dxa"/>
              <w:right w:w="20" w:type="dxa"/>
            </w:tcMar>
          </w:tcPr>
          <w:p>
            <w:pPr>
              <w:jc w:val="center"/>
            </w:pPr>
            <w:r>
              <w:rPr>
                <w:sz w:val="15"/>
              </w:rPr>
              <w:t>120</w:t>
            </w:r>
          </w:p>
        </w:tc>
        <w:tc>
          <w:tcPr>
            <w:tcW w:type="dxa" w:w="936"/>
            <w:shd w:fill="F9FBFB"/>
            <w:tcMar>
              <w:top w:w="35" w:type="dxa"/>
              <w:bottom w:w="35" w:type="dxa"/>
              <w:left w:w="20" w:type="dxa"/>
              <w:right w:w="20" w:type="dxa"/>
            </w:tcMar>
          </w:tcPr>
          <w:p>
            <w:pPr>
              <w:jc w:val="left"/>
            </w:pPr>
            <w:r>
              <w:rPr>
                <w:sz w:val="15"/>
              </w:rPr>
              <w:t>KH2198</w:t>
            </w:r>
          </w:p>
        </w:tc>
        <w:tc>
          <w:tcPr>
            <w:tcW w:type="dxa" w:w="3024"/>
            <w:shd w:fill="F9FBFB"/>
            <w:tcMar>
              <w:top w:w="35" w:type="dxa"/>
              <w:bottom w:w="35" w:type="dxa"/>
              <w:left w:w="20" w:type="dxa"/>
              <w:right w:w="20" w:type="dxa"/>
            </w:tcMar>
          </w:tcPr>
          <w:p>
            <w:pPr>
              <w:jc w:val="left"/>
            </w:pPr>
            <w:r>
              <w:rPr>
                <w:sz w:val="15"/>
              </w:rPr>
              <w:t>CÔNG TY TNHH SẢN XUẤT VÀ THƯƠNG MẠI DỊCH VỤ THÁI BÌNH DƯƠNG</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1</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1</w:t>
            </w:r>
          </w:p>
        </w:tc>
        <w:tc>
          <w:tcPr>
            <w:tcW w:type="dxa" w:w="835"/>
            <w:shd w:fill="F9FBFB"/>
            <w:tcMar>
              <w:top w:w="35" w:type="dxa"/>
              <w:bottom w:w="35" w:type="dxa"/>
              <w:left w:w="20" w:type="dxa"/>
              <w:right w:w="20" w:type="dxa"/>
            </w:tcMar>
          </w:tcPr>
          <w:p>
            <w:pPr>
              <w:jc w:val="right"/>
            </w:pPr>
            <w:r>
              <w:rPr>
                <w:b/>
                <w:sz w:val="15"/>
              </w:rPr>
              <w:t>-</w:t>
            </w:r>
          </w:p>
        </w:tc>
        <w:tc>
          <w:tcPr>
            <w:tcW w:type="dxa" w:w="1224"/>
            <w:shd w:fill="F9FBFB"/>
            <w:tcMar>
              <w:top w:w="35" w:type="dxa"/>
              <w:bottom w:w="35" w:type="dxa"/>
              <w:left w:w="20" w:type="dxa"/>
              <w:right w:w="20" w:type="dxa"/>
            </w:tcMar>
          </w:tcPr>
          <w:p>
            <w:pPr>
              <w:jc w:val="right"/>
            </w:pPr>
            <w:r>
              <w:rPr>
                <w:color w:val="C0392B"/>
                <w:sz w:val="15"/>
              </w:rPr>
              <w:t>-1</w:t>
            </w:r>
          </w:p>
        </w:tc>
        <w:tc>
          <w:tcPr>
            <w:tcW w:type="dxa" w:w="1066"/>
            <w:shd w:fill="F9FBFB"/>
            <w:tcMar>
              <w:top w:w="35" w:type="dxa"/>
              <w:bottom w:w="35" w:type="dxa"/>
              <w:left w:w="20" w:type="dxa"/>
              <w:right w:w="20" w:type="dxa"/>
            </w:tcMar>
          </w:tcPr>
          <w:p>
            <w:pPr>
              <w:jc w:val="center"/>
            </w:pPr>
            <w:r>
              <w:rPr>
                <w:b/>
                <w:color w:val="C0392B"/>
                <w:sz w:val="15"/>
              </w:rPr>
              <w:t>-100.0%</w:t>
            </w:r>
          </w:p>
        </w:tc>
      </w:tr>
      <w:tr>
        <w:tc>
          <w:tcPr>
            <w:tcW w:type="dxa" w:w="504"/>
            <w:shd w:fill="FFFFFF"/>
            <w:tcMar>
              <w:top w:w="35" w:type="dxa"/>
              <w:bottom w:w="35" w:type="dxa"/>
              <w:left w:w="20" w:type="dxa"/>
              <w:right w:w="20" w:type="dxa"/>
            </w:tcMar>
          </w:tcPr>
          <w:p>
            <w:pPr>
              <w:jc w:val="center"/>
            </w:pPr>
            <w:r>
              <w:rPr>
                <w:sz w:val="15"/>
              </w:rPr>
              <w:t>121</w:t>
            </w:r>
          </w:p>
        </w:tc>
        <w:tc>
          <w:tcPr>
            <w:tcW w:type="dxa" w:w="936"/>
            <w:shd w:fill="FFFFFF"/>
            <w:tcMar>
              <w:top w:w="35" w:type="dxa"/>
              <w:bottom w:w="35" w:type="dxa"/>
              <w:left w:w="20" w:type="dxa"/>
              <w:right w:w="20" w:type="dxa"/>
            </w:tcMar>
          </w:tcPr>
          <w:p>
            <w:pPr>
              <w:jc w:val="left"/>
            </w:pPr>
            <w:r>
              <w:rPr>
                <w:sz w:val="15"/>
              </w:rPr>
              <w:t>KH0008</w:t>
            </w:r>
          </w:p>
        </w:tc>
        <w:tc>
          <w:tcPr>
            <w:tcW w:type="dxa" w:w="3024"/>
            <w:shd w:fill="FFFFFF"/>
            <w:tcMar>
              <w:top w:w="35" w:type="dxa"/>
              <w:bottom w:w="35" w:type="dxa"/>
              <w:left w:w="20" w:type="dxa"/>
              <w:right w:w="20" w:type="dxa"/>
            </w:tcMar>
          </w:tcPr>
          <w:p>
            <w:pPr>
              <w:jc w:val="left"/>
            </w:pPr>
            <w:r>
              <w:rPr>
                <w:sz w:val="15"/>
              </w:rPr>
              <w:t>ANH CÔNG * * *</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1</w:t>
            </w:r>
          </w:p>
        </w:tc>
        <w:tc>
          <w:tcPr>
            <w:tcW w:type="dxa" w:w="835"/>
            <w:shd w:fill="FFFFFF"/>
            <w:tcMar>
              <w:top w:w="35" w:type="dxa"/>
              <w:bottom w:w="35" w:type="dxa"/>
              <w:left w:w="20" w:type="dxa"/>
              <w:right w:w="20" w:type="dxa"/>
            </w:tcMar>
          </w:tcPr>
          <w:p>
            <w:pPr>
              <w:jc w:val="right"/>
            </w:pPr>
            <w:r>
              <w:rPr>
                <w:sz w:val="15"/>
              </w:rPr>
              <w:t>1</w:t>
            </w:r>
          </w:p>
        </w:tc>
        <w:tc>
          <w:tcPr>
            <w:tcW w:type="dxa" w:w="835"/>
            <w:shd w:fill="FFFFFF"/>
            <w:tcMar>
              <w:top w:w="35" w:type="dxa"/>
              <w:bottom w:w="35" w:type="dxa"/>
              <w:left w:w="20" w:type="dxa"/>
              <w:right w:w="20" w:type="dxa"/>
            </w:tcMar>
          </w:tcPr>
          <w:p>
            <w:pPr>
              <w:jc w:val="right"/>
            </w:pPr>
            <w:r>
              <w:rPr>
                <w:sz w:val="15"/>
              </w:rPr>
              <w:t>1</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1</w:t>
            </w:r>
          </w:p>
        </w:tc>
        <w:tc>
          <w:tcPr>
            <w:tcW w:type="dxa" w:w="835"/>
            <w:shd w:fill="FFFFFF"/>
            <w:tcMar>
              <w:top w:w="35" w:type="dxa"/>
              <w:bottom w:w="35" w:type="dxa"/>
              <w:left w:w="20" w:type="dxa"/>
              <w:right w:w="20" w:type="dxa"/>
            </w:tcMar>
          </w:tcPr>
          <w:p>
            <w:pPr>
              <w:jc w:val="right"/>
            </w:pPr>
            <w:r>
              <w:rPr>
                <w:sz w:val="15"/>
              </w:rPr>
              <w:t>1</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b/>
                <w:sz w:val="15"/>
              </w:rPr>
              <w:t>-</w:t>
            </w:r>
          </w:p>
        </w:tc>
        <w:tc>
          <w:tcPr>
            <w:tcW w:type="dxa" w:w="1224"/>
            <w:shd w:fill="FFFFFF"/>
            <w:tcMar>
              <w:top w:w="35" w:type="dxa"/>
              <w:bottom w:w="35" w:type="dxa"/>
              <w:left w:w="20" w:type="dxa"/>
              <w:right w:w="20" w:type="dxa"/>
            </w:tcMar>
          </w:tcPr>
          <w:p>
            <w:pPr>
              <w:jc w:val="right"/>
            </w:pPr>
            <w:r>
              <w:rPr>
                <w:sz w:val="15"/>
              </w:rPr>
              <w:t>-</w:t>
            </w:r>
          </w:p>
        </w:tc>
        <w:tc>
          <w:tcPr>
            <w:tcW w:type="dxa" w:w="1066"/>
            <w:shd w:fill="FFFFFF"/>
            <w:tcMar>
              <w:top w:w="35" w:type="dxa"/>
              <w:bottom w:w="35" w:type="dxa"/>
              <w:left w:w="20" w:type="dxa"/>
              <w:right w:w="20" w:type="dxa"/>
            </w:tcMar>
          </w:tcPr>
          <w:p>
            <w:pPr>
              <w:jc w:val="center"/>
            </w:pPr>
            <w:r>
              <w:rPr>
                <w:b/>
                <w:sz w:val="15"/>
              </w:rPr>
              <w:t>-</w:t>
            </w:r>
          </w:p>
        </w:tc>
      </w:tr>
      <w:tr>
        <w:tc>
          <w:tcPr>
            <w:tcW w:type="dxa" w:w="504"/>
            <w:shd w:fill="F9FBFB"/>
            <w:tcMar>
              <w:top w:w="35" w:type="dxa"/>
              <w:bottom w:w="35" w:type="dxa"/>
              <w:left w:w="20" w:type="dxa"/>
              <w:right w:w="20" w:type="dxa"/>
            </w:tcMar>
          </w:tcPr>
          <w:p>
            <w:pPr>
              <w:jc w:val="center"/>
            </w:pPr>
            <w:r>
              <w:rPr>
                <w:sz w:val="15"/>
              </w:rPr>
              <w:t>122</w:t>
            </w:r>
          </w:p>
        </w:tc>
        <w:tc>
          <w:tcPr>
            <w:tcW w:type="dxa" w:w="936"/>
            <w:shd w:fill="F9FBFB"/>
            <w:tcMar>
              <w:top w:w="35" w:type="dxa"/>
              <w:bottom w:w="35" w:type="dxa"/>
              <w:left w:w="20" w:type="dxa"/>
              <w:right w:w="20" w:type="dxa"/>
            </w:tcMar>
          </w:tcPr>
          <w:p>
            <w:pPr>
              <w:jc w:val="left"/>
            </w:pPr>
            <w:r>
              <w:rPr>
                <w:sz w:val="15"/>
              </w:rPr>
              <w:t>KH0050</w:t>
            </w:r>
          </w:p>
        </w:tc>
        <w:tc>
          <w:tcPr>
            <w:tcW w:type="dxa" w:w="3024"/>
            <w:shd w:fill="F9FBFB"/>
            <w:tcMar>
              <w:top w:w="35" w:type="dxa"/>
              <w:bottom w:w="35" w:type="dxa"/>
              <w:left w:w="20" w:type="dxa"/>
              <w:right w:w="20" w:type="dxa"/>
            </w:tcMar>
          </w:tcPr>
          <w:p>
            <w:pPr>
              <w:jc w:val="left"/>
            </w:pPr>
            <w:r>
              <w:rPr>
                <w:sz w:val="15"/>
              </w:rPr>
              <w:t>CÔNG TY CỔ PHẦN DU LỊCH HỒNG HẢI</w:t>
            </w:r>
          </w:p>
        </w:tc>
        <w:tc>
          <w:tcPr>
            <w:tcW w:type="dxa" w:w="835"/>
            <w:shd w:fill="F9FBFB"/>
            <w:tcMar>
              <w:top w:w="35" w:type="dxa"/>
              <w:bottom w:w="35" w:type="dxa"/>
              <w:left w:w="20" w:type="dxa"/>
              <w:right w:w="20" w:type="dxa"/>
            </w:tcMar>
          </w:tcPr>
          <w:p>
            <w:pPr>
              <w:jc w:val="right"/>
            </w:pPr>
            <w:r>
              <w:rPr>
                <w:sz w:val="15"/>
              </w:rPr>
              <w:t>4</w:t>
            </w:r>
          </w:p>
        </w:tc>
        <w:tc>
          <w:tcPr>
            <w:tcW w:type="dxa" w:w="835"/>
            <w:shd w:fill="F9FBFB"/>
            <w:tcMar>
              <w:top w:w="35" w:type="dxa"/>
              <w:bottom w:w="35" w:type="dxa"/>
              <w:left w:w="20" w:type="dxa"/>
              <w:right w:w="20" w:type="dxa"/>
            </w:tcMar>
          </w:tcPr>
          <w:p>
            <w:pPr>
              <w:jc w:val="right"/>
            </w:pPr>
            <w:r>
              <w:rPr>
                <w:sz w:val="15"/>
              </w:rPr>
              <w:t>7</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b/>
                <w:sz w:val="15"/>
              </w:rPr>
              <w:t>-</w:t>
            </w:r>
          </w:p>
        </w:tc>
        <w:tc>
          <w:tcPr>
            <w:tcW w:type="dxa" w:w="1224"/>
            <w:shd w:fill="F9FBFB"/>
            <w:tcMar>
              <w:top w:w="35" w:type="dxa"/>
              <w:bottom w:w="35" w:type="dxa"/>
              <w:left w:w="20" w:type="dxa"/>
              <w:right w:w="20" w:type="dxa"/>
            </w:tcMar>
          </w:tcPr>
          <w:p>
            <w:pPr>
              <w:jc w:val="right"/>
            </w:pPr>
            <w:r>
              <w:rPr>
                <w:sz w:val="15"/>
              </w:rPr>
              <w:t>-</w:t>
            </w:r>
          </w:p>
        </w:tc>
        <w:tc>
          <w:tcPr>
            <w:tcW w:type="dxa" w:w="1066"/>
            <w:shd w:fill="F9FBFB"/>
            <w:tcMar>
              <w:top w:w="35" w:type="dxa"/>
              <w:bottom w:w="35" w:type="dxa"/>
              <w:left w:w="20" w:type="dxa"/>
              <w:right w:w="20" w:type="dxa"/>
            </w:tcMar>
          </w:tcPr>
          <w:p>
            <w:pPr>
              <w:jc w:val="center"/>
            </w:pPr>
            <w:r>
              <w:rPr>
                <w:b/>
                <w:sz w:val="15"/>
              </w:rPr>
              <w:t>-</w:t>
            </w:r>
          </w:p>
        </w:tc>
      </w:tr>
      <w:tr>
        <w:tc>
          <w:tcPr>
            <w:tcW w:type="dxa" w:w="504"/>
            <w:shd w:fill="FFFFFF"/>
            <w:tcMar>
              <w:top w:w="35" w:type="dxa"/>
              <w:bottom w:w="35" w:type="dxa"/>
              <w:left w:w="20" w:type="dxa"/>
              <w:right w:w="20" w:type="dxa"/>
            </w:tcMar>
          </w:tcPr>
          <w:p>
            <w:pPr>
              <w:jc w:val="center"/>
            </w:pPr>
            <w:r>
              <w:rPr>
                <w:sz w:val="15"/>
              </w:rPr>
              <w:t>123</w:t>
            </w:r>
          </w:p>
        </w:tc>
        <w:tc>
          <w:tcPr>
            <w:tcW w:type="dxa" w:w="936"/>
            <w:shd w:fill="FFFFFF"/>
            <w:tcMar>
              <w:top w:w="35" w:type="dxa"/>
              <w:bottom w:w="35" w:type="dxa"/>
              <w:left w:w="20" w:type="dxa"/>
              <w:right w:w="20" w:type="dxa"/>
            </w:tcMar>
          </w:tcPr>
          <w:p>
            <w:pPr>
              <w:jc w:val="left"/>
            </w:pPr>
            <w:r>
              <w:rPr>
                <w:sz w:val="15"/>
              </w:rPr>
              <w:t>KH0093</w:t>
            </w:r>
          </w:p>
        </w:tc>
        <w:tc>
          <w:tcPr>
            <w:tcW w:type="dxa" w:w="3024"/>
            <w:shd w:fill="FFFFFF"/>
            <w:tcMar>
              <w:top w:w="35" w:type="dxa"/>
              <w:bottom w:w="35" w:type="dxa"/>
              <w:left w:w="20" w:type="dxa"/>
              <w:right w:w="20" w:type="dxa"/>
            </w:tcMar>
          </w:tcPr>
          <w:p>
            <w:pPr>
              <w:jc w:val="left"/>
            </w:pPr>
            <w:r>
              <w:rPr>
                <w:sz w:val="15"/>
              </w:rPr>
              <w:t>CÔNG TY CỔ PHẦN RẠNG ĐÔNG</w:t>
            </w:r>
          </w:p>
        </w:tc>
        <w:tc>
          <w:tcPr>
            <w:tcW w:type="dxa" w:w="835"/>
            <w:shd w:fill="FFFFFF"/>
            <w:tcMar>
              <w:top w:w="35" w:type="dxa"/>
              <w:bottom w:w="35" w:type="dxa"/>
              <w:left w:w="20" w:type="dxa"/>
              <w:right w:w="20" w:type="dxa"/>
            </w:tcMar>
          </w:tcPr>
          <w:p>
            <w:pPr>
              <w:jc w:val="right"/>
            </w:pPr>
            <w:r>
              <w:rPr>
                <w:sz w:val="15"/>
              </w:rPr>
              <w:t>1</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2</w:t>
            </w:r>
          </w:p>
        </w:tc>
        <w:tc>
          <w:tcPr>
            <w:tcW w:type="dxa" w:w="835"/>
            <w:shd w:fill="FFFFFF"/>
            <w:tcMar>
              <w:top w:w="35" w:type="dxa"/>
              <w:bottom w:w="35" w:type="dxa"/>
              <w:left w:w="20" w:type="dxa"/>
              <w:right w:w="20" w:type="dxa"/>
            </w:tcMar>
          </w:tcPr>
          <w:p>
            <w:pPr>
              <w:jc w:val="right"/>
            </w:pPr>
            <w:r>
              <w:rPr>
                <w:sz w:val="15"/>
              </w:rPr>
              <w:t>37</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b/>
                <w:sz w:val="15"/>
              </w:rPr>
              <w:t>-</w:t>
            </w:r>
          </w:p>
        </w:tc>
        <w:tc>
          <w:tcPr>
            <w:tcW w:type="dxa" w:w="1224"/>
            <w:shd w:fill="FFFFFF"/>
            <w:tcMar>
              <w:top w:w="35" w:type="dxa"/>
              <w:bottom w:w="35" w:type="dxa"/>
              <w:left w:w="20" w:type="dxa"/>
              <w:right w:w="20" w:type="dxa"/>
            </w:tcMar>
          </w:tcPr>
          <w:p>
            <w:pPr>
              <w:jc w:val="right"/>
            </w:pPr>
            <w:r>
              <w:rPr>
                <w:sz w:val="15"/>
              </w:rPr>
              <w:t>-</w:t>
            </w:r>
          </w:p>
        </w:tc>
        <w:tc>
          <w:tcPr>
            <w:tcW w:type="dxa" w:w="1066"/>
            <w:shd w:fill="FFFFFF"/>
            <w:tcMar>
              <w:top w:w="35" w:type="dxa"/>
              <w:bottom w:w="35" w:type="dxa"/>
              <w:left w:w="20" w:type="dxa"/>
              <w:right w:w="20" w:type="dxa"/>
            </w:tcMar>
          </w:tcPr>
          <w:p>
            <w:pPr>
              <w:jc w:val="center"/>
            </w:pPr>
            <w:r>
              <w:rPr>
                <w:b/>
                <w:sz w:val="15"/>
              </w:rPr>
              <w:t>-</w:t>
            </w:r>
          </w:p>
        </w:tc>
      </w:tr>
      <w:tr>
        <w:tc>
          <w:tcPr>
            <w:tcW w:type="dxa" w:w="504"/>
            <w:shd w:fill="F9FBFB"/>
            <w:tcMar>
              <w:top w:w="35" w:type="dxa"/>
              <w:bottom w:w="35" w:type="dxa"/>
              <w:left w:w="20" w:type="dxa"/>
              <w:right w:w="20" w:type="dxa"/>
            </w:tcMar>
          </w:tcPr>
          <w:p>
            <w:pPr>
              <w:jc w:val="center"/>
            </w:pPr>
            <w:r>
              <w:rPr>
                <w:sz w:val="15"/>
              </w:rPr>
              <w:t>124</w:t>
            </w:r>
          </w:p>
        </w:tc>
        <w:tc>
          <w:tcPr>
            <w:tcW w:type="dxa" w:w="936"/>
            <w:shd w:fill="F9FBFB"/>
            <w:tcMar>
              <w:top w:w="35" w:type="dxa"/>
              <w:bottom w:w="35" w:type="dxa"/>
              <w:left w:w="20" w:type="dxa"/>
              <w:right w:w="20" w:type="dxa"/>
            </w:tcMar>
          </w:tcPr>
          <w:p>
            <w:pPr>
              <w:jc w:val="left"/>
            </w:pPr>
            <w:r>
              <w:rPr>
                <w:sz w:val="15"/>
              </w:rPr>
              <w:t>KH0096</w:t>
            </w:r>
          </w:p>
        </w:tc>
        <w:tc>
          <w:tcPr>
            <w:tcW w:type="dxa" w:w="3024"/>
            <w:shd w:fill="F9FBFB"/>
            <w:tcMar>
              <w:top w:w="35" w:type="dxa"/>
              <w:bottom w:w="35" w:type="dxa"/>
              <w:left w:w="20" w:type="dxa"/>
              <w:right w:w="20" w:type="dxa"/>
            </w:tcMar>
          </w:tcPr>
          <w:p>
            <w:pPr>
              <w:jc w:val="left"/>
            </w:pPr>
            <w:r>
              <w:rPr>
                <w:sz w:val="15"/>
              </w:rPr>
              <w:t>CÔNG TY CỔ PHẦN SẢN XUẤT VÀ DỊCH VỤ THƯƠNG MẠI AN HUY</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58</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b/>
                <w:sz w:val="15"/>
              </w:rPr>
              <w:t>-</w:t>
            </w:r>
          </w:p>
        </w:tc>
        <w:tc>
          <w:tcPr>
            <w:tcW w:type="dxa" w:w="1224"/>
            <w:shd w:fill="F9FBFB"/>
            <w:tcMar>
              <w:top w:w="35" w:type="dxa"/>
              <w:bottom w:w="35" w:type="dxa"/>
              <w:left w:w="20" w:type="dxa"/>
              <w:right w:w="20" w:type="dxa"/>
            </w:tcMar>
          </w:tcPr>
          <w:p>
            <w:pPr>
              <w:jc w:val="right"/>
            </w:pPr>
            <w:r>
              <w:rPr>
                <w:sz w:val="15"/>
              </w:rPr>
              <w:t>-</w:t>
            </w:r>
          </w:p>
        </w:tc>
        <w:tc>
          <w:tcPr>
            <w:tcW w:type="dxa" w:w="1066"/>
            <w:shd w:fill="F9FBFB"/>
            <w:tcMar>
              <w:top w:w="35" w:type="dxa"/>
              <w:bottom w:w="35" w:type="dxa"/>
              <w:left w:w="20" w:type="dxa"/>
              <w:right w:w="20" w:type="dxa"/>
            </w:tcMar>
          </w:tcPr>
          <w:p>
            <w:pPr>
              <w:jc w:val="center"/>
            </w:pPr>
            <w:r>
              <w:rPr>
                <w:b/>
                <w:sz w:val="15"/>
              </w:rPr>
              <w:t>-</w:t>
            </w:r>
          </w:p>
        </w:tc>
      </w:tr>
      <w:tr>
        <w:tc>
          <w:tcPr>
            <w:tcW w:type="dxa" w:w="504"/>
            <w:shd w:fill="FFFFFF"/>
            <w:tcMar>
              <w:top w:w="35" w:type="dxa"/>
              <w:bottom w:w="35" w:type="dxa"/>
              <w:left w:w="20" w:type="dxa"/>
              <w:right w:w="20" w:type="dxa"/>
            </w:tcMar>
          </w:tcPr>
          <w:p>
            <w:pPr>
              <w:jc w:val="center"/>
            </w:pPr>
            <w:r>
              <w:rPr>
                <w:sz w:val="15"/>
              </w:rPr>
              <w:t>125</w:t>
            </w:r>
          </w:p>
        </w:tc>
        <w:tc>
          <w:tcPr>
            <w:tcW w:type="dxa" w:w="936"/>
            <w:shd w:fill="FFFFFF"/>
            <w:tcMar>
              <w:top w:w="35" w:type="dxa"/>
              <w:bottom w:w="35" w:type="dxa"/>
              <w:left w:w="20" w:type="dxa"/>
              <w:right w:w="20" w:type="dxa"/>
            </w:tcMar>
          </w:tcPr>
          <w:p>
            <w:pPr>
              <w:jc w:val="left"/>
            </w:pPr>
            <w:r>
              <w:rPr>
                <w:sz w:val="15"/>
              </w:rPr>
              <w:t>KH0128</w:t>
            </w:r>
          </w:p>
        </w:tc>
        <w:tc>
          <w:tcPr>
            <w:tcW w:type="dxa" w:w="3024"/>
            <w:shd w:fill="FFFFFF"/>
            <w:tcMar>
              <w:top w:w="35" w:type="dxa"/>
              <w:bottom w:w="35" w:type="dxa"/>
              <w:left w:w="20" w:type="dxa"/>
              <w:right w:w="20" w:type="dxa"/>
            </w:tcMar>
          </w:tcPr>
          <w:p>
            <w:pPr>
              <w:jc w:val="left"/>
            </w:pPr>
            <w:r>
              <w:rPr>
                <w:sz w:val="15"/>
              </w:rPr>
              <w:t>CÔNG TY CỔ PHẦN CHẾ BIẾN GỖ TRƯỜNG THÀNH</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19</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b/>
                <w:sz w:val="15"/>
              </w:rPr>
              <w:t>-</w:t>
            </w:r>
          </w:p>
        </w:tc>
        <w:tc>
          <w:tcPr>
            <w:tcW w:type="dxa" w:w="1224"/>
            <w:shd w:fill="FFFFFF"/>
            <w:tcMar>
              <w:top w:w="35" w:type="dxa"/>
              <w:bottom w:w="35" w:type="dxa"/>
              <w:left w:w="20" w:type="dxa"/>
              <w:right w:w="20" w:type="dxa"/>
            </w:tcMar>
          </w:tcPr>
          <w:p>
            <w:pPr>
              <w:jc w:val="right"/>
            </w:pPr>
            <w:r>
              <w:rPr>
                <w:sz w:val="15"/>
              </w:rPr>
              <w:t>-</w:t>
            </w:r>
          </w:p>
        </w:tc>
        <w:tc>
          <w:tcPr>
            <w:tcW w:type="dxa" w:w="1066"/>
            <w:shd w:fill="FFFFFF"/>
            <w:tcMar>
              <w:top w:w="35" w:type="dxa"/>
              <w:bottom w:w="35" w:type="dxa"/>
              <w:left w:w="20" w:type="dxa"/>
              <w:right w:w="20" w:type="dxa"/>
            </w:tcMar>
          </w:tcPr>
          <w:p>
            <w:pPr>
              <w:jc w:val="center"/>
            </w:pPr>
            <w:r>
              <w:rPr>
                <w:b/>
                <w:sz w:val="15"/>
              </w:rPr>
              <w:t>-</w:t>
            </w:r>
          </w:p>
        </w:tc>
      </w:tr>
      <w:tr>
        <w:tc>
          <w:tcPr>
            <w:tcW w:type="dxa" w:w="504"/>
            <w:shd w:fill="F9FBFB"/>
            <w:tcMar>
              <w:top w:w="35" w:type="dxa"/>
              <w:bottom w:w="35" w:type="dxa"/>
              <w:left w:w="20" w:type="dxa"/>
              <w:right w:w="20" w:type="dxa"/>
            </w:tcMar>
          </w:tcPr>
          <w:p>
            <w:pPr>
              <w:jc w:val="center"/>
            </w:pPr>
            <w:r>
              <w:rPr>
                <w:sz w:val="15"/>
              </w:rPr>
              <w:t>126</w:t>
            </w:r>
          </w:p>
        </w:tc>
        <w:tc>
          <w:tcPr>
            <w:tcW w:type="dxa" w:w="936"/>
            <w:shd w:fill="F9FBFB"/>
            <w:tcMar>
              <w:top w:w="35" w:type="dxa"/>
              <w:bottom w:w="35" w:type="dxa"/>
              <w:left w:w="20" w:type="dxa"/>
              <w:right w:w="20" w:type="dxa"/>
            </w:tcMar>
          </w:tcPr>
          <w:p>
            <w:pPr>
              <w:jc w:val="left"/>
            </w:pPr>
            <w:r>
              <w:rPr>
                <w:sz w:val="15"/>
              </w:rPr>
              <w:t>KH0182</w:t>
            </w:r>
          </w:p>
        </w:tc>
        <w:tc>
          <w:tcPr>
            <w:tcW w:type="dxa" w:w="3024"/>
            <w:shd w:fill="F9FBFB"/>
            <w:tcMar>
              <w:top w:w="35" w:type="dxa"/>
              <w:bottom w:w="35" w:type="dxa"/>
              <w:left w:w="20" w:type="dxa"/>
              <w:right w:w="20" w:type="dxa"/>
            </w:tcMar>
          </w:tcPr>
          <w:p>
            <w:pPr>
              <w:jc w:val="left"/>
            </w:pPr>
            <w:r>
              <w:rPr>
                <w:sz w:val="15"/>
              </w:rPr>
              <w:t>CÔNG TY TNHH ALDILA COMPOSITE PRODUCTS</w:t>
            </w:r>
          </w:p>
        </w:tc>
        <w:tc>
          <w:tcPr>
            <w:tcW w:type="dxa" w:w="835"/>
            <w:shd w:fill="F9FBFB"/>
            <w:tcMar>
              <w:top w:w="35" w:type="dxa"/>
              <w:bottom w:w="35" w:type="dxa"/>
              <w:left w:w="20" w:type="dxa"/>
              <w:right w:w="20" w:type="dxa"/>
            </w:tcMar>
          </w:tcPr>
          <w:p>
            <w:pPr>
              <w:jc w:val="right"/>
            </w:pPr>
            <w:r>
              <w:rPr>
                <w:sz w:val="15"/>
              </w:rPr>
              <w:t>41</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41</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b/>
                <w:sz w:val="15"/>
              </w:rPr>
              <w:t>-</w:t>
            </w:r>
          </w:p>
        </w:tc>
        <w:tc>
          <w:tcPr>
            <w:tcW w:type="dxa" w:w="1224"/>
            <w:shd w:fill="F9FBFB"/>
            <w:tcMar>
              <w:top w:w="35" w:type="dxa"/>
              <w:bottom w:w="35" w:type="dxa"/>
              <w:left w:w="20" w:type="dxa"/>
              <w:right w:w="20" w:type="dxa"/>
            </w:tcMar>
          </w:tcPr>
          <w:p>
            <w:pPr>
              <w:jc w:val="right"/>
            </w:pPr>
            <w:r>
              <w:rPr>
                <w:sz w:val="15"/>
              </w:rPr>
              <w:t>-</w:t>
            </w:r>
          </w:p>
        </w:tc>
        <w:tc>
          <w:tcPr>
            <w:tcW w:type="dxa" w:w="1066"/>
            <w:shd w:fill="F9FBFB"/>
            <w:tcMar>
              <w:top w:w="35" w:type="dxa"/>
              <w:bottom w:w="35" w:type="dxa"/>
              <w:left w:w="20" w:type="dxa"/>
              <w:right w:w="20" w:type="dxa"/>
            </w:tcMar>
          </w:tcPr>
          <w:p>
            <w:pPr>
              <w:jc w:val="center"/>
            </w:pPr>
            <w:r>
              <w:rPr>
                <w:b/>
                <w:sz w:val="15"/>
              </w:rPr>
              <w:t>-</w:t>
            </w:r>
          </w:p>
        </w:tc>
      </w:tr>
      <w:tr>
        <w:tc>
          <w:tcPr>
            <w:tcW w:type="dxa" w:w="504"/>
            <w:shd w:fill="FFFFFF"/>
            <w:tcMar>
              <w:top w:w="35" w:type="dxa"/>
              <w:bottom w:w="35" w:type="dxa"/>
              <w:left w:w="20" w:type="dxa"/>
              <w:right w:w="20" w:type="dxa"/>
            </w:tcMar>
          </w:tcPr>
          <w:p>
            <w:pPr>
              <w:jc w:val="center"/>
            </w:pPr>
            <w:r>
              <w:rPr>
                <w:sz w:val="15"/>
              </w:rPr>
              <w:t>127</w:t>
            </w:r>
          </w:p>
        </w:tc>
        <w:tc>
          <w:tcPr>
            <w:tcW w:type="dxa" w:w="936"/>
            <w:shd w:fill="FFFFFF"/>
            <w:tcMar>
              <w:top w:w="35" w:type="dxa"/>
              <w:bottom w:w="35" w:type="dxa"/>
              <w:left w:w="20" w:type="dxa"/>
              <w:right w:w="20" w:type="dxa"/>
            </w:tcMar>
          </w:tcPr>
          <w:p>
            <w:pPr>
              <w:jc w:val="left"/>
            </w:pPr>
            <w:r>
              <w:rPr>
                <w:sz w:val="15"/>
              </w:rPr>
              <w:t>KH0201</w:t>
            </w:r>
          </w:p>
        </w:tc>
        <w:tc>
          <w:tcPr>
            <w:tcW w:type="dxa" w:w="3024"/>
            <w:shd w:fill="FFFFFF"/>
            <w:tcMar>
              <w:top w:w="35" w:type="dxa"/>
              <w:bottom w:w="35" w:type="dxa"/>
              <w:left w:w="20" w:type="dxa"/>
              <w:right w:w="20" w:type="dxa"/>
            </w:tcMar>
          </w:tcPr>
          <w:p>
            <w:pPr>
              <w:jc w:val="left"/>
            </w:pPr>
            <w:r>
              <w:rPr>
                <w:sz w:val="15"/>
              </w:rPr>
              <w:t>CÔNG TY TNHH BÌNH PHÚ</w:t>
            </w:r>
          </w:p>
        </w:tc>
        <w:tc>
          <w:tcPr>
            <w:tcW w:type="dxa" w:w="835"/>
            <w:shd w:fill="FFFFFF"/>
            <w:tcMar>
              <w:top w:w="35" w:type="dxa"/>
              <w:bottom w:w="35" w:type="dxa"/>
              <w:left w:w="20" w:type="dxa"/>
              <w:right w:w="20" w:type="dxa"/>
            </w:tcMar>
          </w:tcPr>
          <w:p>
            <w:pPr>
              <w:jc w:val="right"/>
            </w:pPr>
            <w:r>
              <w:rPr>
                <w:sz w:val="15"/>
              </w:rPr>
              <w:t>40</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20</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60</w:t>
            </w:r>
          </w:p>
        </w:tc>
        <w:tc>
          <w:tcPr>
            <w:tcW w:type="dxa" w:w="835"/>
            <w:shd w:fill="FFFFFF"/>
            <w:tcMar>
              <w:top w:w="35" w:type="dxa"/>
              <w:bottom w:w="35" w:type="dxa"/>
              <w:left w:w="20" w:type="dxa"/>
              <w:right w:w="20" w:type="dxa"/>
            </w:tcMar>
          </w:tcPr>
          <w:p>
            <w:pPr>
              <w:jc w:val="right"/>
            </w:pPr>
            <w:r>
              <w:rPr>
                <w:sz w:val="15"/>
              </w:rPr>
              <w:t>27</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b/>
                <w:sz w:val="15"/>
              </w:rPr>
              <w:t>-</w:t>
            </w:r>
          </w:p>
        </w:tc>
        <w:tc>
          <w:tcPr>
            <w:tcW w:type="dxa" w:w="1224"/>
            <w:shd w:fill="FFFFFF"/>
            <w:tcMar>
              <w:top w:w="35" w:type="dxa"/>
              <w:bottom w:w="35" w:type="dxa"/>
              <w:left w:w="20" w:type="dxa"/>
              <w:right w:w="20" w:type="dxa"/>
            </w:tcMar>
          </w:tcPr>
          <w:p>
            <w:pPr>
              <w:jc w:val="right"/>
            </w:pPr>
            <w:r>
              <w:rPr>
                <w:sz w:val="15"/>
              </w:rPr>
              <w:t>-</w:t>
            </w:r>
          </w:p>
        </w:tc>
        <w:tc>
          <w:tcPr>
            <w:tcW w:type="dxa" w:w="1066"/>
            <w:shd w:fill="FFFFFF"/>
            <w:tcMar>
              <w:top w:w="35" w:type="dxa"/>
              <w:bottom w:w="35" w:type="dxa"/>
              <w:left w:w="20" w:type="dxa"/>
              <w:right w:w="20" w:type="dxa"/>
            </w:tcMar>
          </w:tcPr>
          <w:p>
            <w:pPr>
              <w:jc w:val="center"/>
            </w:pPr>
            <w:r>
              <w:rPr>
                <w:b/>
                <w:sz w:val="15"/>
              </w:rPr>
              <w:t>-</w:t>
            </w:r>
          </w:p>
        </w:tc>
      </w:tr>
      <w:tr>
        <w:tc>
          <w:tcPr>
            <w:tcW w:type="dxa" w:w="504"/>
            <w:shd w:fill="F9FBFB"/>
            <w:tcMar>
              <w:top w:w="35" w:type="dxa"/>
              <w:bottom w:w="35" w:type="dxa"/>
              <w:left w:w="20" w:type="dxa"/>
              <w:right w:w="20" w:type="dxa"/>
            </w:tcMar>
          </w:tcPr>
          <w:p>
            <w:pPr>
              <w:jc w:val="center"/>
            </w:pPr>
            <w:r>
              <w:rPr>
                <w:sz w:val="15"/>
              </w:rPr>
              <w:t>128</w:t>
            </w:r>
          </w:p>
        </w:tc>
        <w:tc>
          <w:tcPr>
            <w:tcW w:type="dxa" w:w="936"/>
            <w:shd w:fill="F9FBFB"/>
            <w:tcMar>
              <w:top w:w="35" w:type="dxa"/>
              <w:bottom w:w="35" w:type="dxa"/>
              <w:left w:w="20" w:type="dxa"/>
              <w:right w:w="20" w:type="dxa"/>
            </w:tcMar>
          </w:tcPr>
          <w:p>
            <w:pPr>
              <w:jc w:val="left"/>
            </w:pPr>
            <w:r>
              <w:rPr>
                <w:sz w:val="15"/>
              </w:rPr>
              <w:t>KH0289</w:t>
            </w:r>
          </w:p>
        </w:tc>
        <w:tc>
          <w:tcPr>
            <w:tcW w:type="dxa" w:w="3024"/>
            <w:shd w:fill="F9FBFB"/>
            <w:tcMar>
              <w:top w:w="35" w:type="dxa"/>
              <w:bottom w:w="35" w:type="dxa"/>
              <w:left w:w="20" w:type="dxa"/>
              <w:right w:w="20" w:type="dxa"/>
            </w:tcMar>
          </w:tcPr>
          <w:p>
            <w:pPr>
              <w:jc w:val="left"/>
            </w:pPr>
            <w:r>
              <w:rPr>
                <w:sz w:val="15"/>
              </w:rPr>
              <w:t>CÔNG TY TNHH HOÀNG TRANG</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20</w:t>
            </w:r>
          </w:p>
        </w:tc>
        <w:tc>
          <w:tcPr>
            <w:tcW w:type="dxa" w:w="835"/>
            <w:shd w:fill="F9FBFB"/>
            <w:tcMar>
              <w:top w:w="35" w:type="dxa"/>
              <w:bottom w:w="35" w:type="dxa"/>
              <w:left w:w="20" w:type="dxa"/>
              <w:right w:w="20" w:type="dxa"/>
            </w:tcMar>
          </w:tcPr>
          <w:p>
            <w:pPr>
              <w:jc w:val="right"/>
            </w:pPr>
            <w:r>
              <w:rPr>
                <w:sz w:val="15"/>
              </w:rPr>
              <w:t>25</w:t>
            </w:r>
          </w:p>
        </w:tc>
        <w:tc>
          <w:tcPr>
            <w:tcW w:type="dxa" w:w="835"/>
            <w:shd w:fill="F9FBFB"/>
            <w:tcMar>
              <w:top w:w="35" w:type="dxa"/>
              <w:bottom w:w="35" w:type="dxa"/>
              <w:left w:w="20" w:type="dxa"/>
              <w:right w:w="20" w:type="dxa"/>
            </w:tcMar>
          </w:tcPr>
          <w:p>
            <w:pPr>
              <w:jc w:val="right"/>
            </w:pPr>
            <w:r>
              <w:rPr>
                <w:sz w:val="15"/>
              </w:rPr>
              <w:t>4</w:t>
            </w:r>
          </w:p>
        </w:tc>
        <w:tc>
          <w:tcPr>
            <w:tcW w:type="dxa" w:w="835"/>
            <w:shd w:fill="F9FBFB"/>
            <w:tcMar>
              <w:top w:w="35" w:type="dxa"/>
              <w:bottom w:w="35" w:type="dxa"/>
              <w:left w:w="20" w:type="dxa"/>
              <w:right w:w="20" w:type="dxa"/>
            </w:tcMar>
          </w:tcPr>
          <w:p>
            <w:pPr>
              <w:jc w:val="right"/>
            </w:pPr>
            <w:r>
              <w:rPr>
                <w:sz w:val="15"/>
              </w:rPr>
              <w:t>23</w:t>
            </w:r>
          </w:p>
        </w:tc>
        <w:tc>
          <w:tcPr>
            <w:tcW w:type="dxa" w:w="835"/>
            <w:shd w:fill="F9FBFB"/>
            <w:tcMar>
              <w:top w:w="35" w:type="dxa"/>
              <w:bottom w:w="35" w:type="dxa"/>
              <w:left w:w="20" w:type="dxa"/>
              <w:right w:w="20" w:type="dxa"/>
            </w:tcMar>
          </w:tcPr>
          <w:p>
            <w:pPr>
              <w:jc w:val="right"/>
            </w:pPr>
            <w:r>
              <w:rPr>
                <w:sz w:val="15"/>
              </w:rPr>
              <w:t>10</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b/>
                <w:sz w:val="15"/>
              </w:rPr>
              <w:t>17</w:t>
            </w:r>
          </w:p>
        </w:tc>
        <w:tc>
          <w:tcPr>
            <w:tcW w:type="dxa" w:w="1224"/>
            <w:shd w:fill="F9FBFB"/>
            <w:tcMar>
              <w:top w:w="35" w:type="dxa"/>
              <w:bottom w:w="35" w:type="dxa"/>
              <w:left w:w="20" w:type="dxa"/>
              <w:right w:w="20" w:type="dxa"/>
            </w:tcMar>
          </w:tcPr>
          <w:p>
            <w:pPr>
              <w:jc w:val="right"/>
            </w:pPr>
            <w:r>
              <w:rPr>
                <w:color w:val="27AE60"/>
                <w:sz w:val="15"/>
              </w:rPr>
              <w:t>+17</w:t>
            </w:r>
          </w:p>
        </w:tc>
        <w:tc>
          <w:tcPr>
            <w:tcW w:type="dxa" w:w="1066"/>
            <w:shd w:fill="F9FBFB"/>
            <w:tcMar>
              <w:top w:w="35" w:type="dxa"/>
              <w:bottom w:w="35" w:type="dxa"/>
              <w:left w:w="20" w:type="dxa"/>
              <w:right w:w="20" w:type="dxa"/>
            </w:tcMar>
          </w:tcPr>
          <w:p>
            <w:pPr>
              <w:jc w:val="center"/>
            </w:pPr>
            <w:r>
              <w:rPr>
                <w:b/>
                <w:color w:val="27AE60"/>
                <w:sz w:val="15"/>
              </w:rPr>
              <w:t>+100.0%</w:t>
            </w:r>
          </w:p>
        </w:tc>
      </w:tr>
      <w:tr>
        <w:tc>
          <w:tcPr>
            <w:tcW w:type="dxa" w:w="504"/>
            <w:shd w:fill="FFFFFF"/>
            <w:tcMar>
              <w:top w:w="35" w:type="dxa"/>
              <w:bottom w:w="35" w:type="dxa"/>
              <w:left w:w="20" w:type="dxa"/>
              <w:right w:w="20" w:type="dxa"/>
            </w:tcMar>
          </w:tcPr>
          <w:p>
            <w:pPr>
              <w:jc w:val="center"/>
            </w:pPr>
            <w:r>
              <w:rPr>
                <w:sz w:val="15"/>
              </w:rPr>
              <w:t>129</w:t>
            </w:r>
          </w:p>
        </w:tc>
        <w:tc>
          <w:tcPr>
            <w:tcW w:type="dxa" w:w="936"/>
            <w:shd w:fill="FFFFFF"/>
            <w:tcMar>
              <w:top w:w="35" w:type="dxa"/>
              <w:bottom w:w="35" w:type="dxa"/>
              <w:left w:w="20" w:type="dxa"/>
              <w:right w:w="20" w:type="dxa"/>
            </w:tcMar>
          </w:tcPr>
          <w:p>
            <w:pPr>
              <w:jc w:val="left"/>
            </w:pPr>
            <w:r>
              <w:rPr>
                <w:sz w:val="15"/>
              </w:rPr>
              <w:t>KH0357</w:t>
            </w:r>
          </w:p>
        </w:tc>
        <w:tc>
          <w:tcPr>
            <w:tcW w:type="dxa" w:w="3024"/>
            <w:shd w:fill="FFFFFF"/>
            <w:tcMar>
              <w:top w:w="35" w:type="dxa"/>
              <w:bottom w:w="35" w:type="dxa"/>
              <w:left w:w="20" w:type="dxa"/>
              <w:right w:w="20" w:type="dxa"/>
            </w:tcMar>
          </w:tcPr>
          <w:p>
            <w:pPr>
              <w:jc w:val="left"/>
            </w:pPr>
            <w:r>
              <w:rPr>
                <w:sz w:val="15"/>
              </w:rPr>
              <w:t>CÔNG TY TNHH MINH TOÀN</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5</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8</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b/>
                <w:sz w:val="15"/>
              </w:rPr>
              <w:t>-</w:t>
            </w:r>
          </w:p>
        </w:tc>
        <w:tc>
          <w:tcPr>
            <w:tcW w:type="dxa" w:w="1224"/>
            <w:shd w:fill="FFFFFF"/>
            <w:tcMar>
              <w:top w:w="35" w:type="dxa"/>
              <w:bottom w:w="35" w:type="dxa"/>
              <w:left w:w="20" w:type="dxa"/>
              <w:right w:w="20" w:type="dxa"/>
            </w:tcMar>
          </w:tcPr>
          <w:p>
            <w:pPr>
              <w:jc w:val="right"/>
            </w:pPr>
            <w:r>
              <w:rPr>
                <w:sz w:val="15"/>
              </w:rPr>
              <w:t>-</w:t>
            </w:r>
          </w:p>
        </w:tc>
        <w:tc>
          <w:tcPr>
            <w:tcW w:type="dxa" w:w="1066"/>
            <w:shd w:fill="FFFFFF"/>
            <w:tcMar>
              <w:top w:w="35" w:type="dxa"/>
              <w:bottom w:w="35" w:type="dxa"/>
              <w:left w:w="20" w:type="dxa"/>
              <w:right w:w="20" w:type="dxa"/>
            </w:tcMar>
          </w:tcPr>
          <w:p>
            <w:pPr>
              <w:jc w:val="center"/>
            </w:pPr>
            <w:r>
              <w:rPr>
                <w:b/>
                <w:sz w:val="15"/>
              </w:rPr>
              <w:t>-</w:t>
            </w:r>
          </w:p>
        </w:tc>
      </w:tr>
      <w:tr>
        <w:tc>
          <w:tcPr>
            <w:tcW w:type="dxa" w:w="504"/>
            <w:shd w:fill="F9FBFB"/>
            <w:tcMar>
              <w:top w:w="35" w:type="dxa"/>
              <w:bottom w:w="35" w:type="dxa"/>
              <w:left w:w="20" w:type="dxa"/>
              <w:right w:w="20" w:type="dxa"/>
            </w:tcMar>
          </w:tcPr>
          <w:p>
            <w:pPr>
              <w:jc w:val="center"/>
            </w:pPr>
            <w:r>
              <w:rPr>
                <w:sz w:val="15"/>
              </w:rPr>
              <w:t>130</w:t>
            </w:r>
          </w:p>
        </w:tc>
        <w:tc>
          <w:tcPr>
            <w:tcW w:type="dxa" w:w="936"/>
            <w:shd w:fill="F9FBFB"/>
            <w:tcMar>
              <w:top w:w="35" w:type="dxa"/>
              <w:bottom w:w="35" w:type="dxa"/>
              <w:left w:w="20" w:type="dxa"/>
              <w:right w:w="20" w:type="dxa"/>
            </w:tcMar>
          </w:tcPr>
          <w:p>
            <w:pPr>
              <w:jc w:val="left"/>
            </w:pPr>
            <w:r>
              <w:rPr>
                <w:sz w:val="15"/>
              </w:rPr>
              <w:t>KH0362</w:t>
            </w:r>
          </w:p>
        </w:tc>
        <w:tc>
          <w:tcPr>
            <w:tcW w:type="dxa" w:w="3024"/>
            <w:shd w:fill="F9FBFB"/>
            <w:tcMar>
              <w:top w:w="35" w:type="dxa"/>
              <w:bottom w:w="35" w:type="dxa"/>
              <w:left w:w="20" w:type="dxa"/>
              <w:right w:w="20" w:type="dxa"/>
            </w:tcMar>
          </w:tcPr>
          <w:p>
            <w:pPr>
              <w:jc w:val="left"/>
            </w:pPr>
            <w:r>
              <w:rPr>
                <w:sz w:val="15"/>
              </w:rPr>
              <w:t>CÔNG TY TNHH GỖ VIỆT HOÀNG</w:t>
            </w:r>
          </w:p>
        </w:tc>
        <w:tc>
          <w:tcPr>
            <w:tcW w:type="dxa" w:w="835"/>
            <w:shd w:fill="F9FBFB"/>
            <w:tcMar>
              <w:top w:w="35" w:type="dxa"/>
              <w:bottom w:w="35" w:type="dxa"/>
              <w:left w:w="20" w:type="dxa"/>
              <w:right w:w="20" w:type="dxa"/>
            </w:tcMar>
          </w:tcPr>
          <w:p>
            <w:pPr>
              <w:jc w:val="right"/>
            </w:pPr>
            <w:r>
              <w:rPr>
                <w:sz w:val="15"/>
              </w:rPr>
              <w:t>7</w:t>
            </w:r>
          </w:p>
        </w:tc>
        <w:tc>
          <w:tcPr>
            <w:tcW w:type="dxa" w:w="835"/>
            <w:shd w:fill="F9FBFB"/>
            <w:tcMar>
              <w:top w:w="35" w:type="dxa"/>
              <w:bottom w:w="35" w:type="dxa"/>
              <w:left w:w="20" w:type="dxa"/>
              <w:right w:w="20" w:type="dxa"/>
            </w:tcMar>
          </w:tcPr>
          <w:p>
            <w:pPr>
              <w:jc w:val="right"/>
            </w:pPr>
            <w:r>
              <w:rPr>
                <w:sz w:val="15"/>
              </w:rPr>
              <w:t>36</w:t>
            </w:r>
          </w:p>
        </w:tc>
        <w:tc>
          <w:tcPr>
            <w:tcW w:type="dxa" w:w="835"/>
            <w:shd w:fill="F9FBFB"/>
            <w:tcMar>
              <w:top w:w="35" w:type="dxa"/>
              <w:bottom w:w="35" w:type="dxa"/>
              <w:left w:w="20" w:type="dxa"/>
              <w:right w:w="20" w:type="dxa"/>
            </w:tcMar>
          </w:tcPr>
          <w:p>
            <w:pPr>
              <w:jc w:val="right"/>
            </w:pPr>
            <w:r>
              <w:rPr>
                <w:sz w:val="15"/>
              </w:rPr>
              <w:t>23</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b/>
                <w:sz w:val="15"/>
              </w:rPr>
              <w:t>-</w:t>
            </w:r>
          </w:p>
        </w:tc>
        <w:tc>
          <w:tcPr>
            <w:tcW w:type="dxa" w:w="1224"/>
            <w:shd w:fill="F9FBFB"/>
            <w:tcMar>
              <w:top w:w="35" w:type="dxa"/>
              <w:bottom w:w="35" w:type="dxa"/>
              <w:left w:w="20" w:type="dxa"/>
              <w:right w:w="20" w:type="dxa"/>
            </w:tcMar>
          </w:tcPr>
          <w:p>
            <w:pPr>
              <w:jc w:val="right"/>
            </w:pPr>
            <w:r>
              <w:rPr>
                <w:sz w:val="15"/>
              </w:rPr>
              <w:t>-</w:t>
            </w:r>
          </w:p>
        </w:tc>
        <w:tc>
          <w:tcPr>
            <w:tcW w:type="dxa" w:w="1066"/>
            <w:shd w:fill="F9FBFB"/>
            <w:tcMar>
              <w:top w:w="35" w:type="dxa"/>
              <w:bottom w:w="35" w:type="dxa"/>
              <w:left w:w="20" w:type="dxa"/>
              <w:right w:w="20" w:type="dxa"/>
            </w:tcMar>
          </w:tcPr>
          <w:p>
            <w:pPr>
              <w:jc w:val="center"/>
            </w:pPr>
            <w:r>
              <w:rPr>
                <w:b/>
                <w:sz w:val="15"/>
              </w:rPr>
              <w:t>-</w:t>
            </w:r>
          </w:p>
        </w:tc>
      </w:tr>
      <w:tr>
        <w:tc>
          <w:tcPr>
            <w:tcW w:type="dxa" w:w="504"/>
            <w:shd w:fill="FFFFFF"/>
            <w:tcMar>
              <w:top w:w="35" w:type="dxa"/>
              <w:bottom w:w="35" w:type="dxa"/>
              <w:left w:w="20" w:type="dxa"/>
              <w:right w:w="20" w:type="dxa"/>
            </w:tcMar>
          </w:tcPr>
          <w:p>
            <w:pPr>
              <w:jc w:val="center"/>
            </w:pPr>
            <w:r>
              <w:rPr>
                <w:sz w:val="15"/>
              </w:rPr>
              <w:t>131</w:t>
            </w:r>
          </w:p>
        </w:tc>
        <w:tc>
          <w:tcPr>
            <w:tcW w:type="dxa" w:w="936"/>
            <w:shd w:fill="FFFFFF"/>
            <w:tcMar>
              <w:top w:w="35" w:type="dxa"/>
              <w:bottom w:w="35" w:type="dxa"/>
              <w:left w:w="20" w:type="dxa"/>
              <w:right w:w="20" w:type="dxa"/>
            </w:tcMar>
          </w:tcPr>
          <w:p>
            <w:pPr>
              <w:jc w:val="left"/>
            </w:pPr>
            <w:r>
              <w:rPr>
                <w:sz w:val="15"/>
              </w:rPr>
              <w:t>KH0381</w:t>
            </w:r>
          </w:p>
        </w:tc>
        <w:tc>
          <w:tcPr>
            <w:tcW w:type="dxa" w:w="3024"/>
            <w:shd w:fill="FFFFFF"/>
            <w:tcMar>
              <w:top w:w="35" w:type="dxa"/>
              <w:bottom w:w="35" w:type="dxa"/>
              <w:left w:w="20" w:type="dxa"/>
              <w:right w:w="20" w:type="dxa"/>
            </w:tcMar>
          </w:tcPr>
          <w:p>
            <w:pPr>
              <w:jc w:val="left"/>
            </w:pPr>
            <w:r>
              <w:rPr>
                <w:sz w:val="15"/>
              </w:rPr>
              <w:t>CÔNG TY TNHH MỘT THÀNH VIÊN ANH KHÔI</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17</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b/>
                <w:sz w:val="15"/>
              </w:rPr>
              <w:t>-</w:t>
            </w:r>
          </w:p>
        </w:tc>
        <w:tc>
          <w:tcPr>
            <w:tcW w:type="dxa" w:w="1224"/>
            <w:shd w:fill="FFFFFF"/>
            <w:tcMar>
              <w:top w:w="35" w:type="dxa"/>
              <w:bottom w:w="35" w:type="dxa"/>
              <w:left w:w="20" w:type="dxa"/>
              <w:right w:w="20" w:type="dxa"/>
            </w:tcMar>
          </w:tcPr>
          <w:p>
            <w:pPr>
              <w:jc w:val="right"/>
            </w:pPr>
            <w:r>
              <w:rPr>
                <w:sz w:val="15"/>
              </w:rPr>
              <w:t>-</w:t>
            </w:r>
          </w:p>
        </w:tc>
        <w:tc>
          <w:tcPr>
            <w:tcW w:type="dxa" w:w="1066"/>
            <w:shd w:fill="FFFFFF"/>
            <w:tcMar>
              <w:top w:w="35" w:type="dxa"/>
              <w:bottom w:w="35" w:type="dxa"/>
              <w:left w:w="20" w:type="dxa"/>
              <w:right w:w="20" w:type="dxa"/>
            </w:tcMar>
          </w:tcPr>
          <w:p>
            <w:pPr>
              <w:jc w:val="center"/>
            </w:pPr>
            <w:r>
              <w:rPr>
                <w:b/>
                <w:sz w:val="15"/>
              </w:rPr>
              <w:t>-</w:t>
            </w:r>
          </w:p>
        </w:tc>
      </w:tr>
      <w:tr>
        <w:tc>
          <w:tcPr>
            <w:tcW w:type="dxa" w:w="504"/>
            <w:shd w:fill="F9FBFB"/>
            <w:tcMar>
              <w:top w:w="35" w:type="dxa"/>
              <w:bottom w:w="35" w:type="dxa"/>
              <w:left w:w="20" w:type="dxa"/>
              <w:right w:w="20" w:type="dxa"/>
            </w:tcMar>
          </w:tcPr>
          <w:p>
            <w:pPr>
              <w:jc w:val="center"/>
            </w:pPr>
            <w:r>
              <w:rPr>
                <w:sz w:val="15"/>
              </w:rPr>
              <w:t>132</w:t>
            </w:r>
          </w:p>
        </w:tc>
        <w:tc>
          <w:tcPr>
            <w:tcW w:type="dxa" w:w="936"/>
            <w:shd w:fill="F9FBFB"/>
            <w:tcMar>
              <w:top w:w="35" w:type="dxa"/>
              <w:bottom w:w="35" w:type="dxa"/>
              <w:left w:w="20" w:type="dxa"/>
              <w:right w:w="20" w:type="dxa"/>
            </w:tcMar>
          </w:tcPr>
          <w:p>
            <w:pPr>
              <w:jc w:val="left"/>
            </w:pPr>
            <w:r>
              <w:rPr>
                <w:sz w:val="15"/>
              </w:rPr>
              <w:t>KH0418</w:t>
            </w:r>
          </w:p>
        </w:tc>
        <w:tc>
          <w:tcPr>
            <w:tcW w:type="dxa" w:w="3024"/>
            <w:shd w:fill="F9FBFB"/>
            <w:tcMar>
              <w:top w:w="35" w:type="dxa"/>
              <w:bottom w:w="35" w:type="dxa"/>
              <w:left w:w="20" w:type="dxa"/>
              <w:right w:w="20" w:type="dxa"/>
            </w:tcMar>
          </w:tcPr>
          <w:p>
            <w:pPr>
              <w:jc w:val="left"/>
            </w:pPr>
            <w:r>
              <w:rPr>
                <w:sz w:val="15"/>
              </w:rPr>
              <w:t>CÔNG TY TNHH NGÔ HƯNG</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23</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14</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b/>
                <w:sz w:val="15"/>
              </w:rPr>
              <w:t>-</w:t>
            </w:r>
          </w:p>
        </w:tc>
        <w:tc>
          <w:tcPr>
            <w:tcW w:type="dxa" w:w="1224"/>
            <w:shd w:fill="F9FBFB"/>
            <w:tcMar>
              <w:top w:w="35" w:type="dxa"/>
              <w:bottom w:w="35" w:type="dxa"/>
              <w:left w:w="20" w:type="dxa"/>
              <w:right w:w="20" w:type="dxa"/>
            </w:tcMar>
          </w:tcPr>
          <w:p>
            <w:pPr>
              <w:jc w:val="right"/>
            </w:pPr>
            <w:r>
              <w:rPr>
                <w:sz w:val="15"/>
              </w:rPr>
              <w:t>-</w:t>
            </w:r>
          </w:p>
        </w:tc>
        <w:tc>
          <w:tcPr>
            <w:tcW w:type="dxa" w:w="1066"/>
            <w:shd w:fill="F9FBFB"/>
            <w:tcMar>
              <w:top w:w="35" w:type="dxa"/>
              <w:bottom w:w="35" w:type="dxa"/>
              <w:left w:w="20" w:type="dxa"/>
              <w:right w:w="20" w:type="dxa"/>
            </w:tcMar>
          </w:tcPr>
          <w:p>
            <w:pPr>
              <w:jc w:val="center"/>
            </w:pPr>
            <w:r>
              <w:rPr>
                <w:b/>
                <w:sz w:val="15"/>
              </w:rPr>
              <w:t>-</w:t>
            </w:r>
          </w:p>
        </w:tc>
      </w:tr>
      <w:tr>
        <w:tc>
          <w:tcPr>
            <w:tcW w:type="dxa" w:w="504"/>
            <w:shd w:fill="FFFFFF"/>
            <w:tcMar>
              <w:top w:w="35" w:type="dxa"/>
              <w:bottom w:w="35" w:type="dxa"/>
              <w:left w:w="20" w:type="dxa"/>
              <w:right w:w="20" w:type="dxa"/>
            </w:tcMar>
          </w:tcPr>
          <w:p>
            <w:pPr>
              <w:jc w:val="center"/>
            </w:pPr>
            <w:r>
              <w:rPr>
                <w:sz w:val="15"/>
              </w:rPr>
              <w:t>133</w:t>
            </w:r>
          </w:p>
        </w:tc>
        <w:tc>
          <w:tcPr>
            <w:tcW w:type="dxa" w:w="936"/>
            <w:shd w:fill="FFFFFF"/>
            <w:tcMar>
              <w:top w:w="35" w:type="dxa"/>
              <w:bottom w:w="35" w:type="dxa"/>
              <w:left w:w="20" w:type="dxa"/>
              <w:right w:w="20" w:type="dxa"/>
            </w:tcMar>
          </w:tcPr>
          <w:p>
            <w:pPr>
              <w:jc w:val="left"/>
            </w:pPr>
            <w:r>
              <w:rPr>
                <w:sz w:val="15"/>
              </w:rPr>
              <w:t>KH0502</w:t>
            </w:r>
          </w:p>
        </w:tc>
        <w:tc>
          <w:tcPr>
            <w:tcW w:type="dxa" w:w="3024"/>
            <w:shd w:fill="FFFFFF"/>
            <w:tcMar>
              <w:top w:w="35" w:type="dxa"/>
              <w:bottom w:w="35" w:type="dxa"/>
              <w:left w:w="20" w:type="dxa"/>
              <w:right w:w="20" w:type="dxa"/>
            </w:tcMar>
          </w:tcPr>
          <w:p>
            <w:pPr>
              <w:jc w:val="left"/>
            </w:pPr>
            <w:r>
              <w:rPr>
                <w:sz w:val="15"/>
              </w:rPr>
              <w:t>CÔNG TY TNHH SCANCOM VIỆT NAM</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13</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b/>
                <w:sz w:val="15"/>
              </w:rPr>
              <w:t>-</w:t>
            </w:r>
          </w:p>
        </w:tc>
        <w:tc>
          <w:tcPr>
            <w:tcW w:type="dxa" w:w="1224"/>
            <w:shd w:fill="FFFFFF"/>
            <w:tcMar>
              <w:top w:w="35" w:type="dxa"/>
              <w:bottom w:w="35" w:type="dxa"/>
              <w:left w:w="20" w:type="dxa"/>
              <w:right w:w="20" w:type="dxa"/>
            </w:tcMar>
          </w:tcPr>
          <w:p>
            <w:pPr>
              <w:jc w:val="right"/>
            </w:pPr>
            <w:r>
              <w:rPr>
                <w:sz w:val="15"/>
              </w:rPr>
              <w:t>-</w:t>
            </w:r>
          </w:p>
        </w:tc>
        <w:tc>
          <w:tcPr>
            <w:tcW w:type="dxa" w:w="1066"/>
            <w:shd w:fill="FFFFFF"/>
            <w:tcMar>
              <w:top w:w="35" w:type="dxa"/>
              <w:bottom w:w="35" w:type="dxa"/>
              <w:left w:w="20" w:type="dxa"/>
              <w:right w:w="20" w:type="dxa"/>
            </w:tcMar>
          </w:tcPr>
          <w:p>
            <w:pPr>
              <w:jc w:val="center"/>
            </w:pPr>
            <w:r>
              <w:rPr>
                <w:b/>
                <w:sz w:val="15"/>
              </w:rPr>
              <w:t>-</w:t>
            </w:r>
          </w:p>
        </w:tc>
      </w:tr>
      <w:tr>
        <w:tc>
          <w:tcPr>
            <w:tcW w:type="dxa" w:w="504"/>
            <w:shd w:fill="F9FBFB"/>
            <w:tcMar>
              <w:top w:w="35" w:type="dxa"/>
              <w:bottom w:w="35" w:type="dxa"/>
              <w:left w:w="20" w:type="dxa"/>
              <w:right w:w="20" w:type="dxa"/>
            </w:tcMar>
          </w:tcPr>
          <w:p>
            <w:pPr>
              <w:jc w:val="center"/>
            </w:pPr>
            <w:r>
              <w:rPr>
                <w:sz w:val="15"/>
              </w:rPr>
              <w:t>134</w:t>
            </w:r>
          </w:p>
        </w:tc>
        <w:tc>
          <w:tcPr>
            <w:tcW w:type="dxa" w:w="936"/>
            <w:shd w:fill="F9FBFB"/>
            <w:tcMar>
              <w:top w:w="35" w:type="dxa"/>
              <w:bottom w:w="35" w:type="dxa"/>
              <w:left w:w="20" w:type="dxa"/>
              <w:right w:w="20" w:type="dxa"/>
            </w:tcMar>
          </w:tcPr>
          <w:p>
            <w:pPr>
              <w:jc w:val="left"/>
            </w:pPr>
            <w:r>
              <w:rPr>
                <w:sz w:val="15"/>
              </w:rPr>
              <w:t>KH0524</w:t>
            </w:r>
          </w:p>
        </w:tc>
        <w:tc>
          <w:tcPr>
            <w:tcW w:type="dxa" w:w="3024"/>
            <w:shd w:fill="F9FBFB"/>
            <w:tcMar>
              <w:top w:w="35" w:type="dxa"/>
              <w:bottom w:w="35" w:type="dxa"/>
              <w:left w:w="20" w:type="dxa"/>
              <w:right w:w="20" w:type="dxa"/>
            </w:tcMar>
          </w:tcPr>
          <w:p>
            <w:pPr>
              <w:jc w:val="left"/>
            </w:pPr>
            <w:r>
              <w:rPr>
                <w:sz w:val="15"/>
              </w:rPr>
              <w:t>CÔNG TY TNHH SX - TM HACA</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1</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b/>
                <w:sz w:val="15"/>
              </w:rPr>
              <w:t>-</w:t>
            </w:r>
          </w:p>
        </w:tc>
        <w:tc>
          <w:tcPr>
            <w:tcW w:type="dxa" w:w="1224"/>
            <w:shd w:fill="F9FBFB"/>
            <w:tcMar>
              <w:top w:w="35" w:type="dxa"/>
              <w:bottom w:w="35" w:type="dxa"/>
              <w:left w:w="20" w:type="dxa"/>
              <w:right w:w="20" w:type="dxa"/>
            </w:tcMar>
          </w:tcPr>
          <w:p>
            <w:pPr>
              <w:jc w:val="right"/>
            </w:pPr>
            <w:r>
              <w:rPr>
                <w:sz w:val="15"/>
              </w:rPr>
              <w:t>-</w:t>
            </w:r>
          </w:p>
        </w:tc>
        <w:tc>
          <w:tcPr>
            <w:tcW w:type="dxa" w:w="1066"/>
            <w:shd w:fill="F9FBFB"/>
            <w:tcMar>
              <w:top w:w="35" w:type="dxa"/>
              <w:bottom w:w="35" w:type="dxa"/>
              <w:left w:w="20" w:type="dxa"/>
              <w:right w:w="20" w:type="dxa"/>
            </w:tcMar>
          </w:tcPr>
          <w:p>
            <w:pPr>
              <w:jc w:val="center"/>
            </w:pPr>
            <w:r>
              <w:rPr>
                <w:b/>
                <w:sz w:val="15"/>
              </w:rPr>
              <w:t>-</w:t>
            </w:r>
          </w:p>
        </w:tc>
      </w:tr>
      <w:tr>
        <w:tc>
          <w:tcPr>
            <w:tcW w:type="dxa" w:w="504"/>
            <w:shd w:fill="FFFFFF"/>
            <w:tcMar>
              <w:top w:w="35" w:type="dxa"/>
              <w:bottom w:w="35" w:type="dxa"/>
              <w:left w:w="20" w:type="dxa"/>
              <w:right w:w="20" w:type="dxa"/>
            </w:tcMar>
          </w:tcPr>
          <w:p>
            <w:pPr>
              <w:jc w:val="center"/>
            </w:pPr>
            <w:r>
              <w:rPr>
                <w:sz w:val="15"/>
              </w:rPr>
              <w:t>135</w:t>
            </w:r>
          </w:p>
        </w:tc>
        <w:tc>
          <w:tcPr>
            <w:tcW w:type="dxa" w:w="936"/>
            <w:shd w:fill="FFFFFF"/>
            <w:tcMar>
              <w:top w:w="35" w:type="dxa"/>
              <w:bottom w:w="35" w:type="dxa"/>
              <w:left w:w="20" w:type="dxa"/>
              <w:right w:w="20" w:type="dxa"/>
            </w:tcMar>
          </w:tcPr>
          <w:p>
            <w:pPr>
              <w:jc w:val="left"/>
            </w:pPr>
            <w:r>
              <w:rPr>
                <w:sz w:val="15"/>
              </w:rPr>
              <w:t>KH0595</w:t>
            </w:r>
          </w:p>
        </w:tc>
        <w:tc>
          <w:tcPr>
            <w:tcW w:type="dxa" w:w="3024"/>
            <w:shd w:fill="FFFFFF"/>
            <w:tcMar>
              <w:top w:w="35" w:type="dxa"/>
              <w:bottom w:w="35" w:type="dxa"/>
              <w:left w:w="20" w:type="dxa"/>
              <w:right w:w="20" w:type="dxa"/>
            </w:tcMar>
          </w:tcPr>
          <w:p>
            <w:pPr>
              <w:jc w:val="left"/>
            </w:pPr>
            <w:r>
              <w:rPr>
                <w:sz w:val="15"/>
              </w:rPr>
              <w:t>CÔNG TY TNHH TÂN LIÊN THÀNH</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3</w:t>
            </w:r>
          </w:p>
        </w:tc>
        <w:tc>
          <w:tcPr>
            <w:tcW w:type="dxa" w:w="835"/>
            <w:shd w:fill="FFFFFF"/>
            <w:tcMar>
              <w:top w:w="35" w:type="dxa"/>
              <w:bottom w:w="35" w:type="dxa"/>
              <w:left w:w="20" w:type="dxa"/>
              <w:right w:w="20" w:type="dxa"/>
            </w:tcMar>
          </w:tcPr>
          <w:p>
            <w:pPr>
              <w:jc w:val="right"/>
            </w:pPr>
            <w:r>
              <w:rPr>
                <w:sz w:val="15"/>
              </w:rPr>
              <w:t>5</w:t>
            </w:r>
          </w:p>
        </w:tc>
        <w:tc>
          <w:tcPr>
            <w:tcW w:type="dxa" w:w="835"/>
            <w:shd w:fill="FFFFFF"/>
            <w:tcMar>
              <w:top w:w="35" w:type="dxa"/>
              <w:bottom w:w="35" w:type="dxa"/>
              <w:left w:w="20" w:type="dxa"/>
              <w:right w:w="20" w:type="dxa"/>
            </w:tcMar>
          </w:tcPr>
          <w:p>
            <w:pPr>
              <w:jc w:val="right"/>
            </w:pPr>
            <w:r>
              <w:rPr>
                <w:sz w:val="15"/>
              </w:rPr>
              <w:t>5</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4</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b/>
                <w:sz w:val="15"/>
              </w:rPr>
              <w:t>-</w:t>
            </w:r>
          </w:p>
        </w:tc>
        <w:tc>
          <w:tcPr>
            <w:tcW w:type="dxa" w:w="1224"/>
            <w:shd w:fill="FFFFFF"/>
            <w:tcMar>
              <w:top w:w="35" w:type="dxa"/>
              <w:bottom w:w="35" w:type="dxa"/>
              <w:left w:w="20" w:type="dxa"/>
              <w:right w:w="20" w:type="dxa"/>
            </w:tcMar>
          </w:tcPr>
          <w:p>
            <w:pPr>
              <w:jc w:val="right"/>
            </w:pPr>
            <w:r>
              <w:rPr>
                <w:sz w:val="15"/>
              </w:rPr>
              <w:t>-</w:t>
            </w:r>
          </w:p>
        </w:tc>
        <w:tc>
          <w:tcPr>
            <w:tcW w:type="dxa" w:w="1066"/>
            <w:shd w:fill="FFFFFF"/>
            <w:tcMar>
              <w:top w:w="35" w:type="dxa"/>
              <w:bottom w:w="35" w:type="dxa"/>
              <w:left w:w="20" w:type="dxa"/>
              <w:right w:w="20" w:type="dxa"/>
            </w:tcMar>
          </w:tcPr>
          <w:p>
            <w:pPr>
              <w:jc w:val="center"/>
            </w:pPr>
            <w:r>
              <w:rPr>
                <w:b/>
                <w:sz w:val="15"/>
              </w:rPr>
              <w:t>-</w:t>
            </w:r>
          </w:p>
        </w:tc>
      </w:tr>
      <w:tr>
        <w:tc>
          <w:tcPr>
            <w:tcW w:type="dxa" w:w="504"/>
            <w:shd w:fill="F9FBFB"/>
            <w:tcMar>
              <w:top w:w="35" w:type="dxa"/>
              <w:bottom w:w="35" w:type="dxa"/>
              <w:left w:w="20" w:type="dxa"/>
              <w:right w:w="20" w:type="dxa"/>
            </w:tcMar>
          </w:tcPr>
          <w:p>
            <w:pPr>
              <w:jc w:val="center"/>
            </w:pPr>
            <w:r>
              <w:rPr>
                <w:sz w:val="15"/>
              </w:rPr>
              <w:t>136</w:t>
            </w:r>
          </w:p>
        </w:tc>
        <w:tc>
          <w:tcPr>
            <w:tcW w:type="dxa" w:w="936"/>
            <w:shd w:fill="F9FBFB"/>
            <w:tcMar>
              <w:top w:w="35" w:type="dxa"/>
              <w:bottom w:w="35" w:type="dxa"/>
              <w:left w:w="20" w:type="dxa"/>
              <w:right w:w="20" w:type="dxa"/>
            </w:tcMar>
          </w:tcPr>
          <w:p>
            <w:pPr>
              <w:jc w:val="left"/>
            </w:pPr>
            <w:r>
              <w:rPr>
                <w:sz w:val="15"/>
              </w:rPr>
              <w:t>KH0617</w:t>
            </w:r>
          </w:p>
        </w:tc>
        <w:tc>
          <w:tcPr>
            <w:tcW w:type="dxa" w:w="3024"/>
            <w:shd w:fill="F9FBFB"/>
            <w:tcMar>
              <w:top w:w="35" w:type="dxa"/>
              <w:bottom w:w="35" w:type="dxa"/>
              <w:left w:w="20" w:type="dxa"/>
              <w:right w:w="20" w:type="dxa"/>
            </w:tcMar>
          </w:tcPr>
          <w:p>
            <w:pPr>
              <w:jc w:val="left"/>
            </w:pPr>
            <w:r>
              <w:rPr>
                <w:sz w:val="15"/>
              </w:rPr>
              <w:t>CÔNG TY TNHH THẾ GIỚI TRẺ EM</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11</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10</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b/>
                <w:sz w:val="15"/>
              </w:rPr>
              <w:t>-</w:t>
            </w:r>
          </w:p>
        </w:tc>
        <w:tc>
          <w:tcPr>
            <w:tcW w:type="dxa" w:w="1224"/>
            <w:shd w:fill="F9FBFB"/>
            <w:tcMar>
              <w:top w:w="35" w:type="dxa"/>
              <w:bottom w:w="35" w:type="dxa"/>
              <w:left w:w="20" w:type="dxa"/>
              <w:right w:w="20" w:type="dxa"/>
            </w:tcMar>
          </w:tcPr>
          <w:p>
            <w:pPr>
              <w:jc w:val="right"/>
            </w:pPr>
            <w:r>
              <w:rPr>
                <w:sz w:val="15"/>
              </w:rPr>
              <w:t>-</w:t>
            </w:r>
          </w:p>
        </w:tc>
        <w:tc>
          <w:tcPr>
            <w:tcW w:type="dxa" w:w="1066"/>
            <w:shd w:fill="F9FBFB"/>
            <w:tcMar>
              <w:top w:w="35" w:type="dxa"/>
              <w:bottom w:w="35" w:type="dxa"/>
              <w:left w:w="20" w:type="dxa"/>
              <w:right w:w="20" w:type="dxa"/>
            </w:tcMar>
          </w:tcPr>
          <w:p>
            <w:pPr>
              <w:jc w:val="center"/>
            </w:pPr>
            <w:r>
              <w:rPr>
                <w:b/>
                <w:sz w:val="15"/>
              </w:rPr>
              <w:t>-</w:t>
            </w:r>
          </w:p>
        </w:tc>
      </w:tr>
      <w:tr>
        <w:tc>
          <w:tcPr>
            <w:tcW w:type="dxa" w:w="504"/>
            <w:shd w:fill="FFFFFF"/>
            <w:tcMar>
              <w:top w:w="35" w:type="dxa"/>
              <w:bottom w:w="35" w:type="dxa"/>
              <w:left w:w="20" w:type="dxa"/>
              <w:right w:w="20" w:type="dxa"/>
            </w:tcMar>
          </w:tcPr>
          <w:p>
            <w:pPr>
              <w:jc w:val="center"/>
            </w:pPr>
            <w:r>
              <w:rPr>
                <w:sz w:val="15"/>
              </w:rPr>
              <w:t>137</w:t>
            </w:r>
          </w:p>
        </w:tc>
        <w:tc>
          <w:tcPr>
            <w:tcW w:type="dxa" w:w="936"/>
            <w:shd w:fill="FFFFFF"/>
            <w:tcMar>
              <w:top w:w="35" w:type="dxa"/>
              <w:bottom w:w="35" w:type="dxa"/>
              <w:left w:w="20" w:type="dxa"/>
              <w:right w:w="20" w:type="dxa"/>
            </w:tcMar>
          </w:tcPr>
          <w:p>
            <w:pPr>
              <w:jc w:val="left"/>
            </w:pPr>
            <w:r>
              <w:rPr>
                <w:sz w:val="15"/>
              </w:rPr>
              <w:t>KH0639</w:t>
            </w:r>
          </w:p>
        </w:tc>
        <w:tc>
          <w:tcPr>
            <w:tcW w:type="dxa" w:w="3024"/>
            <w:shd w:fill="FFFFFF"/>
            <w:tcMar>
              <w:top w:w="35" w:type="dxa"/>
              <w:bottom w:w="35" w:type="dxa"/>
              <w:left w:w="20" w:type="dxa"/>
              <w:right w:w="20" w:type="dxa"/>
            </w:tcMar>
          </w:tcPr>
          <w:p>
            <w:pPr>
              <w:jc w:val="left"/>
            </w:pPr>
            <w:r>
              <w:rPr>
                <w:sz w:val="15"/>
              </w:rPr>
              <w:t>CÔNG TY TNHH THƯƠNG MẠI VÀ SẢN XUẤT GỖ THIÊN ĐỊNH</w:t>
            </w:r>
          </w:p>
        </w:tc>
        <w:tc>
          <w:tcPr>
            <w:tcW w:type="dxa" w:w="835"/>
            <w:shd w:fill="FFFFFF"/>
            <w:tcMar>
              <w:top w:w="35" w:type="dxa"/>
              <w:bottom w:w="35" w:type="dxa"/>
              <w:left w:w="20" w:type="dxa"/>
              <w:right w:w="20" w:type="dxa"/>
            </w:tcMar>
          </w:tcPr>
          <w:p>
            <w:pPr>
              <w:jc w:val="right"/>
            </w:pPr>
            <w:r>
              <w:rPr>
                <w:sz w:val="15"/>
              </w:rPr>
              <w:t>88</w:t>
            </w:r>
          </w:p>
        </w:tc>
        <w:tc>
          <w:tcPr>
            <w:tcW w:type="dxa" w:w="835"/>
            <w:shd w:fill="FFFFFF"/>
            <w:tcMar>
              <w:top w:w="35" w:type="dxa"/>
              <w:bottom w:w="35" w:type="dxa"/>
              <w:left w:w="20" w:type="dxa"/>
              <w:right w:w="20" w:type="dxa"/>
            </w:tcMar>
          </w:tcPr>
          <w:p>
            <w:pPr>
              <w:jc w:val="right"/>
            </w:pPr>
            <w:r>
              <w:rPr>
                <w:sz w:val="15"/>
              </w:rPr>
              <w:t>10</w:t>
            </w:r>
          </w:p>
        </w:tc>
        <w:tc>
          <w:tcPr>
            <w:tcW w:type="dxa" w:w="835"/>
            <w:shd w:fill="FFFFFF"/>
            <w:tcMar>
              <w:top w:w="35" w:type="dxa"/>
              <w:bottom w:w="35" w:type="dxa"/>
              <w:left w:w="20" w:type="dxa"/>
              <w:right w:w="20" w:type="dxa"/>
            </w:tcMar>
          </w:tcPr>
          <w:p>
            <w:pPr>
              <w:jc w:val="right"/>
            </w:pPr>
            <w:r>
              <w:rPr>
                <w:sz w:val="15"/>
              </w:rPr>
              <w:t>64</w:t>
            </w:r>
          </w:p>
        </w:tc>
        <w:tc>
          <w:tcPr>
            <w:tcW w:type="dxa" w:w="835"/>
            <w:shd w:fill="FFFFFF"/>
            <w:tcMar>
              <w:top w:w="35" w:type="dxa"/>
              <w:bottom w:w="35" w:type="dxa"/>
              <w:left w:w="20" w:type="dxa"/>
              <w:right w:w="20" w:type="dxa"/>
            </w:tcMar>
          </w:tcPr>
          <w:p>
            <w:pPr>
              <w:jc w:val="right"/>
            </w:pPr>
            <w:r>
              <w:rPr>
                <w:sz w:val="15"/>
              </w:rPr>
              <w:t>78</w:t>
            </w:r>
          </w:p>
        </w:tc>
        <w:tc>
          <w:tcPr>
            <w:tcW w:type="dxa" w:w="835"/>
            <w:shd w:fill="FFFFFF"/>
            <w:tcMar>
              <w:top w:w="35" w:type="dxa"/>
              <w:bottom w:w="35" w:type="dxa"/>
              <w:left w:w="20" w:type="dxa"/>
              <w:right w:w="20" w:type="dxa"/>
            </w:tcMar>
          </w:tcPr>
          <w:p>
            <w:pPr>
              <w:jc w:val="right"/>
            </w:pPr>
            <w:r>
              <w:rPr>
                <w:sz w:val="15"/>
              </w:rPr>
              <w:t>38</w:t>
            </w:r>
          </w:p>
        </w:tc>
        <w:tc>
          <w:tcPr>
            <w:tcW w:type="dxa" w:w="835"/>
            <w:shd w:fill="FFFFFF"/>
            <w:tcMar>
              <w:top w:w="35" w:type="dxa"/>
              <w:bottom w:w="35" w:type="dxa"/>
              <w:left w:w="20" w:type="dxa"/>
              <w:right w:w="20" w:type="dxa"/>
            </w:tcMar>
          </w:tcPr>
          <w:p>
            <w:pPr>
              <w:jc w:val="right"/>
            </w:pPr>
            <w:r>
              <w:rPr>
                <w:sz w:val="15"/>
              </w:rPr>
              <w:t>49</w:t>
            </w:r>
          </w:p>
        </w:tc>
        <w:tc>
          <w:tcPr>
            <w:tcW w:type="dxa" w:w="835"/>
            <w:shd w:fill="FFFFFF"/>
            <w:tcMar>
              <w:top w:w="35" w:type="dxa"/>
              <w:bottom w:w="35" w:type="dxa"/>
              <w:left w:w="20" w:type="dxa"/>
              <w:right w:w="20" w:type="dxa"/>
            </w:tcMar>
          </w:tcPr>
          <w:p>
            <w:pPr>
              <w:jc w:val="right"/>
            </w:pPr>
            <w:r>
              <w:rPr>
                <w:sz w:val="15"/>
              </w:rPr>
              <w:t>51</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b/>
                <w:sz w:val="15"/>
              </w:rPr>
              <w:t>-</w:t>
            </w:r>
          </w:p>
        </w:tc>
        <w:tc>
          <w:tcPr>
            <w:tcW w:type="dxa" w:w="1224"/>
            <w:shd w:fill="FFFFFF"/>
            <w:tcMar>
              <w:top w:w="35" w:type="dxa"/>
              <w:bottom w:w="35" w:type="dxa"/>
              <w:left w:w="20" w:type="dxa"/>
              <w:right w:w="20" w:type="dxa"/>
            </w:tcMar>
          </w:tcPr>
          <w:p>
            <w:pPr>
              <w:jc w:val="right"/>
            </w:pPr>
            <w:r>
              <w:rPr>
                <w:sz w:val="15"/>
              </w:rPr>
              <w:t>-</w:t>
            </w:r>
          </w:p>
        </w:tc>
        <w:tc>
          <w:tcPr>
            <w:tcW w:type="dxa" w:w="1066"/>
            <w:shd w:fill="FFFFFF"/>
            <w:tcMar>
              <w:top w:w="35" w:type="dxa"/>
              <w:bottom w:w="35" w:type="dxa"/>
              <w:left w:w="20" w:type="dxa"/>
              <w:right w:w="20" w:type="dxa"/>
            </w:tcMar>
          </w:tcPr>
          <w:p>
            <w:pPr>
              <w:jc w:val="center"/>
            </w:pPr>
            <w:r>
              <w:rPr>
                <w:b/>
                <w:sz w:val="15"/>
              </w:rPr>
              <w:t>-</w:t>
            </w:r>
          </w:p>
        </w:tc>
      </w:tr>
      <w:tr>
        <w:tc>
          <w:tcPr>
            <w:tcW w:type="dxa" w:w="504"/>
            <w:shd w:fill="F9FBFB"/>
            <w:tcMar>
              <w:top w:w="35" w:type="dxa"/>
              <w:bottom w:w="35" w:type="dxa"/>
              <w:left w:w="20" w:type="dxa"/>
              <w:right w:w="20" w:type="dxa"/>
            </w:tcMar>
          </w:tcPr>
          <w:p>
            <w:pPr>
              <w:jc w:val="center"/>
            </w:pPr>
            <w:r>
              <w:rPr>
                <w:sz w:val="15"/>
              </w:rPr>
              <w:t>138</w:t>
            </w:r>
          </w:p>
        </w:tc>
        <w:tc>
          <w:tcPr>
            <w:tcW w:type="dxa" w:w="936"/>
            <w:shd w:fill="F9FBFB"/>
            <w:tcMar>
              <w:top w:w="35" w:type="dxa"/>
              <w:bottom w:w="35" w:type="dxa"/>
              <w:left w:w="20" w:type="dxa"/>
              <w:right w:w="20" w:type="dxa"/>
            </w:tcMar>
          </w:tcPr>
          <w:p>
            <w:pPr>
              <w:jc w:val="left"/>
            </w:pPr>
            <w:r>
              <w:rPr>
                <w:sz w:val="15"/>
              </w:rPr>
              <w:t>KH0668</w:t>
            </w:r>
          </w:p>
        </w:tc>
        <w:tc>
          <w:tcPr>
            <w:tcW w:type="dxa" w:w="3024"/>
            <w:shd w:fill="F9FBFB"/>
            <w:tcMar>
              <w:top w:w="35" w:type="dxa"/>
              <w:bottom w:w="35" w:type="dxa"/>
              <w:left w:w="20" w:type="dxa"/>
              <w:right w:w="20" w:type="dxa"/>
            </w:tcMar>
          </w:tcPr>
          <w:p>
            <w:pPr>
              <w:jc w:val="left"/>
            </w:pPr>
            <w:r>
              <w:rPr>
                <w:sz w:val="15"/>
              </w:rPr>
              <w:t>CÔNG TY TRÁCH NHIỆM HỮU HẠN THƯƠNG MẠI QUỐC TẾ GIA MỸ</w:t>
            </w:r>
          </w:p>
        </w:tc>
        <w:tc>
          <w:tcPr>
            <w:tcW w:type="dxa" w:w="835"/>
            <w:shd w:fill="F9FBFB"/>
            <w:tcMar>
              <w:top w:w="35" w:type="dxa"/>
              <w:bottom w:w="35" w:type="dxa"/>
              <w:left w:w="20" w:type="dxa"/>
              <w:right w:w="20" w:type="dxa"/>
            </w:tcMar>
          </w:tcPr>
          <w:p>
            <w:pPr>
              <w:jc w:val="right"/>
            </w:pPr>
            <w:r>
              <w:rPr>
                <w:sz w:val="15"/>
              </w:rPr>
              <w:t>13</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5</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b/>
                <w:sz w:val="15"/>
              </w:rPr>
              <w:t>-</w:t>
            </w:r>
          </w:p>
        </w:tc>
        <w:tc>
          <w:tcPr>
            <w:tcW w:type="dxa" w:w="1224"/>
            <w:shd w:fill="F9FBFB"/>
            <w:tcMar>
              <w:top w:w="35" w:type="dxa"/>
              <w:bottom w:w="35" w:type="dxa"/>
              <w:left w:w="20" w:type="dxa"/>
              <w:right w:w="20" w:type="dxa"/>
            </w:tcMar>
          </w:tcPr>
          <w:p>
            <w:pPr>
              <w:jc w:val="right"/>
            </w:pPr>
            <w:r>
              <w:rPr>
                <w:sz w:val="15"/>
              </w:rPr>
              <w:t>-</w:t>
            </w:r>
          </w:p>
        </w:tc>
        <w:tc>
          <w:tcPr>
            <w:tcW w:type="dxa" w:w="1066"/>
            <w:shd w:fill="F9FBFB"/>
            <w:tcMar>
              <w:top w:w="35" w:type="dxa"/>
              <w:bottom w:w="35" w:type="dxa"/>
              <w:left w:w="20" w:type="dxa"/>
              <w:right w:w="20" w:type="dxa"/>
            </w:tcMar>
          </w:tcPr>
          <w:p>
            <w:pPr>
              <w:jc w:val="center"/>
            </w:pPr>
            <w:r>
              <w:rPr>
                <w:b/>
                <w:sz w:val="15"/>
              </w:rPr>
              <w:t>-</w:t>
            </w:r>
          </w:p>
        </w:tc>
      </w:tr>
      <w:tr>
        <w:tc>
          <w:tcPr>
            <w:tcW w:type="dxa" w:w="504"/>
            <w:shd w:fill="FFFFFF"/>
            <w:tcMar>
              <w:top w:w="35" w:type="dxa"/>
              <w:bottom w:w="35" w:type="dxa"/>
              <w:left w:w="20" w:type="dxa"/>
              <w:right w:w="20" w:type="dxa"/>
            </w:tcMar>
          </w:tcPr>
          <w:p>
            <w:pPr>
              <w:jc w:val="center"/>
            </w:pPr>
            <w:r>
              <w:rPr>
                <w:sz w:val="15"/>
              </w:rPr>
              <w:t>139</w:t>
            </w:r>
          </w:p>
        </w:tc>
        <w:tc>
          <w:tcPr>
            <w:tcW w:type="dxa" w:w="936"/>
            <w:shd w:fill="FFFFFF"/>
            <w:tcMar>
              <w:top w:w="35" w:type="dxa"/>
              <w:bottom w:w="35" w:type="dxa"/>
              <w:left w:w="20" w:type="dxa"/>
              <w:right w:w="20" w:type="dxa"/>
            </w:tcMar>
          </w:tcPr>
          <w:p>
            <w:pPr>
              <w:jc w:val="left"/>
            </w:pPr>
            <w:r>
              <w:rPr>
                <w:sz w:val="15"/>
              </w:rPr>
              <w:t>KH0765</w:t>
            </w:r>
          </w:p>
        </w:tc>
        <w:tc>
          <w:tcPr>
            <w:tcW w:type="dxa" w:w="3024"/>
            <w:shd w:fill="FFFFFF"/>
            <w:tcMar>
              <w:top w:w="35" w:type="dxa"/>
              <w:bottom w:w="35" w:type="dxa"/>
              <w:left w:w="20" w:type="dxa"/>
              <w:right w:w="20" w:type="dxa"/>
            </w:tcMar>
          </w:tcPr>
          <w:p>
            <w:pPr>
              <w:jc w:val="left"/>
            </w:pPr>
            <w:r>
              <w:rPr>
                <w:sz w:val="15"/>
              </w:rPr>
              <w:t>CÔNG TY TNHH ĐỒ GỖ NGHĨA PHÁT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11</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51</w:t>
            </w:r>
          </w:p>
        </w:tc>
        <w:tc>
          <w:tcPr>
            <w:tcW w:type="dxa" w:w="835"/>
            <w:shd w:fill="FFFFFF"/>
            <w:tcMar>
              <w:top w:w="35" w:type="dxa"/>
              <w:bottom w:w="35" w:type="dxa"/>
              <w:left w:w="20" w:type="dxa"/>
              <w:right w:w="20" w:type="dxa"/>
            </w:tcMar>
          </w:tcPr>
          <w:p>
            <w:pPr>
              <w:jc w:val="right"/>
            </w:pPr>
            <w:r>
              <w:rPr>
                <w:sz w:val="15"/>
              </w:rPr>
              <w:t>54</w:t>
            </w:r>
          </w:p>
        </w:tc>
        <w:tc>
          <w:tcPr>
            <w:tcW w:type="dxa" w:w="835"/>
            <w:shd w:fill="FFFFFF"/>
            <w:tcMar>
              <w:top w:w="35" w:type="dxa"/>
              <w:bottom w:w="35" w:type="dxa"/>
              <w:left w:w="20" w:type="dxa"/>
              <w:right w:w="20" w:type="dxa"/>
            </w:tcMar>
          </w:tcPr>
          <w:p>
            <w:pPr>
              <w:jc w:val="right"/>
            </w:pPr>
            <w:r>
              <w:rPr>
                <w:sz w:val="15"/>
              </w:rPr>
              <w:t>31</w:t>
            </w:r>
          </w:p>
        </w:tc>
        <w:tc>
          <w:tcPr>
            <w:tcW w:type="dxa" w:w="835"/>
            <w:shd w:fill="FFFFFF"/>
            <w:tcMar>
              <w:top w:w="35" w:type="dxa"/>
              <w:bottom w:w="35" w:type="dxa"/>
              <w:left w:w="20" w:type="dxa"/>
              <w:right w:w="20" w:type="dxa"/>
            </w:tcMar>
          </w:tcPr>
          <w:p>
            <w:pPr>
              <w:jc w:val="right"/>
            </w:pPr>
            <w:r>
              <w:rPr>
                <w:sz w:val="15"/>
              </w:rPr>
              <w:t>16</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b/>
                <w:sz w:val="15"/>
              </w:rPr>
              <w:t>-</w:t>
            </w:r>
          </w:p>
        </w:tc>
        <w:tc>
          <w:tcPr>
            <w:tcW w:type="dxa" w:w="1224"/>
            <w:shd w:fill="FFFFFF"/>
            <w:tcMar>
              <w:top w:w="35" w:type="dxa"/>
              <w:bottom w:w="35" w:type="dxa"/>
              <w:left w:w="20" w:type="dxa"/>
              <w:right w:w="20" w:type="dxa"/>
            </w:tcMar>
          </w:tcPr>
          <w:p>
            <w:pPr>
              <w:jc w:val="right"/>
            </w:pPr>
            <w:r>
              <w:rPr>
                <w:sz w:val="15"/>
              </w:rPr>
              <w:t>-</w:t>
            </w:r>
          </w:p>
        </w:tc>
        <w:tc>
          <w:tcPr>
            <w:tcW w:type="dxa" w:w="1066"/>
            <w:shd w:fill="FFFFFF"/>
            <w:tcMar>
              <w:top w:w="35" w:type="dxa"/>
              <w:bottom w:w="35" w:type="dxa"/>
              <w:left w:w="20" w:type="dxa"/>
              <w:right w:w="20" w:type="dxa"/>
            </w:tcMar>
          </w:tcPr>
          <w:p>
            <w:pPr>
              <w:jc w:val="center"/>
            </w:pPr>
            <w:r>
              <w:rPr>
                <w:b/>
                <w:sz w:val="15"/>
              </w:rPr>
              <w:t>-</w:t>
            </w:r>
          </w:p>
        </w:tc>
      </w:tr>
      <w:tr>
        <w:tc>
          <w:tcPr>
            <w:tcW w:type="dxa" w:w="504"/>
            <w:shd w:fill="F9FBFB"/>
            <w:tcMar>
              <w:top w:w="35" w:type="dxa"/>
              <w:bottom w:w="35" w:type="dxa"/>
              <w:left w:w="20" w:type="dxa"/>
              <w:right w:w="20" w:type="dxa"/>
            </w:tcMar>
          </w:tcPr>
          <w:p>
            <w:pPr>
              <w:jc w:val="center"/>
            </w:pPr>
            <w:r>
              <w:rPr>
                <w:sz w:val="15"/>
              </w:rPr>
              <w:t>140</w:t>
            </w:r>
          </w:p>
        </w:tc>
        <w:tc>
          <w:tcPr>
            <w:tcW w:type="dxa" w:w="936"/>
            <w:shd w:fill="F9FBFB"/>
            <w:tcMar>
              <w:top w:w="35" w:type="dxa"/>
              <w:bottom w:w="35" w:type="dxa"/>
              <w:left w:w="20" w:type="dxa"/>
              <w:right w:w="20" w:type="dxa"/>
            </w:tcMar>
          </w:tcPr>
          <w:p>
            <w:pPr>
              <w:jc w:val="left"/>
            </w:pPr>
            <w:r>
              <w:rPr>
                <w:sz w:val="15"/>
              </w:rPr>
              <w:t>KH0890</w:t>
            </w:r>
          </w:p>
        </w:tc>
        <w:tc>
          <w:tcPr>
            <w:tcW w:type="dxa" w:w="3024"/>
            <w:shd w:fill="F9FBFB"/>
            <w:tcMar>
              <w:top w:w="35" w:type="dxa"/>
              <w:bottom w:w="35" w:type="dxa"/>
              <w:left w:w="20" w:type="dxa"/>
              <w:right w:w="20" w:type="dxa"/>
            </w:tcMar>
          </w:tcPr>
          <w:p>
            <w:pPr>
              <w:jc w:val="left"/>
            </w:pPr>
            <w:r>
              <w:rPr>
                <w:sz w:val="15"/>
              </w:rPr>
              <w:t>CÔNG TY TNHH THƯƠNG MẠI TRANG TRÍ NỘI THẤT THÀNH VINH.</w:t>
            </w:r>
          </w:p>
        </w:tc>
        <w:tc>
          <w:tcPr>
            <w:tcW w:type="dxa" w:w="835"/>
            <w:shd w:fill="F9FBFB"/>
            <w:tcMar>
              <w:top w:w="35" w:type="dxa"/>
              <w:bottom w:w="35" w:type="dxa"/>
              <w:left w:w="20" w:type="dxa"/>
              <w:right w:w="20" w:type="dxa"/>
            </w:tcMar>
          </w:tcPr>
          <w:p>
            <w:pPr>
              <w:jc w:val="right"/>
            </w:pPr>
            <w:r>
              <w:rPr>
                <w:sz w:val="15"/>
              </w:rPr>
              <w:t>26</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43</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56</w:t>
            </w:r>
          </w:p>
        </w:tc>
        <w:tc>
          <w:tcPr>
            <w:tcW w:type="dxa" w:w="835"/>
            <w:shd w:fill="F9FBFB"/>
            <w:tcMar>
              <w:top w:w="35" w:type="dxa"/>
              <w:bottom w:w="35" w:type="dxa"/>
              <w:left w:w="20" w:type="dxa"/>
              <w:right w:w="20" w:type="dxa"/>
            </w:tcMar>
          </w:tcPr>
          <w:p>
            <w:pPr>
              <w:jc w:val="right"/>
            </w:pPr>
            <w:r>
              <w:rPr>
                <w:sz w:val="15"/>
              </w:rPr>
              <w:t>3</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b/>
                <w:sz w:val="15"/>
              </w:rPr>
              <w:t>-</w:t>
            </w:r>
          </w:p>
        </w:tc>
        <w:tc>
          <w:tcPr>
            <w:tcW w:type="dxa" w:w="1224"/>
            <w:shd w:fill="F9FBFB"/>
            <w:tcMar>
              <w:top w:w="35" w:type="dxa"/>
              <w:bottom w:w="35" w:type="dxa"/>
              <w:left w:w="20" w:type="dxa"/>
              <w:right w:w="20" w:type="dxa"/>
            </w:tcMar>
          </w:tcPr>
          <w:p>
            <w:pPr>
              <w:jc w:val="right"/>
            </w:pPr>
            <w:r>
              <w:rPr>
                <w:sz w:val="15"/>
              </w:rPr>
              <w:t>-</w:t>
            </w:r>
          </w:p>
        </w:tc>
        <w:tc>
          <w:tcPr>
            <w:tcW w:type="dxa" w:w="1066"/>
            <w:shd w:fill="F9FBFB"/>
            <w:tcMar>
              <w:top w:w="35" w:type="dxa"/>
              <w:bottom w:w="35" w:type="dxa"/>
              <w:left w:w="20" w:type="dxa"/>
              <w:right w:w="20" w:type="dxa"/>
            </w:tcMar>
          </w:tcPr>
          <w:p>
            <w:pPr>
              <w:jc w:val="center"/>
            </w:pPr>
            <w:r>
              <w:rPr>
                <w:b/>
                <w:sz w:val="15"/>
              </w:rPr>
              <w:t>-</w:t>
            </w:r>
          </w:p>
        </w:tc>
      </w:tr>
      <w:tr>
        <w:tc>
          <w:tcPr>
            <w:tcW w:type="dxa" w:w="504"/>
            <w:shd w:fill="FFFFFF"/>
            <w:tcMar>
              <w:top w:w="35" w:type="dxa"/>
              <w:bottom w:w="35" w:type="dxa"/>
              <w:left w:w="20" w:type="dxa"/>
              <w:right w:w="20" w:type="dxa"/>
            </w:tcMar>
          </w:tcPr>
          <w:p>
            <w:pPr>
              <w:jc w:val="center"/>
            </w:pPr>
            <w:r>
              <w:rPr>
                <w:sz w:val="15"/>
              </w:rPr>
              <w:t>141</w:t>
            </w:r>
          </w:p>
        </w:tc>
        <w:tc>
          <w:tcPr>
            <w:tcW w:type="dxa" w:w="936"/>
            <w:shd w:fill="FFFFFF"/>
            <w:tcMar>
              <w:top w:w="35" w:type="dxa"/>
              <w:bottom w:w="35" w:type="dxa"/>
              <w:left w:w="20" w:type="dxa"/>
              <w:right w:w="20" w:type="dxa"/>
            </w:tcMar>
          </w:tcPr>
          <w:p>
            <w:pPr>
              <w:jc w:val="left"/>
            </w:pPr>
            <w:r>
              <w:rPr>
                <w:sz w:val="15"/>
              </w:rPr>
              <w:t>KH0997</w:t>
            </w:r>
          </w:p>
        </w:tc>
        <w:tc>
          <w:tcPr>
            <w:tcW w:type="dxa" w:w="3024"/>
            <w:shd w:fill="FFFFFF"/>
            <w:tcMar>
              <w:top w:w="35" w:type="dxa"/>
              <w:bottom w:w="35" w:type="dxa"/>
              <w:left w:w="20" w:type="dxa"/>
              <w:right w:w="20" w:type="dxa"/>
            </w:tcMar>
          </w:tcPr>
          <w:p>
            <w:pPr>
              <w:jc w:val="left"/>
            </w:pPr>
            <w:r>
              <w:rPr>
                <w:sz w:val="15"/>
              </w:rPr>
              <w:t>CÔNG TY TNHH SD</w:t>
            </w:r>
          </w:p>
        </w:tc>
        <w:tc>
          <w:tcPr>
            <w:tcW w:type="dxa" w:w="835"/>
            <w:shd w:fill="FFFFFF"/>
            <w:tcMar>
              <w:top w:w="35" w:type="dxa"/>
              <w:bottom w:w="35" w:type="dxa"/>
              <w:left w:w="20" w:type="dxa"/>
              <w:right w:w="20" w:type="dxa"/>
            </w:tcMar>
          </w:tcPr>
          <w:p>
            <w:pPr>
              <w:jc w:val="right"/>
            </w:pPr>
            <w:r>
              <w:rPr>
                <w:sz w:val="15"/>
              </w:rPr>
              <w:t>27</w:t>
            </w:r>
          </w:p>
        </w:tc>
        <w:tc>
          <w:tcPr>
            <w:tcW w:type="dxa" w:w="835"/>
            <w:shd w:fill="FFFFFF"/>
            <w:tcMar>
              <w:top w:w="35" w:type="dxa"/>
              <w:bottom w:w="35" w:type="dxa"/>
              <w:left w:w="20" w:type="dxa"/>
              <w:right w:w="20" w:type="dxa"/>
            </w:tcMar>
          </w:tcPr>
          <w:p>
            <w:pPr>
              <w:jc w:val="right"/>
            </w:pPr>
            <w:r>
              <w:rPr>
                <w:sz w:val="15"/>
              </w:rPr>
              <w:t>52</w:t>
            </w:r>
          </w:p>
        </w:tc>
        <w:tc>
          <w:tcPr>
            <w:tcW w:type="dxa" w:w="835"/>
            <w:shd w:fill="FFFFFF"/>
            <w:tcMar>
              <w:top w:w="35" w:type="dxa"/>
              <w:bottom w:w="35" w:type="dxa"/>
              <w:left w:w="20" w:type="dxa"/>
              <w:right w:w="20" w:type="dxa"/>
            </w:tcMar>
          </w:tcPr>
          <w:p>
            <w:pPr>
              <w:jc w:val="right"/>
            </w:pPr>
            <w:r>
              <w:rPr>
                <w:sz w:val="15"/>
              </w:rPr>
              <w:t>29</w:t>
            </w:r>
          </w:p>
        </w:tc>
        <w:tc>
          <w:tcPr>
            <w:tcW w:type="dxa" w:w="835"/>
            <w:shd w:fill="FFFFFF"/>
            <w:tcMar>
              <w:top w:w="35" w:type="dxa"/>
              <w:bottom w:w="35" w:type="dxa"/>
              <w:left w:w="20" w:type="dxa"/>
              <w:right w:w="20" w:type="dxa"/>
            </w:tcMar>
          </w:tcPr>
          <w:p>
            <w:pPr>
              <w:jc w:val="right"/>
            </w:pPr>
            <w:r>
              <w:rPr>
                <w:sz w:val="15"/>
              </w:rPr>
              <w:t>24</w:t>
            </w:r>
          </w:p>
        </w:tc>
        <w:tc>
          <w:tcPr>
            <w:tcW w:type="dxa" w:w="835"/>
            <w:shd w:fill="FFFFFF"/>
            <w:tcMar>
              <w:top w:w="35" w:type="dxa"/>
              <w:bottom w:w="35" w:type="dxa"/>
              <w:left w:w="20" w:type="dxa"/>
              <w:right w:w="20" w:type="dxa"/>
            </w:tcMar>
          </w:tcPr>
          <w:p>
            <w:pPr>
              <w:jc w:val="right"/>
            </w:pPr>
            <w:r>
              <w:rPr>
                <w:sz w:val="15"/>
              </w:rPr>
              <w:t>18</w:t>
            </w:r>
          </w:p>
        </w:tc>
        <w:tc>
          <w:tcPr>
            <w:tcW w:type="dxa" w:w="835"/>
            <w:shd w:fill="FFFFFF"/>
            <w:tcMar>
              <w:top w:w="35" w:type="dxa"/>
              <w:bottom w:w="35" w:type="dxa"/>
              <w:left w:w="20" w:type="dxa"/>
              <w:right w:w="20" w:type="dxa"/>
            </w:tcMar>
          </w:tcPr>
          <w:p>
            <w:pPr>
              <w:jc w:val="right"/>
            </w:pPr>
            <w:r>
              <w:rPr>
                <w:sz w:val="15"/>
              </w:rPr>
              <w:t>2</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b/>
                <w:sz w:val="15"/>
              </w:rPr>
              <w:t>-</w:t>
            </w:r>
          </w:p>
        </w:tc>
        <w:tc>
          <w:tcPr>
            <w:tcW w:type="dxa" w:w="1224"/>
            <w:shd w:fill="FFFFFF"/>
            <w:tcMar>
              <w:top w:w="35" w:type="dxa"/>
              <w:bottom w:w="35" w:type="dxa"/>
              <w:left w:w="20" w:type="dxa"/>
              <w:right w:w="20" w:type="dxa"/>
            </w:tcMar>
          </w:tcPr>
          <w:p>
            <w:pPr>
              <w:jc w:val="right"/>
            </w:pPr>
            <w:r>
              <w:rPr>
                <w:sz w:val="15"/>
              </w:rPr>
              <w:t>-</w:t>
            </w:r>
          </w:p>
        </w:tc>
        <w:tc>
          <w:tcPr>
            <w:tcW w:type="dxa" w:w="1066"/>
            <w:shd w:fill="FFFFFF"/>
            <w:tcMar>
              <w:top w:w="35" w:type="dxa"/>
              <w:bottom w:w="35" w:type="dxa"/>
              <w:left w:w="20" w:type="dxa"/>
              <w:right w:w="20" w:type="dxa"/>
            </w:tcMar>
          </w:tcPr>
          <w:p>
            <w:pPr>
              <w:jc w:val="center"/>
            </w:pPr>
            <w:r>
              <w:rPr>
                <w:b/>
                <w:sz w:val="15"/>
              </w:rPr>
              <w:t>-</w:t>
            </w:r>
          </w:p>
        </w:tc>
      </w:tr>
      <w:tr>
        <w:tc>
          <w:tcPr>
            <w:tcW w:type="dxa" w:w="504"/>
            <w:shd w:fill="F9FBFB"/>
            <w:tcMar>
              <w:top w:w="35" w:type="dxa"/>
              <w:bottom w:w="35" w:type="dxa"/>
              <w:left w:w="20" w:type="dxa"/>
              <w:right w:w="20" w:type="dxa"/>
            </w:tcMar>
          </w:tcPr>
          <w:p>
            <w:pPr>
              <w:jc w:val="center"/>
            </w:pPr>
            <w:r>
              <w:rPr>
                <w:sz w:val="15"/>
              </w:rPr>
              <w:t>142</w:t>
            </w:r>
          </w:p>
        </w:tc>
        <w:tc>
          <w:tcPr>
            <w:tcW w:type="dxa" w:w="936"/>
            <w:shd w:fill="F9FBFB"/>
            <w:tcMar>
              <w:top w:w="35" w:type="dxa"/>
              <w:bottom w:w="35" w:type="dxa"/>
              <w:left w:w="20" w:type="dxa"/>
              <w:right w:w="20" w:type="dxa"/>
            </w:tcMar>
          </w:tcPr>
          <w:p>
            <w:pPr>
              <w:jc w:val="left"/>
            </w:pPr>
            <w:r>
              <w:rPr>
                <w:sz w:val="15"/>
              </w:rPr>
              <w:t>KH1024</w:t>
            </w:r>
          </w:p>
        </w:tc>
        <w:tc>
          <w:tcPr>
            <w:tcW w:type="dxa" w:w="3024"/>
            <w:shd w:fill="F9FBFB"/>
            <w:tcMar>
              <w:top w:w="35" w:type="dxa"/>
              <w:bottom w:w="35" w:type="dxa"/>
              <w:left w:w="20" w:type="dxa"/>
              <w:right w:w="20" w:type="dxa"/>
            </w:tcMar>
          </w:tcPr>
          <w:p>
            <w:pPr>
              <w:jc w:val="left"/>
            </w:pPr>
            <w:r>
              <w:rPr>
                <w:sz w:val="15"/>
              </w:rPr>
              <w:t>LÊ NGỌC LINH .</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b/>
                <w:sz w:val="15"/>
              </w:rPr>
              <w:t>-</w:t>
            </w:r>
          </w:p>
        </w:tc>
        <w:tc>
          <w:tcPr>
            <w:tcW w:type="dxa" w:w="1224"/>
            <w:shd w:fill="F9FBFB"/>
            <w:tcMar>
              <w:top w:w="35" w:type="dxa"/>
              <w:bottom w:w="35" w:type="dxa"/>
              <w:left w:w="20" w:type="dxa"/>
              <w:right w:w="20" w:type="dxa"/>
            </w:tcMar>
          </w:tcPr>
          <w:p>
            <w:pPr>
              <w:jc w:val="right"/>
            </w:pPr>
            <w:r>
              <w:rPr>
                <w:sz w:val="15"/>
              </w:rPr>
              <w:t>-</w:t>
            </w:r>
          </w:p>
        </w:tc>
        <w:tc>
          <w:tcPr>
            <w:tcW w:type="dxa" w:w="1066"/>
            <w:shd w:fill="F9FBFB"/>
            <w:tcMar>
              <w:top w:w="35" w:type="dxa"/>
              <w:bottom w:w="35" w:type="dxa"/>
              <w:left w:w="20" w:type="dxa"/>
              <w:right w:w="20" w:type="dxa"/>
            </w:tcMar>
          </w:tcPr>
          <w:p>
            <w:pPr>
              <w:jc w:val="center"/>
            </w:pPr>
            <w:r>
              <w:rPr>
                <w:b/>
                <w:sz w:val="15"/>
              </w:rPr>
              <w:t>-</w:t>
            </w:r>
          </w:p>
        </w:tc>
      </w:tr>
      <w:tr>
        <w:tc>
          <w:tcPr>
            <w:tcW w:type="dxa" w:w="504"/>
            <w:shd w:fill="FFFFFF"/>
            <w:tcMar>
              <w:top w:w="35" w:type="dxa"/>
              <w:bottom w:w="35" w:type="dxa"/>
              <w:left w:w="20" w:type="dxa"/>
              <w:right w:w="20" w:type="dxa"/>
            </w:tcMar>
          </w:tcPr>
          <w:p>
            <w:pPr>
              <w:jc w:val="center"/>
            </w:pPr>
            <w:r>
              <w:rPr>
                <w:sz w:val="15"/>
              </w:rPr>
              <w:t>143</w:t>
            </w:r>
          </w:p>
        </w:tc>
        <w:tc>
          <w:tcPr>
            <w:tcW w:type="dxa" w:w="936"/>
            <w:shd w:fill="FFFFFF"/>
            <w:tcMar>
              <w:top w:w="35" w:type="dxa"/>
              <w:bottom w:w="35" w:type="dxa"/>
              <w:left w:w="20" w:type="dxa"/>
              <w:right w:w="20" w:type="dxa"/>
            </w:tcMar>
          </w:tcPr>
          <w:p>
            <w:pPr>
              <w:jc w:val="left"/>
            </w:pPr>
            <w:r>
              <w:rPr>
                <w:sz w:val="15"/>
              </w:rPr>
              <w:t>KH1074</w:t>
            </w:r>
          </w:p>
        </w:tc>
        <w:tc>
          <w:tcPr>
            <w:tcW w:type="dxa" w:w="3024"/>
            <w:shd w:fill="FFFFFF"/>
            <w:tcMar>
              <w:top w:w="35" w:type="dxa"/>
              <w:bottom w:w="35" w:type="dxa"/>
              <w:left w:w="20" w:type="dxa"/>
              <w:right w:w="20" w:type="dxa"/>
            </w:tcMar>
          </w:tcPr>
          <w:p>
            <w:pPr>
              <w:jc w:val="left"/>
            </w:pPr>
            <w:r>
              <w:rPr>
                <w:sz w:val="15"/>
              </w:rPr>
              <w:t>CÔNG TY CỔ PHẦN LÂM NGHIỆP 19.</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40</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2</w:t>
            </w:r>
          </w:p>
        </w:tc>
        <w:tc>
          <w:tcPr>
            <w:tcW w:type="dxa" w:w="835"/>
            <w:shd w:fill="FFFFFF"/>
            <w:tcMar>
              <w:top w:w="35" w:type="dxa"/>
              <w:bottom w:w="35" w:type="dxa"/>
              <w:left w:w="20" w:type="dxa"/>
              <w:right w:w="20" w:type="dxa"/>
            </w:tcMar>
          </w:tcPr>
          <w:p>
            <w:pPr>
              <w:jc w:val="right"/>
            </w:pPr>
            <w:r>
              <w:rPr>
                <w:sz w:val="15"/>
              </w:rPr>
              <w:t>11</w:t>
            </w:r>
          </w:p>
        </w:tc>
        <w:tc>
          <w:tcPr>
            <w:tcW w:type="dxa" w:w="835"/>
            <w:shd w:fill="FFFFFF"/>
            <w:tcMar>
              <w:top w:w="35" w:type="dxa"/>
              <w:bottom w:w="35" w:type="dxa"/>
              <w:left w:w="20" w:type="dxa"/>
              <w:right w:w="20" w:type="dxa"/>
            </w:tcMar>
          </w:tcPr>
          <w:p>
            <w:pPr>
              <w:jc w:val="right"/>
            </w:pPr>
            <w:r>
              <w:rPr>
                <w:sz w:val="15"/>
              </w:rPr>
              <w:t>16</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b/>
                <w:sz w:val="15"/>
              </w:rPr>
              <w:t>-</w:t>
            </w:r>
          </w:p>
        </w:tc>
        <w:tc>
          <w:tcPr>
            <w:tcW w:type="dxa" w:w="1224"/>
            <w:shd w:fill="FFFFFF"/>
            <w:tcMar>
              <w:top w:w="35" w:type="dxa"/>
              <w:bottom w:w="35" w:type="dxa"/>
              <w:left w:w="20" w:type="dxa"/>
              <w:right w:w="20" w:type="dxa"/>
            </w:tcMar>
          </w:tcPr>
          <w:p>
            <w:pPr>
              <w:jc w:val="right"/>
            </w:pPr>
            <w:r>
              <w:rPr>
                <w:sz w:val="15"/>
              </w:rPr>
              <w:t>-</w:t>
            </w:r>
          </w:p>
        </w:tc>
        <w:tc>
          <w:tcPr>
            <w:tcW w:type="dxa" w:w="1066"/>
            <w:shd w:fill="FFFFFF"/>
            <w:tcMar>
              <w:top w:w="35" w:type="dxa"/>
              <w:bottom w:w="35" w:type="dxa"/>
              <w:left w:w="20" w:type="dxa"/>
              <w:right w:w="20" w:type="dxa"/>
            </w:tcMar>
          </w:tcPr>
          <w:p>
            <w:pPr>
              <w:jc w:val="center"/>
            </w:pPr>
            <w:r>
              <w:rPr>
                <w:b/>
                <w:sz w:val="15"/>
              </w:rPr>
              <w:t>-</w:t>
            </w:r>
          </w:p>
        </w:tc>
      </w:tr>
      <w:tr>
        <w:tc>
          <w:tcPr>
            <w:tcW w:type="dxa" w:w="504"/>
            <w:shd w:fill="F9FBFB"/>
            <w:tcMar>
              <w:top w:w="35" w:type="dxa"/>
              <w:bottom w:w="35" w:type="dxa"/>
              <w:left w:w="20" w:type="dxa"/>
              <w:right w:w="20" w:type="dxa"/>
            </w:tcMar>
          </w:tcPr>
          <w:p>
            <w:pPr>
              <w:jc w:val="center"/>
            </w:pPr>
            <w:r>
              <w:rPr>
                <w:sz w:val="15"/>
              </w:rPr>
              <w:t>144</w:t>
            </w:r>
          </w:p>
        </w:tc>
        <w:tc>
          <w:tcPr>
            <w:tcW w:type="dxa" w:w="936"/>
            <w:shd w:fill="F9FBFB"/>
            <w:tcMar>
              <w:top w:w="35" w:type="dxa"/>
              <w:bottom w:w="35" w:type="dxa"/>
              <w:left w:w="20" w:type="dxa"/>
              <w:right w:w="20" w:type="dxa"/>
            </w:tcMar>
          </w:tcPr>
          <w:p>
            <w:pPr>
              <w:jc w:val="left"/>
            </w:pPr>
            <w:r>
              <w:rPr>
                <w:sz w:val="15"/>
              </w:rPr>
              <w:t>KH1146</w:t>
            </w:r>
          </w:p>
        </w:tc>
        <w:tc>
          <w:tcPr>
            <w:tcW w:type="dxa" w:w="3024"/>
            <w:shd w:fill="F9FBFB"/>
            <w:tcMar>
              <w:top w:w="35" w:type="dxa"/>
              <w:bottom w:w="35" w:type="dxa"/>
              <w:left w:w="20" w:type="dxa"/>
              <w:right w:w="20" w:type="dxa"/>
            </w:tcMar>
          </w:tcPr>
          <w:p>
            <w:pPr>
              <w:jc w:val="left"/>
            </w:pPr>
            <w:r>
              <w:rPr>
                <w:sz w:val="15"/>
              </w:rPr>
              <w:t>CÔNG TY TNHH SX-TM-DV MINH KHANH</w:t>
            </w:r>
          </w:p>
        </w:tc>
        <w:tc>
          <w:tcPr>
            <w:tcW w:type="dxa" w:w="835"/>
            <w:shd w:fill="F9FBFB"/>
            <w:tcMar>
              <w:top w:w="35" w:type="dxa"/>
              <w:bottom w:w="35" w:type="dxa"/>
              <w:left w:w="20" w:type="dxa"/>
              <w:right w:w="20" w:type="dxa"/>
            </w:tcMar>
          </w:tcPr>
          <w:p>
            <w:pPr>
              <w:jc w:val="right"/>
            </w:pPr>
            <w:r>
              <w:rPr>
                <w:sz w:val="15"/>
              </w:rPr>
              <w:t>2</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b/>
                <w:sz w:val="15"/>
              </w:rPr>
              <w:t>-</w:t>
            </w:r>
          </w:p>
        </w:tc>
        <w:tc>
          <w:tcPr>
            <w:tcW w:type="dxa" w:w="1224"/>
            <w:shd w:fill="F9FBFB"/>
            <w:tcMar>
              <w:top w:w="35" w:type="dxa"/>
              <w:bottom w:w="35" w:type="dxa"/>
              <w:left w:w="20" w:type="dxa"/>
              <w:right w:w="20" w:type="dxa"/>
            </w:tcMar>
          </w:tcPr>
          <w:p>
            <w:pPr>
              <w:jc w:val="right"/>
            </w:pPr>
            <w:r>
              <w:rPr>
                <w:sz w:val="15"/>
              </w:rPr>
              <w:t>-</w:t>
            </w:r>
          </w:p>
        </w:tc>
        <w:tc>
          <w:tcPr>
            <w:tcW w:type="dxa" w:w="1066"/>
            <w:shd w:fill="F9FBFB"/>
            <w:tcMar>
              <w:top w:w="35" w:type="dxa"/>
              <w:bottom w:w="35" w:type="dxa"/>
              <w:left w:w="20" w:type="dxa"/>
              <w:right w:w="20" w:type="dxa"/>
            </w:tcMar>
          </w:tcPr>
          <w:p>
            <w:pPr>
              <w:jc w:val="center"/>
            </w:pPr>
            <w:r>
              <w:rPr>
                <w:b/>
                <w:sz w:val="15"/>
              </w:rPr>
              <w:t>-</w:t>
            </w:r>
          </w:p>
        </w:tc>
      </w:tr>
      <w:tr>
        <w:tc>
          <w:tcPr>
            <w:tcW w:type="dxa" w:w="504"/>
            <w:shd w:fill="FFFFFF"/>
            <w:tcMar>
              <w:top w:w="35" w:type="dxa"/>
              <w:bottom w:w="35" w:type="dxa"/>
              <w:left w:w="20" w:type="dxa"/>
              <w:right w:w="20" w:type="dxa"/>
            </w:tcMar>
          </w:tcPr>
          <w:p>
            <w:pPr>
              <w:jc w:val="center"/>
            </w:pPr>
            <w:r>
              <w:rPr>
                <w:sz w:val="15"/>
              </w:rPr>
              <w:t>145</w:t>
            </w:r>
          </w:p>
        </w:tc>
        <w:tc>
          <w:tcPr>
            <w:tcW w:type="dxa" w:w="936"/>
            <w:shd w:fill="FFFFFF"/>
            <w:tcMar>
              <w:top w:w="35" w:type="dxa"/>
              <w:bottom w:w="35" w:type="dxa"/>
              <w:left w:w="20" w:type="dxa"/>
              <w:right w:w="20" w:type="dxa"/>
            </w:tcMar>
          </w:tcPr>
          <w:p>
            <w:pPr>
              <w:jc w:val="left"/>
            </w:pPr>
            <w:r>
              <w:rPr>
                <w:sz w:val="15"/>
              </w:rPr>
              <w:t>KH1164</w:t>
            </w:r>
          </w:p>
        </w:tc>
        <w:tc>
          <w:tcPr>
            <w:tcW w:type="dxa" w:w="3024"/>
            <w:shd w:fill="FFFFFF"/>
            <w:tcMar>
              <w:top w:w="35" w:type="dxa"/>
              <w:bottom w:w="35" w:type="dxa"/>
              <w:left w:w="20" w:type="dxa"/>
              <w:right w:w="20" w:type="dxa"/>
            </w:tcMar>
          </w:tcPr>
          <w:p>
            <w:pPr>
              <w:jc w:val="left"/>
            </w:pPr>
            <w:r>
              <w:rPr>
                <w:sz w:val="15"/>
              </w:rPr>
              <w:t>CÔNG TY TNHH ĐỒNG SƠN</w:t>
            </w:r>
          </w:p>
        </w:tc>
        <w:tc>
          <w:tcPr>
            <w:tcW w:type="dxa" w:w="835"/>
            <w:shd w:fill="FFFFFF"/>
            <w:tcMar>
              <w:top w:w="35" w:type="dxa"/>
              <w:bottom w:w="35" w:type="dxa"/>
              <w:left w:w="20" w:type="dxa"/>
              <w:right w:w="20" w:type="dxa"/>
            </w:tcMar>
          </w:tcPr>
          <w:p>
            <w:pPr>
              <w:jc w:val="right"/>
            </w:pPr>
            <w:r>
              <w:rPr>
                <w:sz w:val="15"/>
              </w:rPr>
              <w:t>21</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10</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b/>
                <w:sz w:val="15"/>
              </w:rPr>
              <w:t>-</w:t>
            </w:r>
          </w:p>
        </w:tc>
        <w:tc>
          <w:tcPr>
            <w:tcW w:type="dxa" w:w="1224"/>
            <w:shd w:fill="FFFFFF"/>
            <w:tcMar>
              <w:top w:w="35" w:type="dxa"/>
              <w:bottom w:w="35" w:type="dxa"/>
              <w:left w:w="20" w:type="dxa"/>
              <w:right w:w="20" w:type="dxa"/>
            </w:tcMar>
          </w:tcPr>
          <w:p>
            <w:pPr>
              <w:jc w:val="right"/>
            </w:pPr>
            <w:r>
              <w:rPr>
                <w:sz w:val="15"/>
              </w:rPr>
              <w:t>-</w:t>
            </w:r>
          </w:p>
        </w:tc>
        <w:tc>
          <w:tcPr>
            <w:tcW w:type="dxa" w:w="1066"/>
            <w:shd w:fill="FFFFFF"/>
            <w:tcMar>
              <w:top w:w="35" w:type="dxa"/>
              <w:bottom w:w="35" w:type="dxa"/>
              <w:left w:w="20" w:type="dxa"/>
              <w:right w:w="20" w:type="dxa"/>
            </w:tcMar>
          </w:tcPr>
          <w:p>
            <w:pPr>
              <w:jc w:val="center"/>
            </w:pPr>
            <w:r>
              <w:rPr>
                <w:b/>
                <w:sz w:val="15"/>
              </w:rPr>
              <w:t>-</w:t>
            </w:r>
          </w:p>
        </w:tc>
      </w:tr>
      <w:tr>
        <w:tc>
          <w:tcPr>
            <w:tcW w:type="dxa" w:w="504"/>
            <w:shd w:fill="F9FBFB"/>
            <w:tcMar>
              <w:top w:w="35" w:type="dxa"/>
              <w:bottom w:w="35" w:type="dxa"/>
              <w:left w:w="20" w:type="dxa"/>
              <w:right w:w="20" w:type="dxa"/>
            </w:tcMar>
          </w:tcPr>
          <w:p>
            <w:pPr>
              <w:jc w:val="center"/>
            </w:pPr>
            <w:r>
              <w:rPr>
                <w:sz w:val="15"/>
              </w:rPr>
              <w:t>146</w:t>
            </w:r>
          </w:p>
        </w:tc>
        <w:tc>
          <w:tcPr>
            <w:tcW w:type="dxa" w:w="936"/>
            <w:shd w:fill="F9FBFB"/>
            <w:tcMar>
              <w:top w:w="35" w:type="dxa"/>
              <w:bottom w:w="35" w:type="dxa"/>
              <w:left w:w="20" w:type="dxa"/>
              <w:right w:w="20" w:type="dxa"/>
            </w:tcMar>
          </w:tcPr>
          <w:p>
            <w:pPr>
              <w:jc w:val="left"/>
            </w:pPr>
            <w:r>
              <w:rPr>
                <w:sz w:val="15"/>
              </w:rPr>
              <w:t>KH1195</w:t>
            </w:r>
          </w:p>
        </w:tc>
        <w:tc>
          <w:tcPr>
            <w:tcW w:type="dxa" w:w="3024"/>
            <w:shd w:fill="F9FBFB"/>
            <w:tcMar>
              <w:top w:w="35" w:type="dxa"/>
              <w:bottom w:w="35" w:type="dxa"/>
              <w:left w:w="20" w:type="dxa"/>
              <w:right w:w="20" w:type="dxa"/>
            </w:tcMar>
          </w:tcPr>
          <w:p>
            <w:pPr>
              <w:jc w:val="left"/>
            </w:pPr>
            <w:r>
              <w:rPr>
                <w:sz w:val="15"/>
              </w:rPr>
              <w:t>CÔNG TY TNHH HƯƠNG MỘC</w:t>
            </w:r>
          </w:p>
        </w:tc>
        <w:tc>
          <w:tcPr>
            <w:tcW w:type="dxa" w:w="835"/>
            <w:shd w:fill="F9FBFB"/>
            <w:tcMar>
              <w:top w:w="35" w:type="dxa"/>
              <w:bottom w:w="35" w:type="dxa"/>
              <w:left w:w="20" w:type="dxa"/>
              <w:right w:w="20" w:type="dxa"/>
            </w:tcMar>
          </w:tcPr>
          <w:p>
            <w:pPr>
              <w:jc w:val="right"/>
            </w:pPr>
            <w:r>
              <w:rPr>
                <w:sz w:val="15"/>
              </w:rPr>
              <w:t>41</w:t>
            </w:r>
          </w:p>
        </w:tc>
        <w:tc>
          <w:tcPr>
            <w:tcW w:type="dxa" w:w="835"/>
            <w:shd w:fill="F9FBFB"/>
            <w:tcMar>
              <w:top w:w="35" w:type="dxa"/>
              <w:bottom w:w="35" w:type="dxa"/>
              <w:left w:w="20" w:type="dxa"/>
              <w:right w:w="20" w:type="dxa"/>
            </w:tcMar>
          </w:tcPr>
          <w:p>
            <w:pPr>
              <w:jc w:val="right"/>
            </w:pPr>
            <w:r>
              <w:rPr>
                <w:sz w:val="15"/>
              </w:rPr>
              <w:t>20</w:t>
            </w:r>
          </w:p>
        </w:tc>
        <w:tc>
          <w:tcPr>
            <w:tcW w:type="dxa" w:w="835"/>
            <w:shd w:fill="F9FBFB"/>
            <w:tcMar>
              <w:top w:w="35" w:type="dxa"/>
              <w:bottom w:w="35" w:type="dxa"/>
              <w:left w:w="20" w:type="dxa"/>
              <w:right w:w="20" w:type="dxa"/>
            </w:tcMar>
          </w:tcPr>
          <w:p>
            <w:pPr>
              <w:jc w:val="right"/>
            </w:pPr>
            <w:r>
              <w:rPr>
                <w:sz w:val="15"/>
              </w:rPr>
              <w:t>36</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b/>
                <w:sz w:val="15"/>
              </w:rPr>
              <w:t>-</w:t>
            </w:r>
          </w:p>
        </w:tc>
        <w:tc>
          <w:tcPr>
            <w:tcW w:type="dxa" w:w="1224"/>
            <w:shd w:fill="F9FBFB"/>
            <w:tcMar>
              <w:top w:w="35" w:type="dxa"/>
              <w:bottom w:w="35" w:type="dxa"/>
              <w:left w:w="20" w:type="dxa"/>
              <w:right w:w="20" w:type="dxa"/>
            </w:tcMar>
          </w:tcPr>
          <w:p>
            <w:pPr>
              <w:jc w:val="right"/>
            </w:pPr>
            <w:r>
              <w:rPr>
                <w:sz w:val="15"/>
              </w:rPr>
              <w:t>-</w:t>
            </w:r>
          </w:p>
        </w:tc>
        <w:tc>
          <w:tcPr>
            <w:tcW w:type="dxa" w:w="1066"/>
            <w:shd w:fill="F9FBFB"/>
            <w:tcMar>
              <w:top w:w="35" w:type="dxa"/>
              <w:bottom w:w="35" w:type="dxa"/>
              <w:left w:w="20" w:type="dxa"/>
              <w:right w:w="20" w:type="dxa"/>
            </w:tcMar>
          </w:tcPr>
          <w:p>
            <w:pPr>
              <w:jc w:val="center"/>
            </w:pPr>
            <w:r>
              <w:rPr>
                <w:b/>
                <w:sz w:val="15"/>
              </w:rPr>
              <w:t>-</w:t>
            </w:r>
          </w:p>
        </w:tc>
      </w:tr>
      <w:tr>
        <w:tc>
          <w:tcPr>
            <w:tcW w:type="dxa" w:w="504"/>
            <w:shd w:fill="FFFFFF"/>
            <w:tcMar>
              <w:top w:w="35" w:type="dxa"/>
              <w:bottom w:w="35" w:type="dxa"/>
              <w:left w:w="20" w:type="dxa"/>
              <w:right w:w="20" w:type="dxa"/>
            </w:tcMar>
          </w:tcPr>
          <w:p>
            <w:pPr>
              <w:jc w:val="center"/>
            </w:pPr>
            <w:r>
              <w:rPr>
                <w:sz w:val="15"/>
              </w:rPr>
              <w:t>147</w:t>
            </w:r>
          </w:p>
        </w:tc>
        <w:tc>
          <w:tcPr>
            <w:tcW w:type="dxa" w:w="936"/>
            <w:shd w:fill="FFFFFF"/>
            <w:tcMar>
              <w:top w:w="35" w:type="dxa"/>
              <w:bottom w:w="35" w:type="dxa"/>
              <w:left w:w="20" w:type="dxa"/>
              <w:right w:w="20" w:type="dxa"/>
            </w:tcMar>
          </w:tcPr>
          <w:p>
            <w:pPr>
              <w:jc w:val="left"/>
            </w:pPr>
            <w:r>
              <w:rPr>
                <w:sz w:val="15"/>
              </w:rPr>
              <w:t>KH1269</w:t>
            </w:r>
          </w:p>
        </w:tc>
        <w:tc>
          <w:tcPr>
            <w:tcW w:type="dxa" w:w="3024"/>
            <w:shd w:fill="FFFFFF"/>
            <w:tcMar>
              <w:top w:w="35" w:type="dxa"/>
              <w:bottom w:w="35" w:type="dxa"/>
              <w:left w:w="20" w:type="dxa"/>
              <w:right w:w="20" w:type="dxa"/>
            </w:tcMar>
          </w:tcPr>
          <w:p>
            <w:pPr>
              <w:jc w:val="left"/>
            </w:pPr>
            <w:r>
              <w:rPr>
                <w:sz w:val="15"/>
              </w:rPr>
              <w:t>CÔNG TY TNHH KHƯƠNG ĐÀI</w:t>
            </w:r>
          </w:p>
        </w:tc>
        <w:tc>
          <w:tcPr>
            <w:tcW w:type="dxa" w:w="835"/>
            <w:shd w:fill="FFFFFF"/>
            <w:tcMar>
              <w:top w:w="35" w:type="dxa"/>
              <w:bottom w:w="35" w:type="dxa"/>
              <w:left w:w="20" w:type="dxa"/>
              <w:right w:w="20" w:type="dxa"/>
            </w:tcMar>
          </w:tcPr>
          <w:p>
            <w:pPr>
              <w:jc w:val="right"/>
            </w:pPr>
            <w:r>
              <w:rPr>
                <w:sz w:val="15"/>
              </w:rPr>
              <w:t>3</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b/>
                <w:sz w:val="15"/>
              </w:rPr>
              <w:t>-</w:t>
            </w:r>
          </w:p>
        </w:tc>
        <w:tc>
          <w:tcPr>
            <w:tcW w:type="dxa" w:w="1224"/>
            <w:shd w:fill="FFFFFF"/>
            <w:tcMar>
              <w:top w:w="35" w:type="dxa"/>
              <w:bottom w:w="35" w:type="dxa"/>
              <w:left w:w="20" w:type="dxa"/>
              <w:right w:w="20" w:type="dxa"/>
            </w:tcMar>
          </w:tcPr>
          <w:p>
            <w:pPr>
              <w:jc w:val="right"/>
            </w:pPr>
            <w:r>
              <w:rPr>
                <w:sz w:val="15"/>
              </w:rPr>
              <w:t>-</w:t>
            </w:r>
          </w:p>
        </w:tc>
        <w:tc>
          <w:tcPr>
            <w:tcW w:type="dxa" w:w="1066"/>
            <w:shd w:fill="FFFFFF"/>
            <w:tcMar>
              <w:top w:w="35" w:type="dxa"/>
              <w:bottom w:w="35" w:type="dxa"/>
              <w:left w:w="20" w:type="dxa"/>
              <w:right w:w="20" w:type="dxa"/>
            </w:tcMar>
          </w:tcPr>
          <w:p>
            <w:pPr>
              <w:jc w:val="center"/>
            </w:pPr>
            <w:r>
              <w:rPr>
                <w:b/>
                <w:sz w:val="15"/>
              </w:rPr>
              <w:t>-</w:t>
            </w:r>
          </w:p>
        </w:tc>
      </w:tr>
      <w:tr>
        <w:tc>
          <w:tcPr>
            <w:tcW w:type="dxa" w:w="504"/>
            <w:shd w:fill="F9FBFB"/>
            <w:tcMar>
              <w:top w:w="35" w:type="dxa"/>
              <w:bottom w:w="35" w:type="dxa"/>
              <w:left w:w="20" w:type="dxa"/>
              <w:right w:w="20" w:type="dxa"/>
            </w:tcMar>
          </w:tcPr>
          <w:p>
            <w:pPr>
              <w:jc w:val="center"/>
            </w:pPr>
            <w:r>
              <w:rPr>
                <w:sz w:val="15"/>
              </w:rPr>
              <w:t>148</w:t>
            </w:r>
          </w:p>
        </w:tc>
        <w:tc>
          <w:tcPr>
            <w:tcW w:type="dxa" w:w="936"/>
            <w:shd w:fill="F9FBFB"/>
            <w:tcMar>
              <w:top w:w="35" w:type="dxa"/>
              <w:bottom w:w="35" w:type="dxa"/>
              <w:left w:w="20" w:type="dxa"/>
              <w:right w:w="20" w:type="dxa"/>
            </w:tcMar>
          </w:tcPr>
          <w:p>
            <w:pPr>
              <w:jc w:val="left"/>
            </w:pPr>
            <w:r>
              <w:rPr>
                <w:sz w:val="15"/>
              </w:rPr>
              <w:t>KH1352</w:t>
            </w:r>
          </w:p>
        </w:tc>
        <w:tc>
          <w:tcPr>
            <w:tcW w:type="dxa" w:w="3024"/>
            <w:shd w:fill="F9FBFB"/>
            <w:tcMar>
              <w:top w:w="35" w:type="dxa"/>
              <w:bottom w:w="35" w:type="dxa"/>
              <w:left w:w="20" w:type="dxa"/>
              <w:right w:w="20" w:type="dxa"/>
            </w:tcMar>
          </w:tcPr>
          <w:p>
            <w:pPr>
              <w:jc w:val="left"/>
            </w:pPr>
            <w:r>
              <w:rPr>
                <w:sz w:val="15"/>
              </w:rPr>
              <w:t>CÔNG TY TNHH SX TM SÀI GÒN RIVER VIỆT NAM</w:t>
            </w:r>
          </w:p>
        </w:tc>
        <w:tc>
          <w:tcPr>
            <w:tcW w:type="dxa" w:w="835"/>
            <w:shd w:fill="F9FBFB"/>
            <w:tcMar>
              <w:top w:w="35" w:type="dxa"/>
              <w:bottom w:w="35" w:type="dxa"/>
              <w:left w:w="20" w:type="dxa"/>
              <w:right w:w="20" w:type="dxa"/>
            </w:tcMar>
          </w:tcPr>
          <w:p>
            <w:pPr>
              <w:jc w:val="right"/>
            </w:pPr>
            <w:r>
              <w:rPr>
                <w:sz w:val="15"/>
              </w:rPr>
              <w:t>5</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b/>
                <w:sz w:val="15"/>
              </w:rPr>
              <w:t>-</w:t>
            </w:r>
          </w:p>
        </w:tc>
        <w:tc>
          <w:tcPr>
            <w:tcW w:type="dxa" w:w="1224"/>
            <w:shd w:fill="F9FBFB"/>
            <w:tcMar>
              <w:top w:w="35" w:type="dxa"/>
              <w:bottom w:w="35" w:type="dxa"/>
              <w:left w:w="20" w:type="dxa"/>
              <w:right w:w="20" w:type="dxa"/>
            </w:tcMar>
          </w:tcPr>
          <w:p>
            <w:pPr>
              <w:jc w:val="right"/>
            </w:pPr>
            <w:r>
              <w:rPr>
                <w:sz w:val="15"/>
              </w:rPr>
              <w:t>-</w:t>
            </w:r>
          </w:p>
        </w:tc>
        <w:tc>
          <w:tcPr>
            <w:tcW w:type="dxa" w:w="1066"/>
            <w:shd w:fill="F9FBFB"/>
            <w:tcMar>
              <w:top w:w="35" w:type="dxa"/>
              <w:bottom w:w="35" w:type="dxa"/>
              <w:left w:w="20" w:type="dxa"/>
              <w:right w:w="20" w:type="dxa"/>
            </w:tcMar>
          </w:tcPr>
          <w:p>
            <w:pPr>
              <w:jc w:val="center"/>
            </w:pPr>
            <w:r>
              <w:rPr>
                <w:b/>
                <w:sz w:val="15"/>
              </w:rPr>
              <w:t>-</w:t>
            </w:r>
          </w:p>
        </w:tc>
      </w:tr>
      <w:tr>
        <w:tc>
          <w:tcPr>
            <w:tcW w:type="dxa" w:w="504"/>
            <w:shd w:fill="FFFFFF"/>
            <w:tcMar>
              <w:top w:w="35" w:type="dxa"/>
              <w:bottom w:w="35" w:type="dxa"/>
              <w:left w:w="20" w:type="dxa"/>
              <w:right w:w="20" w:type="dxa"/>
            </w:tcMar>
          </w:tcPr>
          <w:p>
            <w:pPr>
              <w:jc w:val="center"/>
            </w:pPr>
            <w:r>
              <w:rPr>
                <w:sz w:val="15"/>
              </w:rPr>
              <w:t>149</w:t>
            </w:r>
          </w:p>
        </w:tc>
        <w:tc>
          <w:tcPr>
            <w:tcW w:type="dxa" w:w="936"/>
            <w:shd w:fill="FFFFFF"/>
            <w:tcMar>
              <w:top w:w="35" w:type="dxa"/>
              <w:bottom w:w="35" w:type="dxa"/>
              <w:left w:w="20" w:type="dxa"/>
              <w:right w:w="20" w:type="dxa"/>
            </w:tcMar>
          </w:tcPr>
          <w:p>
            <w:pPr>
              <w:jc w:val="left"/>
            </w:pPr>
            <w:r>
              <w:rPr>
                <w:sz w:val="15"/>
              </w:rPr>
              <w:t>KH1387</w:t>
            </w:r>
          </w:p>
        </w:tc>
        <w:tc>
          <w:tcPr>
            <w:tcW w:type="dxa" w:w="3024"/>
            <w:shd w:fill="FFFFFF"/>
            <w:tcMar>
              <w:top w:w="35" w:type="dxa"/>
              <w:bottom w:w="35" w:type="dxa"/>
              <w:left w:w="20" w:type="dxa"/>
              <w:right w:w="20" w:type="dxa"/>
            </w:tcMar>
          </w:tcPr>
          <w:p>
            <w:pPr>
              <w:jc w:val="left"/>
            </w:pPr>
            <w:r>
              <w:rPr>
                <w:sz w:val="15"/>
              </w:rPr>
              <w:t>CÔNG TY TNHH GỖ KIM HẢI PHÁT</w:t>
            </w:r>
          </w:p>
        </w:tc>
        <w:tc>
          <w:tcPr>
            <w:tcW w:type="dxa" w:w="835"/>
            <w:shd w:fill="FFFFFF"/>
            <w:tcMar>
              <w:top w:w="35" w:type="dxa"/>
              <w:bottom w:w="35" w:type="dxa"/>
              <w:left w:w="20" w:type="dxa"/>
              <w:right w:w="20" w:type="dxa"/>
            </w:tcMar>
          </w:tcPr>
          <w:p>
            <w:pPr>
              <w:jc w:val="right"/>
            </w:pPr>
            <w:r>
              <w:rPr>
                <w:sz w:val="15"/>
              </w:rPr>
              <w:t>31</w:t>
            </w:r>
          </w:p>
        </w:tc>
        <w:tc>
          <w:tcPr>
            <w:tcW w:type="dxa" w:w="835"/>
            <w:shd w:fill="FFFFFF"/>
            <w:tcMar>
              <w:top w:w="35" w:type="dxa"/>
              <w:bottom w:w="35" w:type="dxa"/>
              <w:left w:w="20" w:type="dxa"/>
              <w:right w:w="20" w:type="dxa"/>
            </w:tcMar>
          </w:tcPr>
          <w:p>
            <w:pPr>
              <w:jc w:val="right"/>
            </w:pPr>
            <w:r>
              <w:rPr>
                <w:sz w:val="15"/>
              </w:rPr>
              <w:t>7</w:t>
            </w:r>
          </w:p>
        </w:tc>
        <w:tc>
          <w:tcPr>
            <w:tcW w:type="dxa" w:w="835"/>
            <w:shd w:fill="FFFFFF"/>
            <w:tcMar>
              <w:top w:w="35" w:type="dxa"/>
              <w:bottom w:w="35" w:type="dxa"/>
              <w:left w:w="20" w:type="dxa"/>
              <w:right w:w="20" w:type="dxa"/>
            </w:tcMar>
          </w:tcPr>
          <w:p>
            <w:pPr>
              <w:jc w:val="right"/>
            </w:pPr>
            <w:r>
              <w:rPr>
                <w:sz w:val="15"/>
              </w:rPr>
              <w:t>10</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b/>
                <w:sz w:val="15"/>
              </w:rPr>
              <w:t>-</w:t>
            </w:r>
          </w:p>
        </w:tc>
        <w:tc>
          <w:tcPr>
            <w:tcW w:type="dxa" w:w="1224"/>
            <w:shd w:fill="FFFFFF"/>
            <w:tcMar>
              <w:top w:w="35" w:type="dxa"/>
              <w:bottom w:w="35" w:type="dxa"/>
              <w:left w:w="20" w:type="dxa"/>
              <w:right w:w="20" w:type="dxa"/>
            </w:tcMar>
          </w:tcPr>
          <w:p>
            <w:pPr>
              <w:jc w:val="right"/>
            </w:pPr>
            <w:r>
              <w:rPr>
                <w:sz w:val="15"/>
              </w:rPr>
              <w:t>-</w:t>
            </w:r>
          </w:p>
        </w:tc>
        <w:tc>
          <w:tcPr>
            <w:tcW w:type="dxa" w:w="1066"/>
            <w:shd w:fill="FFFFFF"/>
            <w:tcMar>
              <w:top w:w="35" w:type="dxa"/>
              <w:bottom w:w="35" w:type="dxa"/>
              <w:left w:w="20" w:type="dxa"/>
              <w:right w:w="20" w:type="dxa"/>
            </w:tcMar>
          </w:tcPr>
          <w:p>
            <w:pPr>
              <w:jc w:val="center"/>
            </w:pPr>
            <w:r>
              <w:rPr>
                <w:b/>
                <w:sz w:val="15"/>
              </w:rPr>
              <w:t>-</w:t>
            </w:r>
          </w:p>
        </w:tc>
      </w:tr>
      <w:tr>
        <w:tc>
          <w:tcPr>
            <w:tcW w:type="dxa" w:w="504"/>
            <w:shd w:fill="F9FBFB"/>
            <w:tcMar>
              <w:top w:w="35" w:type="dxa"/>
              <w:bottom w:w="35" w:type="dxa"/>
              <w:left w:w="20" w:type="dxa"/>
              <w:right w:w="20" w:type="dxa"/>
            </w:tcMar>
          </w:tcPr>
          <w:p>
            <w:pPr>
              <w:jc w:val="center"/>
            </w:pPr>
            <w:r>
              <w:rPr>
                <w:sz w:val="15"/>
              </w:rPr>
              <w:t>150</w:t>
            </w:r>
          </w:p>
        </w:tc>
        <w:tc>
          <w:tcPr>
            <w:tcW w:type="dxa" w:w="936"/>
            <w:shd w:fill="F9FBFB"/>
            <w:tcMar>
              <w:top w:w="35" w:type="dxa"/>
              <w:bottom w:w="35" w:type="dxa"/>
              <w:left w:w="20" w:type="dxa"/>
              <w:right w:w="20" w:type="dxa"/>
            </w:tcMar>
          </w:tcPr>
          <w:p>
            <w:pPr>
              <w:jc w:val="left"/>
            </w:pPr>
            <w:r>
              <w:rPr>
                <w:sz w:val="15"/>
              </w:rPr>
              <w:t>KH1415</w:t>
            </w:r>
          </w:p>
        </w:tc>
        <w:tc>
          <w:tcPr>
            <w:tcW w:type="dxa" w:w="3024"/>
            <w:shd w:fill="F9FBFB"/>
            <w:tcMar>
              <w:top w:w="35" w:type="dxa"/>
              <w:bottom w:w="35" w:type="dxa"/>
              <w:left w:w="20" w:type="dxa"/>
              <w:right w:w="20" w:type="dxa"/>
            </w:tcMar>
          </w:tcPr>
          <w:p>
            <w:pPr>
              <w:jc w:val="left"/>
            </w:pPr>
            <w:r>
              <w:rPr>
                <w:sz w:val="15"/>
              </w:rPr>
              <w:t>CÔNG TY TNHH KIẾN TRÚC VÀ TRANG TRÍ NỘI THẤT LÊ GIA</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4</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b/>
                <w:sz w:val="15"/>
              </w:rPr>
              <w:t>-</w:t>
            </w:r>
          </w:p>
        </w:tc>
        <w:tc>
          <w:tcPr>
            <w:tcW w:type="dxa" w:w="1224"/>
            <w:shd w:fill="F9FBFB"/>
            <w:tcMar>
              <w:top w:w="35" w:type="dxa"/>
              <w:bottom w:w="35" w:type="dxa"/>
              <w:left w:w="20" w:type="dxa"/>
              <w:right w:w="20" w:type="dxa"/>
            </w:tcMar>
          </w:tcPr>
          <w:p>
            <w:pPr>
              <w:jc w:val="right"/>
            </w:pPr>
            <w:r>
              <w:rPr>
                <w:sz w:val="15"/>
              </w:rPr>
              <w:t>-</w:t>
            </w:r>
          </w:p>
        </w:tc>
        <w:tc>
          <w:tcPr>
            <w:tcW w:type="dxa" w:w="1066"/>
            <w:shd w:fill="F9FBFB"/>
            <w:tcMar>
              <w:top w:w="35" w:type="dxa"/>
              <w:bottom w:w="35" w:type="dxa"/>
              <w:left w:w="20" w:type="dxa"/>
              <w:right w:w="20" w:type="dxa"/>
            </w:tcMar>
          </w:tcPr>
          <w:p>
            <w:pPr>
              <w:jc w:val="center"/>
            </w:pPr>
            <w:r>
              <w:rPr>
                <w:b/>
                <w:sz w:val="15"/>
              </w:rPr>
              <w:t>-</w:t>
            </w:r>
          </w:p>
        </w:tc>
      </w:tr>
      <w:tr>
        <w:tc>
          <w:tcPr>
            <w:tcW w:type="dxa" w:w="504"/>
            <w:shd w:fill="FFFFFF"/>
            <w:tcMar>
              <w:top w:w="35" w:type="dxa"/>
              <w:bottom w:w="35" w:type="dxa"/>
              <w:left w:w="20" w:type="dxa"/>
              <w:right w:w="20" w:type="dxa"/>
            </w:tcMar>
          </w:tcPr>
          <w:p>
            <w:pPr>
              <w:jc w:val="center"/>
            </w:pPr>
            <w:r>
              <w:rPr>
                <w:sz w:val="15"/>
              </w:rPr>
              <w:t>151</w:t>
            </w:r>
          </w:p>
        </w:tc>
        <w:tc>
          <w:tcPr>
            <w:tcW w:type="dxa" w:w="936"/>
            <w:shd w:fill="FFFFFF"/>
            <w:tcMar>
              <w:top w:w="35" w:type="dxa"/>
              <w:bottom w:w="35" w:type="dxa"/>
              <w:left w:w="20" w:type="dxa"/>
              <w:right w:w="20" w:type="dxa"/>
            </w:tcMar>
          </w:tcPr>
          <w:p>
            <w:pPr>
              <w:jc w:val="left"/>
            </w:pPr>
            <w:r>
              <w:rPr>
                <w:sz w:val="15"/>
              </w:rPr>
              <w:t>KH1442</w:t>
            </w:r>
          </w:p>
        </w:tc>
        <w:tc>
          <w:tcPr>
            <w:tcW w:type="dxa" w:w="3024"/>
            <w:shd w:fill="FFFFFF"/>
            <w:tcMar>
              <w:top w:w="35" w:type="dxa"/>
              <w:bottom w:w="35" w:type="dxa"/>
              <w:left w:w="20" w:type="dxa"/>
              <w:right w:w="20" w:type="dxa"/>
            </w:tcMar>
          </w:tcPr>
          <w:p>
            <w:pPr>
              <w:jc w:val="left"/>
            </w:pPr>
            <w:r>
              <w:rPr>
                <w:sz w:val="15"/>
              </w:rPr>
              <w:t>CÔNG TY TNHH THÂN CHÍNH</w:t>
            </w:r>
          </w:p>
        </w:tc>
        <w:tc>
          <w:tcPr>
            <w:tcW w:type="dxa" w:w="835"/>
            <w:shd w:fill="FFFFFF"/>
            <w:tcMar>
              <w:top w:w="35" w:type="dxa"/>
              <w:bottom w:w="35" w:type="dxa"/>
              <w:left w:w="20" w:type="dxa"/>
              <w:right w:w="20" w:type="dxa"/>
            </w:tcMar>
          </w:tcPr>
          <w:p>
            <w:pPr>
              <w:jc w:val="right"/>
            </w:pPr>
            <w:r>
              <w:rPr>
                <w:sz w:val="15"/>
              </w:rPr>
              <w:t>4</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b/>
                <w:sz w:val="15"/>
              </w:rPr>
              <w:t>-</w:t>
            </w:r>
          </w:p>
        </w:tc>
        <w:tc>
          <w:tcPr>
            <w:tcW w:type="dxa" w:w="1224"/>
            <w:shd w:fill="FFFFFF"/>
            <w:tcMar>
              <w:top w:w="35" w:type="dxa"/>
              <w:bottom w:w="35" w:type="dxa"/>
              <w:left w:w="20" w:type="dxa"/>
              <w:right w:w="20" w:type="dxa"/>
            </w:tcMar>
          </w:tcPr>
          <w:p>
            <w:pPr>
              <w:jc w:val="right"/>
            </w:pPr>
            <w:r>
              <w:rPr>
                <w:sz w:val="15"/>
              </w:rPr>
              <w:t>-</w:t>
            </w:r>
          </w:p>
        </w:tc>
        <w:tc>
          <w:tcPr>
            <w:tcW w:type="dxa" w:w="1066"/>
            <w:shd w:fill="FFFFFF"/>
            <w:tcMar>
              <w:top w:w="35" w:type="dxa"/>
              <w:bottom w:w="35" w:type="dxa"/>
              <w:left w:w="20" w:type="dxa"/>
              <w:right w:w="20" w:type="dxa"/>
            </w:tcMar>
          </w:tcPr>
          <w:p>
            <w:pPr>
              <w:jc w:val="center"/>
            </w:pPr>
            <w:r>
              <w:rPr>
                <w:b/>
                <w:sz w:val="15"/>
              </w:rPr>
              <w:t>-</w:t>
            </w:r>
          </w:p>
        </w:tc>
      </w:tr>
      <w:tr>
        <w:tc>
          <w:tcPr>
            <w:tcW w:type="dxa" w:w="504"/>
            <w:shd w:fill="F9FBFB"/>
            <w:tcMar>
              <w:top w:w="35" w:type="dxa"/>
              <w:bottom w:w="35" w:type="dxa"/>
              <w:left w:w="20" w:type="dxa"/>
              <w:right w:w="20" w:type="dxa"/>
            </w:tcMar>
          </w:tcPr>
          <w:p>
            <w:pPr>
              <w:jc w:val="center"/>
            </w:pPr>
            <w:r>
              <w:rPr>
                <w:sz w:val="15"/>
              </w:rPr>
              <w:t>152</w:t>
            </w:r>
          </w:p>
        </w:tc>
        <w:tc>
          <w:tcPr>
            <w:tcW w:type="dxa" w:w="936"/>
            <w:shd w:fill="F9FBFB"/>
            <w:tcMar>
              <w:top w:w="35" w:type="dxa"/>
              <w:bottom w:w="35" w:type="dxa"/>
              <w:left w:w="20" w:type="dxa"/>
              <w:right w:w="20" w:type="dxa"/>
            </w:tcMar>
          </w:tcPr>
          <w:p>
            <w:pPr>
              <w:jc w:val="left"/>
            </w:pPr>
            <w:r>
              <w:rPr>
                <w:sz w:val="15"/>
              </w:rPr>
              <w:t>KH1512</w:t>
            </w:r>
          </w:p>
        </w:tc>
        <w:tc>
          <w:tcPr>
            <w:tcW w:type="dxa" w:w="3024"/>
            <w:shd w:fill="F9FBFB"/>
            <w:tcMar>
              <w:top w:w="35" w:type="dxa"/>
              <w:bottom w:w="35" w:type="dxa"/>
              <w:left w:w="20" w:type="dxa"/>
              <w:right w:w="20" w:type="dxa"/>
            </w:tcMar>
          </w:tcPr>
          <w:p>
            <w:pPr>
              <w:jc w:val="left"/>
            </w:pPr>
            <w:r>
              <w:rPr>
                <w:sz w:val="15"/>
              </w:rPr>
              <w:t>CÔNG TY TNHH XÂY DỰNG  PHÁT TRIỂN TÍN PHÁT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2</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2</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b/>
                <w:sz w:val="15"/>
              </w:rPr>
              <w:t>-</w:t>
            </w:r>
          </w:p>
        </w:tc>
        <w:tc>
          <w:tcPr>
            <w:tcW w:type="dxa" w:w="1224"/>
            <w:shd w:fill="F9FBFB"/>
            <w:tcMar>
              <w:top w:w="35" w:type="dxa"/>
              <w:bottom w:w="35" w:type="dxa"/>
              <w:left w:w="20" w:type="dxa"/>
              <w:right w:w="20" w:type="dxa"/>
            </w:tcMar>
          </w:tcPr>
          <w:p>
            <w:pPr>
              <w:jc w:val="right"/>
            </w:pPr>
            <w:r>
              <w:rPr>
                <w:sz w:val="15"/>
              </w:rPr>
              <w:t>-</w:t>
            </w:r>
          </w:p>
        </w:tc>
        <w:tc>
          <w:tcPr>
            <w:tcW w:type="dxa" w:w="1066"/>
            <w:shd w:fill="F9FBFB"/>
            <w:tcMar>
              <w:top w:w="35" w:type="dxa"/>
              <w:bottom w:w="35" w:type="dxa"/>
              <w:left w:w="20" w:type="dxa"/>
              <w:right w:w="20" w:type="dxa"/>
            </w:tcMar>
          </w:tcPr>
          <w:p>
            <w:pPr>
              <w:jc w:val="center"/>
            </w:pPr>
            <w:r>
              <w:rPr>
                <w:b/>
                <w:sz w:val="15"/>
              </w:rPr>
              <w:t>-</w:t>
            </w:r>
          </w:p>
        </w:tc>
      </w:tr>
      <w:tr>
        <w:tc>
          <w:tcPr>
            <w:tcW w:type="dxa" w:w="504"/>
            <w:shd w:fill="FFFFFF"/>
            <w:tcMar>
              <w:top w:w="35" w:type="dxa"/>
              <w:bottom w:w="35" w:type="dxa"/>
              <w:left w:w="20" w:type="dxa"/>
              <w:right w:w="20" w:type="dxa"/>
            </w:tcMar>
          </w:tcPr>
          <w:p>
            <w:pPr>
              <w:jc w:val="center"/>
            </w:pPr>
            <w:r>
              <w:rPr>
                <w:sz w:val="15"/>
              </w:rPr>
              <w:t>153</w:t>
            </w:r>
          </w:p>
        </w:tc>
        <w:tc>
          <w:tcPr>
            <w:tcW w:type="dxa" w:w="936"/>
            <w:shd w:fill="FFFFFF"/>
            <w:tcMar>
              <w:top w:w="35" w:type="dxa"/>
              <w:bottom w:w="35" w:type="dxa"/>
              <w:left w:w="20" w:type="dxa"/>
              <w:right w:w="20" w:type="dxa"/>
            </w:tcMar>
          </w:tcPr>
          <w:p>
            <w:pPr>
              <w:jc w:val="left"/>
            </w:pPr>
            <w:r>
              <w:rPr>
                <w:sz w:val="15"/>
              </w:rPr>
              <w:t>KH1545</w:t>
            </w:r>
          </w:p>
        </w:tc>
        <w:tc>
          <w:tcPr>
            <w:tcW w:type="dxa" w:w="3024"/>
            <w:shd w:fill="FFFFFF"/>
            <w:tcMar>
              <w:top w:w="35" w:type="dxa"/>
              <w:bottom w:w="35" w:type="dxa"/>
              <w:left w:w="20" w:type="dxa"/>
              <w:right w:w="20" w:type="dxa"/>
            </w:tcMar>
          </w:tcPr>
          <w:p>
            <w:pPr>
              <w:jc w:val="left"/>
            </w:pPr>
            <w:r>
              <w:rPr>
                <w:sz w:val="15"/>
              </w:rPr>
              <w:t>* * * CƠ SỞ MỘC ĐÀM THÁI * * *</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10</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b/>
                <w:sz w:val="15"/>
              </w:rPr>
              <w:t>-</w:t>
            </w:r>
          </w:p>
        </w:tc>
        <w:tc>
          <w:tcPr>
            <w:tcW w:type="dxa" w:w="1224"/>
            <w:shd w:fill="FFFFFF"/>
            <w:tcMar>
              <w:top w:w="35" w:type="dxa"/>
              <w:bottom w:w="35" w:type="dxa"/>
              <w:left w:w="20" w:type="dxa"/>
              <w:right w:w="20" w:type="dxa"/>
            </w:tcMar>
          </w:tcPr>
          <w:p>
            <w:pPr>
              <w:jc w:val="right"/>
            </w:pPr>
            <w:r>
              <w:rPr>
                <w:sz w:val="15"/>
              </w:rPr>
              <w:t>-</w:t>
            </w:r>
          </w:p>
        </w:tc>
        <w:tc>
          <w:tcPr>
            <w:tcW w:type="dxa" w:w="1066"/>
            <w:shd w:fill="FFFFFF"/>
            <w:tcMar>
              <w:top w:w="35" w:type="dxa"/>
              <w:bottom w:w="35" w:type="dxa"/>
              <w:left w:w="20" w:type="dxa"/>
              <w:right w:w="20" w:type="dxa"/>
            </w:tcMar>
          </w:tcPr>
          <w:p>
            <w:pPr>
              <w:jc w:val="center"/>
            </w:pPr>
            <w:r>
              <w:rPr>
                <w:b/>
                <w:sz w:val="15"/>
              </w:rPr>
              <w:t>-</w:t>
            </w:r>
          </w:p>
        </w:tc>
      </w:tr>
      <w:tr>
        <w:tc>
          <w:tcPr>
            <w:tcW w:type="dxa" w:w="504"/>
            <w:shd w:fill="F9FBFB"/>
            <w:tcMar>
              <w:top w:w="35" w:type="dxa"/>
              <w:bottom w:w="35" w:type="dxa"/>
              <w:left w:w="20" w:type="dxa"/>
              <w:right w:w="20" w:type="dxa"/>
            </w:tcMar>
          </w:tcPr>
          <w:p>
            <w:pPr>
              <w:jc w:val="center"/>
            </w:pPr>
            <w:r>
              <w:rPr>
                <w:sz w:val="15"/>
              </w:rPr>
              <w:t>154</w:t>
            </w:r>
          </w:p>
        </w:tc>
        <w:tc>
          <w:tcPr>
            <w:tcW w:type="dxa" w:w="936"/>
            <w:shd w:fill="F9FBFB"/>
            <w:tcMar>
              <w:top w:w="35" w:type="dxa"/>
              <w:bottom w:w="35" w:type="dxa"/>
              <w:left w:w="20" w:type="dxa"/>
              <w:right w:w="20" w:type="dxa"/>
            </w:tcMar>
          </w:tcPr>
          <w:p>
            <w:pPr>
              <w:jc w:val="left"/>
            </w:pPr>
            <w:r>
              <w:rPr>
                <w:sz w:val="15"/>
              </w:rPr>
              <w:t>KH1585</w:t>
            </w:r>
          </w:p>
        </w:tc>
        <w:tc>
          <w:tcPr>
            <w:tcW w:type="dxa" w:w="3024"/>
            <w:shd w:fill="F9FBFB"/>
            <w:tcMar>
              <w:top w:w="35" w:type="dxa"/>
              <w:bottom w:w="35" w:type="dxa"/>
              <w:left w:w="20" w:type="dxa"/>
              <w:right w:w="20" w:type="dxa"/>
            </w:tcMar>
          </w:tcPr>
          <w:p>
            <w:pPr>
              <w:jc w:val="left"/>
            </w:pPr>
            <w:r>
              <w:rPr>
                <w:sz w:val="15"/>
              </w:rPr>
              <w:t>CÔNG TY CỔ PHẦN INTERHOUSE LA</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1</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b/>
                <w:sz w:val="15"/>
              </w:rPr>
              <w:t>-</w:t>
            </w:r>
          </w:p>
        </w:tc>
        <w:tc>
          <w:tcPr>
            <w:tcW w:type="dxa" w:w="1224"/>
            <w:shd w:fill="F9FBFB"/>
            <w:tcMar>
              <w:top w:w="35" w:type="dxa"/>
              <w:bottom w:w="35" w:type="dxa"/>
              <w:left w:w="20" w:type="dxa"/>
              <w:right w:w="20" w:type="dxa"/>
            </w:tcMar>
          </w:tcPr>
          <w:p>
            <w:pPr>
              <w:jc w:val="right"/>
            </w:pPr>
            <w:r>
              <w:rPr>
                <w:sz w:val="15"/>
              </w:rPr>
              <w:t>-</w:t>
            </w:r>
          </w:p>
        </w:tc>
        <w:tc>
          <w:tcPr>
            <w:tcW w:type="dxa" w:w="1066"/>
            <w:shd w:fill="F9FBFB"/>
            <w:tcMar>
              <w:top w:w="35" w:type="dxa"/>
              <w:bottom w:w="35" w:type="dxa"/>
              <w:left w:w="20" w:type="dxa"/>
              <w:right w:w="20" w:type="dxa"/>
            </w:tcMar>
          </w:tcPr>
          <w:p>
            <w:pPr>
              <w:jc w:val="center"/>
            </w:pPr>
            <w:r>
              <w:rPr>
                <w:b/>
                <w:sz w:val="15"/>
              </w:rPr>
              <w:t>-</w:t>
            </w:r>
          </w:p>
        </w:tc>
      </w:tr>
      <w:tr>
        <w:tc>
          <w:tcPr>
            <w:tcW w:type="dxa" w:w="504"/>
            <w:shd w:fill="FFFFFF"/>
            <w:tcMar>
              <w:top w:w="35" w:type="dxa"/>
              <w:bottom w:w="35" w:type="dxa"/>
              <w:left w:w="20" w:type="dxa"/>
              <w:right w:w="20" w:type="dxa"/>
            </w:tcMar>
          </w:tcPr>
          <w:p>
            <w:pPr>
              <w:jc w:val="center"/>
            </w:pPr>
            <w:r>
              <w:rPr>
                <w:sz w:val="15"/>
              </w:rPr>
              <w:t>155</w:t>
            </w:r>
          </w:p>
        </w:tc>
        <w:tc>
          <w:tcPr>
            <w:tcW w:type="dxa" w:w="936"/>
            <w:shd w:fill="FFFFFF"/>
            <w:tcMar>
              <w:top w:w="35" w:type="dxa"/>
              <w:bottom w:w="35" w:type="dxa"/>
              <w:left w:w="20" w:type="dxa"/>
              <w:right w:w="20" w:type="dxa"/>
            </w:tcMar>
          </w:tcPr>
          <w:p>
            <w:pPr>
              <w:jc w:val="left"/>
            </w:pPr>
            <w:r>
              <w:rPr>
                <w:sz w:val="15"/>
              </w:rPr>
              <w:t>KH1607</w:t>
            </w:r>
          </w:p>
        </w:tc>
        <w:tc>
          <w:tcPr>
            <w:tcW w:type="dxa" w:w="3024"/>
            <w:shd w:fill="FFFFFF"/>
            <w:tcMar>
              <w:top w:w="35" w:type="dxa"/>
              <w:bottom w:w="35" w:type="dxa"/>
              <w:left w:w="20" w:type="dxa"/>
              <w:right w:w="20" w:type="dxa"/>
            </w:tcMar>
          </w:tcPr>
          <w:p>
            <w:pPr>
              <w:jc w:val="left"/>
            </w:pPr>
            <w:r>
              <w:rPr>
                <w:sz w:val="15"/>
              </w:rPr>
              <w:t>CÔNG TY TNHH MARUBENI LUMBER VIỆT NAM</w:t>
            </w:r>
          </w:p>
        </w:tc>
        <w:tc>
          <w:tcPr>
            <w:tcW w:type="dxa" w:w="835"/>
            <w:shd w:fill="FFFFFF"/>
            <w:tcMar>
              <w:top w:w="35" w:type="dxa"/>
              <w:bottom w:w="35" w:type="dxa"/>
              <w:left w:w="20" w:type="dxa"/>
              <w:right w:w="20" w:type="dxa"/>
            </w:tcMar>
          </w:tcPr>
          <w:p>
            <w:pPr>
              <w:jc w:val="right"/>
            </w:pPr>
            <w:r>
              <w:rPr>
                <w:sz w:val="15"/>
              </w:rPr>
              <w:t>2</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18</w:t>
            </w:r>
          </w:p>
        </w:tc>
        <w:tc>
          <w:tcPr>
            <w:tcW w:type="dxa" w:w="835"/>
            <w:shd w:fill="FFFFFF"/>
            <w:tcMar>
              <w:top w:w="35" w:type="dxa"/>
              <w:bottom w:w="35" w:type="dxa"/>
              <w:left w:w="20" w:type="dxa"/>
              <w:right w:w="20" w:type="dxa"/>
            </w:tcMar>
          </w:tcPr>
          <w:p>
            <w:pPr>
              <w:jc w:val="right"/>
            </w:pPr>
            <w:r>
              <w:rPr>
                <w:sz w:val="15"/>
              </w:rPr>
              <w:t>14</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14</w:t>
            </w:r>
          </w:p>
        </w:tc>
        <w:tc>
          <w:tcPr>
            <w:tcW w:type="dxa" w:w="835"/>
            <w:shd w:fill="FFFFFF"/>
            <w:tcMar>
              <w:top w:w="35" w:type="dxa"/>
              <w:bottom w:w="35" w:type="dxa"/>
              <w:left w:w="20" w:type="dxa"/>
              <w:right w:w="20" w:type="dxa"/>
            </w:tcMar>
          </w:tcPr>
          <w:p>
            <w:pPr>
              <w:jc w:val="right"/>
            </w:pPr>
            <w:r>
              <w:rPr>
                <w:sz w:val="15"/>
              </w:rPr>
              <w:t>11</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b/>
                <w:sz w:val="15"/>
              </w:rPr>
              <w:t>-</w:t>
            </w:r>
          </w:p>
        </w:tc>
        <w:tc>
          <w:tcPr>
            <w:tcW w:type="dxa" w:w="1224"/>
            <w:shd w:fill="FFFFFF"/>
            <w:tcMar>
              <w:top w:w="35" w:type="dxa"/>
              <w:bottom w:w="35" w:type="dxa"/>
              <w:left w:w="20" w:type="dxa"/>
              <w:right w:w="20" w:type="dxa"/>
            </w:tcMar>
          </w:tcPr>
          <w:p>
            <w:pPr>
              <w:jc w:val="right"/>
            </w:pPr>
            <w:r>
              <w:rPr>
                <w:sz w:val="15"/>
              </w:rPr>
              <w:t>-</w:t>
            </w:r>
          </w:p>
        </w:tc>
        <w:tc>
          <w:tcPr>
            <w:tcW w:type="dxa" w:w="1066"/>
            <w:shd w:fill="FFFFFF"/>
            <w:tcMar>
              <w:top w:w="35" w:type="dxa"/>
              <w:bottom w:w="35" w:type="dxa"/>
              <w:left w:w="20" w:type="dxa"/>
              <w:right w:w="20" w:type="dxa"/>
            </w:tcMar>
          </w:tcPr>
          <w:p>
            <w:pPr>
              <w:jc w:val="center"/>
            </w:pPr>
            <w:r>
              <w:rPr>
                <w:b/>
                <w:sz w:val="15"/>
              </w:rPr>
              <w:t>-</w:t>
            </w:r>
          </w:p>
        </w:tc>
      </w:tr>
      <w:tr>
        <w:tc>
          <w:tcPr>
            <w:tcW w:type="dxa" w:w="504"/>
            <w:shd w:fill="F9FBFB"/>
            <w:tcMar>
              <w:top w:w="35" w:type="dxa"/>
              <w:bottom w:w="35" w:type="dxa"/>
              <w:left w:w="20" w:type="dxa"/>
              <w:right w:w="20" w:type="dxa"/>
            </w:tcMar>
          </w:tcPr>
          <w:p>
            <w:pPr>
              <w:jc w:val="center"/>
            </w:pPr>
            <w:r>
              <w:rPr>
                <w:sz w:val="15"/>
              </w:rPr>
              <w:t>156</w:t>
            </w:r>
          </w:p>
        </w:tc>
        <w:tc>
          <w:tcPr>
            <w:tcW w:type="dxa" w:w="936"/>
            <w:shd w:fill="F9FBFB"/>
            <w:tcMar>
              <w:top w:w="35" w:type="dxa"/>
              <w:bottom w:w="35" w:type="dxa"/>
              <w:left w:w="20" w:type="dxa"/>
              <w:right w:w="20" w:type="dxa"/>
            </w:tcMar>
          </w:tcPr>
          <w:p>
            <w:pPr>
              <w:jc w:val="left"/>
            </w:pPr>
            <w:r>
              <w:rPr>
                <w:sz w:val="15"/>
              </w:rPr>
              <w:t>KH1631</w:t>
            </w:r>
          </w:p>
        </w:tc>
        <w:tc>
          <w:tcPr>
            <w:tcW w:type="dxa" w:w="3024"/>
            <w:shd w:fill="F9FBFB"/>
            <w:tcMar>
              <w:top w:w="35" w:type="dxa"/>
              <w:bottom w:w="35" w:type="dxa"/>
              <w:left w:w="20" w:type="dxa"/>
              <w:right w:w="20" w:type="dxa"/>
            </w:tcMar>
          </w:tcPr>
          <w:p>
            <w:pPr>
              <w:jc w:val="left"/>
            </w:pPr>
            <w:r>
              <w:rPr>
                <w:sz w:val="15"/>
              </w:rPr>
              <w:t>CÔNG TY TNHH THƯƠNG MẠI DỊCH VỤ VÀ SẢN XUẤT HOÀN QUÂN PHÁT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1</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b/>
                <w:sz w:val="15"/>
              </w:rPr>
              <w:t>-</w:t>
            </w:r>
          </w:p>
        </w:tc>
        <w:tc>
          <w:tcPr>
            <w:tcW w:type="dxa" w:w="1224"/>
            <w:shd w:fill="F9FBFB"/>
            <w:tcMar>
              <w:top w:w="35" w:type="dxa"/>
              <w:bottom w:w="35" w:type="dxa"/>
              <w:left w:w="20" w:type="dxa"/>
              <w:right w:w="20" w:type="dxa"/>
            </w:tcMar>
          </w:tcPr>
          <w:p>
            <w:pPr>
              <w:jc w:val="right"/>
            </w:pPr>
            <w:r>
              <w:rPr>
                <w:sz w:val="15"/>
              </w:rPr>
              <w:t>-</w:t>
            </w:r>
          </w:p>
        </w:tc>
        <w:tc>
          <w:tcPr>
            <w:tcW w:type="dxa" w:w="1066"/>
            <w:shd w:fill="F9FBFB"/>
            <w:tcMar>
              <w:top w:w="35" w:type="dxa"/>
              <w:bottom w:w="35" w:type="dxa"/>
              <w:left w:w="20" w:type="dxa"/>
              <w:right w:w="20" w:type="dxa"/>
            </w:tcMar>
          </w:tcPr>
          <w:p>
            <w:pPr>
              <w:jc w:val="center"/>
            </w:pPr>
            <w:r>
              <w:rPr>
                <w:b/>
                <w:sz w:val="15"/>
              </w:rPr>
              <w:t>-</w:t>
            </w:r>
          </w:p>
        </w:tc>
      </w:tr>
      <w:tr>
        <w:tc>
          <w:tcPr>
            <w:tcW w:type="dxa" w:w="504"/>
            <w:shd w:fill="FFFFFF"/>
            <w:tcMar>
              <w:top w:w="35" w:type="dxa"/>
              <w:bottom w:w="35" w:type="dxa"/>
              <w:left w:w="20" w:type="dxa"/>
              <w:right w:w="20" w:type="dxa"/>
            </w:tcMar>
          </w:tcPr>
          <w:p>
            <w:pPr>
              <w:jc w:val="center"/>
            </w:pPr>
            <w:r>
              <w:rPr>
                <w:sz w:val="15"/>
              </w:rPr>
              <w:t>157</w:t>
            </w:r>
          </w:p>
        </w:tc>
        <w:tc>
          <w:tcPr>
            <w:tcW w:type="dxa" w:w="936"/>
            <w:shd w:fill="FFFFFF"/>
            <w:tcMar>
              <w:top w:w="35" w:type="dxa"/>
              <w:bottom w:w="35" w:type="dxa"/>
              <w:left w:w="20" w:type="dxa"/>
              <w:right w:w="20" w:type="dxa"/>
            </w:tcMar>
          </w:tcPr>
          <w:p>
            <w:pPr>
              <w:jc w:val="left"/>
            </w:pPr>
            <w:r>
              <w:rPr>
                <w:sz w:val="15"/>
              </w:rPr>
              <w:t>KH1696</w:t>
            </w:r>
          </w:p>
        </w:tc>
        <w:tc>
          <w:tcPr>
            <w:tcW w:type="dxa" w:w="3024"/>
            <w:shd w:fill="FFFFFF"/>
            <w:tcMar>
              <w:top w:w="35" w:type="dxa"/>
              <w:bottom w:w="35" w:type="dxa"/>
              <w:left w:w="20" w:type="dxa"/>
              <w:right w:w="20" w:type="dxa"/>
            </w:tcMar>
          </w:tcPr>
          <w:p>
            <w:pPr>
              <w:jc w:val="left"/>
            </w:pPr>
            <w:r>
              <w:rPr>
                <w:sz w:val="15"/>
              </w:rPr>
              <w:t>CÔNG TY TNHH MALLOCA VIỆT NAM</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b/>
                <w:sz w:val="15"/>
              </w:rPr>
              <w:t>-</w:t>
            </w:r>
          </w:p>
        </w:tc>
        <w:tc>
          <w:tcPr>
            <w:tcW w:type="dxa" w:w="1224"/>
            <w:shd w:fill="FFFFFF"/>
            <w:tcMar>
              <w:top w:w="35" w:type="dxa"/>
              <w:bottom w:w="35" w:type="dxa"/>
              <w:left w:w="20" w:type="dxa"/>
              <w:right w:w="20" w:type="dxa"/>
            </w:tcMar>
          </w:tcPr>
          <w:p>
            <w:pPr>
              <w:jc w:val="right"/>
            </w:pPr>
            <w:r>
              <w:rPr>
                <w:sz w:val="15"/>
              </w:rPr>
              <w:t>-</w:t>
            </w:r>
          </w:p>
        </w:tc>
        <w:tc>
          <w:tcPr>
            <w:tcW w:type="dxa" w:w="1066"/>
            <w:shd w:fill="FFFFFF"/>
            <w:tcMar>
              <w:top w:w="35" w:type="dxa"/>
              <w:bottom w:w="35" w:type="dxa"/>
              <w:left w:w="20" w:type="dxa"/>
              <w:right w:w="20" w:type="dxa"/>
            </w:tcMar>
          </w:tcPr>
          <w:p>
            <w:pPr>
              <w:jc w:val="center"/>
            </w:pPr>
            <w:r>
              <w:rPr>
                <w:b/>
                <w:sz w:val="15"/>
              </w:rPr>
              <w:t>-</w:t>
            </w:r>
          </w:p>
        </w:tc>
      </w:tr>
      <w:tr>
        <w:tc>
          <w:tcPr>
            <w:tcW w:type="dxa" w:w="504"/>
            <w:shd w:fill="F9FBFB"/>
            <w:tcMar>
              <w:top w:w="35" w:type="dxa"/>
              <w:bottom w:w="35" w:type="dxa"/>
              <w:left w:w="20" w:type="dxa"/>
              <w:right w:w="20" w:type="dxa"/>
            </w:tcMar>
          </w:tcPr>
          <w:p>
            <w:pPr>
              <w:jc w:val="center"/>
            </w:pPr>
            <w:r>
              <w:rPr>
                <w:sz w:val="15"/>
              </w:rPr>
              <w:t>158</w:t>
            </w:r>
          </w:p>
        </w:tc>
        <w:tc>
          <w:tcPr>
            <w:tcW w:type="dxa" w:w="936"/>
            <w:shd w:fill="F9FBFB"/>
            <w:tcMar>
              <w:top w:w="35" w:type="dxa"/>
              <w:bottom w:w="35" w:type="dxa"/>
              <w:left w:w="20" w:type="dxa"/>
              <w:right w:w="20" w:type="dxa"/>
            </w:tcMar>
          </w:tcPr>
          <w:p>
            <w:pPr>
              <w:jc w:val="left"/>
            </w:pPr>
            <w:r>
              <w:rPr>
                <w:sz w:val="15"/>
              </w:rPr>
              <w:t>KH1753</w:t>
            </w:r>
          </w:p>
        </w:tc>
        <w:tc>
          <w:tcPr>
            <w:tcW w:type="dxa" w:w="3024"/>
            <w:shd w:fill="F9FBFB"/>
            <w:tcMar>
              <w:top w:w="35" w:type="dxa"/>
              <w:bottom w:w="35" w:type="dxa"/>
              <w:left w:w="20" w:type="dxa"/>
              <w:right w:w="20" w:type="dxa"/>
            </w:tcMar>
          </w:tcPr>
          <w:p>
            <w:pPr>
              <w:jc w:val="left"/>
            </w:pPr>
            <w:r>
              <w:rPr>
                <w:sz w:val="15"/>
              </w:rPr>
              <w:t>CÔNG TY TNHH XUẤT NHẬP KHẨU SẢN XUẤT VÀ THƯƠNG MẠI ANH VIỆT FURNITURE</w:t>
            </w:r>
          </w:p>
        </w:tc>
        <w:tc>
          <w:tcPr>
            <w:tcW w:type="dxa" w:w="835"/>
            <w:shd w:fill="F9FBFB"/>
            <w:tcMar>
              <w:top w:w="35" w:type="dxa"/>
              <w:bottom w:w="35" w:type="dxa"/>
              <w:left w:w="20" w:type="dxa"/>
              <w:right w:w="20" w:type="dxa"/>
            </w:tcMar>
          </w:tcPr>
          <w:p>
            <w:pPr>
              <w:jc w:val="right"/>
            </w:pPr>
            <w:r>
              <w:rPr>
                <w:sz w:val="15"/>
              </w:rPr>
              <w:t>10</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3</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b/>
                <w:sz w:val="15"/>
              </w:rPr>
              <w:t>-</w:t>
            </w:r>
          </w:p>
        </w:tc>
        <w:tc>
          <w:tcPr>
            <w:tcW w:type="dxa" w:w="1224"/>
            <w:shd w:fill="F9FBFB"/>
            <w:tcMar>
              <w:top w:w="35" w:type="dxa"/>
              <w:bottom w:w="35" w:type="dxa"/>
              <w:left w:w="20" w:type="dxa"/>
              <w:right w:w="20" w:type="dxa"/>
            </w:tcMar>
          </w:tcPr>
          <w:p>
            <w:pPr>
              <w:jc w:val="right"/>
            </w:pPr>
            <w:r>
              <w:rPr>
                <w:sz w:val="15"/>
              </w:rPr>
              <w:t>-</w:t>
            </w:r>
          </w:p>
        </w:tc>
        <w:tc>
          <w:tcPr>
            <w:tcW w:type="dxa" w:w="1066"/>
            <w:shd w:fill="F9FBFB"/>
            <w:tcMar>
              <w:top w:w="35" w:type="dxa"/>
              <w:bottom w:w="35" w:type="dxa"/>
              <w:left w:w="20" w:type="dxa"/>
              <w:right w:w="20" w:type="dxa"/>
            </w:tcMar>
          </w:tcPr>
          <w:p>
            <w:pPr>
              <w:jc w:val="center"/>
            </w:pPr>
            <w:r>
              <w:rPr>
                <w:b/>
                <w:sz w:val="15"/>
              </w:rPr>
              <w:t>-</w:t>
            </w:r>
          </w:p>
        </w:tc>
      </w:tr>
      <w:tr>
        <w:tc>
          <w:tcPr>
            <w:tcW w:type="dxa" w:w="504"/>
            <w:shd w:fill="FFFFFF"/>
            <w:tcMar>
              <w:top w:w="35" w:type="dxa"/>
              <w:bottom w:w="35" w:type="dxa"/>
              <w:left w:w="20" w:type="dxa"/>
              <w:right w:w="20" w:type="dxa"/>
            </w:tcMar>
          </w:tcPr>
          <w:p>
            <w:pPr>
              <w:jc w:val="center"/>
            </w:pPr>
            <w:r>
              <w:rPr>
                <w:sz w:val="15"/>
              </w:rPr>
              <w:t>159</w:t>
            </w:r>
          </w:p>
        </w:tc>
        <w:tc>
          <w:tcPr>
            <w:tcW w:type="dxa" w:w="936"/>
            <w:shd w:fill="FFFFFF"/>
            <w:tcMar>
              <w:top w:w="35" w:type="dxa"/>
              <w:bottom w:w="35" w:type="dxa"/>
              <w:left w:w="20" w:type="dxa"/>
              <w:right w:w="20" w:type="dxa"/>
            </w:tcMar>
          </w:tcPr>
          <w:p>
            <w:pPr>
              <w:jc w:val="left"/>
            </w:pPr>
            <w:r>
              <w:rPr>
                <w:sz w:val="15"/>
              </w:rPr>
              <w:t>KH1791</w:t>
            </w:r>
          </w:p>
        </w:tc>
        <w:tc>
          <w:tcPr>
            <w:tcW w:type="dxa" w:w="3024"/>
            <w:shd w:fill="FFFFFF"/>
            <w:tcMar>
              <w:top w:w="35" w:type="dxa"/>
              <w:bottom w:w="35" w:type="dxa"/>
              <w:left w:w="20" w:type="dxa"/>
              <w:right w:w="20" w:type="dxa"/>
            </w:tcMar>
          </w:tcPr>
          <w:p>
            <w:pPr>
              <w:jc w:val="left"/>
            </w:pPr>
            <w:r>
              <w:rPr>
                <w:sz w:val="15"/>
              </w:rPr>
              <w:t>CÔNG TY TNHH SEA LINKS CITY</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5</w:t>
            </w:r>
          </w:p>
        </w:tc>
        <w:tc>
          <w:tcPr>
            <w:tcW w:type="dxa" w:w="835"/>
            <w:shd w:fill="FFFFFF"/>
            <w:tcMar>
              <w:top w:w="35" w:type="dxa"/>
              <w:bottom w:w="35" w:type="dxa"/>
              <w:left w:w="20" w:type="dxa"/>
              <w:right w:w="20" w:type="dxa"/>
            </w:tcMar>
          </w:tcPr>
          <w:p>
            <w:pPr>
              <w:jc w:val="right"/>
            </w:pPr>
            <w:r>
              <w:rPr>
                <w:sz w:val="15"/>
              </w:rPr>
              <w:t>19</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b/>
                <w:sz w:val="15"/>
              </w:rPr>
              <w:t>-</w:t>
            </w:r>
          </w:p>
        </w:tc>
        <w:tc>
          <w:tcPr>
            <w:tcW w:type="dxa" w:w="1224"/>
            <w:shd w:fill="FFFFFF"/>
            <w:tcMar>
              <w:top w:w="35" w:type="dxa"/>
              <w:bottom w:w="35" w:type="dxa"/>
              <w:left w:w="20" w:type="dxa"/>
              <w:right w:w="20" w:type="dxa"/>
            </w:tcMar>
          </w:tcPr>
          <w:p>
            <w:pPr>
              <w:jc w:val="right"/>
            </w:pPr>
            <w:r>
              <w:rPr>
                <w:sz w:val="15"/>
              </w:rPr>
              <w:t>-</w:t>
            </w:r>
          </w:p>
        </w:tc>
        <w:tc>
          <w:tcPr>
            <w:tcW w:type="dxa" w:w="1066"/>
            <w:shd w:fill="FFFFFF"/>
            <w:tcMar>
              <w:top w:w="35" w:type="dxa"/>
              <w:bottom w:w="35" w:type="dxa"/>
              <w:left w:w="20" w:type="dxa"/>
              <w:right w:w="20" w:type="dxa"/>
            </w:tcMar>
          </w:tcPr>
          <w:p>
            <w:pPr>
              <w:jc w:val="center"/>
            </w:pPr>
            <w:r>
              <w:rPr>
                <w:b/>
                <w:sz w:val="15"/>
              </w:rPr>
              <w:t>-</w:t>
            </w:r>
          </w:p>
        </w:tc>
      </w:tr>
      <w:tr>
        <w:tc>
          <w:tcPr>
            <w:tcW w:type="dxa" w:w="504"/>
            <w:shd w:fill="F9FBFB"/>
            <w:tcMar>
              <w:top w:w="35" w:type="dxa"/>
              <w:bottom w:w="35" w:type="dxa"/>
              <w:left w:w="20" w:type="dxa"/>
              <w:right w:w="20" w:type="dxa"/>
            </w:tcMar>
          </w:tcPr>
          <w:p>
            <w:pPr>
              <w:jc w:val="center"/>
            </w:pPr>
            <w:r>
              <w:rPr>
                <w:sz w:val="15"/>
              </w:rPr>
              <w:t>160</w:t>
            </w:r>
          </w:p>
        </w:tc>
        <w:tc>
          <w:tcPr>
            <w:tcW w:type="dxa" w:w="936"/>
            <w:shd w:fill="F9FBFB"/>
            <w:tcMar>
              <w:top w:w="35" w:type="dxa"/>
              <w:bottom w:w="35" w:type="dxa"/>
              <w:left w:w="20" w:type="dxa"/>
              <w:right w:w="20" w:type="dxa"/>
            </w:tcMar>
          </w:tcPr>
          <w:p>
            <w:pPr>
              <w:jc w:val="left"/>
            </w:pPr>
            <w:r>
              <w:rPr>
                <w:sz w:val="15"/>
              </w:rPr>
              <w:t>KH1815</w:t>
            </w:r>
          </w:p>
        </w:tc>
        <w:tc>
          <w:tcPr>
            <w:tcW w:type="dxa" w:w="3024"/>
            <w:shd w:fill="F9FBFB"/>
            <w:tcMar>
              <w:top w:w="35" w:type="dxa"/>
              <w:bottom w:w="35" w:type="dxa"/>
              <w:left w:w="20" w:type="dxa"/>
              <w:right w:w="20" w:type="dxa"/>
            </w:tcMar>
          </w:tcPr>
          <w:p>
            <w:pPr>
              <w:jc w:val="left"/>
            </w:pPr>
            <w:r>
              <w:rPr>
                <w:sz w:val="15"/>
              </w:rPr>
              <w:t>CÔNG TY TRÁCH NHIỆM HỮU HẠN MỘC PHÚC</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b/>
                <w:sz w:val="15"/>
              </w:rPr>
              <w:t>-</w:t>
            </w:r>
          </w:p>
        </w:tc>
        <w:tc>
          <w:tcPr>
            <w:tcW w:type="dxa" w:w="1224"/>
            <w:shd w:fill="F9FBFB"/>
            <w:tcMar>
              <w:top w:w="35" w:type="dxa"/>
              <w:bottom w:w="35" w:type="dxa"/>
              <w:left w:w="20" w:type="dxa"/>
              <w:right w:w="20" w:type="dxa"/>
            </w:tcMar>
          </w:tcPr>
          <w:p>
            <w:pPr>
              <w:jc w:val="right"/>
            </w:pPr>
            <w:r>
              <w:rPr>
                <w:sz w:val="15"/>
              </w:rPr>
              <w:t>-</w:t>
            </w:r>
          </w:p>
        </w:tc>
        <w:tc>
          <w:tcPr>
            <w:tcW w:type="dxa" w:w="1066"/>
            <w:shd w:fill="F9FBFB"/>
            <w:tcMar>
              <w:top w:w="35" w:type="dxa"/>
              <w:bottom w:w="35" w:type="dxa"/>
              <w:left w:w="20" w:type="dxa"/>
              <w:right w:w="20" w:type="dxa"/>
            </w:tcMar>
          </w:tcPr>
          <w:p>
            <w:pPr>
              <w:jc w:val="center"/>
            </w:pPr>
            <w:r>
              <w:rPr>
                <w:b/>
                <w:sz w:val="15"/>
              </w:rPr>
              <w:t>-</w:t>
            </w:r>
          </w:p>
        </w:tc>
      </w:tr>
      <w:tr>
        <w:tc>
          <w:tcPr>
            <w:tcW w:type="dxa" w:w="504"/>
            <w:shd w:fill="FFFFFF"/>
            <w:tcMar>
              <w:top w:w="35" w:type="dxa"/>
              <w:bottom w:w="35" w:type="dxa"/>
              <w:left w:w="20" w:type="dxa"/>
              <w:right w:w="20" w:type="dxa"/>
            </w:tcMar>
          </w:tcPr>
          <w:p>
            <w:pPr>
              <w:jc w:val="center"/>
            </w:pPr>
            <w:r>
              <w:rPr>
                <w:sz w:val="15"/>
              </w:rPr>
              <w:t>161</w:t>
            </w:r>
          </w:p>
        </w:tc>
        <w:tc>
          <w:tcPr>
            <w:tcW w:type="dxa" w:w="936"/>
            <w:shd w:fill="FFFFFF"/>
            <w:tcMar>
              <w:top w:w="35" w:type="dxa"/>
              <w:bottom w:w="35" w:type="dxa"/>
              <w:left w:w="20" w:type="dxa"/>
              <w:right w:w="20" w:type="dxa"/>
            </w:tcMar>
          </w:tcPr>
          <w:p>
            <w:pPr>
              <w:jc w:val="left"/>
            </w:pPr>
            <w:r>
              <w:rPr>
                <w:sz w:val="15"/>
              </w:rPr>
              <w:t>KH1866</w:t>
            </w:r>
          </w:p>
        </w:tc>
        <w:tc>
          <w:tcPr>
            <w:tcW w:type="dxa" w:w="3024"/>
            <w:shd w:fill="FFFFFF"/>
            <w:tcMar>
              <w:top w:w="35" w:type="dxa"/>
              <w:bottom w:w="35" w:type="dxa"/>
              <w:left w:w="20" w:type="dxa"/>
              <w:right w:w="20" w:type="dxa"/>
            </w:tcMar>
          </w:tcPr>
          <w:p>
            <w:pPr>
              <w:jc w:val="left"/>
            </w:pPr>
            <w:r>
              <w:rPr>
                <w:sz w:val="15"/>
              </w:rPr>
              <w:t>CÔNG TY TNHH SẢN XUẤT THƯƠNG MẠI TỔNG HỢP TÂN ĐẠI VIỆT</w:t>
            </w:r>
          </w:p>
        </w:tc>
        <w:tc>
          <w:tcPr>
            <w:tcW w:type="dxa" w:w="835"/>
            <w:shd w:fill="FFFFFF"/>
            <w:tcMar>
              <w:top w:w="35" w:type="dxa"/>
              <w:bottom w:w="35" w:type="dxa"/>
              <w:left w:w="20" w:type="dxa"/>
              <w:right w:w="20" w:type="dxa"/>
            </w:tcMar>
          </w:tcPr>
          <w:p>
            <w:pPr>
              <w:jc w:val="right"/>
            </w:pPr>
            <w:r>
              <w:rPr>
                <w:sz w:val="15"/>
              </w:rPr>
              <w:t>2</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2</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2</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3</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b/>
                <w:sz w:val="15"/>
              </w:rPr>
              <w:t>-</w:t>
            </w:r>
          </w:p>
        </w:tc>
        <w:tc>
          <w:tcPr>
            <w:tcW w:type="dxa" w:w="1224"/>
            <w:shd w:fill="FFFFFF"/>
            <w:tcMar>
              <w:top w:w="35" w:type="dxa"/>
              <w:bottom w:w="35" w:type="dxa"/>
              <w:left w:w="20" w:type="dxa"/>
              <w:right w:w="20" w:type="dxa"/>
            </w:tcMar>
          </w:tcPr>
          <w:p>
            <w:pPr>
              <w:jc w:val="right"/>
            </w:pPr>
            <w:r>
              <w:rPr>
                <w:sz w:val="15"/>
              </w:rPr>
              <w:t>-</w:t>
            </w:r>
          </w:p>
        </w:tc>
        <w:tc>
          <w:tcPr>
            <w:tcW w:type="dxa" w:w="1066"/>
            <w:shd w:fill="FFFFFF"/>
            <w:tcMar>
              <w:top w:w="35" w:type="dxa"/>
              <w:bottom w:w="35" w:type="dxa"/>
              <w:left w:w="20" w:type="dxa"/>
              <w:right w:w="20" w:type="dxa"/>
            </w:tcMar>
          </w:tcPr>
          <w:p>
            <w:pPr>
              <w:jc w:val="center"/>
            </w:pPr>
            <w:r>
              <w:rPr>
                <w:b/>
                <w:sz w:val="15"/>
              </w:rPr>
              <w:t>-</w:t>
            </w:r>
          </w:p>
        </w:tc>
      </w:tr>
      <w:tr>
        <w:tc>
          <w:tcPr>
            <w:tcW w:type="dxa" w:w="504"/>
            <w:shd w:fill="F9FBFB"/>
            <w:tcMar>
              <w:top w:w="35" w:type="dxa"/>
              <w:bottom w:w="35" w:type="dxa"/>
              <w:left w:w="20" w:type="dxa"/>
              <w:right w:w="20" w:type="dxa"/>
            </w:tcMar>
          </w:tcPr>
          <w:p>
            <w:pPr>
              <w:jc w:val="center"/>
            </w:pPr>
            <w:r>
              <w:rPr>
                <w:sz w:val="15"/>
              </w:rPr>
              <w:t>162</w:t>
            </w:r>
          </w:p>
        </w:tc>
        <w:tc>
          <w:tcPr>
            <w:tcW w:type="dxa" w:w="936"/>
            <w:shd w:fill="F9FBFB"/>
            <w:tcMar>
              <w:top w:w="35" w:type="dxa"/>
              <w:bottom w:w="35" w:type="dxa"/>
              <w:left w:w="20" w:type="dxa"/>
              <w:right w:w="20" w:type="dxa"/>
            </w:tcMar>
          </w:tcPr>
          <w:p>
            <w:pPr>
              <w:jc w:val="left"/>
            </w:pPr>
            <w:r>
              <w:rPr>
                <w:sz w:val="15"/>
              </w:rPr>
              <w:t>KH1875</w:t>
            </w:r>
          </w:p>
        </w:tc>
        <w:tc>
          <w:tcPr>
            <w:tcW w:type="dxa" w:w="3024"/>
            <w:shd w:fill="F9FBFB"/>
            <w:tcMar>
              <w:top w:w="35" w:type="dxa"/>
              <w:bottom w:w="35" w:type="dxa"/>
              <w:left w:w="20" w:type="dxa"/>
              <w:right w:w="20" w:type="dxa"/>
            </w:tcMar>
          </w:tcPr>
          <w:p>
            <w:pPr>
              <w:jc w:val="left"/>
            </w:pPr>
            <w:r>
              <w:rPr>
                <w:sz w:val="15"/>
              </w:rPr>
              <w:t>CÔNG TY CP SÀN GỖ VIỆT ÚC</w:t>
            </w:r>
          </w:p>
        </w:tc>
        <w:tc>
          <w:tcPr>
            <w:tcW w:type="dxa" w:w="835"/>
            <w:shd w:fill="F9FBFB"/>
            <w:tcMar>
              <w:top w:w="35" w:type="dxa"/>
              <w:bottom w:w="35" w:type="dxa"/>
              <w:left w:w="20" w:type="dxa"/>
              <w:right w:w="20" w:type="dxa"/>
            </w:tcMar>
          </w:tcPr>
          <w:p>
            <w:pPr>
              <w:jc w:val="right"/>
            </w:pPr>
            <w:r>
              <w:rPr>
                <w:sz w:val="15"/>
              </w:rPr>
              <w:t>8</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9</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11</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b/>
                <w:sz w:val="15"/>
              </w:rPr>
              <w:t>-</w:t>
            </w:r>
          </w:p>
        </w:tc>
        <w:tc>
          <w:tcPr>
            <w:tcW w:type="dxa" w:w="1224"/>
            <w:shd w:fill="F9FBFB"/>
            <w:tcMar>
              <w:top w:w="35" w:type="dxa"/>
              <w:bottom w:w="35" w:type="dxa"/>
              <w:left w:w="20" w:type="dxa"/>
              <w:right w:w="20" w:type="dxa"/>
            </w:tcMar>
          </w:tcPr>
          <w:p>
            <w:pPr>
              <w:jc w:val="right"/>
            </w:pPr>
            <w:r>
              <w:rPr>
                <w:sz w:val="15"/>
              </w:rPr>
              <w:t>-</w:t>
            </w:r>
          </w:p>
        </w:tc>
        <w:tc>
          <w:tcPr>
            <w:tcW w:type="dxa" w:w="1066"/>
            <w:shd w:fill="F9FBFB"/>
            <w:tcMar>
              <w:top w:w="35" w:type="dxa"/>
              <w:bottom w:w="35" w:type="dxa"/>
              <w:left w:w="20" w:type="dxa"/>
              <w:right w:w="20" w:type="dxa"/>
            </w:tcMar>
          </w:tcPr>
          <w:p>
            <w:pPr>
              <w:jc w:val="center"/>
            </w:pPr>
            <w:r>
              <w:rPr>
                <w:b/>
                <w:sz w:val="15"/>
              </w:rPr>
              <w:t>-</w:t>
            </w:r>
          </w:p>
        </w:tc>
      </w:tr>
      <w:tr>
        <w:tc>
          <w:tcPr>
            <w:tcW w:type="dxa" w:w="504"/>
            <w:shd w:fill="FFFFFF"/>
            <w:tcMar>
              <w:top w:w="35" w:type="dxa"/>
              <w:bottom w:w="35" w:type="dxa"/>
              <w:left w:w="20" w:type="dxa"/>
              <w:right w:w="20" w:type="dxa"/>
            </w:tcMar>
          </w:tcPr>
          <w:p>
            <w:pPr>
              <w:jc w:val="center"/>
            </w:pPr>
            <w:r>
              <w:rPr>
                <w:sz w:val="15"/>
              </w:rPr>
              <w:t>163</w:t>
            </w:r>
          </w:p>
        </w:tc>
        <w:tc>
          <w:tcPr>
            <w:tcW w:type="dxa" w:w="936"/>
            <w:shd w:fill="FFFFFF"/>
            <w:tcMar>
              <w:top w:w="35" w:type="dxa"/>
              <w:bottom w:w="35" w:type="dxa"/>
              <w:left w:w="20" w:type="dxa"/>
              <w:right w:w="20" w:type="dxa"/>
            </w:tcMar>
          </w:tcPr>
          <w:p>
            <w:pPr>
              <w:jc w:val="left"/>
            </w:pPr>
            <w:r>
              <w:rPr>
                <w:sz w:val="15"/>
              </w:rPr>
              <w:t>KH1892</w:t>
            </w:r>
          </w:p>
        </w:tc>
        <w:tc>
          <w:tcPr>
            <w:tcW w:type="dxa" w:w="3024"/>
            <w:shd w:fill="FFFFFF"/>
            <w:tcMar>
              <w:top w:w="35" w:type="dxa"/>
              <w:bottom w:w="35" w:type="dxa"/>
              <w:left w:w="20" w:type="dxa"/>
              <w:right w:w="20" w:type="dxa"/>
            </w:tcMar>
          </w:tcPr>
          <w:p>
            <w:pPr>
              <w:jc w:val="left"/>
            </w:pPr>
            <w:r>
              <w:rPr>
                <w:sz w:val="15"/>
              </w:rPr>
              <w:t>CÔNG TY TNHH XÂY DỰNG - TỔNG HỢP THƯƠNG MẠI NGUYÊN NAM</w:t>
            </w:r>
          </w:p>
        </w:tc>
        <w:tc>
          <w:tcPr>
            <w:tcW w:type="dxa" w:w="835"/>
            <w:shd w:fill="FFFFFF"/>
            <w:tcMar>
              <w:top w:w="35" w:type="dxa"/>
              <w:bottom w:w="35" w:type="dxa"/>
              <w:left w:w="20" w:type="dxa"/>
              <w:right w:w="20" w:type="dxa"/>
            </w:tcMar>
          </w:tcPr>
          <w:p>
            <w:pPr>
              <w:jc w:val="right"/>
            </w:pPr>
            <w:r>
              <w:rPr>
                <w:sz w:val="15"/>
              </w:rPr>
              <w:t>41</w:t>
            </w:r>
          </w:p>
        </w:tc>
        <w:tc>
          <w:tcPr>
            <w:tcW w:type="dxa" w:w="835"/>
            <w:shd w:fill="FFFFFF"/>
            <w:tcMar>
              <w:top w:w="35" w:type="dxa"/>
              <w:bottom w:w="35" w:type="dxa"/>
              <w:left w:w="20" w:type="dxa"/>
              <w:right w:w="20" w:type="dxa"/>
            </w:tcMar>
          </w:tcPr>
          <w:p>
            <w:pPr>
              <w:jc w:val="right"/>
            </w:pPr>
            <w:r>
              <w:rPr>
                <w:sz w:val="15"/>
              </w:rPr>
              <w:t>28</w:t>
            </w:r>
          </w:p>
        </w:tc>
        <w:tc>
          <w:tcPr>
            <w:tcW w:type="dxa" w:w="835"/>
            <w:shd w:fill="FFFFFF"/>
            <w:tcMar>
              <w:top w:w="35" w:type="dxa"/>
              <w:bottom w:w="35" w:type="dxa"/>
              <w:left w:w="20" w:type="dxa"/>
              <w:right w:w="20" w:type="dxa"/>
            </w:tcMar>
          </w:tcPr>
          <w:p>
            <w:pPr>
              <w:jc w:val="right"/>
            </w:pPr>
            <w:r>
              <w:rPr>
                <w:sz w:val="15"/>
              </w:rPr>
              <w:t>62</w:t>
            </w:r>
          </w:p>
        </w:tc>
        <w:tc>
          <w:tcPr>
            <w:tcW w:type="dxa" w:w="835"/>
            <w:shd w:fill="FFFFFF"/>
            <w:tcMar>
              <w:top w:w="35" w:type="dxa"/>
              <w:bottom w:w="35" w:type="dxa"/>
              <w:left w:w="20" w:type="dxa"/>
              <w:right w:w="20" w:type="dxa"/>
            </w:tcMar>
          </w:tcPr>
          <w:p>
            <w:pPr>
              <w:jc w:val="right"/>
            </w:pPr>
            <w:r>
              <w:rPr>
                <w:sz w:val="15"/>
              </w:rPr>
              <w:t>11</w:t>
            </w:r>
          </w:p>
        </w:tc>
        <w:tc>
          <w:tcPr>
            <w:tcW w:type="dxa" w:w="835"/>
            <w:shd w:fill="FFFFFF"/>
            <w:tcMar>
              <w:top w:w="35" w:type="dxa"/>
              <w:bottom w:w="35" w:type="dxa"/>
              <w:left w:w="20" w:type="dxa"/>
              <w:right w:w="20" w:type="dxa"/>
            </w:tcMar>
          </w:tcPr>
          <w:p>
            <w:pPr>
              <w:jc w:val="right"/>
            </w:pPr>
            <w:r>
              <w:rPr>
                <w:sz w:val="15"/>
              </w:rPr>
              <w:t>35</w:t>
            </w:r>
          </w:p>
        </w:tc>
        <w:tc>
          <w:tcPr>
            <w:tcW w:type="dxa" w:w="835"/>
            <w:shd w:fill="FFFFFF"/>
            <w:tcMar>
              <w:top w:w="35" w:type="dxa"/>
              <w:bottom w:w="35" w:type="dxa"/>
              <w:left w:w="20" w:type="dxa"/>
              <w:right w:w="20" w:type="dxa"/>
            </w:tcMar>
          </w:tcPr>
          <w:p>
            <w:pPr>
              <w:jc w:val="right"/>
            </w:pPr>
            <w:r>
              <w:rPr>
                <w:sz w:val="15"/>
              </w:rPr>
              <w:t>44</w:t>
            </w:r>
          </w:p>
        </w:tc>
        <w:tc>
          <w:tcPr>
            <w:tcW w:type="dxa" w:w="835"/>
            <w:shd w:fill="FFFFFF"/>
            <w:tcMar>
              <w:top w:w="35" w:type="dxa"/>
              <w:bottom w:w="35" w:type="dxa"/>
              <w:left w:w="20" w:type="dxa"/>
              <w:right w:w="20" w:type="dxa"/>
            </w:tcMar>
          </w:tcPr>
          <w:p>
            <w:pPr>
              <w:jc w:val="right"/>
            </w:pPr>
            <w:r>
              <w:rPr>
                <w:sz w:val="15"/>
              </w:rPr>
              <w:t>50</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b/>
                <w:sz w:val="15"/>
              </w:rPr>
              <w:t>-</w:t>
            </w:r>
          </w:p>
        </w:tc>
        <w:tc>
          <w:tcPr>
            <w:tcW w:type="dxa" w:w="1224"/>
            <w:shd w:fill="FFFFFF"/>
            <w:tcMar>
              <w:top w:w="35" w:type="dxa"/>
              <w:bottom w:w="35" w:type="dxa"/>
              <w:left w:w="20" w:type="dxa"/>
              <w:right w:w="20" w:type="dxa"/>
            </w:tcMar>
          </w:tcPr>
          <w:p>
            <w:pPr>
              <w:jc w:val="right"/>
            </w:pPr>
            <w:r>
              <w:rPr>
                <w:sz w:val="15"/>
              </w:rPr>
              <w:t>-</w:t>
            </w:r>
          </w:p>
        </w:tc>
        <w:tc>
          <w:tcPr>
            <w:tcW w:type="dxa" w:w="1066"/>
            <w:shd w:fill="FFFFFF"/>
            <w:tcMar>
              <w:top w:w="35" w:type="dxa"/>
              <w:bottom w:w="35" w:type="dxa"/>
              <w:left w:w="20" w:type="dxa"/>
              <w:right w:w="20" w:type="dxa"/>
            </w:tcMar>
          </w:tcPr>
          <w:p>
            <w:pPr>
              <w:jc w:val="center"/>
            </w:pPr>
            <w:r>
              <w:rPr>
                <w:b/>
                <w:sz w:val="15"/>
              </w:rPr>
              <w:t>-</w:t>
            </w:r>
          </w:p>
        </w:tc>
      </w:tr>
      <w:tr>
        <w:tc>
          <w:tcPr>
            <w:tcW w:type="dxa" w:w="504"/>
            <w:shd w:fill="F9FBFB"/>
            <w:tcMar>
              <w:top w:w="35" w:type="dxa"/>
              <w:bottom w:w="35" w:type="dxa"/>
              <w:left w:w="20" w:type="dxa"/>
              <w:right w:w="20" w:type="dxa"/>
            </w:tcMar>
          </w:tcPr>
          <w:p>
            <w:pPr>
              <w:jc w:val="center"/>
            </w:pPr>
            <w:r>
              <w:rPr>
                <w:sz w:val="15"/>
              </w:rPr>
              <w:t>164</w:t>
            </w:r>
          </w:p>
        </w:tc>
        <w:tc>
          <w:tcPr>
            <w:tcW w:type="dxa" w:w="936"/>
            <w:shd w:fill="F9FBFB"/>
            <w:tcMar>
              <w:top w:w="35" w:type="dxa"/>
              <w:bottom w:w="35" w:type="dxa"/>
              <w:left w:w="20" w:type="dxa"/>
              <w:right w:w="20" w:type="dxa"/>
            </w:tcMar>
          </w:tcPr>
          <w:p>
            <w:pPr>
              <w:jc w:val="left"/>
            </w:pPr>
            <w:r>
              <w:rPr>
                <w:sz w:val="15"/>
              </w:rPr>
              <w:t>KH1898</w:t>
            </w:r>
          </w:p>
        </w:tc>
        <w:tc>
          <w:tcPr>
            <w:tcW w:type="dxa" w:w="3024"/>
            <w:shd w:fill="F9FBFB"/>
            <w:tcMar>
              <w:top w:w="35" w:type="dxa"/>
              <w:bottom w:w="35" w:type="dxa"/>
              <w:left w:w="20" w:type="dxa"/>
              <w:right w:w="20" w:type="dxa"/>
            </w:tcMar>
          </w:tcPr>
          <w:p>
            <w:pPr>
              <w:jc w:val="left"/>
            </w:pPr>
            <w:r>
              <w:rPr>
                <w:sz w:val="15"/>
              </w:rPr>
              <w:t>CÔNG TY TRÁCH NHIỆM HỮU HẠN XÂY DỰNG DẤU ẤN VIỆT</w:t>
            </w:r>
          </w:p>
        </w:tc>
        <w:tc>
          <w:tcPr>
            <w:tcW w:type="dxa" w:w="835"/>
            <w:shd w:fill="F9FBFB"/>
            <w:tcMar>
              <w:top w:w="35" w:type="dxa"/>
              <w:bottom w:w="35" w:type="dxa"/>
              <w:left w:w="20" w:type="dxa"/>
              <w:right w:w="20" w:type="dxa"/>
            </w:tcMar>
          </w:tcPr>
          <w:p>
            <w:pPr>
              <w:jc w:val="right"/>
            </w:pPr>
            <w:r>
              <w:rPr>
                <w:sz w:val="15"/>
              </w:rPr>
              <w:t>13</w:t>
            </w:r>
          </w:p>
        </w:tc>
        <w:tc>
          <w:tcPr>
            <w:tcW w:type="dxa" w:w="835"/>
            <w:shd w:fill="F9FBFB"/>
            <w:tcMar>
              <w:top w:w="35" w:type="dxa"/>
              <w:bottom w:w="35" w:type="dxa"/>
              <w:left w:w="20" w:type="dxa"/>
              <w:right w:w="20" w:type="dxa"/>
            </w:tcMar>
          </w:tcPr>
          <w:p>
            <w:pPr>
              <w:jc w:val="right"/>
            </w:pPr>
            <w:r>
              <w:rPr>
                <w:sz w:val="15"/>
              </w:rPr>
              <w:t>5</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13</w:t>
            </w:r>
          </w:p>
        </w:tc>
        <w:tc>
          <w:tcPr>
            <w:tcW w:type="dxa" w:w="835"/>
            <w:shd w:fill="F9FBFB"/>
            <w:tcMar>
              <w:top w:w="35" w:type="dxa"/>
              <w:bottom w:w="35" w:type="dxa"/>
              <w:left w:w="20" w:type="dxa"/>
              <w:right w:w="20" w:type="dxa"/>
            </w:tcMar>
          </w:tcPr>
          <w:p>
            <w:pPr>
              <w:jc w:val="right"/>
            </w:pPr>
            <w:r>
              <w:rPr>
                <w:sz w:val="15"/>
              </w:rPr>
              <w:t>24</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b/>
                <w:sz w:val="15"/>
              </w:rPr>
              <w:t>-</w:t>
            </w:r>
          </w:p>
        </w:tc>
        <w:tc>
          <w:tcPr>
            <w:tcW w:type="dxa" w:w="1224"/>
            <w:shd w:fill="F9FBFB"/>
            <w:tcMar>
              <w:top w:w="35" w:type="dxa"/>
              <w:bottom w:w="35" w:type="dxa"/>
              <w:left w:w="20" w:type="dxa"/>
              <w:right w:w="20" w:type="dxa"/>
            </w:tcMar>
          </w:tcPr>
          <w:p>
            <w:pPr>
              <w:jc w:val="right"/>
            </w:pPr>
            <w:r>
              <w:rPr>
                <w:sz w:val="15"/>
              </w:rPr>
              <w:t>-</w:t>
            </w:r>
          </w:p>
        </w:tc>
        <w:tc>
          <w:tcPr>
            <w:tcW w:type="dxa" w:w="1066"/>
            <w:shd w:fill="F9FBFB"/>
            <w:tcMar>
              <w:top w:w="35" w:type="dxa"/>
              <w:bottom w:w="35" w:type="dxa"/>
              <w:left w:w="20" w:type="dxa"/>
              <w:right w:w="20" w:type="dxa"/>
            </w:tcMar>
          </w:tcPr>
          <w:p>
            <w:pPr>
              <w:jc w:val="center"/>
            </w:pPr>
            <w:r>
              <w:rPr>
                <w:b/>
                <w:sz w:val="15"/>
              </w:rPr>
              <w:t>-</w:t>
            </w:r>
          </w:p>
        </w:tc>
      </w:tr>
      <w:tr>
        <w:tc>
          <w:tcPr>
            <w:tcW w:type="dxa" w:w="504"/>
            <w:shd w:fill="FFFFFF"/>
            <w:tcMar>
              <w:top w:w="35" w:type="dxa"/>
              <w:bottom w:w="35" w:type="dxa"/>
              <w:left w:w="20" w:type="dxa"/>
              <w:right w:w="20" w:type="dxa"/>
            </w:tcMar>
          </w:tcPr>
          <w:p>
            <w:pPr>
              <w:jc w:val="center"/>
            </w:pPr>
            <w:r>
              <w:rPr>
                <w:sz w:val="15"/>
              </w:rPr>
              <w:t>165</w:t>
            </w:r>
          </w:p>
        </w:tc>
        <w:tc>
          <w:tcPr>
            <w:tcW w:type="dxa" w:w="936"/>
            <w:shd w:fill="FFFFFF"/>
            <w:tcMar>
              <w:top w:w="35" w:type="dxa"/>
              <w:bottom w:w="35" w:type="dxa"/>
              <w:left w:w="20" w:type="dxa"/>
              <w:right w:w="20" w:type="dxa"/>
            </w:tcMar>
          </w:tcPr>
          <w:p>
            <w:pPr>
              <w:jc w:val="left"/>
            </w:pPr>
            <w:r>
              <w:rPr>
                <w:sz w:val="15"/>
              </w:rPr>
              <w:t>KH1918</w:t>
            </w:r>
          </w:p>
        </w:tc>
        <w:tc>
          <w:tcPr>
            <w:tcW w:type="dxa" w:w="3024"/>
            <w:shd w:fill="FFFFFF"/>
            <w:tcMar>
              <w:top w:w="35" w:type="dxa"/>
              <w:bottom w:w="35" w:type="dxa"/>
              <w:left w:w="20" w:type="dxa"/>
              <w:right w:w="20" w:type="dxa"/>
            </w:tcMar>
          </w:tcPr>
          <w:p>
            <w:pPr>
              <w:jc w:val="left"/>
            </w:pPr>
            <w:r>
              <w:rPr>
                <w:sz w:val="15"/>
              </w:rPr>
              <w:t>CÔNG TY TNHH TRANG TRÍ NỘI THẤT HTC</w:t>
            </w:r>
          </w:p>
        </w:tc>
        <w:tc>
          <w:tcPr>
            <w:tcW w:type="dxa" w:w="835"/>
            <w:shd w:fill="FFFFFF"/>
            <w:tcMar>
              <w:top w:w="35" w:type="dxa"/>
              <w:bottom w:w="35" w:type="dxa"/>
              <w:left w:w="20" w:type="dxa"/>
              <w:right w:w="20" w:type="dxa"/>
            </w:tcMar>
          </w:tcPr>
          <w:p>
            <w:pPr>
              <w:jc w:val="right"/>
            </w:pPr>
            <w:r>
              <w:rPr>
                <w:sz w:val="15"/>
              </w:rPr>
              <w:t>73</w:t>
            </w:r>
          </w:p>
        </w:tc>
        <w:tc>
          <w:tcPr>
            <w:tcW w:type="dxa" w:w="835"/>
            <w:shd w:fill="FFFFFF"/>
            <w:tcMar>
              <w:top w:w="35" w:type="dxa"/>
              <w:bottom w:w="35" w:type="dxa"/>
              <w:left w:w="20" w:type="dxa"/>
              <w:right w:w="20" w:type="dxa"/>
            </w:tcMar>
          </w:tcPr>
          <w:p>
            <w:pPr>
              <w:jc w:val="right"/>
            </w:pPr>
            <w:r>
              <w:rPr>
                <w:sz w:val="15"/>
              </w:rPr>
              <w:t>27</w:t>
            </w:r>
          </w:p>
        </w:tc>
        <w:tc>
          <w:tcPr>
            <w:tcW w:type="dxa" w:w="835"/>
            <w:shd w:fill="FFFFFF"/>
            <w:tcMar>
              <w:top w:w="35" w:type="dxa"/>
              <w:bottom w:w="35" w:type="dxa"/>
              <w:left w:w="20" w:type="dxa"/>
              <w:right w:w="20" w:type="dxa"/>
            </w:tcMar>
          </w:tcPr>
          <w:p>
            <w:pPr>
              <w:jc w:val="right"/>
            </w:pPr>
            <w:r>
              <w:rPr>
                <w:sz w:val="15"/>
              </w:rPr>
              <w:t>53</w:t>
            </w:r>
          </w:p>
        </w:tc>
        <w:tc>
          <w:tcPr>
            <w:tcW w:type="dxa" w:w="835"/>
            <w:shd w:fill="FFFFFF"/>
            <w:tcMar>
              <w:top w:w="35" w:type="dxa"/>
              <w:bottom w:w="35" w:type="dxa"/>
              <w:left w:w="20" w:type="dxa"/>
              <w:right w:w="20" w:type="dxa"/>
            </w:tcMar>
          </w:tcPr>
          <w:p>
            <w:pPr>
              <w:jc w:val="right"/>
            </w:pPr>
            <w:r>
              <w:rPr>
                <w:sz w:val="15"/>
              </w:rPr>
              <w:t>54</w:t>
            </w:r>
          </w:p>
        </w:tc>
        <w:tc>
          <w:tcPr>
            <w:tcW w:type="dxa" w:w="835"/>
            <w:shd w:fill="FFFFFF"/>
            <w:tcMar>
              <w:top w:w="35" w:type="dxa"/>
              <w:bottom w:w="35" w:type="dxa"/>
              <w:left w:w="20" w:type="dxa"/>
              <w:right w:w="20" w:type="dxa"/>
            </w:tcMar>
          </w:tcPr>
          <w:p>
            <w:pPr>
              <w:jc w:val="right"/>
            </w:pPr>
            <w:r>
              <w:rPr>
                <w:sz w:val="15"/>
              </w:rPr>
              <w:t>32</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b/>
                <w:sz w:val="15"/>
              </w:rPr>
              <w:t>-</w:t>
            </w:r>
          </w:p>
        </w:tc>
        <w:tc>
          <w:tcPr>
            <w:tcW w:type="dxa" w:w="1224"/>
            <w:shd w:fill="FFFFFF"/>
            <w:tcMar>
              <w:top w:w="35" w:type="dxa"/>
              <w:bottom w:w="35" w:type="dxa"/>
              <w:left w:w="20" w:type="dxa"/>
              <w:right w:w="20" w:type="dxa"/>
            </w:tcMar>
          </w:tcPr>
          <w:p>
            <w:pPr>
              <w:jc w:val="right"/>
            </w:pPr>
            <w:r>
              <w:rPr>
                <w:sz w:val="15"/>
              </w:rPr>
              <w:t>-</w:t>
            </w:r>
          </w:p>
        </w:tc>
        <w:tc>
          <w:tcPr>
            <w:tcW w:type="dxa" w:w="1066"/>
            <w:shd w:fill="FFFFFF"/>
            <w:tcMar>
              <w:top w:w="35" w:type="dxa"/>
              <w:bottom w:w="35" w:type="dxa"/>
              <w:left w:w="20" w:type="dxa"/>
              <w:right w:w="20" w:type="dxa"/>
            </w:tcMar>
          </w:tcPr>
          <w:p>
            <w:pPr>
              <w:jc w:val="center"/>
            </w:pPr>
            <w:r>
              <w:rPr>
                <w:b/>
                <w:sz w:val="15"/>
              </w:rPr>
              <w:t>-</w:t>
            </w:r>
          </w:p>
        </w:tc>
      </w:tr>
      <w:tr>
        <w:tc>
          <w:tcPr>
            <w:tcW w:type="dxa" w:w="504"/>
            <w:shd w:fill="F9FBFB"/>
            <w:tcMar>
              <w:top w:w="35" w:type="dxa"/>
              <w:bottom w:w="35" w:type="dxa"/>
              <w:left w:w="20" w:type="dxa"/>
              <w:right w:w="20" w:type="dxa"/>
            </w:tcMar>
          </w:tcPr>
          <w:p>
            <w:pPr>
              <w:jc w:val="center"/>
            </w:pPr>
            <w:r>
              <w:rPr>
                <w:sz w:val="15"/>
              </w:rPr>
              <w:t>166</w:t>
            </w:r>
          </w:p>
        </w:tc>
        <w:tc>
          <w:tcPr>
            <w:tcW w:type="dxa" w:w="936"/>
            <w:shd w:fill="F9FBFB"/>
            <w:tcMar>
              <w:top w:w="35" w:type="dxa"/>
              <w:bottom w:w="35" w:type="dxa"/>
              <w:left w:w="20" w:type="dxa"/>
              <w:right w:w="20" w:type="dxa"/>
            </w:tcMar>
          </w:tcPr>
          <w:p>
            <w:pPr>
              <w:jc w:val="left"/>
            </w:pPr>
            <w:r>
              <w:rPr>
                <w:sz w:val="15"/>
              </w:rPr>
              <w:t>KH1935</w:t>
            </w:r>
          </w:p>
        </w:tc>
        <w:tc>
          <w:tcPr>
            <w:tcW w:type="dxa" w:w="3024"/>
            <w:shd w:fill="F9FBFB"/>
            <w:tcMar>
              <w:top w:w="35" w:type="dxa"/>
              <w:bottom w:w="35" w:type="dxa"/>
              <w:left w:w="20" w:type="dxa"/>
              <w:right w:w="20" w:type="dxa"/>
            </w:tcMar>
          </w:tcPr>
          <w:p>
            <w:pPr>
              <w:jc w:val="left"/>
            </w:pPr>
            <w:r>
              <w:rPr>
                <w:sz w:val="15"/>
              </w:rPr>
              <w:t>CÔNG TY TNHH SẢN XUẤT - THƯƠNG MẠI - TỔNG HỢP MINH ANH</w:t>
            </w:r>
          </w:p>
        </w:tc>
        <w:tc>
          <w:tcPr>
            <w:tcW w:type="dxa" w:w="835"/>
            <w:shd w:fill="F9FBFB"/>
            <w:tcMar>
              <w:top w:w="35" w:type="dxa"/>
              <w:bottom w:w="35" w:type="dxa"/>
              <w:left w:w="20" w:type="dxa"/>
              <w:right w:w="20" w:type="dxa"/>
            </w:tcMar>
          </w:tcPr>
          <w:p>
            <w:pPr>
              <w:jc w:val="right"/>
            </w:pPr>
            <w:r>
              <w:rPr>
                <w:sz w:val="15"/>
              </w:rPr>
              <w:t>64</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68</w:t>
            </w:r>
          </w:p>
        </w:tc>
        <w:tc>
          <w:tcPr>
            <w:tcW w:type="dxa" w:w="835"/>
            <w:shd w:fill="F9FBFB"/>
            <w:tcMar>
              <w:top w:w="35" w:type="dxa"/>
              <w:bottom w:w="35" w:type="dxa"/>
              <w:left w:w="20" w:type="dxa"/>
              <w:right w:w="20" w:type="dxa"/>
            </w:tcMar>
          </w:tcPr>
          <w:p>
            <w:pPr>
              <w:jc w:val="right"/>
            </w:pPr>
            <w:r>
              <w:rPr>
                <w:sz w:val="15"/>
              </w:rPr>
              <w:t>31</w:t>
            </w:r>
          </w:p>
        </w:tc>
        <w:tc>
          <w:tcPr>
            <w:tcW w:type="dxa" w:w="835"/>
            <w:shd w:fill="F9FBFB"/>
            <w:tcMar>
              <w:top w:w="35" w:type="dxa"/>
              <w:bottom w:w="35" w:type="dxa"/>
              <w:left w:w="20" w:type="dxa"/>
              <w:right w:w="20" w:type="dxa"/>
            </w:tcMar>
          </w:tcPr>
          <w:p>
            <w:pPr>
              <w:jc w:val="right"/>
            </w:pPr>
            <w:r>
              <w:rPr>
                <w:sz w:val="15"/>
              </w:rPr>
              <w:t>40</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27</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b/>
                <w:sz w:val="15"/>
              </w:rPr>
              <w:t>-</w:t>
            </w:r>
          </w:p>
        </w:tc>
        <w:tc>
          <w:tcPr>
            <w:tcW w:type="dxa" w:w="1224"/>
            <w:shd w:fill="F9FBFB"/>
            <w:tcMar>
              <w:top w:w="35" w:type="dxa"/>
              <w:bottom w:w="35" w:type="dxa"/>
              <w:left w:w="20" w:type="dxa"/>
              <w:right w:w="20" w:type="dxa"/>
            </w:tcMar>
          </w:tcPr>
          <w:p>
            <w:pPr>
              <w:jc w:val="right"/>
            </w:pPr>
            <w:r>
              <w:rPr>
                <w:sz w:val="15"/>
              </w:rPr>
              <w:t>-</w:t>
            </w:r>
          </w:p>
        </w:tc>
        <w:tc>
          <w:tcPr>
            <w:tcW w:type="dxa" w:w="1066"/>
            <w:shd w:fill="F9FBFB"/>
            <w:tcMar>
              <w:top w:w="35" w:type="dxa"/>
              <w:bottom w:w="35" w:type="dxa"/>
              <w:left w:w="20" w:type="dxa"/>
              <w:right w:w="20" w:type="dxa"/>
            </w:tcMar>
          </w:tcPr>
          <w:p>
            <w:pPr>
              <w:jc w:val="center"/>
            </w:pPr>
            <w:r>
              <w:rPr>
                <w:b/>
                <w:sz w:val="15"/>
              </w:rPr>
              <w:t>-</w:t>
            </w:r>
          </w:p>
        </w:tc>
      </w:tr>
      <w:tr>
        <w:tc>
          <w:tcPr>
            <w:tcW w:type="dxa" w:w="504"/>
            <w:shd w:fill="FFFFFF"/>
            <w:tcMar>
              <w:top w:w="35" w:type="dxa"/>
              <w:bottom w:w="35" w:type="dxa"/>
              <w:left w:w="20" w:type="dxa"/>
              <w:right w:w="20" w:type="dxa"/>
            </w:tcMar>
          </w:tcPr>
          <w:p>
            <w:pPr>
              <w:jc w:val="center"/>
            </w:pPr>
            <w:r>
              <w:rPr>
                <w:sz w:val="15"/>
              </w:rPr>
              <w:t>167</w:t>
            </w:r>
          </w:p>
        </w:tc>
        <w:tc>
          <w:tcPr>
            <w:tcW w:type="dxa" w:w="936"/>
            <w:shd w:fill="FFFFFF"/>
            <w:tcMar>
              <w:top w:w="35" w:type="dxa"/>
              <w:bottom w:w="35" w:type="dxa"/>
              <w:left w:w="20" w:type="dxa"/>
              <w:right w:w="20" w:type="dxa"/>
            </w:tcMar>
          </w:tcPr>
          <w:p>
            <w:pPr>
              <w:jc w:val="left"/>
            </w:pPr>
            <w:r>
              <w:rPr>
                <w:sz w:val="15"/>
              </w:rPr>
              <w:t>KH1981</w:t>
            </w:r>
          </w:p>
        </w:tc>
        <w:tc>
          <w:tcPr>
            <w:tcW w:type="dxa" w:w="3024"/>
            <w:shd w:fill="FFFFFF"/>
            <w:tcMar>
              <w:top w:w="35" w:type="dxa"/>
              <w:bottom w:w="35" w:type="dxa"/>
              <w:left w:w="20" w:type="dxa"/>
              <w:right w:w="20" w:type="dxa"/>
            </w:tcMar>
          </w:tcPr>
          <w:p>
            <w:pPr>
              <w:jc w:val="left"/>
            </w:pPr>
            <w:r>
              <w:rPr>
                <w:sz w:val="15"/>
              </w:rPr>
              <w:t>CÔNG TY TNHH CƠ KHÍ CÔNG NÔNG NGHIỆP THỰC PHẨM BÙI VĂN NGỌ</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b/>
                <w:sz w:val="15"/>
              </w:rPr>
              <w:t>-</w:t>
            </w:r>
          </w:p>
        </w:tc>
        <w:tc>
          <w:tcPr>
            <w:tcW w:type="dxa" w:w="1224"/>
            <w:shd w:fill="FFFFFF"/>
            <w:tcMar>
              <w:top w:w="35" w:type="dxa"/>
              <w:bottom w:w="35" w:type="dxa"/>
              <w:left w:w="20" w:type="dxa"/>
              <w:right w:w="20" w:type="dxa"/>
            </w:tcMar>
          </w:tcPr>
          <w:p>
            <w:pPr>
              <w:jc w:val="right"/>
            </w:pPr>
            <w:r>
              <w:rPr>
                <w:sz w:val="15"/>
              </w:rPr>
              <w:t>-</w:t>
            </w:r>
          </w:p>
        </w:tc>
        <w:tc>
          <w:tcPr>
            <w:tcW w:type="dxa" w:w="1066"/>
            <w:shd w:fill="FFFFFF"/>
            <w:tcMar>
              <w:top w:w="35" w:type="dxa"/>
              <w:bottom w:w="35" w:type="dxa"/>
              <w:left w:w="20" w:type="dxa"/>
              <w:right w:w="20" w:type="dxa"/>
            </w:tcMar>
          </w:tcPr>
          <w:p>
            <w:pPr>
              <w:jc w:val="center"/>
            </w:pPr>
            <w:r>
              <w:rPr>
                <w:b/>
                <w:sz w:val="15"/>
              </w:rPr>
              <w:t>-</w:t>
            </w:r>
          </w:p>
        </w:tc>
      </w:tr>
      <w:tr>
        <w:tc>
          <w:tcPr>
            <w:tcW w:type="dxa" w:w="504"/>
            <w:shd w:fill="F9FBFB"/>
            <w:tcMar>
              <w:top w:w="35" w:type="dxa"/>
              <w:bottom w:w="35" w:type="dxa"/>
              <w:left w:w="20" w:type="dxa"/>
              <w:right w:w="20" w:type="dxa"/>
            </w:tcMar>
          </w:tcPr>
          <w:p>
            <w:pPr>
              <w:jc w:val="center"/>
            </w:pPr>
            <w:r>
              <w:rPr>
                <w:sz w:val="15"/>
              </w:rPr>
              <w:t>168</w:t>
            </w:r>
          </w:p>
        </w:tc>
        <w:tc>
          <w:tcPr>
            <w:tcW w:type="dxa" w:w="936"/>
            <w:shd w:fill="F9FBFB"/>
            <w:tcMar>
              <w:top w:w="35" w:type="dxa"/>
              <w:bottom w:w="35" w:type="dxa"/>
              <w:left w:w="20" w:type="dxa"/>
              <w:right w:w="20" w:type="dxa"/>
            </w:tcMar>
          </w:tcPr>
          <w:p>
            <w:pPr>
              <w:jc w:val="left"/>
            </w:pPr>
            <w:r>
              <w:rPr>
                <w:sz w:val="15"/>
              </w:rPr>
              <w:t>KH2053</w:t>
            </w:r>
          </w:p>
        </w:tc>
        <w:tc>
          <w:tcPr>
            <w:tcW w:type="dxa" w:w="3024"/>
            <w:shd w:fill="F9FBFB"/>
            <w:tcMar>
              <w:top w:w="35" w:type="dxa"/>
              <w:bottom w:w="35" w:type="dxa"/>
              <w:left w:w="20" w:type="dxa"/>
              <w:right w:w="20" w:type="dxa"/>
            </w:tcMar>
          </w:tcPr>
          <w:p>
            <w:pPr>
              <w:jc w:val="left"/>
            </w:pPr>
            <w:r>
              <w:rPr>
                <w:sz w:val="15"/>
              </w:rPr>
              <w:t>CÔNG TY TNHH EVER YOUNG</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2</w:t>
            </w:r>
          </w:p>
        </w:tc>
        <w:tc>
          <w:tcPr>
            <w:tcW w:type="dxa" w:w="835"/>
            <w:shd w:fill="F9FBFB"/>
            <w:tcMar>
              <w:top w:w="35" w:type="dxa"/>
              <w:bottom w:w="35" w:type="dxa"/>
              <w:left w:w="20" w:type="dxa"/>
              <w:right w:w="20" w:type="dxa"/>
            </w:tcMar>
          </w:tcPr>
          <w:p>
            <w:pPr>
              <w:jc w:val="right"/>
            </w:pPr>
            <w:r>
              <w:rPr>
                <w:sz w:val="15"/>
              </w:rPr>
              <w:t>9</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b/>
                <w:sz w:val="15"/>
              </w:rPr>
              <w:t>-</w:t>
            </w:r>
          </w:p>
        </w:tc>
        <w:tc>
          <w:tcPr>
            <w:tcW w:type="dxa" w:w="1224"/>
            <w:shd w:fill="F9FBFB"/>
            <w:tcMar>
              <w:top w:w="35" w:type="dxa"/>
              <w:bottom w:w="35" w:type="dxa"/>
              <w:left w:w="20" w:type="dxa"/>
              <w:right w:w="20" w:type="dxa"/>
            </w:tcMar>
          </w:tcPr>
          <w:p>
            <w:pPr>
              <w:jc w:val="right"/>
            </w:pPr>
            <w:r>
              <w:rPr>
                <w:sz w:val="15"/>
              </w:rPr>
              <w:t>-</w:t>
            </w:r>
          </w:p>
        </w:tc>
        <w:tc>
          <w:tcPr>
            <w:tcW w:type="dxa" w:w="1066"/>
            <w:shd w:fill="F9FBFB"/>
            <w:tcMar>
              <w:top w:w="35" w:type="dxa"/>
              <w:bottom w:w="35" w:type="dxa"/>
              <w:left w:w="20" w:type="dxa"/>
              <w:right w:w="20" w:type="dxa"/>
            </w:tcMar>
          </w:tcPr>
          <w:p>
            <w:pPr>
              <w:jc w:val="center"/>
            </w:pPr>
            <w:r>
              <w:rPr>
                <w:b/>
                <w:sz w:val="15"/>
              </w:rPr>
              <w:t>-</w:t>
            </w:r>
          </w:p>
        </w:tc>
      </w:tr>
      <w:tr>
        <w:tc>
          <w:tcPr>
            <w:tcW w:type="dxa" w:w="504"/>
            <w:shd w:fill="FFFFFF"/>
            <w:tcMar>
              <w:top w:w="35" w:type="dxa"/>
              <w:bottom w:w="35" w:type="dxa"/>
              <w:left w:w="20" w:type="dxa"/>
              <w:right w:w="20" w:type="dxa"/>
            </w:tcMar>
          </w:tcPr>
          <w:p>
            <w:pPr>
              <w:jc w:val="center"/>
            </w:pPr>
            <w:r>
              <w:rPr>
                <w:sz w:val="15"/>
              </w:rPr>
              <w:t>169</w:t>
            </w:r>
          </w:p>
        </w:tc>
        <w:tc>
          <w:tcPr>
            <w:tcW w:type="dxa" w:w="936"/>
            <w:shd w:fill="FFFFFF"/>
            <w:tcMar>
              <w:top w:w="35" w:type="dxa"/>
              <w:bottom w:w="35" w:type="dxa"/>
              <w:left w:w="20" w:type="dxa"/>
              <w:right w:w="20" w:type="dxa"/>
            </w:tcMar>
          </w:tcPr>
          <w:p>
            <w:pPr>
              <w:jc w:val="left"/>
            </w:pPr>
            <w:r>
              <w:rPr>
                <w:sz w:val="15"/>
              </w:rPr>
              <w:t>KH2056</w:t>
            </w:r>
          </w:p>
        </w:tc>
        <w:tc>
          <w:tcPr>
            <w:tcW w:type="dxa" w:w="3024"/>
            <w:shd w:fill="FFFFFF"/>
            <w:tcMar>
              <w:top w:w="35" w:type="dxa"/>
              <w:bottom w:w="35" w:type="dxa"/>
              <w:left w:w="20" w:type="dxa"/>
              <w:right w:w="20" w:type="dxa"/>
            </w:tcMar>
          </w:tcPr>
          <w:p>
            <w:pPr>
              <w:jc w:val="left"/>
            </w:pPr>
            <w:r>
              <w:rPr>
                <w:sz w:val="15"/>
              </w:rPr>
              <w:t>CÔNG TY TNHH FANNWOOD</w:t>
            </w:r>
          </w:p>
        </w:tc>
        <w:tc>
          <w:tcPr>
            <w:tcW w:type="dxa" w:w="835"/>
            <w:shd w:fill="FFFFFF"/>
            <w:tcMar>
              <w:top w:w="35" w:type="dxa"/>
              <w:bottom w:w="35" w:type="dxa"/>
              <w:left w:w="20" w:type="dxa"/>
              <w:right w:w="20" w:type="dxa"/>
            </w:tcMar>
          </w:tcPr>
          <w:p>
            <w:pPr>
              <w:jc w:val="right"/>
            </w:pPr>
            <w:r>
              <w:rPr>
                <w:sz w:val="15"/>
              </w:rPr>
              <w:t>6</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11</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b/>
                <w:sz w:val="15"/>
              </w:rPr>
              <w:t>-</w:t>
            </w:r>
          </w:p>
        </w:tc>
        <w:tc>
          <w:tcPr>
            <w:tcW w:type="dxa" w:w="1224"/>
            <w:shd w:fill="FFFFFF"/>
            <w:tcMar>
              <w:top w:w="35" w:type="dxa"/>
              <w:bottom w:w="35" w:type="dxa"/>
              <w:left w:w="20" w:type="dxa"/>
              <w:right w:w="20" w:type="dxa"/>
            </w:tcMar>
          </w:tcPr>
          <w:p>
            <w:pPr>
              <w:jc w:val="right"/>
            </w:pPr>
            <w:r>
              <w:rPr>
                <w:sz w:val="15"/>
              </w:rPr>
              <w:t>-</w:t>
            </w:r>
          </w:p>
        </w:tc>
        <w:tc>
          <w:tcPr>
            <w:tcW w:type="dxa" w:w="1066"/>
            <w:shd w:fill="FFFFFF"/>
            <w:tcMar>
              <w:top w:w="35" w:type="dxa"/>
              <w:bottom w:w="35" w:type="dxa"/>
              <w:left w:w="20" w:type="dxa"/>
              <w:right w:w="20" w:type="dxa"/>
            </w:tcMar>
          </w:tcPr>
          <w:p>
            <w:pPr>
              <w:jc w:val="center"/>
            </w:pPr>
            <w:r>
              <w:rPr>
                <w:b/>
                <w:sz w:val="15"/>
              </w:rPr>
              <w:t>-</w:t>
            </w:r>
          </w:p>
        </w:tc>
      </w:tr>
      <w:tr>
        <w:tc>
          <w:tcPr>
            <w:tcW w:type="dxa" w:w="504"/>
            <w:shd w:fill="F9FBFB"/>
            <w:tcMar>
              <w:top w:w="35" w:type="dxa"/>
              <w:bottom w:w="35" w:type="dxa"/>
              <w:left w:w="20" w:type="dxa"/>
              <w:right w:w="20" w:type="dxa"/>
            </w:tcMar>
          </w:tcPr>
          <w:p>
            <w:pPr>
              <w:jc w:val="center"/>
            </w:pPr>
            <w:r>
              <w:rPr>
                <w:sz w:val="15"/>
              </w:rPr>
              <w:t>170</w:t>
            </w:r>
          </w:p>
        </w:tc>
        <w:tc>
          <w:tcPr>
            <w:tcW w:type="dxa" w:w="936"/>
            <w:shd w:fill="F9FBFB"/>
            <w:tcMar>
              <w:top w:w="35" w:type="dxa"/>
              <w:bottom w:w="35" w:type="dxa"/>
              <w:left w:w="20" w:type="dxa"/>
              <w:right w:w="20" w:type="dxa"/>
            </w:tcMar>
          </w:tcPr>
          <w:p>
            <w:pPr>
              <w:jc w:val="left"/>
            </w:pPr>
            <w:r>
              <w:rPr>
                <w:sz w:val="15"/>
              </w:rPr>
              <w:t>KH2066</w:t>
            </w:r>
          </w:p>
        </w:tc>
        <w:tc>
          <w:tcPr>
            <w:tcW w:type="dxa" w:w="3024"/>
            <w:shd w:fill="F9FBFB"/>
            <w:tcMar>
              <w:top w:w="35" w:type="dxa"/>
              <w:bottom w:w="35" w:type="dxa"/>
              <w:left w:w="20" w:type="dxa"/>
              <w:right w:w="20" w:type="dxa"/>
            </w:tcMar>
          </w:tcPr>
          <w:p>
            <w:pPr>
              <w:jc w:val="left"/>
            </w:pPr>
            <w:r>
              <w:rPr>
                <w:sz w:val="15"/>
              </w:rPr>
              <w:t>CÔNG TY TNHH LEGNOLUCE VIỆT NAM</w:t>
            </w:r>
          </w:p>
        </w:tc>
        <w:tc>
          <w:tcPr>
            <w:tcW w:type="dxa" w:w="835"/>
            <w:shd w:fill="F9FBFB"/>
            <w:tcMar>
              <w:top w:w="35" w:type="dxa"/>
              <w:bottom w:w="35" w:type="dxa"/>
              <w:left w:w="20" w:type="dxa"/>
              <w:right w:w="20" w:type="dxa"/>
            </w:tcMar>
          </w:tcPr>
          <w:p>
            <w:pPr>
              <w:jc w:val="right"/>
            </w:pPr>
            <w:r>
              <w:rPr>
                <w:sz w:val="15"/>
              </w:rPr>
              <w:t>22</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18</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b/>
                <w:sz w:val="15"/>
              </w:rPr>
              <w:t>-</w:t>
            </w:r>
          </w:p>
        </w:tc>
        <w:tc>
          <w:tcPr>
            <w:tcW w:type="dxa" w:w="1224"/>
            <w:shd w:fill="F9FBFB"/>
            <w:tcMar>
              <w:top w:w="35" w:type="dxa"/>
              <w:bottom w:w="35" w:type="dxa"/>
              <w:left w:w="20" w:type="dxa"/>
              <w:right w:w="20" w:type="dxa"/>
            </w:tcMar>
          </w:tcPr>
          <w:p>
            <w:pPr>
              <w:jc w:val="right"/>
            </w:pPr>
            <w:r>
              <w:rPr>
                <w:sz w:val="15"/>
              </w:rPr>
              <w:t>-</w:t>
            </w:r>
          </w:p>
        </w:tc>
        <w:tc>
          <w:tcPr>
            <w:tcW w:type="dxa" w:w="1066"/>
            <w:shd w:fill="F9FBFB"/>
            <w:tcMar>
              <w:top w:w="35" w:type="dxa"/>
              <w:bottom w:w="35" w:type="dxa"/>
              <w:left w:w="20" w:type="dxa"/>
              <w:right w:w="20" w:type="dxa"/>
            </w:tcMar>
          </w:tcPr>
          <w:p>
            <w:pPr>
              <w:jc w:val="center"/>
            </w:pPr>
            <w:r>
              <w:rPr>
                <w:b/>
                <w:sz w:val="15"/>
              </w:rPr>
              <w:t>-</w:t>
            </w:r>
          </w:p>
        </w:tc>
      </w:tr>
      <w:tr>
        <w:tc>
          <w:tcPr>
            <w:tcW w:type="dxa" w:w="504"/>
            <w:shd w:fill="FFFFFF"/>
            <w:tcMar>
              <w:top w:w="35" w:type="dxa"/>
              <w:bottom w:w="35" w:type="dxa"/>
              <w:left w:w="20" w:type="dxa"/>
              <w:right w:w="20" w:type="dxa"/>
            </w:tcMar>
          </w:tcPr>
          <w:p>
            <w:pPr>
              <w:jc w:val="center"/>
            </w:pPr>
            <w:r>
              <w:rPr>
                <w:sz w:val="15"/>
              </w:rPr>
              <w:t>171</w:t>
            </w:r>
          </w:p>
        </w:tc>
        <w:tc>
          <w:tcPr>
            <w:tcW w:type="dxa" w:w="936"/>
            <w:shd w:fill="FFFFFF"/>
            <w:tcMar>
              <w:top w:w="35" w:type="dxa"/>
              <w:bottom w:w="35" w:type="dxa"/>
              <w:left w:w="20" w:type="dxa"/>
              <w:right w:w="20" w:type="dxa"/>
            </w:tcMar>
          </w:tcPr>
          <w:p>
            <w:pPr>
              <w:jc w:val="left"/>
            </w:pPr>
            <w:r>
              <w:rPr>
                <w:sz w:val="15"/>
              </w:rPr>
              <w:t>KH2071</w:t>
            </w:r>
          </w:p>
        </w:tc>
        <w:tc>
          <w:tcPr>
            <w:tcW w:type="dxa" w:w="3024"/>
            <w:shd w:fill="FFFFFF"/>
            <w:tcMar>
              <w:top w:w="35" w:type="dxa"/>
              <w:bottom w:w="35" w:type="dxa"/>
              <w:left w:w="20" w:type="dxa"/>
              <w:right w:w="20" w:type="dxa"/>
            </w:tcMar>
          </w:tcPr>
          <w:p>
            <w:pPr>
              <w:jc w:val="left"/>
            </w:pPr>
            <w:r>
              <w:rPr>
                <w:sz w:val="15"/>
              </w:rPr>
              <w:t>CÔNG TY TNHH SẢN XUẤT VÀ THƯƠNG MẠI NGUYỄN ĐỨC</w:t>
            </w:r>
          </w:p>
        </w:tc>
        <w:tc>
          <w:tcPr>
            <w:tcW w:type="dxa" w:w="835"/>
            <w:shd w:fill="FFFFFF"/>
            <w:tcMar>
              <w:top w:w="35" w:type="dxa"/>
              <w:bottom w:w="35" w:type="dxa"/>
              <w:left w:w="20" w:type="dxa"/>
              <w:right w:w="20" w:type="dxa"/>
            </w:tcMar>
          </w:tcPr>
          <w:p>
            <w:pPr>
              <w:jc w:val="right"/>
            </w:pPr>
            <w:r>
              <w:rPr>
                <w:sz w:val="15"/>
              </w:rPr>
              <w:t>33</w:t>
            </w:r>
          </w:p>
        </w:tc>
        <w:tc>
          <w:tcPr>
            <w:tcW w:type="dxa" w:w="835"/>
            <w:shd w:fill="FFFFFF"/>
            <w:tcMar>
              <w:top w:w="35" w:type="dxa"/>
              <w:bottom w:w="35" w:type="dxa"/>
              <w:left w:w="20" w:type="dxa"/>
              <w:right w:w="20" w:type="dxa"/>
            </w:tcMar>
          </w:tcPr>
          <w:p>
            <w:pPr>
              <w:jc w:val="right"/>
            </w:pPr>
            <w:r>
              <w:rPr>
                <w:sz w:val="15"/>
              </w:rPr>
              <w:t>20</w:t>
            </w:r>
          </w:p>
        </w:tc>
        <w:tc>
          <w:tcPr>
            <w:tcW w:type="dxa" w:w="835"/>
            <w:shd w:fill="FFFFFF"/>
            <w:tcMar>
              <w:top w:w="35" w:type="dxa"/>
              <w:bottom w:w="35" w:type="dxa"/>
              <w:left w:w="20" w:type="dxa"/>
              <w:right w:w="20" w:type="dxa"/>
            </w:tcMar>
          </w:tcPr>
          <w:p>
            <w:pPr>
              <w:jc w:val="right"/>
            </w:pPr>
            <w:r>
              <w:rPr>
                <w:sz w:val="15"/>
              </w:rPr>
              <w:t>50</w:t>
            </w:r>
          </w:p>
        </w:tc>
        <w:tc>
          <w:tcPr>
            <w:tcW w:type="dxa" w:w="835"/>
            <w:shd w:fill="FFFFFF"/>
            <w:tcMar>
              <w:top w:w="35" w:type="dxa"/>
              <w:bottom w:w="35" w:type="dxa"/>
              <w:left w:w="20" w:type="dxa"/>
              <w:right w:w="20" w:type="dxa"/>
            </w:tcMar>
          </w:tcPr>
          <w:p>
            <w:pPr>
              <w:jc w:val="right"/>
            </w:pPr>
            <w:r>
              <w:rPr>
                <w:sz w:val="15"/>
              </w:rPr>
              <w:t>46</w:t>
            </w:r>
          </w:p>
        </w:tc>
        <w:tc>
          <w:tcPr>
            <w:tcW w:type="dxa" w:w="835"/>
            <w:shd w:fill="FFFFFF"/>
            <w:tcMar>
              <w:top w:w="35" w:type="dxa"/>
              <w:bottom w:w="35" w:type="dxa"/>
              <w:left w:w="20" w:type="dxa"/>
              <w:right w:w="20" w:type="dxa"/>
            </w:tcMar>
          </w:tcPr>
          <w:p>
            <w:pPr>
              <w:jc w:val="right"/>
            </w:pPr>
            <w:r>
              <w:rPr>
                <w:sz w:val="15"/>
              </w:rPr>
              <w:t>40</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17</w:t>
            </w:r>
          </w:p>
        </w:tc>
        <w:tc>
          <w:tcPr>
            <w:tcW w:type="dxa" w:w="835"/>
            <w:shd w:fill="FFFFFF"/>
            <w:tcMar>
              <w:top w:w="35" w:type="dxa"/>
              <w:bottom w:w="35" w:type="dxa"/>
              <w:left w:w="20" w:type="dxa"/>
              <w:right w:w="20" w:type="dxa"/>
            </w:tcMar>
          </w:tcPr>
          <w:p>
            <w:pPr>
              <w:jc w:val="right"/>
            </w:pPr>
            <w:r>
              <w:rPr>
                <w:sz w:val="15"/>
              </w:rPr>
              <w:t>17</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b/>
                <w:sz w:val="15"/>
              </w:rPr>
              <w:t>-</w:t>
            </w:r>
          </w:p>
        </w:tc>
        <w:tc>
          <w:tcPr>
            <w:tcW w:type="dxa" w:w="1224"/>
            <w:shd w:fill="FFFFFF"/>
            <w:tcMar>
              <w:top w:w="35" w:type="dxa"/>
              <w:bottom w:w="35" w:type="dxa"/>
              <w:left w:w="20" w:type="dxa"/>
              <w:right w:w="20" w:type="dxa"/>
            </w:tcMar>
          </w:tcPr>
          <w:p>
            <w:pPr>
              <w:jc w:val="right"/>
            </w:pPr>
            <w:r>
              <w:rPr>
                <w:sz w:val="15"/>
              </w:rPr>
              <w:t>-</w:t>
            </w:r>
          </w:p>
        </w:tc>
        <w:tc>
          <w:tcPr>
            <w:tcW w:type="dxa" w:w="1066"/>
            <w:shd w:fill="FFFFFF"/>
            <w:tcMar>
              <w:top w:w="35" w:type="dxa"/>
              <w:bottom w:w="35" w:type="dxa"/>
              <w:left w:w="20" w:type="dxa"/>
              <w:right w:w="20" w:type="dxa"/>
            </w:tcMar>
          </w:tcPr>
          <w:p>
            <w:pPr>
              <w:jc w:val="center"/>
            </w:pPr>
            <w:r>
              <w:rPr>
                <w:b/>
                <w:sz w:val="15"/>
              </w:rPr>
              <w:t>-</w:t>
            </w:r>
          </w:p>
        </w:tc>
      </w:tr>
      <w:tr>
        <w:tc>
          <w:tcPr>
            <w:tcW w:type="dxa" w:w="504"/>
            <w:shd w:fill="F9FBFB"/>
            <w:tcMar>
              <w:top w:w="35" w:type="dxa"/>
              <w:bottom w:w="35" w:type="dxa"/>
              <w:left w:w="20" w:type="dxa"/>
              <w:right w:w="20" w:type="dxa"/>
            </w:tcMar>
          </w:tcPr>
          <w:p>
            <w:pPr>
              <w:jc w:val="center"/>
            </w:pPr>
            <w:r>
              <w:rPr>
                <w:sz w:val="15"/>
              </w:rPr>
              <w:t>172</w:t>
            </w:r>
          </w:p>
        </w:tc>
        <w:tc>
          <w:tcPr>
            <w:tcW w:type="dxa" w:w="936"/>
            <w:shd w:fill="F9FBFB"/>
            <w:tcMar>
              <w:top w:w="35" w:type="dxa"/>
              <w:bottom w:w="35" w:type="dxa"/>
              <w:left w:w="20" w:type="dxa"/>
              <w:right w:w="20" w:type="dxa"/>
            </w:tcMar>
          </w:tcPr>
          <w:p>
            <w:pPr>
              <w:jc w:val="left"/>
            </w:pPr>
            <w:r>
              <w:rPr>
                <w:sz w:val="15"/>
              </w:rPr>
              <w:t>KH2088</w:t>
            </w:r>
          </w:p>
        </w:tc>
        <w:tc>
          <w:tcPr>
            <w:tcW w:type="dxa" w:w="3024"/>
            <w:shd w:fill="F9FBFB"/>
            <w:tcMar>
              <w:top w:w="35" w:type="dxa"/>
              <w:bottom w:w="35" w:type="dxa"/>
              <w:left w:w="20" w:type="dxa"/>
              <w:right w:w="20" w:type="dxa"/>
            </w:tcMar>
          </w:tcPr>
          <w:p>
            <w:pPr>
              <w:jc w:val="left"/>
            </w:pPr>
            <w:r>
              <w:rPr>
                <w:sz w:val="15"/>
              </w:rPr>
              <w:t>CÔNG TY TNHH MECHANICAL TC GROUP</w:t>
            </w:r>
          </w:p>
        </w:tc>
        <w:tc>
          <w:tcPr>
            <w:tcW w:type="dxa" w:w="835"/>
            <w:shd w:fill="F9FBFB"/>
            <w:tcMar>
              <w:top w:w="35" w:type="dxa"/>
              <w:bottom w:w="35" w:type="dxa"/>
              <w:left w:w="20" w:type="dxa"/>
              <w:right w:w="20" w:type="dxa"/>
            </w:tcMar>
          </w:tcPr>
          <w:p>
            <w:pPr>
              <w:jc w:val="right"/>
            </w:pPr>
            <w:r>
              <w:rPr>
                <w:sz w:val="15"/>
              </w:rPr>
              <w:t>51</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25</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b/>
                <w:sz w:val="15"/>
              </w:rPr>
              <w:t>-</w:t>
            </w:r>
          </w:p>
        </w:tc>
        <w:tc>
          <w:tcPr>
            <w:tcW w:type="dxa" w:w="1224"/>
            <w:shd w:fill="F9FBFB"/>
            <w:tcMar>
              <w:top w:w="35" w:type="dxa"/>
              <w:bottom w:w="35" w:type="dxa"/>
              <w:left w:w="20" w:type="dxa"/>
              <w:right w:w="20" w:type="dxa"/>
            </w:tcMar>
          </w:tcPr>
          <w:p>
            <w:pPr>
              <w:jc w:val="right"/>
            </w:pPr>
            <w:r>
              <w:rPr>
                <w:sz w:val="15"/>
              </w:rPr>
              <w:t>-</w:t>
            </w:r>
          </w:p>
        </w:tc>
        <w:tc>
          <w:tcPr>
            <w:tcW w:type="dxa" w:w="1066"/>
            <w:shd w:fill="F9FBFB"/>
            <w:tcMar>
              <w:top w:w="35" w:type="dxa"/>
              <w:bottom w:w="35" w:type="dxa"/>
              <w:left w:w="20" w:type="dxa"/>
              <w:right w:w="20" w:type="dxa"/>
            </w:tcMar>
          </w:tcPr>
          <w:p>
            <w:pPr>
              <w:jc w:val="center"/>
            </w:pPr>
            <w:r>
              <w:rPr>
                <w:b/>
                <w:sz w:val="15"/>
              </w:rPr>
              <w:t>-</w:t>
            </w:r>
          </w:p>
        </w:tc>
      </w:tr>
      <w:tr>
        <w:tc>
          <w:tcPr>
            <w:tcW w:type="dxa" w:w="504"/>
            <w:shd w:fill="FFFFFF"/>
            <w:tcMar>
              <w:top w:w="35" w:type="dxa"/>
              <w:bottom w:w="35" w:type="dxa"/>
              <w:left w:w="20" w:type="dxa"/>
              <w:right w:w="20" w:type="dxa"/>
            </w:tcMar>
          </w:tcPr>
          <w:p>
            <w:pPr>
              <w:jc w:val="center"/>
            </w:pPr>
            <w:r>
              <w:rPr>
                <w:sz w:val="15"/>
              </w:rPr>
              <w:t>173</w:t>
            </w:r>
          </w:p>
        </w:tc>
        <w:tc>
          <w:tcPr>
            <w:tcW w:type="dxa" w:w="936"/>
            <w:shd w:fill="FFFFFF"/>
            <w:tcMar>
              <w:top w:w="35" w:type="dxa"/>
              <w:bottom w:w="35" w:type="dxa"/>
              <w:left w:w="20" w:type="dxa"/>
              <w:right w:w="20" w:type="dxa"/>
            </w:tcMar>
          </w:tcPr>
          <w:p>
            <w:pPr>
              <w:jc w:val="left"/>
            </w:pPr>
            <w:r>
              <w:rPr>
                <w:sz w:val="15"/>
              </w:rPr>
              <w:t>KH2097</w:t>
            </w:r>
          </w:p>
        </w:tc>
        <w:tc>
          <w:tcPr>
            <w:tcW w:type="dxa" w:w="3024"/>
            <w:shd w:fill="FFFFFF"/>
            <w:tcMar>
              <w:top w:w="35" w:type="dxa"/>
              <w:bottom w:w="35" w:type="dxa"/>
              <w:left w:w="20" w:type="dxa"/>
              <w:right w:w="20" w:type="dxa"/>
            </w:tcMar>
          </w:tcPr>
          <w:p>
            <w:pPr>
              <w:jc w:val="left"/>
            </w:pPr>
            <w:r>
              <w:rPr>
                <w:sz w:val="15"/>
              </w:rPr>
              <w:t>CÔNG TY CỔ PHẦN KIẾN TRÚC VÀ NỘI THẤT PAD VIỆT NAM</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2</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b/>
                <w:sz w:val="15"/>
              </w:rPr>
              <w:t>-</w:t>
            </w:r>
          </w:p>
        </w:tc>
        <w:tc>
          <w:tcPr>
            <w:tcW w:type="dxa" w:w="1224"/>
            <w:shd w:fill="FFFFFF"/>
            <w:tcMar>
              <w:top w:w="35" w:type="dxa"/>
              <w:bottom w:w="35" w:type="dxa"/>
              <w:left w:w="20" w:type="dxa"/>
              <w:right w:w="20" w:type="dxa"/>
            </w:tcMar>
          </w:tcPr>
          <w:p>
            <w:pPr>
              <w:jc w:val="right"/>
            </w:pPr>
            <w:r>
              <w:rPr>
                <w:sz w:val="15"/>
              </w:rPr>
              <w:t>-</w:t>
            </w:r>
          </w:p>
        </w:tc>
        <w:tc>
          <w:tcPr>
            <w:tcW w:type="dxa" w:w="1066"/>
            <w:shd w:fill="FFFFFF"/>
            <w:tcMar>
              <w:top w:w="35" w:type="dxa"/>
              <w:bottom w:w="35" w:type="dxa"/>
              <w:left w:w="20" w:type="dxa"/>
              <w:right w:w="20" w:type="dxa"/>
            </w:tcMar>
          </w:tcPr>
          <w:p>
            <w:pPr>
              <w:jc w:val="center"/>
            </w:pPr>
            <w:r>
              <w:rPr>
                <w:b/>
                <w:sz w:val="15"/>
              </w:rPr>
              <w:t>-</w:t>
            </w:r>
          </w:p>
        </w:tc>
      </w:tr>
      <w:tr>
        <w:tc>
          <w:tcPr>
            <w:tcW w:type="dxa" w:w="504"/>
            <w:shd w:fill="F9FBFB"/>
            <w:tcMar>
              <w:top w:w="35" w:type="dxa"/>
              <w:bottom w:w="35" w:type="dxa"/>
              <w:left w:w="20" w:type="dxa"/>
              <w:right w:w="20" w:type="dxa"/>
            </w:tcMar>
          </w:tcPr>
          <w:p>
            <w:pPr>
              <w:jc w:val="center"/>
            </w:pPr>
            <w:r>
              <w:rPr>
                <w:sz w:val="15"/>
              </w:rPr>
              <w:t>174</w:t>
            </w:r>
          </w:p>
        </w:tc>
        <w:tc>
          <w:tcPr>
            <w:tcW w:type="dxa" w:w="936"/>
            <w:shd w:fill="F9FBFB"/>
            <w:tcMar>
              <w:top w:w="35" w:type="dxa"/>
              <w:bottom w:w="35" w:type="dxa"/>
              <w:left w:w="20" w:type="dxa"/>
              <w:right w:w="20" w:type="dxa"/>
            </w:tcMar>
          </w:tcPr>
          <w:p>
            <w:pPr>
              <w:jc w:val="left"/>
            </w:pPr>
            <w:r>
              <w:rPr>
                <w:sz w:val="15"/>
              </w:rPr>
              <w:t>KH2098</w:t>
            </w:r>
          </w:p>
        </w:tc>
        <w:tc>
          <w:tcPr>
            <w:tcW w:type="dxa" w:w="3024"/>
            <w:shd w:fill="F9FBFB"/>
            <w:tcMar>
              <w:top w:w="35" w:type="dxa"/>
              <w:bottom w:w="35" w:type="dxa"/>
              <w:left w:w="20" w:type="dxa"/>
              <w:right w:w="20" w:type="dxa"/>
            </w:tcMar>
          </w:tcPr>
          <w:p>
            <w:pPr>
              <w:jc w:val="left"/>
            </w:pPr>
            <w:r>
              <w:rPr>
                <w:sz w:val="15"/>
              </w:rPr>
              <w:t>CÔNG TY TNHH SẢN XUẤT VÀ THƯƠNG MẠI NAM GIANG</w:t>
            </w:r>
          </w:p>
        </w:tc>
        <w:tc>
          <w:tcPr>
            <w:tcW w:type="dxa" w:w="835"/>
            <w:shd w:fill="F9FBFB"/>
            <w:tcMar>
              <w:top w:w="35" w:type="dxa"/>
              <w:bottom w:w="35" w:type="dxa"/>
              <w:left w:w="20" w:type="dxa"/>
              <w:right w:w="20" w:type="dxa"/>
            </w:tcMar>
          </w:tcPr>
          <w:p>
            <w:pPr>
              <w:jc w:val="right"/>
            </w:pPr>
            <w:r>
              <w:rPr>
                <w:sz w:val="15"/>
              </w:rPr>
              <w:t>20</w:t>
            </w:r>
          </w:p>
        </w:tc>
        <w:tc>
          <w:tcPr>
            <w:tcW w:type="dxa" w:w="835"/>
            <w:shd w:fill="F9FBFB"/>
            <w:tcMar>
              <w:top w:w="35" w:type="dxa"/>
              <w:bottom w:w="35" w:type="dxa"/>
              <w:left w:w="20" w:type="dxa"/>
              <w:right w:w="20" w:type="dxa"/>
            </w:tcMar>
          </w:tcPr>
          <w:p>
            <w:pPr>
              <w:jc w:val="right"/>
            </w:pPr>
            <w:r>
              <w:rPr>
                <w:sz w:val="15"/>
              </w:rPr>
              <w:t>3</w:t>
            </w:r>
          </w:p>
        </w:tc>
        <w:tc>
          <w:tcPr>
            <w:tcW w:type="dxa" w:w="835"/>
            <w:shd w:fill="F9FBFB"/>
            <w:tcMar>
              <w:top w:w="35" w:type="dxa"/>
              <w:bottom w:w="35" w:type="dxa"/>
              <w:left w:w="20" w:type="dxa"/>
              <w:right w:w="20" w:type="dxa"/>
            </w:tcMar>
          </w:tcPr>
          <w:p>
            <w:pPr>
              <w:jc w:val="right"/>
            </w:pPr>
            <w:r>
              <w:rPr>
                <w:sz w:val="15"/>
              </w:rPr>
              <w:t>34</w:t>
            </w:r>
          </w:p>
        </w:tc>
        <w:tc>
          <w:tcPr>
            <w:tcW w:type="dxa" w:w="835"/>
            <w:shd w:fill="F9FBFB"/>
            <w:tcMar>
              <w:top w:w="35" w:type="dxa"/>
              <w:bottom w:w="35" w:type="dxa"/>
              <w:left w:w="20" w:type="dxa"/>
              <w:right w:w="20" w:type="dxa"/>
            </w:tcMar>
          </w:tcPr>
          <w:p>
            <w:pPr>
              <w:jc w:val="right"/>
            </w:pPr>
            <w:r>
              <w:rPr>
                <w:sz w:val="15"/>
              </w:rPr>
              <w:t>54</w:t>
            </w:r>
          </w:p>
        </w:tc>
        <w:tc>
          <w:tcPr>
            <w:tcW w:type="dxa" w:w="835"/>
            <w:shd w:fill="F9FBFB"/>
            <w:tcMar>
              <w:top w:w="35" w:type="dxa"/>
              <w:bottom w:w="35" w:type="dxa"/>
              <w:left w:w="20" w:type="dxa"/>
              <w:right w:w="20" w:type="dxa"/>
            </w:tcMar>
          </w:tcPr>
          <w:p>
            <w:pPr>
              <w:jc w:val="right"/>
            </w:pPr>
            <w:r>
              <w:rPr>
                <w:sz w:val="15"/>
              </w:rPr>
              <w:t>11</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b/>
                <w:sz w:val="15"/>
              </w:rPr>
              <w:t>-</w:t>
            </w:r>
          </w:p>
        </w:tc>
        <w:tc>
          <w:tcPr>
            <w:tcW w:type="dxa" w:w="1224"/>
            <w:shd w:fill="F9FBFB"/>
            <w:tcMar>
              <w:top w:w="35" w:type="dxa"/>
              <w:bottom w:w="35" w:type="dxa"/>
              <w:left w:w="20" w:type="dxa"/>
              <w:right w:w="20" w:type="dxa"/>
            </w:tcMar>
          </w:tcPr>
          <w:p>
            <w:pPr>
              <w:jc w:val="right"/>
            </w:pPr>
            <w:r>
              <w:rPr>
                <w:sz w:val="15"/>
              </w:rPr>
              <w:t>-</w:t>
            </w:r>
          </w:p>
        </w:tc>
        <w:tc>
          <w:tcPr>
            <w:tcW w:type="dxa" w:w="1066"/>
            <w:shd w:fill="F9FBFB"/>
            <w:tcMar>
              <w:top w:w="35" w:type="dxa"/>
              <w:bottom w:w="35" w:type="dxa"/>
              <w:left w:w="20" w:type="dxa"/>
              <w:right w:w="20" w:type="dxa"/>
            </w:tcMar>
          </w:tcPr>
          <w:p>
            <w:pPr>
              <w:jc w:val="center"/>
            </w:pPr>
            <w:r>
              <w:rPr>
                <w:b/>
                <w:sz w:val="15"/>
              </w:rPr>
              <w:t>-</w:t>
            </w:r>
          </w:p>
        </w:tc>
      </w:tr>
      <w:tr>
        <w:tc>
          <w:tcPr>
            <w:tcW w:type="dxa" w:w="504"/>
            <w:shd w:fill="FFFFFF"/>
            <w:tcMar>
              <w:top w:w="35" w:type="dxa"/>
              <w:bottom w:w="35" w:type="dxa"/>
              <w:left w:w="20" w:type="dxa"/>
              <w:right w:w="20" w:type="dxa"/>
            </w:tcMar>
          </w:tcPr>
          <w:p>
            <w:pPr>
              <w:jc w:val="center"/>
            </w:pPr>
            <w:r>
              <w:rPr>
                <w:sz w:val="15"/>
              </w:rPr>
              <w:t>175</w:t>
            </w:r>
          </w:p>
        </w:tc>
        <w:tc>
          <w:tcPr>
            <w:tcW w:type="dxa" w:w="936"/>
            <w:shd w:fill="FFFFFF"/>
            <w:tcMar>
              <w:top w:w="35" w:type="dxa"/>
              <w:bottom w:w="35" w:type="dxa"/>
              <w:left w:w="20" w:type="dxa"/>
              <w:right w:w="20" w:type="dxa"/>
            </w:tcMar>
          </w:tcPr>
          <w:p>
            <w:pPr>
              <w:jc w:val="left"/>
            </w:pPr>
            <w:r>
              <w:rPr>
                <w:sz w:val="15"/>
              </w:rPr>
              <w:t>KH2101</w:t>
            </w:r>
          </w:p>
        </w:tc>
        <w:tc>
          <w:tcPr>
            <w:tcW w:type="dxa" w:w="3024"/>
            <w:shd w:fill="FFFFFF"/>
            <w:tcMar>
              <w:top w:w="35" w:type="dxa"/>
              <w:bottom w:w="35" w:type="dxa"/>
              <w:left w:w="20" w:type="dxa"/>
              <w:right w:w="20" w:type="dxa"/>
            </w:tcMar>
          </w:tcPr>
          <w:p>
            <w:pPr>
              <w:jc w:val="left"/>
            </w:pPr>
            <w:r>
              <w:rPr>
                <w:sz w:val="15"/>
              </w:rPr>
              <w:t>CÔNG TY TNHH DU LỊCH TRUNG HỘI</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12</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b/>
                <w:sz w:val="15"/>
              </w:rPr>
              <w:t>-</w:t>
            </w:r>
          </w:p>
        </w:tc>
        <w:tc>
          <w:tcPr>
            <w:tcW w:type="dxa" w:w="1224"/>
            <w:shd w:fill="FFFFFF"/>
            <w:tcMar>
              <w:top w:w="35" w:type="dxa"/>
              <w:bottom w:w="35" w:type="dxa"/>
              <w:left w:w="20" w:type="dxa"/>
              <w:right w:w="20" w:type="dxa"/>
            </w:tcMar>
          </w:tcPr>
          <w:p>
            <w:pPr>
              <w:jc w:val="right"/>
            </w:pPr>
            <w:r>
              <w:rPr>
                <w:sz w:val="15"/>
              </w:rPr>
              <w:t>-</w:t>
            </w:r>
          </w:p>
        </w:tc>
        <w:tc>
          <w:tcPr>
            <w:tcW w:type="dxa" w:w="1066"/>
            <w:shd w:fill="FFFFFF"/>
            <w:tcMar>
              <w:top w:w="35" w:type="dxa"/>
              <w:bottom w:w="35" w:type="dxa"/>
              <w:left w:w="20" w:type="dxa"/>
              <w:right w:w="20" w:type="dxa"/>
            </w:tcMar>
          </w:tcPr>
          <w:p>
            <w:pPr>
              <w:jc w:val="center"/>
            </w:pPr>
            <w:r>
              <w:rPr>
                <w:b/>
                <w:sz w:val="15"/>
              </w:rPr>
              <w:t>-</w:t>
            </w:r>
          </w:p>
        </w:tc>
      </w:tr>
      <w:tr>
        <w:tc>
          <w:tcPr>
            <w:tcW w:type="dxa" w:w="504"/>
            <w:shd w:fill="F9FBFB"/>
            <w:tcMar>
              <w:top w:w="35" w:type="dxa"/>
              <w:bottom w:w="35" w:type="dxa"/>
              <w:left w:w="20" w:type="dxa"/>
              <w:right w:w="20" w:type="dxa"/>
            </w:tcMar>
          </w:tcPr>
          <w:p>
            <w:pPr>
              <w:jc w:val="center"/>
            </w:pPr>
            <w:r>
              <w:rPr>
                <w:sz w:val="15"/>
              </w:rPr>
              <w:t>176</w:t>
            </w:r>
          </w:p>
        </w:tc>
        <w:tc>
          <w:tcPr>
            <w:tcW w:type="dxa" w:w="936"/>
            <w:shd w:fill="F9FBFB"/>
            <w:tcMar>
              <w:top w:w="35" w:type="dxa"/>
              <w:bottom w:w="35" w:type="dxa"/>
              <w:left w:w="20" w:type="dxa"/>
              <w:right w:w="20" w:type="dxa"/>
            </w:tcMar>
          </w:tcPr>
          <w:p>
            <w:pPr>
              <w:jc w:val="left"/>
            </w:pPr>
            <w:r>
              <w:rPr>
                <w:sz w:val="15"/>
              </w:rPr>
              <w:t>KH2111</w:t>
            </w:r>
          </w:p>
        </w:tc>
        <w:tc>
          <w:tcPr>
            <w:tcW w:type="dxa" w:w="3024"/>
            <w:shd w:fill="F9FBFB"/>
            <w:tcMar>
              <w:top w:w="35" w:type="dxa"/>
              <w:bottom w:w="35" w:type="dxa"/>
              <w:left w:w="20" w:type="dxa"/>
              <w:right w:w="20" w:type="dxa"/>
            </w:tcMar>
          </w:tcPr>
          <w:p>
            <w:pPr>
              <w:jc w:val="left"/>
            </w:pPr>
            <w:r>
              <w:rPr>
                <w:sz w:val="15"/>
              </w:rPr>
              <w:t>CÔNG TY TNHH DV &amp; ĐT TM NEWWAY TEAKWOOD</w:t>
            </w:r>
          </w:p>
        </w:tc>
        <w:tc>
          <w:tcPr>
            <w:tcW w:type="dxa" w:w="835"/>
            <w:shd w:fill="F9FBFB"/>
            <w:tcMar>
              <w:top w:w="35" w:type="dxa"/>
              <w:bottom w:w="35" w:type="dxa"/>
              <w:left w:w="20" w:type="dxa"/>
              <w:right w:w="20" w:type="dxa"/>
            </w:tcMar>
          </w:tcPr>
          <w:p>
            <w:pPr>
              <w:jc w:val="right"/>
            </w:pPr>
            <w:r>
              <w:rPr>
                <w:sz w:val="15"/>
              </w:rPr>
              <w:t>54</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b/>
                <w:sz w:val="15"/>
              </w:rPr>
              <w:t>-</w:t>
            </w:r>
          </w:p>
        </w:tc>
        <w:tc>
          <w:tcPr>
            <w:tcW w:type="dxa" w:w="1224"/>
            <w:shd w:fill="F9FBFB"/>
            <w:tcMar>
              <w:top w:w="35" w:type="dxa"/>
              <w:bottom w:w="35" w:type="dxa"/>
              <w:left w:w="20" w:type="dxa"/>
              <w:right w:w="20" w:type="dxa"/>
            </w:tcMar>
          </w:tcPr>
          <w:p>
            <w:pPr>
              <w:jc w:val="right"/>
            </w:pPr>
            <w:r>
              <w:rPr>
                <w:sz w:val="15"/>
              </w:rPr>
              <w:t>-</w:t>
            </w:r>
          </w:p>
        </w:tc>
        <w:tc>
          <w:tcPr>
            <w:tcW w:type="dxa" w:w="1066"/>
            <w:shd w:fill="F9FBFB"/>
            <w:tcMar>
              <w:top w:w="35" w:type="dxa"/>
              <w:bottom w:w="35" w:type="dxa"/>
              <w:left w:w="20" w:type="dxa"/>
              <w:right w:w="20" w:type="dxa"/>
            </w:tcMar>
          </w:tcPr>
          <w:p>
            <w:pPr>
              <w:jc w:val="center"/>
            </w:pPr>
            <w:r>
              <w:rPr>
                <w:b/>
                <w:sz w:val="15"/>
              </w:rPr>
              <w:t>-</w:t>
            </w:r>
          </w:p>
        </w:tc>
      </w:tr>
      <w:tr>
        <w:tc>
          <w:tcPr>
            <w:tcW w:type="dxa" w:w="504"/>
            <w:shd w:fill="FFFFFF"/>
            <w:tcMar>
              <w:top w:w="35" w:type="dxa"/>
              <w:bottom w:w="35" w:type="dxa"/>
              <w:left w:w="20" w:type="dxa"/>
              <w:right w:w="20" w:type="dxa"/>
            </w:tcMar>
          </w:tcPr>
          <w:p>
            <w:pPr>
              <w:jc w:val="center"/>
            </w:pPr>
            <w:r>
              <w:rPr>
                <w:sz w:val="15"/>
              </w:rPr>
              <w:t>177</w:t>
            </w:r>
          </w:p>
        </w:tc>
        <w:tc>
          <w:tcPr>
            <w:tcW w:type="dxa" w:w="936"/>
            <w:shd w:fill="FFFFFF"/>
            <w:tcMar>
              <w:top w:w="35" w:type="dxa"/>
              <w:bottom w:w="35" w:type="dxa"/>
              <w:left w:w="20" w:type="dxa"/>
              <w:right w:w="20" w:type="dxa"/>
            </w:tcMar>
          </w:tcPr>
          <w:p>
            <w:pPr>
              <w:jc w:val="left"/>
            </w:pPr>
            <w:r>
              <w:rPr>
                <w:sz w:val="15"/>
              </w:rPr>
              <w:t>KH2130</w:t>
            </w:r>
          </w:p>
        </w:tc>
        <w:tc>
          <w:tcPr>
            <w:tcW w:type="dxa" w:w="3024"/>
            <w:shd w:fill="FFFFFF"/>
            <w:tcMar>
              <w:top w:w="35" w:type="dxa"/>
              <w:bottom w:w="35" w:type="dxa"/>
              <w:left w:w="20" w:type="dxa"/>
              <w:right w:w="20" w:type="dxa"/>
            </w:tcMar>
          </w:tcPr>
          <w:p>
            <w:pPr>
              <w:jc w:val="left"/>
            </w:pPr>
            <w:r>
              <w:rPr>
                <w:sz w:val="15"/>
              </w:rPr>
              <w:t>CÔNG TY TNHH MỘT THÀNH VIÊN GỐM TRƯỜNG THẠNH</w:t>
            </w:r>
          </w:p>
        </w:tc>
        <w:tc>
          <w:tcPr>
            <w:tcW w:type="dxa" w:w="835"/>
            <w:shd w:fill="FFFFFF"/>
            <w:tcMar>
              <w:top w:w="35" w:type="dxa"/>
              <w:bottom w:w="35" w:type="dxa"/>
              <w:left w:w="20" w:type="dxa"/>
              <w:right w:w="20" w:type="dxa"/>
            </w:tcMar>
          </w:tcPr>
          <w:p>
            <w:pPr>
              <w:jc w:val="right"/>
            </w:pPr>
            <w:r>
              <w:rPr>
                <w:sz w:val="15"/>
              </w:rPr>
              <w:t>1</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b/>
                <w:sz w:val="15"/>
              </w:rPr>
              <w:t>-</w:t>
            </w:r>
          </w:p>
        </w:tc>
        <w:tc>
          <w:tcPr>
            <w:tcW w:type="dxa" w:w="1224"/>
            <w:shd w:fill="FFFFFF"/>
            <w:tcMar>
              <w:top w:w="35" w:type="dxa"/>
              <w:bottom w:w="35" w:type="dxa"/>
              <w:left w:w="20" w:type="dxa"/>
              <w:right w:w="20" w:type="dxa"/>
            </w:tcMar>
          </w:tcPr>
          <w:p>
            <w:pPr>
              <w:jc w:val="right"/>
            </w:pPr>
            <w:r>
              <w:rPr>
                <w:sz w:val="15"/>
              </w:rPr>
              <w:t>-</w:t>
            </w:r>
          </w:p>
        </w:tc>
        <w:tc>
          <w:tcPr>
            <w:tcW w:type="dxa" w:w="1066"/>
            <w:shd w:fill="FFFFFF"/>
            <w:tcMar>
              <w:top w:w="35" w:type="dxa"/>
              <w:bottom w:w="35" w:type="dxa"/>
              <w:left w:w="20" w:type="dxa"/>
              <w:right w:w="20" w:type="dxa"/>
            </w:tcMar>
          </w:tcPr>
          <w:p>
            <w:pPr>
              <w:jc w:val="center"/>
            </w:pPr>
            <w:r>
              <w:rPr>
                <w:b/>
                <w:sz w:val="15"/>
              </w:rPr>
              <w:t>-</w:t>
            </w:r>
          </w:p>
        </w:tc>
      </w:tr>
      <w:tr>
        <w:tc>
          <w:tcPr>
            <w:tcW w:type="dxa" w:w="504"/>
            <w:shd w:fill="F9FBFB"/>
            <w:tcMar>
              <w:top w:w="35" w:type="dxa"/>
              <w:bottom w:w="35" w:type="dxa"/>
              <w:left w:w="20" w:type="dxa"/>
              <w:right w:w="20" w:type="dxa"/>
            </w:tcMar>
          </w:tcPr>
          <w:p>
            <w:pPr>
              <w:jc w:val="center"/>
            </w:pPr>
            <w:r>
              <w:rPr>
                <w:sz w:val="15"/>
              </w:rPr>
              <w:t>178</w:t>
            </w:r>
          </w:p>
        </w:tc>
        <w:tc>
          <w:tcPr>
            <w:tcW w:type="dxa" w:w="936"/>
            <w:shd w:fill="F9FBFB"/>
            <w:tcMar>
              <w:top w:w="35" w:type="dxa"/>
              <w:bottom w:w="35" w:type="dxa"/>
              <w:left w:w="20" w:type="dxa"/>
              <w:right w:w="20" w:type="dxa"/>
            </w:tcMar>
          </w:tcPr>
          <w:p>
            <w:pPr>
              <w:jc w:val="left"/>
            </w:pPr>
            <w:r>
              <w:rPr>
                <w:sz w:val="15"/>
              </w:rPr>
              <w:t>KH2147</w:t>
            </w:r>
          </w:p>
        </w:tc>
        <w:tc>
          <w:tcPr>
            <w:tcW w:type="dxa" w:w="3024"/>
            <w:shd w:fill="F9FBFB"/>
            <w:tcMar>
              <w:top w:w="35" w:type="dxa"/>
              <w:bottom w:w="35" w:type="dxa"/>
              <w:left w:w="20" w:type="dxa"/>
              <w:right w:w="20" w:type="dxa"/>
            </w:tcMar>
          </w:tcPr>
          <w:p>
            <w:pPr>
              <w:jc w:val="left"/>
            </w:pPr>
            <w:r>
              <w:rPr>
                <w:sz w:val="15"/>
              </w:rPr>
              <w:t>CÔNG TY TNHH SẢN XUẤT DỊCH VỤ THƯƠNG MẠI GỖ NHẬT ÁNH</w:t>
            </w:r>
          </w:p>
        </w:tc>
        <w:tc>
          <w:tcPr>
            <w:tcW w:type="dxa" w:w="835"/>
            <w:shd w:fill="F9FBFB"/>
            <w:tcMar>
              <w:top w:w="35" w:type="dxa"/>
              <w:bottom w:w="35" w:type="dxa"/>
              <w:left w:w="20" w:type="dxa"/>
              <w:right w:w="20" w:type="dxa"/>
            </w:tcMar>
          </w:tcPr>
          <w:p>
            <w:pPr>
              <w:jc w:val="right"/>
            </w:pPr>
            <w:r>
              <w:rPr>
                <w:sz w:val="15"/>
              </w:rPr>
              <w:t>56</w:t>
            </w:r>
          </w:p>
        </w:tc>
        <w:tc>
          <w:tcPr>
            <w:tcW w:type="dxa" w:w="835"/>
            <w:shd w:fill="F9FBFB"/>
            <w:tcMar>
              <w:top w:w="35" w:type="dxa"/>
              <w:bottom w:w="35" w:type="dxa"/>
              <w:left w:w="20" w:type="dxa"/>
              <w:right w:w="20" w:type="dxa"/>
            </w:tcMar>
          </w:tcPr>
          <w:p>
            <w:pPr>
              <w:jc w:val="right"/>
            </w:pPr>
            <w:r>
              <w:rPr>
                <w:sz w:val="15"/>
              </w:rPr>
              <w:t>97</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b/>
                <w:sz w:val="15"/>
              </w:rPr>
              <w:t>-</w:t>
            </w:r>
          </w:p>
        </w:tc>
        <w:tc>
          <w:tcPr>
            <w:tcW w:type="dxa" w:w="1224"/>
            <w:shd w:fill="F9FBFB"/>
            <w:tcMar>
              <w:top w:w="35" w:type="dxa"/>
              <w:bottom w:w="35" w:type="dxa"/>
              <w:left w:w="20" w:type="dxa"/>
              <w:right w:w="20" w:type="dxa"/>
            </w:tcMar>
          </w:tcPr>
          <w:p>
            <w:pPr>
              <w:jc w:val="right"/>
            </w:pPr>
            <w:r>
              <w:rPr>
                <w:sz w:val="15"/>
              </w:rPr>
              <w:t>-</w:t>
            </w:r>
          </w:p>
        </w:tc>
        <w:tc>
          <w:tcPr>
            <w:tcW w:type="dxa" w:w="1066"/>
            <w:shd w:fill="F9FBFB"/>
            <w:tcMar>
              <w:top w:w="35" w:type="dxa"/>
              <w:bottom w:w="35" w:type="dxa"/>
              <w:left w:w="20" w:type="dxa"/>
              <w:right w:w="20" w:type="dxa"/>
            </w:tcMar>
          </w:tcPr>
          <w:p>
            <w:pPr>
              <w:jc w:val="center"/>
            </w:pPr>
            <w:r>
              <w:rPr>
                <w:b/>
                <w:sz w:val="15"/>
              </w:rPr>
              <w:t>-</w:t>
            </w:r>
          </w:p>
        </w:tc>
      </w:tr>
      <w:tr>
        <w:tc>
          <w:tcPr>
            <w:tcW w:type="dxa" w:w="504"/>
            <w:shd w:fill="FFFFFF"/>
            <w:tcMar>
              <w:top w:w="35" w:type="dxa"/>
              <w:bottom w:w="35" w:type="dxa"/>
              <w:left w:w="20" w:type="dxa"/>
              <w:right w:w="20" w:type="dxa"/>
            </w:tcMar>
          </w:tcPr>
          <w:p>
            <w:pPr>
              <w:jc w:val="center"/>
            </w:pPr>
            <w:r>
              <w:rPr>
                <w:sz w:val="15"/>
              </w:rPr>
              <w:t>179</w:t>
            </w:r>
          </w:p>
        </w:tc>
        <w:tc>
          <w:tcPr>
            <w:tcW w:type="dxa" w:w="936"/>
            <w:shd w:fill="FFFFFF"/>
            <w:tcMar>
              <w:top w:w="35" w:type="dxa"/>
              <w:bottom w:w="35" w:type="dxa"/>
              <w:left w:w="20" w:type="dxa"/>
              <w:right w:w="20" w:type="dxa"/>
            </w:tcMar>
          </w:tcPr>
          <w:p>
            <w:pPr>
              <w:jc w:val="left"/>
            </w:pPr>
            <w:r>
              <w:rPr>
                <w:sz w:val="15"/>
              </w:rPr>
              <w:t>KH2159</w:t>
            </w:r>
          </w:p>
        </w:tc>
        <w:tc>
          <w:tcPr>
            <w:tcW w:type="dxa" w:w="3024"/>
            <w:shd w:fill="FFFFFF"/>
            <w:tcMar>
              <w:top w:w="35" w:type="dxa"/>
              <w:bottom w:w="35" w:type="dxa"/>
              <w:left w:w="20" w:type="dxa"/>
              <w:right w:w="20" w:type="dxa"/>
            </w:tcMar>
          </w:tcPr>
          <w:p>
            <w:pPr>
              <w:jc w:val="left"/>
            </w:pPr>
            <w:r>
              <w:rPr>
                <w:sz w:val="15"/>
              </w:rPr>
              <w:t>CÔNG TY TNHH GOOD OLD BOYS WOOD</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15</w:t>
            </w:r>
          </w:p>
        </w:tc>
        <w:tc>
          <w:tcPr>
            <w:tcW w:type="dxa" w:w="835"/>
            <w:shd w:fill="FFFFFF"/>
            <w:tcMar>
              <w:top w:w="35" w:type="dxa"/>
              <w:bottom w:w="35" w:type="dxa"/>
              <w:left w:w="20" w:type="dxa"/>
              <w:right w:w="20" w:type="dxa"/>
            </w:tcMar>
          </w:tcPr>
          <w:p>
            <w:pPr>
              <w:jc w:val="right"/>
            </w:pPr>
            <w:r>
              <w:rPr>
                <w:sz w:val="15"/>
              </w:rPr>
              <w:t>22</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b/>
                <w:sz w:val="15"/>
              </w:rPr>
              <w:t>-</w:t>
            </w:r>
          </w:p>
        </w:tc>
        <w:tc>
          <w:tcPr>
            <w:tcW w:type="dxa" w:w="1224"/>
            <w:shd w:fill="FFFFFF"/>
            <w:tcMar>
              <w:top w:w="35" w:type="dxa"/>
              <w:bottom w:w="35" w:type="dxa"/>
              <w:left w:w="20" w:type="dxa"/>
              <w:right w:w="20" w:type="dxa"/>
            </w:tcMar>
          </w:tcPr>
          <w:p>
            <w:pPr>
              <w:jc w:val="right"/>
            </w:pPr>
            <w:r>
              <w:rPr>
                <w:sz w:val="15"/>
              </w:rPr>
              <w:t>-</w:t>
            </w:r>
          </w:p>
        </w:tc>
        <w:tc>
          <w:tcPr>
            <w:tcW w:type="dxa" w:w="1066"/>
            <w:shd w:fill="FFFFFF"/>
            <w:tcMar>
              <w:top w:w="35" w:type="dxa"/>
              <w:bottom w:w="35" w:type="dxa"/>
              <w:left w:w="20" w:type="dxa"/>
              <w:right w:w="20" w:type="dxa"/>
            </w:tcMar>
          </w:tcPr>
          <w:p>
            <w:pPr>
              <w:jc w:val="center"/>
            </w:pPr>
            <w:r>
              <w:rPr>
                <w:b/>
                <w:sz w:val="15"/>
              </w:rPr>
              <w:t>-</w:t>
            </w:r>
          </w:p>
        </w:tc>
      </w:tr>
      <w:tr>
        <w:tc>
          <w:tcPr>
            <w:tcW w:type="dxa" w:w="504"/>
            <w:shd w:fill="F9FBFB"/>
            <w:tcMar>
              <w:top w:w="35" w:type="dxa"/>
              <w:bottom w:w="35" w:type="dxa"/>
              <w:left w:w="20" w:type="dxa"/>
              <w:right w:w="20" w:type="dxa"/>
            </w:tcMar>
          </w:tcPr>
          <w:p>
            <w:pPr>
              <w:jc w:val="center"/>
            </w:pPr>
            <w:r>
              <w:rPr>
                <w:sz w:val="15"/>
              </w:rPr>
              <w:t>180</w:t>
            </w:r>
          </w:p>
        </w:tc>
        <w:tc>
          <w:tcPr>
            <w:tcW w:type="dxa" w:w="936"/>
            <w:shd w:fill="F9FBFB"/>
            <w:tcMar>
              <w:top w:w="35" w:type="dxa"/>
              <w:bottom w:w="35" w:type="dxa"/>
              <w:left w:w="20" w:type="dxa"/>
              <w:right w:w="20" w:type="dxa"/>
            </w:tcMar>
          </w:tcPr>
          <w:p>
            <w:pPr>
              <w:jc w:val="left"/>
            </w:pPr>
            <w:r>
              <w:rPr>
                <w:sz w:val="15"/>
              </w:rPr>
              <w:t>KH2160</w:t>
            </w:r>
          </w:p>
        </w:tc>
        <w:tc>
          <w:tcPr>
            <w:tcW w:type="dxa" w:w="3024"/>
            <w:shd w:fill="F9FBFB"/>
            <w:tcMar>
              <w:top w:w="35" w:type="dxa"/>
              <w:bottom w:w="35" w:type="dxa"/>
              <w:left w:w="20" w:type="dxa"/>
              <w:right w:w="20" w:type="dxa"/>
            </w:tcMar>
          </w:tcPr>
          <w:p>
            <w:pPr>
              <w:jc w:val="left"/>
            </w:pPr>
            <w:r>
              <w:rPr>
                <w:sz w:val="15"/>
              </w:rPr>
              <w:t>CÔNG TY TNHH SẢN XUẤT TỔNG HỢP HOÀNG LONG</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5</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b/>
                <w:sz w:val="15"/>
              </w:rPr>
              <w:t>-</w:t>
            </w:r>
          </w:p>
        </w:tc>
        <w:tc>
          <w:tcPr>
            <w:tcW w:type="dxa" w:w="1224"/>
            <w:shd w:fill="F9FBFB"/>
            <w:tcMar>
              <w:top w:w="35" w:type="dxa"/>
              <w:bottom w:w="35" w:type="dxa"/>
              <w:left w:w="20" w:type="dxa"/>
              <w:right w:w="20" w:type="dxa"/>
            </w:tcMar>
          </w:tcPr>
          <w:p>
            <w:pPr>
              <w:jc w:val="right"/>
            </w:pPr>
            <w:r>
              <w:rPr>
                <w:sz w:val="15"/>
              </w:rPr>
              <w:t>-</w:t>
            </w:r>
          </w:p>
        </w:tc>
        <w:tc>
          <w:tcPr>
            <w:tcW w:type="dxa" w:w="1066"/>
            <w:shd w:fill="F9FBFB"/>
            <w:tcMar>
              <w:top w:w="35" w:type="dxa"/>
              <w:bottom w:w="35" w:type="dxa"/>
              <w:left w:w="20" w:type="dxa"/>
              <w:right w:w="20" w:type="dxa"/>
            </w:tcMar>
          </w:tcPr>
          <w:p>
            <w:pPr>
              <w:jc w:val="center"/>
            </w:pPr>
            <w:r>
              <w:rPr>
                <w:b/>
                <w:sz w:val="15"/>
              </w:rPr>
              <w:t>-</w:t>
            </w:r>
          </w:p>
        </w:tc>
      </w:tr>
      <w:tr>
        <w:tc>
          <w:tcPr>
            <w:tcW w:type="dxa" w:w="504"/>
            <w:shd w:fill="FFFFFF"/>
            <w:tcMar>
              <w:top w:w="35" w:type="dxa"/>
              <w:bottom w:w="35" w:type="dxa"/>
              <w:left w:w="20" w:type="dxa"/>
              <w:right w:w="20" w:type="dxa"/>
            </w:tcMar>
          </w:tcPr>
          <w:p>
            <w:pPr>
              <w:jc w:val="center"/>
            </w:pPr>
            <w:r>
              <w:rPr>
                <w:sz w:val="15"/>
              </w:rPr>
              <w:t>181</w:t>
            </w:r>
          </w:p>
        </w:tc>
        <w:tc>
          <w:tcPr>
            <w:tcW w:type="dxa" w:w="936"/>
            <w:shd w:fill="FFFFFF"/>
            <w:tcMar>
              <w:top w:w="35" w:type="dxa"/>
              <w:bottom w:w="35" w:type="dxa"/>
              <w:left w:w="20" w:type="dxa"/>
              <w:right w:w="20" w:type="dxa"/>
            </w:tcMar>
          </w:tcPr>
          <w:p>
            <w:pPr>
              <w:jc w:val="left"/>
            </w:pPr>
            <w:r>
              <w:rPr>
                <w:sz w:val="15"/>
              </w:rPr>
              <w:t>KH2177</w:t>
            </w:r>
          </w:p>
        </w:tc>
        <w:tc>
          <w:tcPr>
            <w:tcW w:type="dxa" w:w="3024"/>
            <w:shd w:fill="FFFFFF"/>
            <w:tcMar>
              <w:top w:w="35" w:type="dxa"/>
              <w:bottom w:w="35" w:type="dxa"/>
              <w:left w:w="20" w:type="dxa"/>
              <w:right w:w="20" w:type="dxa"/>
            </w:tcMar>
          </w:tcPr>
          <w:p>
            <w:pPr>
              <w:jc w:val="left"/>
            </w:pPr>
            <w:r>
              <w:rPr>
                <w:sz w:val="15"/>
              </w:rPr>
              <w:t>CÔNG TY TNHH SẢN XUẤT THƯƠNG MẠI VÀ XUẤT NHẬP KHẨU PHÚC GIA HƯNG</w:t>
            </w:r>
          </w:p>
        </w:tc>
        <w:tc>
          <w:tcPr>
            <w:tcW w:type="dxa" w:w="835"/>
            <w:shd w:fill="FFFFFF"/>
            <w:tcMar>
              <w:top w:w="35" w:type="dxa"/>
              <w:bottom w:w="35" w:type="dxa"/>
              <w:left w:w="20" w:type="dxa"/>
              <w:right w:w="20" w:type="dxa"/>
            </w:tcMar>
          </w:tcPr>
          <w:p>
            <w:pPr>
              <w:jc w:val="right"/>
            </w:pPr>
            <w:r>
              <w:rPr>
                <w:sz w:val="15"/>
              </w:rPr>
              <w:t>4</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6</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6</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b/>
                <w:sz w:val="15"/>
              </w:rPr>
              <w:t>-</w:t>
            </w:r>
          </w:p>
        </w:tc>
        <w:tc>
          <w:tcPr>
            <w:tcW w:type="dxa" w:w="1224"/>
            <w:shd w:fill="FFFFFF"/>
            <w:tcMar>
              <w:top w:w="35" w:type="dxa"/>
              <w:bottom w:w="35" w:type="dxa"/>
              <w:left w:w="20" w:type="dxa"/>
              <w:right w:w="20" w:type="dxa"/>
            </w:tcMar>
          </w:tcPr>
          <w:p>
            <w:pPr>
              <w:jc w:val="right"/>
            </w:pPr>
            <w:r>
              <w:rPr>
                <w:sz w:val="15"/>
              </w:rPr>
              <w:t>-</w:t>
            </w:r>
          </w:p>
        </w:tc>
        <w:tc>
          <w:tcPr>
            <w:tcW w:type="dxa" w:w="1066"/>
            <w:shd w:fill="FFFFFF"/>
            <w:tcMar>
              <w:top w:w="35" w:type="dxa"/>
              <w:bottom w:w="35" w:type="dxa"/>
              <w:left w:w="20" w:type="dxa"/>
              <w:right w:w="20" w:type="dxa"/>
            </w:tcMar>
          </w:tcPr>
          <w:p>
            <w:pPr>
              <w:jc w:val="center"/>
            </w:pPr>
            <w:r>
              <w:rPr>
                <w:b/>
                <w:sz w:val="15"/>
              </w:rPr>
              <w:t>-</w:t>
            </w:r>
          </w:p>
        </w:tc>
      </w:tr>
      <w:tr>
        <w:tc>
          <w:tcPr>
            <w:tcW w:type="dxa" w:w="504"/>
            <w:shd w:fill="F9FBFB"/>
            <w:tcMar>
              <w:top w:w="35" w:type="dxa"/>
              <w:bottom w:w="35" w:type="dxa"/>
              <w:left w:w="20" w:type="dxa"/>
              <w:right w:w="20" w:type="dxa"/>
            </w:tcMar>
          </w:tcPr>
          <w:p>
            <w:pPr>
              <w:jc w:val="center"/>
            </w:pPr>
            <w:r>
              <w:rPr>
                <w:sz w:val="15"/>
              </w:rPr>
              <w:t>182</w:t>
            </w:r>
          </w:p>
        </w:tc>
        <w:tc>
          <w:tcPr>
            <w:tcW w:type="dxa" w:w="936"/>
            <w:shd w:fill="F9FBFB"/>
            <w:tcMar>
              <w:top w:w="35" w:type="dxa"/>
              <w:bottom w:w="35" w:type="dxa"/>
              <w:left w:w="20" w:type="dxa"/>
              <w:right w:w="20" w:type="dxa"/>
            </w:tcMar>
          </w:tcPr>
          <w:p>
            <w:pPr>
              <w:jc w:val="left"/>
            </w:pPr>
            <w:r>
              <w:rPr>
                <w:sz w:val="15"/>
              </w:rPr>
              <w:t>KH2181</w:t>
            </w:r>
          </w:p>
        </w:tc>
        <w:tc>
          <w:tcPr>
            <w:tcW w:type="dxa" w:w="3024"/>
            <w:shd w:fill="F9FBFB"/>
            <w:tcMar>
              <w:top w:w="35" w:type="dxa"/>
              <w:bottom w:w="35" w:type="dxa"/>
              <w:left w:w="20" w:type="dxa"/>
              <w:right w:w="20" w:type="dxa"/>
            </w:tcMar>
          </w:tcPr>
          <w:p>
            <w:pPr>
              <w:jc w:val="left"/>
            </w:pPr>
            <w:r>
              <w:rPr>
                <w:sz w:val="15"/>
              </w:rPr>
              <w:t>CÔNG TY TNHH SẢN XUẤT THƯƠNG MẠI DỊCH VỤ KHƯƠNG HÀO PHÁT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1</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b/>
                <w:sz w:val="15"/>
              </w:rPr>
              <w:t>-</w:t>
            </w:r>
          </w:p>
        </w:tc>
        <w:tc>
          <w:tcPr>
            <w:tcW w:type="dxa" w:w="1224"/>
            <w:shd w:fill="F9FBFB"/>
            <w:tcMar>
              <w:top w:w="35" w:type="dxa"/>
              <w:bottom w:w="35" w:type="dxa"/>
              <w:left w:w="20" w:type="dxa"/>
              <w:right w:w="20" w:type="dxa"/>
            </w:tcMar>
          </w:tcPr>
          <w:p>
            <w:pPr>
              <w:jc w:val="right"/>
            </w:pPr>
            <w:r>
              <w:rPr>
                <w:sz w:val="15"/>
              </w:rPr>
              <w:t>-</w:t>
            </w:r>
          </w:p>
        </w:tc>
        <w:tc>
          <w:tcPr>
            <w:tcW w:type="dxa" w:w="1066"/>
            <w:shd w:fill="F9FBFB"/>
            <w:tcMar>
              <w:top w:w="35" w:type="dxa"/>
              <w:bottom w:w="35" w:type="dxa"/>
              <w:left w:w="20" w:type="dxa"/>
              <w:right w:w="20" w:type="dxa"/>
            </w:tcMar>
          </w:tcPr>
          <w:p>
            <w:pPr>
              <w:jc w:val="center"/>
            </w:pPr>
            <w:r>
              <w:rPr>
                <w:b/>
                <w:sz w:val="15"/>
              </w:rPr>
              <w:t>-</w:t>
            </w:r>
          </w:p>
        </w:tc>
      </w:tr>
      <w:tr>
        <w:tc>
          <w:tcPr>
            <w:tcW w:type="dxa" w:w="504"/>
            <w:shd w:fill="FFFFFF"/>
            <w:tcMar>
              <w:top w:w="35" w:type="dxa"/>
              <w:bottom w:w="35" w:type="dxa"/>
              <w:left w:w="20" w:type="dxa"/>
              <w:right w:w="20" w:type="dxa"/>
            </w:tcMar>
          </w:tcPr>
          <w:p>
            <w:pPr>
              <w:jc w:val="center"/>
            </w:pPr>
            <w:r>
              <w:rPr>
                <w:sz w:val="15"/>
              </w:rPr>
              <w:t>183</w:t>
            </w:r>
          </w:p>
        </w:tc>
        <w:tc>
          <w:tcPr>
            <w:tcW w:type="dxa" w:w="936"/>
            <w:shd w:fill="FFFFFF"/>
            <w:tcMar>
              <w:top w:w="35" w:type="dxa"/>
              <w:bottom w:w="35" w:type="dxa"/>
              <w:left w:w="20" w:type="dxa"/>
              <w:right w:w="20" w:type="dxa"/>
            </w:tcMar>
          </w:tcPr>
          <w:p>
            <w:pPr>
              <w:jc w:val="left"/>
            </w:pPr>
            <w:r>
              <w:rPr>
                <w:sz w:val="15"/>
              </w:rPr>
              <w:t>KH2185</w:t>
            </w:r>
          </w:p>
        </w:tc>
        <w:tc>
          <w:tcPr>
            <w:tcW w:type="dxa" w:w="3024"/>
            <w:shd w:fill="FFFFFF"/>
            <w:tcMar>
              <w:top w:w="35" w:type="dxa"/>
              <w:bottom w:w="35" w:type="dxa"/>
              <w:left w:w="20" w:type="dxa"/>
              <w:right w:w="20" w:type="dxa"/>
            </w:tcMar>
          </w:tcPr>
          <w:p>
            <w:pPr>
              <w:jc w:val="left"/>
            </w:pPr>
            <w:r>
              <w:rPr>
                <w:sz w:val="15"/>
              </w:rPr>
              <w:t>CÔNG TY TNHH MTV THƯƠNG MẠI SẢN XUẤT MINH THẮNG</w:t>
            </w:r>
          </w:p>
        </w:tc>
        <w:tc>
          <w:tcPr>
            <w:tcW w:type="dxa" w:w="835"/>
            <w:shd w:fill="FFFFFF"/>
            <w:tcMar>
              <w:top w:w="35" w:type="dxa"/>
              <w:bottom w:w="35" w:type="dxa"/>
              <w:left w:w="20" w:type="dxa"/>
              <w:right w:w="20" w:type="dxa"/>
            </w:tcMar>
          </w:tcPr>
          <w:p>
            <w:pPr>
              <w:jc w:val="right"/>
            </w:pPr>
            <w:r>
              <w:rPr>
                <w:sz w:val="15"/>
              </w:rPr>
              <w:t>11</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6</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b/>
                <w:sz w:val="15"/>
              </w:rPr>
              <w:t>-</w:t>
            </w:r>
          </w:p>
        </w:tc>
        <w:tc>
          <w:tcPr>
            <w:tcW w:type="dxa" w:w="1224"/>
            <w:shd w:fill="FFFFFF"/>
            <w:tcMar>
              <w:top w:w="35" w:type="dxa"/>
              <w:bottom w:w="35" w:type="dxa"/>
              <w:left w:w="20" w:type="dxa"/>
              <w:right w:w="20" w:type="dxa"/>
            </w:tcMar>
          </w:tcPr>
          <w:p>
            <w:pPr>
              <w:jc w:val="right"/>
            </w:pPr>
            <w:r>
              <w:rPr>
                <w:sz w:val="15"/>
              </w:rPr>
              <w:t>-</w:t>
            </w:r>
          </w:p>
        </w:tc>
        <w:tc>
          <w:tcPr>
            <w:tcW w:type="dxa" w:w="1066"/>
            <w:shd w:fill="FFFFFF"/>
            <w:tcMar>
              <w:top w:w="35" w:type="dxa"/>
              <w:bottom w:w="35" w:type="dxa"/>
              <w:left w:w="20" w:type="dxa"/>
              <w:right w:w="20" w:type="dxa"/>
            </w:tcMar>
          </w:tcPr>
          <w:p>
            <w:pPr>
              <w:jc w:val="center"/>
            </w:pPr>
            <w:r>
              <w:rPr>
                <w:b/>
                <w:sz w:val="15"/>
              </w:rPr>
              <w:t>-</w:t>
            </w:r>
          </w:p>
        </w:tc>
      </w:tr>
      <w:tr>
        <w:tc>
          <w:tcPr>
            <w:tcW w:type="dxa" w:w="504"/>
            <w:shd w:fill="F9FBFB"/>
            <w:tcMar>
              <w:top w:w="35" w:type="dxa"/>
              <w:bottom w:w="35" w:type="dxa"/>
              <w:left w:w="20" w:type="dxa"/>
              <w:right w:w="20" w:type="dxa"/>
            </w:tcMar>
          </w:tcPr>
          <w:p>
            <w:pPr>
              <w:jc w:val="center"/>
            </w:pPr>
            <w:r>
              <w:rPr>
                <w:sz w:val="15"/>
              </w:rPr>
              <w:t>184</w:t>
            </w:r>
          </w:p>
        </w:tc>
        <w:tc>
          <w:tcPr>
            <w:tcW w:type="dxa" w:w="936"/>
            <w:shd w:fill="F9FBFB"/>
            <w:tcMar>
              <w:top w:w="35" w:type="dxa"/>
              <w:bottom w:w="35" w:type="dxa"/>
              <w:left w:w="20" w:type="dxa"/>
              <w:right w:w="20" w:type="dxa"/>
            </w:tcMar>
          </w:tcPr>
          <w:p>
            <w:pPr>
              <w:jc w:val="left"/>
            </w:pPr>
            <w:r>
              <w:rPr>
                <w:sz w:val="15"/>
              </w:rPr>
              <w:t>KH2188</w:t>
            </w:r>
          </w:p>
        </w:tc>
        <w:tc>
          <w:tcPr>
            <w:tcW w:type="dxa" w:w="3024"/>
            <w:shd w:fill="F9FBFB"/>
            <w:tcMar>
              <w:top w:w="35" w:type="dxa"/>
              <w:bottom w:w="35" w:type="dxa"/>
              <w:left w:w="20" w:type="dxa"/>
              <w:right w:w="20" w:type="dxa"/>
            </w:tcMar>
          </w:tcPr>
          <w:p>
            <w:pPr>
              <w:jc w:val="left"/>
            </w:pPr>
            <w:r>
              <w:rPr>
                <w:sz w:val="15"/>
              </w:rPr>
              <w:t>CÔNG TY TNHH THƯƠNG MẠI DỊCH VỤ MINH PHƯỚC</w:t>
            </w:r>
          </w:p>
        </w:tc>
        <w:tc>
          <w:tcPr>
            <w:tcW w:type="dxa" w:w="835"/>
            <w:shd w:fill="F9FBFB"/>
            <w:tcMar>
              <w:top w:w="35" w:type="dxa"/>
              <w:bottom w:w="35" w:type="dxa"/>
              <w:left w:w="20" w:type="dxa"/>
              <w:right w:w="20" w:type="dxa"/>
            </w:tcMar>
          </w:tcPr>
          <w:p>
            <w:pPr>
              <w:jc w:val="right"/>
            </w:pPr>
            <w:r>
              <w:rPr>
                <w:sz w:val="15"/>
              </w:rPr>
              <w:t>6</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b/>
                <w:sz w:val="15"/>
              </w:rPr>
              <w:t>-</w:t>
            </w:r>
          </w:p>
        </w:tc>
        <w:tc>
          <w:tcPr>
            <w:tcW w:type="dxa" w:w="1224"/>
            <w:shd w:fill="F9FBFB"/>
            <w:tcMar>
              <w:top w:w="35" w:type="dxa"/>
              <w:bottom w:w="35" w:type="dxa"/>
              <w:left w:w="20" w:type="dxa"/>
              <w:right w:w="20" w:type="dxa"/>
            </w:tcMar>
          </w:tcPr>
          <w:p>
            <w:pPr>
              <w:jc w:val="right"/>
            </w:pPr>
            <w:r>
              <w:rPr>
                <w:sz w:val="15"/>
              </w:rPr>
              <w:t>-</w:t>
            </w:r>
          </w:p>
        </w:tc>
        <w:tc>
          <w:tcPr>
            <w:tcW w:type="dxa" w:w="1066"/>
            <w:shd w:fill="F9FBFB"/>
            <w:tcMar>
              <w:top w:w="35" w:type="dxa"/>
              <w:bottom w:w="35" w:type="dxa"/>
              <w:left w:w="20" w:type="dxa"/>
              <w:right w:w="20" w:type="dxa"/>
            </w:tcMar>
          </w:tcPr>
          <w:p>
            <w:pPr>
              <w:jc w:val="center"/>
            </w:pPr>
            <w:r>
              <w:rPr>
                <w:b/>
                <w:sz w:val="15"/>
              </w:rPr>
              <w:t>-</w:t>
            </w:r>
          </w:p>
        </w:tc>
      </w:tr>
      <w:tr>
        <w:tc>
          <w:tcPr>
            <w:tcW w:type="dxa" w:w="504"/>
            <w:shd w:fill="FFFFFF"/>
            <w:tcMar>
              <w:top w:w="35" w:type="dxa"/>
              <w:bottom w:w="35" w:type="dxa"/>
              <w:left w:w="20" w:type="dxa"/>
              <w:right w:w="20" w:type="dxa"/>
            </w:tcMar>
          </w:tcPr>
          <w:p>
            <w:pPr>
              <w:jc w:val="center"/>
            </w:pPr>
            <w:r>
              <w:rPr>
                <w:sz w:val="15"/>
              </w:rPr>
              <w:t>185</w:t>
            </w:r>
          </w:p>
        </w:tc>
        <w:tc>
          <w:tcPr>
            <w:tcW w:type="dxa" w:w="936"/>
            <w:shd w:fill="FFFFFF"/>
            <w:tcMar>
              <w:top w:w="35" w:type="dxa"/>
              <w:bottom w:w="35" w:type="dxa"/>
              <w:left w:w="20" w:type="dxa"/>
              <w:right w:w="20" w:type="dxa"/>
            </w:tcMar>
          </w:tcPr>
          <w:p>
            <w:pPr>
              <w:jc w:val="left"/>
            </w:pPr>
            <w:r>
              <w:rPr>
                <w:sz w:val="15"/>
              </w:rPr>
              <w:t>KH2190</w:t>
            </w:r>
          </w:p>
        </w:tc>
        <w:tc>
          <w:tcPr>
            <w:tcW w:type="dxa" w:w="3024"/>
            <w:shd w:fill="FFFFFF"/>
            <w:tcMar>
              <w:top w:w="35" w:type="dxa"/>
              <w:bottom w:w="35" w:type="dxa"/>
              <w:left w:w="20" w:type="dxa"/>
              <w:right w:w="20" w:type="dxa"/>
            </w:tcMar>
          </w:tcPr>
          <w:p>
            <w:pPr>
              <w:jc w:val="left"/>
            </w:pPr>
            <w:r>
              <w:rPr>
                <w:sz w:val="15"/>
              </w:rPr>
              <w:t>HỘ KINH DOANH NỘI THẤT SG</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2</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3</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b/>
                <w:sz w:val="15"/>
              </w:rPr>
              <w:t>-</w:t>
            </w:r>
          </w:p>
        </w:tc>
        <w:tc>
          <w:tcPr>
            <w:tcW w:type="dxa" w:w="1224"/>
            <w:shd w:fill="FFFFFF"/>
            <w:tcMar>
              <w:top w:w="35" w:type="dxa"/>
              <w:bottom w:w="35" w:type="dxa"/>
              <w:left w:w="20" w:type="dxa"/>
              <w:right w:w="20" w:type="dxa"/>
            </w:tcMar>
          </w:tcPr>
          <w:p>
            <w:pPr>
              <w:jc w:val="right"/>
            </w:pPr>
            <w:r>
              <w:rPr>
                <w:sz w:val="15"/>
              </w:rPr>
              <w:t>-</w:t>
            </w:r>
          </w:p>
        </w:tc>
        <w:tc>
          <w:tcPr>
            <w:tcW w:type="dxa" w:w="1066"/>
            <w:shd w:fill="FFFFFF"/>
            <w:tcMar>
              <w:top w:w="35" w:type="dxa"/>
              <w:bottom w:w="35" w:type="dxa"/>
              <w:left w:w="20" w:type="dxa"/>
              <w:right w:w="20" w:type="dxa"/>
            </w:tcMar>
          </w:tcPr>
          <w:p>
            <w:pPr>
              <w:jc w:val="center"/>
            </w:pPr>
            <w:r>
              <w:rPr>
                <w:b/>
                <w:sz w:val="15"/>
              </w:rPr>
              <w:t>-</w:t>
            </w:r>
          </w:p>
        </w:tc>
      </w:tr>
      <w:tr>
        <w:tc>
          <w:tcPr>
            <w:tcW w:type="dxa" w:w="504"/>
            <w:shd w:fill="F9FBFB"/>
            <w:tcMar>
              <w:top w:w="35" w:type="dxa"/>
              <w:bottom w:w="35" w:type="dxa"/>
              <w:left w:w="20" w:type="dxa"/>
              <w:right w:w="20" w:type="dxa"/>
            </w:tcMar>
          </w:tcPr>
          <w:p>
            <w:pPr>
              <w:jc w:val="center"/>
            </w:pPr>
            <w:r>
              <w:rPr>
                <w:sz w:val="15"/>
              </w:rPr>
              <w:t>186</w:t>
            </w:r>
          </w:p>
        </w:tc>
        <w:tc>
          <w:tcPr>
            <w:tcW w:type="dxa" w:w="936"/>
            <w:shd w:fill="F9FBFB"/>
            <w:tcMar>
              <w:top w:w="35" w:type="dxa"/>
              <w:bottom w:w="35" w:type="dxa"/>
              <w:left w:w="20" w:type="dxa"/>
              <w:right w:w="20" w:type="dxa"/>
            </w:tcMar>
          </w:tcPr>
          <w:p>
            <w:pPr>
              <w:jc w:val="left"/>
            </w:pPr>
            <w:r>
              <w:rPr>
                <w:sz w:val="15"/>
              </w:rPr>
              <w:t>KH2191</w:t>
            </w:r>
          </w:p>
        </w:tc>
        <w:tc>
          <w:tcPr>
            <w:tcW w:type="dxa" w:w="3024"/>
            <w:shd w:fill="F9FBFB"/>
            <w:tcMar>
              <w:top w:w="35" w:type="dxa"/>
              <w:bottom w:w="35" w:type="dxa"/>
              <w:left w:w="20" w:type="dxa"/>
              <w:right w:w="20" w:type="dxa"/>
            </w:tcMar>
          </w:tcPr>
          <w:p>
            <w:pPr>
              <w:jc w:val="left"/>
            </w:pPr>
            <w:r>
              <w:rPr>
                <w:sz w:val="15"/>
              </w:rPr>
              <w:t>CÔNG TY TNHH GARDENLINE INTERNATIONAL (VN)</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8</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12</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b/>
                <w:sz w:val="15"/>
              </w:rPr>
              <w:t>-</w:t>
            </w:r>
          </w:p>
        </w:tc>
        <w:tc>
          <w:tcPr>
            <w:tcW w:type="dxa" w:w="1224"/>
            <w:shd w:fill="F9FBFB"/>
            <w:tcMar>
              <w:top w:w="35" w:type="dxa"/>
              <w:bottom w:w="35" w:type="dxa"/>
              <w:left w:w="20" w:type="dxa"/>
              <w:right w:w="20" w:type="dxa"/>
            </w:tcMar>
          </w:tcPr>
          <w:p>
            <w:pPr>
              <w:jc w:val="right"/>
            </w:pPr>
            <w:r>
              <w:rPr>
                <w:sz w:val="15"/>
              </w:rPr>
              <w:t>-</w:t>
            </w:r>
          </w:p>
        </w:tc>
        <w:tc>
          <w:tcPr>
            <w:tcW w:type="dxa" w:w="1066"/>
            <w:shd w:fill="F9FBFB"/>
            <w:tcMar>
              <w:top w:w="35" w:type="dxa"/>
              <w:bottom w:w="35" w:type="dxa"/>
              <w:left w:w="20" w:type="dxa"/>
              <w:right w:w="20" w:type="dxa"/>
            </w:tcMar>
          </w:tcPr>
          <w:p>
            <w:pPr>
              <w:jc w:val="center"/>
            </w:pPr>
            <w:r>
              <w:rPr>
                <w:b/>
                <w:sz w:val="15"/>
              </w:rPr>
              <w:t>-</w:t>
            </w:r>
          </w:p>
        </w:tc>
      </w:tr>
      <w:tr>
        <w:tc>
          <w:tcPr>
            <w:tcW w:type="dxa" w:w="504"/>
            <w:shd w:fill="FFFFFF"/>
            <w:tcMar>
              <w:top w:w="35" w:type="dxa"/>
              <w:bottom w:w="35" w:type="dxa"/>
              <w:left w:w="20" w:type="dxa"/>
              <w:right w:w="20" w:type="dxa"/>
            </w:tcMar>
          </w:tcPr>
          <w:p>
            <w:pPr>
              <w:jc w:val="center"/>
            </w:pPr>
            <w:r>
              <w:rPr>
                <w:sz w:val="15"/>
              </w:rPr>
              <w:t>187</w:t>
            </w:r>
          </w:p>
        </w:tc>
        <w:tc>
          <w:tcPr>
            <w:tcW w:type="dxa" w:w="936"/>
            <w:shd w:fill="FFFFFF"/>
            <w:tcMar>
              <w:top w:w="35" w:type="dxa"/>
              <w:bottom w:w="35" w:type="dxa"/>
              <w:left w:w="20" w:type="dxa"/>
              <w:right w:w="20" w:type="dxa"/>
            </w:tcMar>
          </w:tcPr>
          <w:p>
            <w:pPr>
              <w:jc w:val="left"/>
            </w:pPr>
            <w:r>
              <w:rPr>
                <w:sz w:val="15"/>
              </w:rPr>
              <w:t>KH2204</w:t>
            </w:r>
          </w:p>
        </w:tc>
        <w:tc>
          <w:tcPr>
            <w:tcW w:type="dxa" w:w="3024"/>
            <w:shd w:fill="FFFFFF"/>
            <w:tcMar>
              <w:top w:w="35" w:type="dxa"/>
              <w:bottom w:w="35" w:type="dxa"/>
              <w:left w:w="20" w:type="dxa"/>
              <w:right w:w="20" w:type="dxa"/>
            </w:tcMar>
          </w:tcPr>
          <w:p>
            <w:pPr>
              <w:jc w:val="left"/>
            </w:pPr>
            <w:r>
              <w:rPr>
                <w:sz w:val="15"/>
              </w:rPr>
              <w:t>CÔNG TY CỔ PHẦN VẬT LIỆU CÔNG NGHỆ SÁNG TẠO</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25</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b/>
                <w:sz w:val="15"/>
              </w:rPr>
              <w:t>-</w:t>
            </w:r>
          </w:p>
        </w:tc>
        <w:tc>
          <w:tcPr>
            <w:tcW w:type="dxa" w:w="1224"/>
            <w:shd w:fill="FFFFFF"/>
            <w:tcMar>
              <w:top w:w="35" w:type="dxa"/>
              <w:bottom w:w="35" w:type="dxa"/>
              <w:left w:w="20" w:type="dxa"/>
              <w:right w:w="20" w:type="dxa"/>
            </w:tcMar>
          </w:tcPr>
          <w:p>
            <w:pPr>
              <w:jc w:val="right"/>
            </w:pPr>
            <w:r>
              <w:rPr>
                <w:sz w:val="15"/>
              </w:rPr>
              <w:t>-</w:t>
            </w:r>
          </w:p>
        </w:tc>
        <w:tc>
          <w:tcPr>
            <w:tcW w:type="dxa" w:w="1066"/>
            <w:shd w:fill="FFFFFF"/>
            <w:tcMar>
              <w:top w:w="35" w:type="dxa"/>
              <w:bottom w:w="35" w:type="dxa"/>
              <w:left w:w="20" w:type="dxa"/>
              <w:right w:w="20" w:type="dxa"/>
            </w:tcMar>
          </w:tcPr>
          <w:p>
            <w:pPr>
              <w:jc w:val="center"/>
            </w:pPr>
            <w:r>
              <w:rPr>
                <w:b/>
                <w:sz w:val="15"/>
              </w:rPr>
              <w:t>-</w:t>
            </w:r>
          </w:p>
        </w:tc>
      </w:tr>
      <w:tr>
        <w:tc>
          <w:tcPr>
            <w:tcW w:type="dxa" w:w="504"/>
            <w:shd w:fill="F9FBFB"/>
            <w:tcMar>
              <w:top w:w="35" w:type="dxa"/>
              <w:bottom w:w="35" w:type="dxa"/>
              <w:left w:w="20" w:type="dxa"/>
              <w:right w:w="20" w:type="dxa"/>
            </w:tcMar>
          </w:tcPr>
          <w:p>
            <w:pPr>
              <w:jc w:val="center"/>
            </w:pPr>
            <w:r>
              <w:rPr>
                <w:sz w:val="15"/>
              </w:rPr>
              <w:t>188</w:t>
            </w:r>
          </w:p>
        </w:tc>
        <w:tc>
          <w:tcPr>
            <w:tcW w:type="dxa" w:w="936"/>
            <w:shd w:fill="F9FBFB"/>
            <w:tcMar>
              <w:top w:w="35" w:type="dxa"/>
              <w:bottom w:w="35" w:type="dxa"/>
              <w:left w:w="20" w:type="dxa"/>
              <w:right w:w="20" w:type="dxa"/>
            </w:tcMar>
          </w:tcPr>
          <w:p>
            <w:pPr>
              <w:jc w:val="left"/>
            </w:pPr>
            <w:r>
              <w:rPr>
                <w:sz w:val="15"/>
              </w:rPr>
              <w:t>KH2205</w:t>
            </w:r>
          </w:p>
        </w:tc>
        <w:tc>
          <w:tcPr>
            <w:tcW w:type="dxa" w:w="3024"/>
            <w:shd w:fill="F9FBFB"/>
            <w:tcMar>
              <w:top w:w="35" w:type="dxa"/>
              <w:bottom w:w="35" w:type="dxa"/>
              <w:left w:w="20" w:type="dxa"/>
              <w:right w:w="20" w:type="dxa"/>
            </w:tcMar>
          </w:tcPr>
          <w:p>
            <w:pPr>
              <w:jc w:val="left"/>
            </w:pPr>
            <w:r>
              <w:rPr>
                <w:sz w:val="15"/>
              </w:rPr>
              <w:t>CÔNG TY TNHH ANH HUY FUNITURE</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2</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b/>
                <w:sz w:val="15"/>
              </w:rPr>
              <w:t>-</w:t>
            </w:r>
          </w:p>
        </w:tc>
        <w:tc>
          <w:tcPr>
            <w:tcW w:type="dxa" w:w="1224"/>
            <w:shd w:fill="F9FBFB"/>
            <w:tcMar>
              <w:top w:w="35" w:type="dxa"/>
              <w:bottom w:w="35" w:type="dxa"/>
              <w:left w:w="20" w:type="dxa"/>
              <w:right w:w="20" w:type="dxa"/>
            </w:tcMar>
          </w:tcPr>
          <w:p>
            <w:pPr>
              <w:jc w:val="right"/>
            </w:pPr>
            <w:r>
              <w:rPr>
                <w:sz w:val="15"/>
              </w:rPr>
              <w:t>-</w:t>
            </w:r>
          </w:p>
        </w:tc>
        <w:tc>
          <w:tcPr>
            <w:tcW w:type="dxa" w:w="1066"/>
            <w:shd w:fill="F9FBFB"/>
            <w:tcMar>
              <w:top w:w="35" w:type="dxa"/>
              <w:bottom w:w="35" w:type="dxa"/>
              <w:left w:w="20" w:type="dxa"/>
              <w:right w:w="20" w:type="dxa"/>
            </w:tcMar>
          </w:tcPr>
          <w:p>
            <w:pPr>
              <w:jc w:val="center"/>
            </w:pPr>
            <w:r>
              <w:rPr>
                <w:b/>
                <w:sz w:val="15"/>
              </w:rPr>
              <w:t>-</w:t>
            </w:r>
          </w:p>
        </w:tc>
      </w:tr>
      <w:tr>
        <w:tc>
          <w:tcPr>
            <w:tcW w:type="dxa" w:w="504"/>
            <w:shd w:fill="FFFFFF"/>
            <w:tcMar>
              <w:top w:w="35" w:type="dxa"/>
              <w:bottom w:w="35" w:type="dxa"/>
              <w:left w:w="20" w:type="dxa"/>
              <w:right w:w="20" w:type="dxa"/>
            </w:tcMar>
          </w:tcPr>
          <w:p>
            <w:pPr>
              <w:jc w:val="center"/>
            </w:pPr>
            <w:r>
              <w:rPr>
                <w:sz w:val="15"/>
              </w:rPr>
              <w:t>189</w:t>
            </w:r>
          </w:p>
        </w:tc>
        <w:tc>
          <w:tcPr>
            <w:tcW w:type="dxa" w:w="936"/>
            <w:shd w:fill="FFFFFF"/>
            <w:tcMar>
              <w:top w:w="35" w:type="dxa"/>
              <w:bottom w:w="35" w:type="dxa"/>
              <w:left w:w="20" w:type="dxa"/>
              <w:right w:w="20" w:type="dxa"/>
            </w:tcMar>
          </w:tcPr>
          <w:p>
            <w:pPr>
              <w:jc w:val="left"/>
            </w:pPr>
            <w:r>
              <w:rPr>
                <w:sz w:val="15"/>
              </w:rPr>
              <w:t>KH2207</w:t>
            </w:r>
          </w:p>
        </w:tc>
        <w:tc>
          <w:tcPr>
            <w:tcW w:type="dxa" w:w="3024"/>
            <w:shd w:fill="FFFFFF"/>
            <w:tcMar>
              <w:top w:w="35" w:type="dxa"/>
              <w:bottom w:w="35" w:type="dxa"/>
              <w:left w:w="20" w:type="dxa"/>
              <w:right w:w="20" w:type="dxa"/>
            </w:tcMar>
          </w:tcPr>
          <w:p>
            <w:pPr>
              <w:jc w:val="left"/>
            </w:pPr>
            <w:r>
              <w:rPr>
                <w:sz w:val="15"/>
              </w:rPr>
              <w:t>CÔNG TY TNHH GREENOVATION PACKAGING</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8</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b/>
                <w:sz w:val="15"/>
              </w:rPr>
              <w:t>-</w:t>
            </w:r>
          </w:p>
        </w:tc>
        <w:tc>
          <w:tcPr>
            <w:tcW w:type="dxa" w:w="1224"/>
            <w:shd w:fill="FFFFFF"/>
            <w:tcMar>
              <w:top w:w="35" w:type="dxa"/>
              <w:bottom w:w="35" w:type="dxa"/>
              <w:left w:w="20" w:type="dxa"/>
              <w:right w:w="20" w:type="dxa"/>
            </w:tcMar>
          </w:tcPr>
          <w:p>
            <w:pPr>
              <w:jc w:val="right"/>
            </w:pPr>
            <w:r>
              <w:rPr>
                <w:sz w:val="15"/>
              </w:rPr>
              <w:t>-</w:t>
            </w:r>
          </w:p>
        </w:tc>
        <w:tc>
          <w:tcPr>
            <w:tcW w:type="dxa" w:w="1066"/>
            <w:shd w:fill="FFFFFF"/>
            <w:tcMar>
              <w:top w:w="35" w:type="dxa"/>
              <w:bottom w:w="35" w:type="dxa"/>
              <w:left w:w="20" w:type="dxa"/>
              <w:right w:w="20" w:type="dxa"/>
            </w:tcMar>
          </w:tcPr>
          <w:p>
            <w:pPr>
              <w:jc w:val="center"/>
            </w:pPr>
            <w:r>
              <w:rPr>
                <w:b/>
                <w:sz w:val="15"/>
              </w:rPr>
              <w:t>-</w:t>
            </w:r>
          </w:p>
        </w:tc>
      </w:tr>
      <w:tr>
        <w:tc>
          <w:tcPr>
            <w:tcW w:type="dxa" w:w="504"/>
            <w:shd w:fill="F9FBFB"/>
            <w:tcMar>
              <w:top w:w="35" w:type="dxa"/>
              <w:bottom w:w="35" w:type="dxa"/>
              <w:left w:w="20" w:type="dxa"/>
              <w:right w:w="20" w:type="dxa"/>
            </w:tcMar>
          </w:tcPr>
          <w:p>
            <w:pPr>
              <w:jc w:val="center"/>
            </w:pPr>
            <w:r>
              <w:rPr>
                <w:sz w:val="15"/>
              </w:rPr>
              <w:t>190</w:t>
            </w:r>
          </w:p>
        </w:tc>
        <w:tc>
          <w:tcPr>
            <w:tcW w:type="dxa" w:w="936"/>
            <w:shd w:fill="F9FBFB"/>
            <w:tcMar>
              <w:top w:w="35" w:type="dxa"/>
              <w:bottom w:w="35" w:type="dxa"/>
              <w:left w:w="20" w:type="dxa"/>
              <w:right w:w="20" w:type="dxa"/>
            </w:tcMar>
          </w:tcPr>
          <w:p>
            <w:pPr>
              <w:jc w:val="left"/>
            </w:pPr>
            <w:r>
              <w:rPr>
                <w:sz w:val="15"/>
              </w:rPr>
              <w:t>KH2213</w:t>
            </w:r>
          </w:p>
        </w:tc>
        <w:tc>
          <w:tcPr>
            <w:tcW w:type="dxa" w:w="3024"/>
            <w:shd w:fill="F9FBFB"/>
            <w:tcMar>
              <w:top w:w="35" w:type="dxa"/>
              <w:bottom w:w="35" w:type="dxa"/>
              <w:left w:w="20" w:type="dxa"/>
              <w:right w:w="20" w:type="dxa"/>
            </w:tcMar>
          </w:tcPr>
          <w:p>
            <w:pPr>
              <w:jc w:val="left"/>
            </w:pPr>
            <w:r>
              <w:rPr>
                <w:sz w:val="15"/>
              </w:rPr>
              <w:t>HỘ KINH DOANH PHẠM THỊ HỒNG ĐIỆP</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9</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b/>
                <w:sz w:val="15"/>
              </w:rPr>
              <w:t>-</w:t>
            </w:r>
          </w:p>
        </w:tc>
        <w:tc>
          <w:tcPr>
            <w:tcW w:type="dxa" w:w="1224"/>
            <w:shd w:fill="F9FBFB"/>
            <w:tcMar>
              <w:top w:w="35" w:type="dxa"/>
              <w:bottom w:w="35" w:type="dxa"/>
              <w:left w:w="20" w:type="dxa"/>
              <w:right w:w="20" w:type="dxa"/>
            </w:tcMar>
          </w:tcPr>
          <w:p>
            <w:pPr>
              <w:jc w:val="right"/>
            </w:pPr>
            <w:r>
              <w:rPr>
                <w:sz w:val="15"/>
              </w:rPr>
              <w:t>-</w:t>
            </w:r>
          </w:p>
        </w:tc>
        <w:tc>
          <w:tcPr>
            <w:tcW w:type="dxa" w:w="1066"/>
            <w:shd w:fill="F9FBFB"/>
            <w:tcMar>
              <w:top w:w="35" w:type="dxa"/>
              <w:bottom w:w="35" w:type="dxa"/>
              <w:left w:w="20" w:type="dxa"/>
              <w:right w:w="20" w:type="dxa"/>
            </w:tcMar>
          </w:tcPr>
          <w:p>
            <w:pPr>
              <w:jc w:val="center"/>
            </w:pPr>
            <w:r>
              <w:rPr>
                <w:b/>
                <w:sz w:val="15"/>
              </w:rPr>
              <w:t>-</w:t>
            </w:r>
          </w:p>
        </w:tc>
      </w:tr>
      <w:tr>
        <w:tc>
          <w:tcPr>
            <w:tcW w:type="dxa" w:w="504"/>
            <w:shd w:fill="EAECEE"/>
            <w:tcMar>
              <w:top w:w="60" w:type="dxa"/>
              <w:bottom w:w="60" w:type="dxa"/>
              <w:left w:w="20" w:type="dxa"/>
              <w:right w:w="20" w:type="dxa"/>
            </w:tcMar>
          </w:tcPr>
          <w:p>
            <w:r/>
          </w:p>
        </w:tc>
        <w:tc>
          <w:tcPr>
            <w:tcW w:type="dxa" w:w="936"/>
            <w:shd w:fill="EAECEE"/>
            <w:tcMar>
              <w:top w:w="60" w:type="dxa"/>
              <w:bottom w:w="60" w:type="dxa"/>
              <w:left w:w="20" w:type="dxa"/>
              <w:right w:w="20" w:type="dxa"/>
            </w:tcMar>
          </w:tcPr>
          <w:p>
            <w:r>
              <w:rPr>
                <w:b/>
                <w:sz w:val="16"/>
              </w:rPr>
              <w:t>TC</w:t>
            </w:r>
          </w:p>
        </w:tc>
        <w:tc>
          <w:tcPr>
            <w:tcW w:type="dxa" w:w="3024"/>
            <w:shd w:fill="EAECEE"/>
            <w:tcMar>
              <w:top w:w="60" w:type="dxa"/>
              <w:bottom w:w="60" w:type="dxa"/>
              <w:left w:w="20" w:type="dxa"/>
              <w:right w:w="20" w:type="dxa"/>
            </w:tcMar>
          </w:tcPr>
          <w:p>
            <w:r>
              <w:rPr>
                <w:b/>
                <w:sz w:val="16"/>
              </w:rPr>
              <w:t>TỔNG CỘNG TOÀN CÔNG TY</w:t>
            </w:r>
          </w:p>
        </w:tc>
        <w:tc>
          <w:tcPr>
            <w:tcW w:type="dxa" w:w="835"/>
            <w:shd w:fill="EAECEE"/>
            <w:tcMar>
              <w:top w:w="60" w:type="dxa"/>
              <w:bottom w:w="60" w:type="dxa"/>
              <w:left w:w="20" w:type="dxa"/>
              <w:right w:w="20" w:type="dxa"/>
            </w:tcMar>
          </w:tcPr>
          <w:p>
            <w:pPr>
              <w:jc w:val="right"/>
            </w:pPr>
            <w:r>
              <w:rPr>
                <w:b/>
                <w:sz w:val="16"/>
              </w:rPr>
              <w:t>30,961</w:t>
            </w:r>
          </w:p>
        </w:tc>
        <w:tc>
          <w:tcPr>
            <w:tcW w:type="dxa" w:w="835"/>
            <w:shd w:fill="EAECEE"/>
            <w:tcMar>
              <w:top w:w="60" w:type="dxa"/>
              <w:bottom w:w="60" w:type="dxa"/>
              <w:left w:w="20" w:type="dxa"/>
              <w:right w:w="20" w:type="dxa"/>
            </w:tcMar>
          </w:tcPr>
          <w:p>
            <w:pPr>
              <w:jc w:val="right"/>
            </w:pPr>
            <w:r>
              <w:rPr>
                <w:b/>
                <w:sz w:val="16"/>
              </w:rPr>
              <w:t>14,325</w:t>
            </w:r>
          </w:p>
        </w:tc>
        <w:tc>
          <w:tcPr>
            <w:tcW w:type="dxa" w:w="835"/>
            <w:shd w:fill="EAECEE"/>
            <w:tcMar>
              <w:top w:w="60" w:type="dxa"/>
              <w:bottom w:w="60" w:type="dxa"/>
              <w:left w:w="20" w:type="dxa"/>
              <w:right w:w="20" w:type="dxa"/>
            </w:tcMar>
          </w:tcPr>
          <w:p>
            <w:pPr>
              <w:jc w:val="right"/>
            </w:pPr>
            <w:r>
              <w:rPr>
                <w:b/>
                <w:sz w:val="16"/>
              </w:rPr>
              <w:t>29,887</w:t>
            </w:r>
          </w:p>
        </w:tc>
        <w:tc>
          <w:tcPr>
            <w:tcW w:type="dxa" w:w="835"/>
            <w:shd w:fill="EAECEE"/>
            <w:tcMar>
              <w:top w:w="60" w:type="dxa"/>
              <w:bottom w:w="60" w:type="dxa"/>
              <w:left w:w="20" w:type="dxa"/>
              <w:right w:w="20" w:type="dxa"/>
            </w:tcMar>
          </w:tcPr>
          <w:p>
            <w:pPr>
              <w:jc w:val="right"/>
            </w:pPr>
            <w:r>
              <w:rPr>
                <w:b/>
                <w:sz w:val="16"/>
              </w:rPr>
              <w:t>28,645</w:t>
            </w:r>
          </w:p>
        </w:tc>
        <w:tc>
          <w:tcPr>
            <w:tcW w:type="dxa" w:w="835"/>
            <w:shd w:fill="EAECEE"/>
            <w:tcMar>
              <w:top w:w="60" w:type="dxa"/>
              <w:bottom w:w="60" w:type="dxa"/>
              <w:left w:w="20" w:type="dxa"/>
              <w:right w:w="20" w:type="dxa"/>
            </w:tcMar>
          </w:tcPr>
          <w:p>
            <w:pPr>
              <w:jc w:val="right"/>
            </w:pPr>
            <w:r>
              <w:rPr>
                <w:b/>
                <w:sz w:val="16"/>
              </w:rPr>
              <w:t>26,017</w:t>
            </w:r>
          </w:p>
        </w:tc>
        <w:tc>
          <w:tcPr>
            <w:tcW w:type="dxa" w:w="835"/>
            <w:shd w:fill="EAECEE"/>
            <w:tcMar>
              <w:top w:w="60" w:type="dxa"/>
              <w:bottom w:w="60" w:type="dxa"/>
              <w:left w:w="20" w:type="dxa"/>
              <w:right w:w="20" w:type="dxa"/>
            </w:tcMar>
          </w:tcPr>
          <w:p>
            <w:pPr>
              <w:jc w:val="right"/>
            </w:pPr>
            <w:r>
              <w:rPr>
                <w:b/>
                <w:sz w:val="16"/>
              </w:rPr>
              <w:t>32,580</w:t>
            </w:r>
          </w:p>
        </w:tc>
        <w:tc>
          <w:tcPr>
            <w:tcW w:type="dxa" w:w="835"/>
            <w:shd w:fill="EAECEE"/>
            <w:tcMar>
              <w:top w:w="60" w:type="dxa"/>
              <w:bottom w:w="60" w:type="dxa"/>
              <w:left w:w="20" w:type="dxa"/>
              <w:right w:w="20" w:type="dxa"/>
            </w:tcMar>
          </w:tcPr>
          <w:p>
            <w:pPr>
              <w:jc w:val="right"/>
            </w:pPr>
            <w:r>
              <w:rPr>
                <w:b/>
                <w:sz w:val="16"/>
              </w:rPr>
              <w:t>30,172</w:t>
            </w:r>
          </w:p>
        </w:tc>
        <w:tc>
          <w:tcPr>
            <w:tcW w:type="dxa" w:w="835"/>
            <w:shd w:fill="EAECEE"/>
            <w:tcMar>
              <w:top w:w="60" w:type="dxa"/>
              <w:bottom w:w="60" w:type="dxa"/>
              <w:left w:w="20" w:type="dxa"/>
              <w:right w:w="20" w:type="dxa"/>
            </w:tcMar>
          </w:tcPr>
          <w:p>
            <w:pPr>
              <w:jc w:val="right"/>
            </w:pPr>
            <w:r>
              <w:rPr>
                <w:b/>
                <w:sz w:val="16"/>
              </w:rPr>
              <w:t>29,954</w:t>
            </w:r>
          </w:p>
        </w:tc>
        <w:tc>
          <w:tcPr>
            <w:tcW w:type="dxa" w:w="835"/>
            <w:shd w:fill="EAECEE"/>
            <w:tcMar>
              <w:top w:w="60" w:type="dxa"/>
              <w:bottom w:w="60" w:type="dxa"/>
              <w:left w:w="20" w:type="dxa"/>
              <w:right w:w="20" w:type="dxa"/>
            </w:tcMar>
          </w:tcPr>
          <w:p>
            <w:pPr>
              <w:jc w:val="right"/>
            </w:pPr>
            <w:r>
              <w:rPr>
                <w:b/>
                <w:sz w:val="16"/>
              </w:rPr>
              <w:t>31,926</w:t>
            </w:r>
          </w:p>
        </w:tc>
        <w:tc>
          <w:tcPr>
            <w:tcW w:type="dxa" w:w="835"/>
            <w:shd w:fill="EAECEE"/>
            <w:tcMar>
              <w:top w:w="60" w:type="dxa"/>
              <w:bottom w:w="60" w:type="dxa"/>
              <w:left w:w="20" w:type="dxa"/>
              <w:right w:w="20" w:type="dxa"/>
            </w:tcMar>
          </w:tcPr>
          <w:p>
            <w:pPr>
              <w:jc w:val="right"/>
            </w:pPr>
            <w:r>
              <w:rPr>
                <w:b/>
                <w:sz w:val="16"/>
              </w:rPr>
              <w:t>38,861</w:t>
            </w:r>
          </w:p>
        </w:tc>
        <w:tc>
          <w:tcPr>
            <w:tcW w:type="dxa" w:w="1224"/>
            <w:shd w:fill="EAECEE"/>
            <w:tcMar>
              <w:top w:w="60" w:type="dxa"/>
              <w:bottom w:w="60" w:type="dxa"/>
              <w:left w:w="20" w:type="dxa"/>
              <w:right w:w="20" w:type="dxa"/>
            </w:tcMar>
          </w:tcPr>
          <w:p>
            <w:pPr>
              <w:jc w:val="right"/>
            </w:pPr>
            <w:r>
              <w:rPr>
                <w:b/>
                <w:color w:val="27AE60"/>
                <w:sz w:val="16"/>
              </w:rPr>
              <w:t>+6,935</w:t>
            </w:r>
          </w:p>
        </w:tc>
        <w:tc>
          <w:tcPr>
            <w:tcW w:type="dxa" w:w="1066"/>
            <w:shd w:fill="EAECEE"/>
            <w:tcMar>
              <w:top w:w="60" w:type="dxa"/>
              <w:bottom w:w="60" w:type="dxa"/>
              <w:left w:w="20" w:type="dxa"/>
              <w:right w:w="20" w:type="dxa"/>
            </w:tcMar>
          </w:tcPr>
          <w:p>
            <w:pPr>
              <w:jc w:val="center"/>
            </w:pPr>
            <w:r>
              <w:rPr>
                <w:b/>
                <w:color w:val="27AE60"/>
                <w:sz w:val="16"/>
              </w:rPr>
              <w:t>+21.7%</w:t>
            </w:r>
          </w:p>
        </w:tc>
      </w:tr>
    </w:tbl>
    <w:p/>
    <w:p>
      <w:pPr>
        <w:spacing w:before="160" w:after="60"/>
      </w:pPr>
      <w:r>
        <w:rPr>
          <w:b/>
          <w:color w:val="1A5276"/>
          <w:sz w:val="26"/>
        </w:rPr>
        <w:t>IV. Phân tích Top biến động sản lượng tiêu thụ (Kỳ T10 vs Tháng 09)</w:t>
      </w:r>
    </w:p>
    <w:p>
      <w:pPr>
        <w:spacing w:after="40"/>
      </w:pPr>
      <w:r>
        <w:rPr>
          <w:b/>
          <w:color w:val="27AE60"/>
        </w:rPr>
        <w:t>1. Top 5 Khách hàng tăng trưởng sản lượng lớn nhất (Kg/ngày):</w:t>
      </w:r>
    </w:p>
    <w:p>
      <w:pPr>
        <w:spacing w:after="40"/>
      </w:pPr>
      <w:r>
        <w:t xml:space="preserve">   1. CÔNG TY TNHH TIẾN TRIỂN VIỆT NAM (KH0644): TB Tháng 09 = 889 Kg/ngày → Kỳ T10 = 2,905 Kg/ngày (Tăng +2,016 Kg/ngày, +226.8%)</w:t>
      </w:r>
    </w:p>
    <w:p>
      <w:pPr>
        <w:spacing w:after="40"/>
      </w:pPr>
      <w:r>
        <w:t xml:space="preserve">   2. XÍ NGHIỆP THẮNG LỢI - CHI NHÁNH CÔNG TY CỔ PHẦN PHÚ TÀI (KH1090): TB Tháng 09 = 1,945 Kg/ngày → Kỳ T10 = 3,909 Kg/ngày (Tăng +1,964 Kg/ngày, +101.0%)</w:t>
      </w:r>
    </w:p>
    <w:p>
      <w:pPr>
        <w:spacing w:after="40"/>
      </w:pPr>
      <w:r>
        <w:t xml:space="preserve">   3. CÔNG TY TNHH MỘT THÀNH VIÊN THANH KHUÊ (KH1003): TB Tháng 09 = 195 Kg/ngày → Kỳ T10 = 1,565 Kg/ngày (Tăng +1,370 Kg/ngày, +702.6%)</w:t>
      </w:r>
    </w:p>
    <w:p>
      <w:pPr>
        <w:spacing w:after="40"/>
      </w:pPr>
      <w:r>
        <w:t xml:space="preserve">   4. CÔNG TY CỔ PHẦN KỸ NGHỆ GỖ TIẾN ĐẠT (KH0071): TB Tháng 09 = 761 Kg/ngày → Kỳ T10 = 1,945 Kg/ngày (Tăng +1,184 Kg/ngày, +155.6%)</w:t>
      </w:r>
    </w:p>
    <w:p>
      <w:pPr>
        <w:spacing w:after="40"/>
      </w:pPr>
      <w:r>
        <w:t xml:space="preserve">   5. CÔNG TY TNHH PQ FURNITURE (KH1786): TB Tháng 09 = 214 Kg/ngày → Kỳ T10 = 960 Kg/ngày (Tăng +746 Kg/ngày, +348.6%)</w:t>
      </w:r>
    </w:p>
    <w:p>
      <w:pPr>
        <w:spacing w:before="80" w:after="40"/>
      </w:pPr>
      <w:r>
        <w:rPr>
          <w:b/>
          <w:color w:val="C0392B"/>
        </w:rPr>
        <w:t>2. Top 5 Khách hàng sụt giảm sản lượng nhiều nhất (Kg/ngày):</w:t>
      </w:r>
    </w:p>
    <w:p>
      <w:pPr>
        <w:spacing w:after="40"/>
      </w:pPr>
      <w:r>
        <w:t xml:space="preserve">   1. CHI NHÁNH CÔNG TY TNHH THƯƠNG MẠI XUẤT NHẬP KHẨU C.R.M.G (KH2193): TB Tháng 09 = 888 Kg/ngày → Kỳ T10 = 0 Kg/ngày (Giảm -888 Kg/ngày, -100.0%)</w:t>
      </w:r>
    </w:p>
    <w:p>
      <w:pPr>
        <w:spacing w:after="40"/>
      </w:pPr>
      <w:r>
        <w:t xml:space="preserve">   2. CÔNG TY CP CÔNG NGHỆ GỖ ĐẠI THÀNH (KH0130): TB Tháng 09 = 1,497 Kg/ngày → Kỳ T10 = 705 Kg/ngày (Giảm -792 Kg/ngày, -52.9%)</w:t>
      </w:r>
    </w:p>
    <w:p>
      <w:pPr>
        <w:spacing w:after="40"/>
      </w:pPr>
      <w:r>
        <w:t xml:space="preserve">   3. CÔNG TY TNHH SẢN XUẤT THỊNH VIỆT (KH0496): TB Tháng 09 = 751 Kg/ngày → Kỳ T10 = 67 Kg/ngày (Giảm -684 Kg/ngày, -91.1%)</w:t>
      </w:r>
    </w:p>
    <w:p>
      <w:pPr>
        <w:spacing w:after="40"/>
      </w:pPr>
      <w:r>
        <w:t xml:space="preserve">   4. CÔNG TY CỔ PHẦN ĐỒ DÙNG GIA ĐÌNH VIỆT NAM (KH0808): TB Tháng 09 = 661 Kg/ngày → Kỳ T10 = 115 Kg/ngày (Giảm -546 Kg/ngày, -82.6%)</w:t>
      </w:r>
    </w:p>
    <w:p>
      <w:pPr>
        <w:spacing w:after="40"/>
      </w:pPr>
      <w:r>
        <w:t xml:space="preserve">   5. CÔNG TY TNHH ĐĂNG LONG (KH0751): TB Tháng 09 = 488 Kg/ngày → Kỳ T10 = 52 Kg/ngày (Giảm -436 Kg/ngày, -89.3%)</w:t>
      </w:r>
    </w:p>
    <w:sectPr w:rsidR="00FC693F" w:rsidRPr="0006063C" w:rsidSect="00034616">
      <w:pgSz w:w="16834" w:h="11909"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