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DA75B" w14:textId="77777777" w:rsidR="00DB3CB7" w:rsidRDefault="00D121C1" w:rsidP="00EA0FF8">
      <w:pPr>
        <w:pStyle w:val="Heading1"/>
        <w:spacing w:line="480" w:lineRule="auto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 w:rsidRPr="00D121C1">
        <w:rPr>
          <w:rFonts w:ascii="VNI-Timfani-Heavy" w:hAnsi="VNI-Timfani-Heavy"/>
          <w:noProof/>
          <w:color w:val="FF000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2F0DA770" wp14:editId="2F0DA771">
            <wp:simplePos x="0" y="0"/>
            <wp:positionH relativeFrom="margin">
              <wp:posOffset>288042</wp:posOffset>
            </wp:positionH>
            <wp:positionV relativeFrom="paragraph">
              <wp:posOffset>-397151</wp:posOffset>
            </wp:positionV>
            <wp:extent cx="5839174" cy="556592"/>
            <wp:effectExtent l="0" t="0" r="0" b="0"/>
            <wp:wrapNone/>
            <wp:docPr id="2" name="Picture 2" descr="Tieu de_English_trang d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ieu de_English_trang du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174" cy="556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21C1">
        <w:rPr>
          <w:rFonts w:ascii="Times New Roman" w:hAnsi="Times New Roman" w:cs="Times New Roman"/>
          <w:color w:val="auto"/>
          <w:sz w:val="36"/>
          <w:szCs w:val="36"/>
        </w:rPr>
        <w:t>BIÊN BẢN CUỘC HỌP</w:t>
      </w:r>
    </w:p>
    <w:p w14:paraId="2F0DA75D" w14:textId="583B6A58" w:rsidR="00DB3CB7" w:rsidRPr="00D121C1" w:rsidRDefault="00D121C1" w:rsidP="008E0243">
      <w:pPr>
        <w:rPr>
          <w:rFonts w:ascii="Times New Roman" w:hAnsi="Times New Roman" w:cs="Times New Roman"/>
          <w:sz w:val="26"/>
          <w:szCs w:val="26"/>
        </w:rPr>
      </w:pPr>
      <w:r w:rsidRPr="00D121C1">
        <w:rPr>
          <w:rFonts w:ascii="Times New Roman" w:hAnsi="Times New Roman" w:cs="Times New Roman"/>
          <w:b/>
          <w:sz w:val="26"/>
          <w:szCs w:val="26"/>
        </w:rPr>
        <w:t>Thời gian:</w:t>
      </w:r>
      <w:r w:rsidRPr="00D121C1">
        <w:rPr>
          <w:rFonts w:ascii="Times New Roman" w:hAnsi="Times New Roman" w:cs="Times New Roman"/>
          <w:sz w:val="26"/>
          <w:szCs w:val="26"/>
        </w:rPr>
        <w:t xml:space="preserve"> Ngày </w:t>
      </w:r>
      <w:r w:rsidR="007466A2">
        <w:rPr>
          <w:rFonts w:ascii="Times New Roman" w:hAnsi="Times New Roman" w:cs="Times New Roman"/>
          <w:sz w:val="26"/>
          <w:szCs w:val="26"/>
        </w:rPr>
        <w:t>09</w:t>
      </w:r>
      <w:r w:rsidRPr="00D121C1">
        <w:rPr>
          <w:rFonts w:ascii="Times New Roman" w:hAnsi="Times New Roman" w:cs="Times New Roman"/>
          <w:sz w:val="26"/>
          <w:szCs w:val="26"/>
        </w:rPr>
        <w:t xml:space="preserve"> tháng 06 năm 202</w:t>
      </w:r>
      <w:r w:rsidR="006A3566">
        <w:rPr>
          <w:rFonts w:ascii="Times New Roman" w:hAnsi="Times New Roman" w:cs="Times New Roman"/>
          <w:sz w:val="26"/>
          <w:szCs w:val="26"/>
        </w:rPr>
        <w:t>6</w:t>
      </w:r>
    </w:p>
    <w:p w14:paraId="2F0DA75E" w14:textId="77777777" w:rsidR="00DB3CB7" w:rsidRPr="00D121C1" w:rsidRDefault="00D121C1" w:rsidP="008E0243">
      <w:pPr>
        <w:rPr>
          <w:rFonts w:ascii="Times New Roman" w:hAnsi="Times New Roman" w:cs="Times New Roman"/>
          <w:sz w:val="26"/>
          <w:szCs w:val="26"/>
        </w:rPr>
      </w:pPr>
      <w:r w:rsidRPr="00D121C1">
        <w:rPr>
          <w:rFonts w:ascii="Times New Roman" w:hAnsi="Times New Roman" w:cs="Times New Roman"/>
          <w:b/>
          <w:sz w:val="26"/>
          <w:szCs w:val="26"/>
        </w:rPr>
        <w:t>Địa điểm:</w:t>
      </w:r>
      <w:r w:rsidRPr="00D121C1">
        <w:rPr>
          <w:rFonts w:ascii="Times New Roman" w:hAnsi="Times New Roman" w:cs="Times New Roman"/>
          <w:sz w:val="26"/>
          <w:szCs w:val="26"/>
        </w:rPr>
        <w:t xml:space="preserve"> Phòng họp Công ty Cổ phần Tập đoàn Kỹ Nghệ Gỗ Trườ</w:t>
      </w:r>
      <w:r>
        <w:rPr>
          <w:rFonts w:ascii="Times New Roman" w:hAnsi="Times New Roman" w:cs="Times New Roman"/>
          <w:sz w:val="26"/>
          <w:szCs w:val="26"/>
        </w:rPr>
        <w:t>ng Thành (</w:t>
      </w:r>
      <w:r w:rsidRPr="00D121C1">
        <w:rPr>
          <w:rFonts w:ascii="Times New Roman" w:hAnsi="Times New Roman" w:cs="Times New Roman"/>
          <w:sz w:val="26"/>
          <w:szCs w:val="26"/>
        </w:rPr>
        <w:t>TTF)</w:t>
      </w:r>
    </w:p>
    <w:p w14:paraId="2F0DA75F" w14:textId="77777777" w:rsidR="00DB3CB7" w:rsidRPr="00D121C1" w:rsidRDefault="00D121C1" w:rsidP="008E0243">
      <w:pPr>
        <w:pStyle w:val="Heading2"/>
        <w:rPr>
          <w:rFonts w:ascii="Times New Roman" w:hAnsi="Times New Roman" w:cs="Times New Roman"/>
          <w:color w:val="auto"/>
        </w:rPr>
      </w:pPr>
      <w:r w:rsidRPr="00D121C1">
        <w:rPr>
          <w:rFonts w:ascii="Times New Roman" w:hAnsi="Times New Roman" w:cs="Times New Roman"/>
          <w:color w:val="auto"/>
        </w:rPr>
        <w:t>Thành phần tham dự:</w:t>
      </w:r>
    </w:p>
    <w:p w14:paraId="2F0DA760" w14:textId="4BA612D9" w:rsidR="00DB3CB7" w:rsidRPr="00D121C1" w:rsidRDefault="00D121C1" w:rsidP="008E0243">
      <w:pPr>
        <w:rPr>
          <w:rFonts w:ascii="Times New Roman" w:hAnsi="Times New Roman" w:cs="Times New Roman"/>
          <w:sz w:val="26"/>
          <w:szCs w:val="26"/>
        </w:rPr>
      </w:pPr>
      <w:r w:rsidRPr="00D121C1">
        <w:rPr>
          <w:rFonts w:ascii="Times New Roman" w:hAnsi="Times New Roman" w:cs="Times New Roman"/>
          <w:b/>
          <w:sz w:val="26"/>
          <w:szCs w:val="26"/>
        </w:rPr>
        <w:t>Phía TTF: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121C1">
        <w:rPr>
          <w:rFonts w:ascii="Times New Roman" w:hAnsi="Times New Roman" w:cs="Times New Roman"/>
          <w:sz w:val="26"/>
          <w:szCs w:val="26"/>
        </w:rPr>
        <w:t xml:space="preserve"> Anh Đạt – Giám đốc sản xuất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027D4F" w:rsidRPr="00D121C1">
        <w:rPr>
          <w:rFonts w:ascii="Times New Roman" w:hAnsi="Times New Roman" w:cs="Times New Roman"/>
          <w:sz w:val="26"/>
          <w:szCs w:val="26"/>
        </w:rPr>
        <w:t xml:space="preserve">Anh Huy – Trưởng </w:t>
      </w:r>
      <w:r w:rsidR="001E7E2E">
        <w:rPr>
          <w:rFonts w:ascii="Times New Roman" w:hAnsi="Times New Roman" w:cs="Times New Roman"/>
          <w:sz w:val="26"/>
          <w:szCs w:val="26"/>
        </w:rPr>
        <w:t>bộ phận Mua hàng</w:t>
      </w:r>
      <w:r w:rsidR="00027D4F">
        <w:rPr>
          <w:rFonts w:ascii="Times New Roman" w:hAnsi="Times New Roman" w:cs="Times New Roman"/>
          <w:sz w:val="26"/>
          <w:szCs w:val="26"/>
        </w:rPr>
        <w:t xml:space="preserve">, </w:t>
      </w:r>
      <w:r w:rsidRPr="00D121C1">
        <w:rPr>
          <w:rFonts w:ascii="Times New Roman" w:hAnsi="Times New Roman" w:cs="Times New Roman"/>
          <w:sz w:val="26"/>
          <w:szCs w:val="26"/>
        </w:rPr>
        <w:t>Anh Trường</w:t>
      </w:r>
      <w:r w:rsidR="00DB55E3">
        <w:rPr>
          <w:rFonts w:ascii="Times New Roman" w:hAnsi="Times New Roman" w:cs="Times New Roman"/>
          <w:sz w:val="26"/>
          <w:szCs w:val="26"/>
        </w:rPr>
        <w:t xml:space="preserve"> – Trưởng bộ phận tư vấn &amp; thiết kế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753D09" w:rsidRPr="00753D09">
        <w:rPr>
          <w:rFonts w:ascii="Times New Roman" w:hAnsi="Times New Roman" w:cs="Times New Roman"/>
          <w:sz w:val="26"/>
          <w:szCs w:val="26"/>
        </w:rPr>
        <w:t xml:space="preserve">Chị Thương – </w:t>
      </w:r>
      <w:r w:rsidR="007D79E4">
        <w:rPr>
          <w:rFonts w:ascii="Times New Roman" w:hAnsi="Times New Roman" w:cs="Times New Roman"/>
          <w:sz w:val="26"/>
          <w:szCs w:val="26"/>
        </w:rPr>
        <w:t>PB</w:t>
      </w:r>
      <w:r w:rsidR="00753D09">
        <w:rPr>
          <w:rFonts w:ascii="Times New Roman" w:hAnsi="Times New Roman" w:cs="Times New Roman"/>
          <w:sz w:val="26"/>
          <w:szCs w:val="26"/>
        </w:rPr>
        <w:t>P</w:t>
      </w:r>
      <w:r w:rsidR="0073451D">
        <w:rPr>
          <w:rFonts w:ascii="Times New Roman" w:hAnsi="Times New Roman" w:cs="Times New Roman"/>
          <w:sz w:val="26"/>
          <w:szCs w:val="26"/>
        </w:rPr>
        <w:t xml:space="preserve"> mua hàng</w:t>
      </w:r>
      <w:r w:rsidR="00753D09">
        <w:rPr>
          <w:rFonts w:ascii="Times New Roman" w:hAnsi="Times New Roman" w:cs="Times New Roman"/>
          <w:sz w:val="26"/>
          <w:szCs w:val="26"/>
        </w:rPr>
        <w:t xml:space="preserve">, </w:t>
      </w:r>
      <w:r w:rsidR="00753D09" w:rsidRPr="00753D09">
        <w:rPr>
          <w:rFonts w:ascii="Times New Roman" w:hAnsi="Times New Roman" w:cs="Times New Roman"/>
          <w:sz w:val="26"/>
          <w:szCs w:val="26"/>
        </w:rPr>
        <w:t>Chị Thạnh – Mua hàng</w:t>
      </w:r>
      <w:r w:rsidR="00753D09">
        <w:rPr>
          <w:rFonts w:ascii="Times New Roman" w:hAnsi="Times New Roman" w:cs="Times New Roman"/>
          <w:sz w:val="26"/>
          <w:szCs w:val="26"/>
        </w:rPr>
        <w:t xml:space="preserve">, </w:t>
      </w:r>
      <w:r w:rsidR="00753D09" w:rsidRPr="00753D09">
        <w:rPr>
          <w:rFonts w:ascii="Times New Roman" w:hAnsi="Times New Roman" w:cs="Times New Roman"/>
          <w:sz w:val="26"/>
          <w:szCs w:val="26"/>
        </w:rPr>
        <w:t>Chị Thương – Mua hàng</w:t>
      </w:r>
      <w:r w:rsidR="0073451D">
        <w:rPr>
          <w:rFonts w:ascii="Times New Roman" w:hAnsi="Times New Roman" w:cs="Times New Roman"/>
          <w:sz w:val="26"/>
          <w:szCs w:val="26"/>
        </w:rPr>
        <w:t>.</w:t>
      </w:r>
    </w:p>
    <w:p w14:paraId="2F0DA761" w14:textId="27B34F3C" w:rsidR="00DB3CB7" w:rsidRPr="00D121C1" w:rsidRDefault="00D121C1" w:rsidP="008E0243">
      <w:pPr>
        <w:rPr>
          <w:rFonts w:ascii="Times New Roman" w:hAnsi="Times New Roman" w:cs="Times New Roman"/>
          <w:sz w:val="26"/>
          <w:szCs w:val="26"/>
        </w:rPr>
      </w:pPr>
      <w:r w:rsidRPr="00D121C1">
        <w:rPr>
          <w:rFonts w:ascii="Times New Roman" w:hAnsi="Times New Roman" w:cs="Times New Roman"/>
          <w:b/>
          <w:sz w:val="26"/>
          <w:szCs w:val="26"/>
        </w:rPr>
        <w:t>Phía Bình Thạnh:</w:t>
      </w:r>
      <w:r w:rsidRPr="00D121C1">
        <w:rPr>
          <w:rFonts w:ascii="Times New Roman" w:hAnsi="Times New Roman" w:cs="Times New Roman"/>
          <w:sz w:val="26"/>
          <w:szCs w:val="26"/>
        </w:rPr>
        <w:t xml:space="preserve"> Anh </w:t>
      </w:r>
      <w:r w:rsidR="006A3566">
        <w:rPr>
          <w:rFonts w:ascii="Times New Roman" w:hAnsi="Times New Roman" w:cs="Times New Roman"/>
          <w:sz w:val="26"/>
          <w:szCs w:val="26"/>
        </w:rPr>
        <w:t>Bảy - TPKT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D121C1">
        <w:rPr>
          <w:rFonts w:ascii="Times New Roman" w:hAnsi="Times New Roman" w:cs="Times New Roman"/>
          <w:sz w:val="26"/>
          <w:szCs w:val="26"/>
        </w:rPr>
        <w:t>Thanh Trà</w:t>
      </w:r>
    </w:p>
    <w:p w14:paraId="2F0DA762" w14:textId="77777777" w:rsidR="00DB3CB7" w:rsidRPr="00D121C1" w:rsidRDefault="00D121C1" w:rsidP="008E0243">
      <w:pPr>
        <w:pStyle w:val="Heading2"/>
        <w:rPr>
          <w:rFonts w:ascii="Times New Roman" w:hAnsi="Times New Roman" w:cs="Times New Roman"/>
          <w:color w:val="auto"/>
        </w:rPr>
      </w:pPr>
      <w:r w:rsidRPr="00D121C1">
        <w:rPr>
          <w:rFonts w:ascii="Times New Roman" w:hAnsi="Times New Roman" w:cs="Times New Roman"/>
          <w:color w:val="auto"/>
        </w:rPr>
        <w:t>Nội dung cuộc họp:</w:t>
      </w:r>
    </w:p>
    <w:p w14:paraId="6D3D9102" w14:textId="7E3A4059" w:rsidR="00424353" w:rsidRPr="00424353" w:rsidRDefault="00424353" w:rsidP="008E0243">
      <w:pPr>
        <w:rPr>
          <w:rFonts w:ascii="Times New Roman" w:eastAsiaTheme="majorEastAsia" w:hAnsi="Times New Roman" w:cs="Times New Roman"/>
          <w:b/>
          <w:bCs/>
          <w:sz w:val="26"/>
          <w:szCs w:val="26"/>
        </w:rPr>
      </w:pPr>
      <w:r w:rsidRPr="00424353">
        <w:rPr>
          <w:rFonts w:ascii="Times New Roman" w:eastAsiaTheme="majorEastAsia" w:hAnsi="Times New Roman" w:cs="Times New Roman"/>
          <w:b/>
          <w:bCs/>
          <w:sz w:val="26"/>
          <w:szCs w:val="26"/>
        </w:rPr>
        <w:t>1. Vấn đề về phát triển &amp; xử lý mẫu</w:t>
      </w:r>
    </w:p>
    <w:p w14:paraId="6DF0F129" w14:textId="77777777" w:rsidR="00424353" w:rsidRPr="00424353" w:rsidRDefault="00424353" w:rsidP="008E0243">
      <w:pPr>
        <w:rPr>
          <w:rFonts w:ascii="Times New Roman" w:eastAsiaTheme="majorEastAsia" w:hAnsi="Times New Roman" w:cs="Times New Roman"/>
          <w:b/>
          <w:bCs/>
          <w:sz w:val="26"/>
          <w:szCs w:val="26"/>
        </w:rPr>
      </w:pPr>
      <w:r w:rsidRPr="00424353">
        <w:rPr>
          <w:rFonts w:ascii="Times New Roman" w:eastAsiaTheme="majorEastAsia" w:hAnsi="Times New Roman" w:cs="Times New Roman"/>
          <w:b/>
          <w:bCs/>
          <w:sz w:val="26"/>
          <w:szCs w:val="26"/>
        </w:rPr>
        <w:t>Ý kiến TTF (Anh Trường):</w:t>
      </w:r>
    </w:p>
    <w:p w14:paraId="4F60A06A" w14:textId="77777777" w:rsidR="00424353" w:rsidRPr="00D32D14" w:rsidRDefault="00424353" w:rsidP="008E0243">
      <w:pPr>
        <w:numPr>
          <w:ilvl w:val="0"/>
          <w:numId w:val="11"/>
        </w:numPr>
        <w:rPr>
          <w:rFonts w:ascii="Times New Roman" w:eastAsiaTheme="majorEastAsia" w:hAnsi="Times New Roman" w:cs="Times New Roman"/>
          <w:sz w:val="26"/>
          <w:szCs w:val="26"/>
        </w:rPr>
      </w:pPr>
      <w:r w:rsidRPr="00D32D14">
        <w:rPr>
          <w:rFonts w:ascii="Times New Roman" w:eastAsiaTheme="majorEastAsia" w:hAnsi="Times New Roman" w:cs="Times New Roman"/>
          <w:sz w:val="26"/>
          <w:szCs w:val="26"/>
        </w:rPr>
        <w:t>Số lượng mẫu giao nhiều nhưng xử lý chậm, không kịp tiến độ.</w:t>
      </w:r>
    </w:p>
    <w:p w14:paraId="48F6D959" w14:textId="3128A9E2" w:rsidR="00424353" w:rsidRPr="00D32D14" w:rsidRDefault="00424353" w:rsidP="008E0243">
      <w:pPr>
        <w:numPr>
          <w:ilvl w:val="0"/>
          <w:numId w:val="11"/>
        </w:numPr>
        <w:rPr>
          <w:rFonts w:ascii="Times New Roman" w:eastAsiaTheme="majorEastAsia" w:hAnsi="Times New Roman" w:cs="Times New Roman"/>
          <w:sz w:val="26"/>
          <w:szCs w:val="26"/>
        </w:rPr>
      </w:pPr>
      <w:r w:rsidRPr="00D32D14">
        <w:rPr>
          <w:rFonts w:ascii="Times New Roman" w:eastAsiaTheme="majorEastAsia" w:hAnsi="Times New Roman" w:cs="Times New Roman"/>
          <w:sz w:val="26"/>
          <w:szCs w:val="26"/>
        </w:rPr>
        <w:t>Đã mời anh Minh Tâm</w:t>
      </w:r>
      <w:r w:rsidR="00D32D14">
        <w:rPr>
          <w:rFonts w:ascii="Times New Roman" w:eastAsiaTheme="majorEastAsia" w:hAnsi="Times New Roman" w:cs="Times New Roman"/>
          <w:sz w:val="26"/>
          <w:szCs w:val="26"/>
        </w:rPr>
        <w:t xml:space="preserve"> qua họp</w:t>
      </w:r>
      <w:r w:rsidRPr="00D32D14">
        <w:rPr>
          <w:rFonts w:ascii="Times New Roman" w:eastAsiaTheme="majorEastAsia" w:hAnsi="Times New Roman" w:cs="Times New Roman"/>
          <w:sz w:val="26"/>
          <w:szCs w:val="26"/>
        </w:rPr>
        <w:t xml:space="preserve"> nhưng chưa cải thiện.</w:t>
      </w:r>
    </w:p>
    <w:p w14:paraId="6493893A" w14:textId="727013D7" w:rsidR="00424353" w:rsidRPr="009055AC" w:rsidRDefault="00424353" w:rsidP="008E0243">
      <w:pPr>
        <w:numPr>
          <w:ilvl w:val="0"/>
          <w:numId w:val="11"/>
        </w:numPr>
        <w:tabs>
          <w:tab w:val="num" w:pos="1440"/>
        </w:tabs>
        <w:rPr>
          <w:rFonts w:ascii="Times New Roman" w:eastAsiaTheme="majorEastAsia" w:hAnsi="Times New Roman" w:cs="Times New Roman"/>
          <w:sz w:val="26"/>
          <w:szCs w:val="26"/>
        </w:rPr>
      </w:pPr>
      <w:r w:rsidRPr="009055AC">
        <w:rPr>
          <w:rFonts w:ascii="Times New Roman" w:eastAsiaTheme="majorEastAsia" w:hAnsi="Times New Roman" w:cs="Times New Roman"/>
          <w:sz w:val="26"/>
          <w:szCs w:val="26"/>
        </w:rPr>
        <w:t>Nhân sự phụ trách (anh Quang – tổ trưởng nhà máy) chưa nắm rõ thông tin mẫu: Khi được hỏi không cập nhật được tình trạng.</w:t>
      </w:r>
      <w:r w:rsidR="009055AC" w:rsidRPr="009055AC">
        <w:rPr>
          <w:rFonts w:ascii="Times New Roman" w:eastAsiaTheme="majorEastAsia" w:hAnsi="Times New Roman" w:cs="Times New Roman"/>
          <w:sz w:val="26"/>
          <w:szCs w:val="26"/>
        </w:rPr>
        <w:t xml:space="preserve"> </w:t>
      </w:r>
      <w:r w:rsidRPr="009055AC">
        <w:rPr>
          <w:rFonts w:ascii="Times New Roman" w:eastAsiaTheme="majorEastAsia" w:hAnsi="Times New Roman" w:cs="Times New Roman"/>
          <w:sz w:val="26"/>
          <w:szCs w:val="26"/>
        </w:rPr>
        <w:t>Thiếu theo dõi, quản lý mẫu.</w:t>
      </w:r>
    </w:p>
    <w:p w14:paraId="0B045B9A" w14:textId="3077713C" w:rsidR="00424353" w:rsidRPr="00D32D14" w:rsidRDefault="00424353" w:rsidP="008E0243">
      <w:pPr>
        <w:numPr>
          <w:ilvl w:val="0"/>
          <w:numId w:val="11"/>
        </w:numPr>
        <w:rPr>
          <w:rFonts w:ascii="Times New Roman" w:eastAsiaTheme="majorEastAsia" w:hAnsi="Times New Roman" w:cs="Times New Roman"/>
          <w:sz w:val="26"/>
          <w:szCs w:val="26"/>
        </w:rPr>
      </w:pPr>
      <w:r w:rsidRPr="00D32D14">
        <w:rPr>
          <w:rFonts w:ascii="Times New Roman" w:eastAsiaTheme="majorEastAsia" w:hAnsi="Times New Roman" w:cs="Times New Roman"/>
          <w:sz w:val="26"/>
          <w:szCs w:val="26"/>
        </w:rPr>
        <w:t>Đánh giá tổng thể:</w:t>
      </w:r>
      <w:r w:rsidR="00E10748">
        <w:rPr>
          <w:rFonts w:ascii="Times New Roman" w:eastAsiaTheme="majorEastAsia" w:hAnsi="Times New Roman" w:cs="Times New Roman"/>
          <w:sz w:val="26"/>
          <w:szCs w:val="26"/>
        </w:rPr>
        <w:t xml:space="preserve"> tổ trưởng kỹ thuật cần chủ động sắp xếp đôn đốc để làm việc đạt hiệu quả tốt hơn.</w:t>
      </w:r>
    </w:p>
    <w:p w14:paraId="413ADB24" w14:textId="65D5984C" w:rsidR="00424353" w:rsidRPr="00D32D14" w:rsidRDefault="00424353" w:rsidP="008E0243">
      <w:pPr>
        <w:numPr>
          <w:ilvl w:val="0"/>
          <w:numId w:val="11"/>
        </w:numPr>
        <w:rPr>
          <w:rFonts w:ascii="Times New Roman" w:eastAsiaTheme="majorEastAsia" w:hAnsi="Times New Roman" w:cs="Times New Roman"/>
          <w:sz w:val="26"/>
          <w:szCs w:val="26"/>
        </w:rPr>
      </w:pPr>
      <w:r w:rsidRPr="00D32D14">
        <w:rPr>
          <w:rFonts w:ascii="Times New Roman" w:eastAsiaTheme="majorEastAsia" w:hAnsi="Times New Roman" w:cs="Times New Roman"/>
          <w:sz w:val="26"/>
          <w:szCs w:val="26"/>
        </w:rPr>
        <w:t>Đề nghị xem xét thay đổi nhân sự phụ trách</w:t>
      </w:r>
      <w:r w:rsidR="009055AC">
        <w:rPr>
          <w:rFonts w:ascii="Times New Roman" w:eastAsiaTheme="majorEastAsia" w:hAnsi="Times New Roman" w:cs="Times New Roman"/>
          <w:sz w:val="26"/>
          <w:szCs w:val="26"/>
        </w:rPr>
        <w:t>.</w:t>
      </w:r>
    </w:p>
    <w:p w14:paraId="2EA3887C" w14:textId="67E0460B" w:rsidR="00424353" w:rsidRPr="0073451D" w:rsidRDefault="00424353" w:rsidP="008E0243">
      <w:pPr>
        <w:pStyle w:val="ListParagraph"/>
        <w:numPr>
          <w:ilvl w:val="0"/>
          <w:numId w:val="12"/>
        </w:numPr>
        <w:rPr>
          <w:rFonts w:ascii="Times New Roman" w:eastAsiaTheme="majorEastAsia" w:hAnsi="Times New Roman" w:cs="Times New Roman"/>
          <w:sz w:val="26"/>
          <w:szCs w:val="26"/>
        </w:rPr>
      </w:pPr>
      <w:r w:rsidRPr="0073451D">
        <w:rPr>
          <w:rFonts w:ascii="Times New Roman" w:eastAsiaTheme="majorEastAsia" w:hAnsi="Times New Roman" w:cs="Times New Roman"/>
          <w:sz w:val="26"/>
          <w:szCs w:val="26"/>
        </w:rPr>
        <w:t>Vấn đề Test mẫu:</w:t>
      </w:r>
      <w:r w:rsidR="0044677B" w:rsidRPr="0073451D">
        <w:rPr>
          <w:rFonts w:ascii="Times New Roman" w:eastAsiaTheme="majorEastAsia" w:hAnsi="Times New Roman" w:cs="Times New Roman"/>
          <w:sz w:val="26"/>
          <w:szCs w:val="26"/>
        </w:rPr>
        <w:t xml:space="preserve"> </w:t>
      </w:r>
      <w:r w:rsidRPr="0073451D">
        <w:rPr>
          <w:rFonts w:ascii="Times New Roman" w:eastAsiaTheme="majorEastAsia" w:hAnsi="Times New Roman" w:cs="Times New Roman"/>
          <w:sz w:val="26"/>
          <w:szCs w:val="26"/>
        </w:rPr>
        <w:t>Phản hồi email chậm.</w:t>
      </w:r>
      <w:r w:rsidR="0044677B" w:rsidRPr="0073451D">
        <w:rPr>
          <w:rFonts w:ascii="Times New Roman" w:eastAsiaTheme="majorEastAsia" w:hAnsi="Times New Roman" w:cs="Times New Roman"/>
          <w:sz w:val="26"/>
          <w:szCs w:val="26"/>
        </w:rPr>
        <w:t xml:space="preserve"> </w:t>
      </w:r>
      <w:r w:rsidRPr="0073451D">
        <w:rPr>
          <w:rFonts w:ascii="Times New Roman" w:eastAsiaTheme="majorEastAsia" w:hAnsi="Times New Roman" w:cs="Times New Roman"/>
          <w:sz w:val="26"/>
          <w:szCs w:val="26"/>
        </w:rPr>
        <w:t>Phải nhắc n</w:t>
      </w:r>
      <w:r w:rsidR="0044677B" w:rsidRPr="0073451D">
        <w:rPr>
          <w:rFonts w:ascii="Times New Roman" w:eastAsiaTheme="majorEastAsia" w:hAnsi="Times New Roman" w:cs="Times New Roman"/>
          <w:sz w:val="26"/>
          <w:szCs w:val="26"/>
        </w:rPr>
        <w:t>hở nhiều lần.</w:t>
      </w:r>
    </w:p>
    <w:p w14:paraId="70DE3E18" w14:textId="77777777" w:rsidR="00424353" w:rsidRPr="00424353" w:rsidRDefault="00424353" w:rsidP="008E0243">
      <w:pPr>
        <w:rPr>
          <w:rFonts w:ascii="Times New Roman" w:eastAsiaTheme="majorEastAsia" w:hAnsi="Times New Roman" w:cs="Times New Roman"/>
          <w:b/>
          <w:bCs/>
          <w:sz w:val="26"/>
          <w:szCs w:val="26"/>
        </w:rPr>
      </w:pPr>
      <w:r w:rsidRPr="00424353">
        <w:rPr>
          <w:rFonts w:ascii="Times New Roman" w:eastAsiaTheme="majorEastAsia" w:hAnsi="Times New Roman" w:cs="Times New Roman"/>
          <w:b/>
          <w:bCs/>
          <w:sz w:val="26"/>
          <w:szCs w:val="26"/>
        </w:rPr>
        <w:t>Phản hồi Bình Thạnh (Anh Bảy):</w:t>
      </w:r>
    </w:p>
    <w:p w14:paraId="1BC90D1A" w14:textId="673513D7" w:rsidR="00E10748" w:rsidRDefault="00424353" w:rsidP="00E10748">
      <w:pPr>
        <w:numPr>
          <w:ilvl w:val="0"/>
          <w:numId w:val="13"/>
        </w:numPr>
        <w:rPr>
          <w:rFonts w:ascii="Times New Roman" w:eastAsiaTheme="majorEastAsia" w:hAnsi="Times New Roman" w:cs="Times New Roman"/>
          <w:sz w:val="26"/>
          <w:szCs w:val="26"/>
        </w:rPr>
      </w:pPr>
      <w:r w:rsidRPr="00150EAB">
        <w:rPr>
          <w:rFonts w:ascii="Times New Roman" w:eastAsiaTheme="majorEastAsia" w:hAnsi="Times New Roman" w:cs="Times New Roman"/>
          <w:sz w:val="26"/>
          <w:szCs w:val="26"/>
        </w:rPr>
        <w:t>Đã nắm thông tin và đang tập trung xử lý các mẫu tồn</w:t>
      </w:r>
      <w:r w:rsidR="00E10748">
        <w:rPr>
          <w:rFonts w:ascii="Times New Roman" w:eastAsiaTheme="majorEastAsia" w:hAnsi="Times New Roman" w:cs="Times New Roman"/>
          <w:sz w:val="26"/>
          <w:szCs w:val="26"/>
        </w:rPr>
        <w:t xml:space="preserve"> (hiện nay mẫu tồn chủ yếu là của khách hàng Sonoma, khách hàng xem màu khó</w:t>
      </w:r>
      <w:r w:rsidR="007D79E4">
        <w:rPr>
          <w:rFonts w:ascii="Times New Roman" w:eastAsiaTheme="majorEastAsia" w:hAnsi="Times New Roman" w:cs="Times New Roman"/>
          <w:sz w:val="26"/>
          <w:szCs w:val="26"/>
        </w:rPr>
        <w:t>)</w:t>
      </w:r>
      <w:r w:rsidR="00E10748">
        <w:rPr>
          <w:rFonts w:ascii="Times New Roman" w:eastAsiaTheme="majorEastAsia" w:hAnsi="Times New Roman" w:cs="Times New Roman"/>
          <w:sz w:val="26"/>
          <w:szCs w:val="26"/>
        </w:rPr>
        <w:t>. Vì vậy, kỹ thuật Bình Thạnh sẽ làm mẫu đưa Anh Đạt và Anh Trường xem đạt trước khi đưa qua Văn phòng Sonoma.</w:t>
      </w:r>
    </w:p>
    <w:p w14:paraId="56CAA66B" w14:textId="436858FC" w:rsidR="00424353" w:rsidRPr="00202AE6" w:rsidRDefault="00E10748" w:rsidP="00202AE6">
      <w:pPr>
        <w:numPr>
          <w:ilvl w:val="0"/>
          <w:numId w:val="13"/>
        </w:numPr>
        <w:rPr>
          <w:rFonts w:ascii="Times New Roman" w:eastAsiaTheme="majorEastAsia" w:hAnsi="Times New Roman" w:cs="Times New Roman"/>
          <w:sz w:val="26"/>
          <w:szCs w:val="26"/>
        </w:rPr>
      </w:pPr>
      <w:r>
        <w:rPr>
          <w:rFonts w:ascii="Times New Roman" w:eastAsiaTheme="majorEastAsia" w:hAnsi="Times New Roman" w:cs="Times New Roman"/>
          <w:sz w:val="26"/>
          <w:szCs w:val="26"/>
        </w:rPr>
        <w:t>Đã gọi anh Quang về công ty làm việc và hướng dẫn để khắc phục các mặt hạn chế</w:t>
      </w:r>
      <w:r w:rsidR="00202AE6">
        <w:rPr>
          <w:rFonts w:ascii="Times New Roman" w:eastAsiaTheme="majorEastAsia" w:hAnsi="Times New Roman" w:cs="Times New Roman"/>
          <w:sz w:val="26"/>
          <w:szCs w:val="26"/>
        </w:rPr>
        <w:t>. Hiện nay a</w:t>
      </w:r>
      <w:r w:rsidR="00424353" w:rsidRPr="00202AE6">
        <w:rPr>
          <w:rFonts w:ascii="Times New Roman" w:eastAsiaTheme="majorEastAsia" w:hAnsi="Times New Roman" w:cs="Times New Roman"/>
          <w:sz w:val="26"/>
          <w:szCs w:val="26"/>
        </w:rPr>
        <w:t>nh Quang vẫn đảm bảo công tác sản xuất → trước mắt giữ nguyên vị trí.</w:t>
      </w:r>
    </w:p>
    <w:p w14:paraId="305E6BEE" w14:textId="0BABF520" w:rsidR="00E938A0" w:rsidRPr="00E938A0" w:rsidRDefault="00202AE6" w:rsidP="00CD4A99">
      <w:pPr>
        <w:numPr>
          <w:ilvl w:val="0"/>
          <w:numId w:val="13"/>
        </w:numPr>
        <w:rPr>
          <w:rFonts w:ascii="Times New Roman" w:eastAsiaTheme="majorEastAsia" w:hAnsi="Times New Roman" w:cs="Times New Roman"/>
          <w:b/>
          <w:bCs/>
          <w:sz w:val="26"/>
          <w:szCs w:val="26"/>
        </w:rPr>
      </w:pPr>
      <w:r w:rsidRPr="00E938A0">
        <w:rPr>
          <w:rFonts w:ascii="Times New Roman" w:eastAsiaTheme="majorEastAsia" w:hAnsi="Times New Roman" w:cs="Times New Roman"/>
          <w:sz w:val="26"/>
          <w:szCs w:val="26"/>
        </w:rPr>
        <w:t xml:space="preserve">Đề nghị công ty Trường Thành ưu tiên giao mẫu của các khách hàng có các đơn hàng lớn như Article, hàng dự án công trình … cho bên Bình Thạnh làm để tăng sản lượng. </w:t>
      </w:r>
      <w:r w:rsidR="00E938A0">
        <w:rPr>
          <w:rFonts w:ascii="Times New Roman" w:eastAsiaTheme="majorEastAsia" w:hAnsi="Times New Roman" w:cs="Times New Roman"/>
          <w:sz w:val="26"/>
          <w:szCs w:val="26"/>
        </w:rPr>
        <w:t>S</w:t>
      </w:r>
      <w:r w:rsidR="00E938A0" w:rsidRPr="00E938A0">
        <w:rPr>
          <w:rFonts w:ascii="Times New Roman" w:eastAsiaTheme="majorEastAsia" w:hAnsi="Times New Roman" w:cs="Times New Roman"/>
          <w:sz w:val="26"/>
          <w:szCs w:val="26"/>
        </w:rPr>
        <w:t>au khi nhận m</w:t>
      </w:r>
      <w:r w:rsidR="00E938A0">
        <w:rPr>
          <w:rFonts w:ascii="Times New Roman" w:eastAsiaTheme="majorEastAsia" w:hAnsi="Times New Roman" w:cs="Times New Roman"/>
          <w:sz w:val="26"/>
          <w:szCs w:val="26"/>
        </w:rPr>
        <w:t>ẫ</w:t>
      </w:r>
      <w:r w:rsidR="00E938A0" w:rsidRPr="00E938A0">
        <w:rPr>
          <w:rFonts w:ascii="Times New Roman" w:eastAsiaTheme="majorEastAsia" w:hAnsi="Times New Roman" w:cs="Times New Roman"/>
          <w:sz w:val="26"/>
          <w:szCs w:val="26"/>
        </w:rPr>
        <w:t xml:space="preserve">u </w:t>
      </w:r>
      <w:r w:rsidR="00E938A0">
        <w:rPr>
          <w:rFonts w:ascii="Times New Roman" w:eastAsiaTheme="majorEastAsia" w:hAnsi="Times New Roman" w:cs="Times New Roman"/>
          <w:sz w:val="26"/>
          <w:szCs w:val="26"/>
        </w:rPr>
        <w:t>kỹ thuật Bình Thạnh sẽ</w:t>
      </w:r>
      <w:r w:rsidR="00E938A0" w:rsidRPr="00E938A0">
        <w:rPr>
          <w:rFonts w:ascii="Times New Roman" w:eastAsiaTheme="majorEastAsia" w:hAnsi="Times New Roman" w:cs="Times New Roman"/>
          <w:sz w:val="26"/>
          <w:szCs w:val="26"/>
        </w:rPr>
        <w:t xml:space="preserve"> lên kế h</w:t>
      </w:r>
      <w:r w:rsidR="00E938A0">
        <w:rPr>
          <w:rFonts w:ascii="Times New Roman" w:eastAsiaTheme="majorEastAsia" w:hAnsi="Times New Roman" w:cs="Times New Roman"/>
          <w:sz w:val="26"/>
          <w:szCs w:val="26"/>
        </w:rPr>
        <w:t>oạch thực hiện mẫu và</w:t>
      </w:r>
      <w:r w:rsidR="00E938A0" w:rsidRPr="00E938A0">
        <w:rPr>
          <w:rFonts w:ascii="Times New Roman" w:eastAsiaTheme="majorEastAsia" w:hAnsi="Times New Roman" w:cs="Times New Roman"/>
          <w:sz w:val="26"/>
          <w:szCs w:val="26"/>
        </w:rPr>
        <w:t xml:space="preserve"> báo lại </w:t>
      </w:r>
      <w:r w:rsidR="00E938A0">
        <w:rPr>
          <w:rFonts w:ascii="Times New Roman" w:eastAsiaTheme="majorEastAsia" w:hAnsi="Times New Roman" w:cs="Times New Roman"/>
          <w:sz w:val="26"/>
          <w:szCs w:val="26"/>
        </w:rPr>
        <w:t xml:space="preserve">công ty </w:t>
      </w:r>
      <w:r w:rsidR="00E938A0">
        <w:rPr>
          <w:rFonts w:ascii="Times New Roman" w:eastAsiaTheme="majorEastAsia" w:hAnsi="Times New Roman" w:cs="Times New Roman"/>
          <w:sz w:val="26"/>
          <w:szCs w:val="26"/>
        </w:rPr>
        <w:lastRenderedPageBreak/>
        <w:t>Trường Thành; đồng thời sắp xếp người làm để hoàn thành các mẫu của khách hàng này theo đúng kế hoạch đã báo.</w:t>
      </w:r>
    </w:p>
    <w:p w14:paraId="171DD7F3" w14:textId="64362F28" w:rsidR="00424353" w:rsidRPr="00E938A0" w:rsidRDefault="00E938A0" w:rsidP="00E938A0">
      <w:pPr>
        <w:ind w:left="360"/>
        <w:rPr>
          <w:rFonts w:ascii="Times New Roman" w:eastAsiaTheme="majorEastAsia" w:hAnsi="Times New Roman" w:cs="Times New Roman"/>
          <w:b/>
          <w:bCs/>
          <w:sz w:val="26"/>
          <w:szCs w:val="26"/>
        </w:rPr>
      </w:pPr>
      <w:r w:rsidRPr="00E938A0">
        <w:rPr>
          <w:rFonts w:ascii="Times New Roman" w:eastAsiaTheme="majorEastAsia" w:hAnsi="Times New Roman" w:cs="Times New Roman"/>
          <w:b/>
          <w:bCs/>
          <w:sz w:val="26"/>
          <w:szCs w:val="26"/>
        </w:rPr>
        <w:t>Ý</w:t>
      </w:r>
      <w:r>
        <w:rPr>
          <w:rFonts w:ascii="Times New Roman" w:eastAsiaTheme="majorEastAsia" w:hAnsi="Times New Roman" w:cs="Times New Roman"/>
          <w:sz w:val="26"/>
          <w:szCs w:val="26"/>
        </w:rPr>
        <w:t xml:space="preserve"> </w:t>
      </w:r>
      <w:r w:rsidR="00424353" w:rsidRPr="00E938A0">
        <w:rPr>
          <w:rFonts w:ascii="Times New Roman" w:eastAsiaTheme="majorEastAsia" w:hAnsi="Times New Roman" w:cs="Times New Roman"/>
          <w:b/>
          <w:bCs/>
          <w:sz w:val="26"/>
          <w:szCs w:val="26"/>
        </w:rPr>
        <w:t>kiến TTF (Anh Đạt):</w:t>
      </w:r>
    </w:p>
    <w:p w14:paraId="08C5B59B" w14:textId="4919496B" w:rsidR="00424353" w:rsidRPr="009948B4" w:rsidRDefault="00424353" w:rsidP="008E0243">
      <w:pPr>
        <w:numPr>
          <w:ilvl w:val="0"/>
          <w:numId w:val="13"/>
        </w:numPr>
        <w:rPr>
          <w:rFonts w:ascii="Times New Roman" w:eastAsiaTheme="majorEastAsia" w:hAnsi="Times New Roman" w:cs="Times New Roman"/>
          <w:sz w:val="26"/>
          <w:szCs w:val="26"/>
        </w:rPr>
      </w:pPr>
      <w:r w:rsidRPr="009948B4">
        <w:rPr>
          <w:rFonts w:ascii="Times New Roman" w:eastAsiaTheme="majorEastAsia" w:hAnsi="Times New Roman" w:cs="Times New Roman"/>
          <w:sz w:val="26"/>
          <w:szCs w:val="26"/>
        </w:rPr>
        <w:t>Nguyên nhân doanh số chưa đạt không phải do thiếu mẫu, mà do:</w:t>
      </w:r>
      <w:r w:rsidR="00150EAB" w:rsidRPr="009948B4">
        <w:rPr>
          <w:rFonts w:ascii="Times New Roman" w:eastAsiaTheme="majorEastAsia" w:hAnsi="Times New Roman" w:cs="Times New Roman"/>
          <w:sz w:val="26"/>
          <w:szCs w:val="26"/>
        </w:rPr>
        <w:t xml:space="preserve"> </w:t>
      </w:r>
      <w:r w:rsidRPr="009948B4">
        <w:rPr>
          <w:rFonts w:ascii="Times New Roman" w:eastAsiaTheme="majorEastAsia" w:hAnsi="Times New Roman" w:cs="Times New Roman"/>
          <w:sz w:val="26"/>
          <w:szCs w:val="26"/>
        </w:rPr>
        <w:t>Mẫu Bình Thạnh thực hiện chưa đạt yêu cầu</w:t>
      </w:r>
      <w:r w:rsidR="00F552C8">
        <w:rPr>
          <w:rFonts w:ascii="Times New Roman" w:eastAsiaTheme="majorEastAsia" w:hAnsi="Times New Roman" w:cs="Times New Roman"/>
          <w:sz w:val="26"/>
          <w:szCs w:val="26"/>
        </w:rPr>
        <w:t xml:space="preserve"> dẫn đến d</w:t>
      </w:r>
      <w:r w:rsidRPr="009948B4">
        <w:rPr>
          <w:rFonts w:ascii="Times New Roman" w:eastAsiaTheme="majorEastAsia" w:hAnsi="Times New Roman" w:cs="Times New Roman"/>
          <w:sz w:val="26"/>
          <w:szCs w:val="26"/>
        </w:rPr>
        <w:t>oanh số không đạt kế hoạch</w:t>
      </w:r>
      <w:r w:rsidR="00876AAA">
        <w:rPr>
          <w:rFonts w:ascii="Times New Roman" w:eastAsiaTheme="majorEastAsia" w:hAnsi="Times New Roman" w:cs="Times New Roman"/>
          <w:sz w:val="26"/>
          <w:szCs w:val="26"/>
        </w:rPr>
        <w:t>.</w:t>
      </w:r>
    </w:p>
    <w:p w14:paraId="739DB00E" w14:textId="524BAAC6" w:rsidR="00424353" w:rsidRPr="009948B4" w:rsidRDefault="00424353" w:rsidP="008E0243">
      <w:pPr>
        <w:numPr>
          <w:ilvl w:val="0"/>
          <w:numId w:val="13"/>
        </w:numPr>
        <w:rPr>
          <w:rFonts w:ascii="Times New Roman" w:eastAsiaTheme="majorEastAsia" w:hAnsi="Times New Roman" w:cs="Times New Roman"/>
          <w:sz w:val="26"/>
          <w:szCs w:val="26"/>
        </w:rPr>
      </w:pPr>
      <w:r w:rsidRPr="009948B4">
        <w:rPr>
          <w:rFonts w:ascii="Times New Roman" w:eastAsiaTheme="majorEastAsia" w:hAnsi="Times New Roman" w:cs="Times New Roman"/>
          <w:sz w:val="26"/>
          <w:szCs w:val="26"/>
        </w:rPr>
        <w:t>Định hướng sắp tới:</w:t>
      </w:r>
      <w:r w:rsidR="00150EAB" w:rsidRPr="009948B4">
        <w:rPr>
          <w:rFonts w:ascii="Times New Roman" w:eastAsiaTheme="majorEastAsia" w:hAnsi="Times New Roman" w:cs="Times New Roman"/>
          <w:sz w:val="26"/>
          <w:szCs w:val="26"/>
        </w:rPr>
        <w:t xml:space="preserve"> </w:t>
      </w:r>
      <w:r w:rsidRPr="009948B4">
        <w:rPr>
          <w:rFonts w:ascii="Times New Roman" w:eastAsiaTheme="majorEastAsia" w:hAnsi="Times New Roman" w:cs="Times New Roman"/>
          <w:sz w:val="26"/>
          <w:szCs w:val="26"/>
        </w:rPr>
        <w:t>Bình Thạnh cần ưu tiên phát triển mẫu đạt chất lượng để tăng doanh số.</w:t>
      </w:r>
      <w:r w:rsidR="00150EAB" w:rsidRPr="009948B4">
        <w:rPr>
          <w:rFonts w:ascii="Times New Roman" w:eastAsiaTheme="majorEastAsia" w:hAnsi="Times New Roman" w:cs="Times New Roman"/>
          <w:sz w:val="26"/>
          <w:szCs w:val="26"/>
        </w:rPr>
        <w:t xml:space="preserve"> </w:t>
      </w:r>
      <w:r w:rsidRPr="009948B4">
        <w:rPr>
          <w:rFonts w:ascii="Times New Roman" w:eastAsiaTheme="majorEastAsia" w:hAnsi="Times New Roman" w:cs="Times New Roman"/>
          <w:sz w:val="26"/>
          <w:szCs w:val="26"/>
        </w:rPr>
        <w:t xml:space="preserve">Phân bổ mẫu: </w:t>
      </w:r>
    </w:p>
    <w:p w14:paraId="03780B77" w14:textId="4028F880" w:rsidR="00424353" w:rsidRPr="00F552C8" w:rsidRDefault="00424353" w:rsidP="008E0243">
      <w:pPr>
        <w:numPr>
          <w:ilvl w:val="1"/>
          <w:numId w:val="15"/>
        </w:numPr>
        <w:rPr>
          <w:rFonts w:ascii="Times New Roman" w:eastAsiaTheme="majorEastAsia" w:hAnsi="Times New Roman" w:cs="Times New Roman"/>
          <w:sz w:val="26"/>
          <w:szCs w:val="26"/>
        </w:rPr>
      </w:pPr>
      <w:r w:rsidRPr="00F552C8">
        <w:rPr>
          <w:rFonts w:ascii="Times New Roman" w:eastAsiaTheme="majorEastAsia" w:hAnsi="Times New Roman" w:cs="Times New Roman"/>
          <w:sz w:val="26"/>
          <w:szCs w:val="26"/>
        </w:rPr>
        <w:t xml:space="preserve">Article: chia 50/50 </w:t>
      </w:r>
      <w:r w:rsidR="009948B4" w:rsidRPr="00F552C8">
        <w:rPr>
          <w:rFonts w:ascii="Times New Roman" w:eastAsiaTheme="majorEastAsia" w:hAnsi="Times New Roman" w:cs="Times New Roman"/>
          <w:sz w:val="26"/>
          <w:szCs w:val="26"/>
        </w:rPr>
        <w:t>cho bên</w:t>
      </w:r>
      <w:r w:rsidRPr="00F552C8">
        <w:rPr>
          <w:rFonts w:ascii="Times New Roman" w:eastAsiaTheme="majorEastAsia" w:hAnsi="Times New Roman" w:cs="Times New Roman"/>
          <w:sz w:val="26"/>
          <w:szCs w:val="26"/>
        </w:rPr>
        <w:t xml:space="preserve"> BiDi và Bình Thạnh</w:t>
      </w:r>
    </w:p>
    <w:p w14:paraId="2F5C89CE" w14:textId="77777777" w:rsidR="00424353" w:rsidRPr="00F552C8" w:rsidRDefault="00424353" w:rsidP="008E0243">
      <w:pPr>
        <w:numPr>
          <w:ilvl w:val="1"/>
          <w:numId w:val="15"/>
        </w:numPr>
        <w:rPr>
          <w:rFonts w:ascii="Times New Roman" w:eastAsiaTheme="majorEastAsia" w:hAnsi="Times New Roman" w:cs="Times New Roman"/>
          <w:sz w:val="26"/>
          <w:szCs w:val="26"/>
        </w:rPr>
      </w:pPr>
      <w:r w:rsidRPr="00F552C8">
        <w:rPr>
          <w:rFonts w:ascii="Times New Roman" w:eastAsiaTheme="majorEastAsia" w:hAnsi="Times New Roman" w:cs="Times New Roman"/>
          <w:sz w:val="26"/>
          <w:szCs w:val="26"/>
        </w:rPr>
        <w:t>Sonoma: chia cho 3–4 NCC (không tập trung riêng Bình Thạnh)</w:t>
      </w:r>
    </w:p>
    <w:p w14:paraId="0C1F78CF" w14:textId="64E646F6" w:rsidR="00424353" w:rsidRPr="00F552C8" w:rsidRDefault="00424353" w:rsidP="008E0243">
      <w:pPr>
        <w:numPr>
          <w:ilvl w:val="1"/>
          <w:numId w:val="15"/>
        </w:numPr>
        <w:rPr>
          <w:rFonts w:ascii="Times New Roman" w:eastAsiaTheme="majorEastAsia" w:hAnsi="Times New Roman" w:cs="Times New Roman"/>
          <w:sz w:val="26"/>
          <w:szCs w:val="26"/>
        </w:rPr>
      </w:pPr>
      <w:r w:rsidRPr="00F552C8">
        <w:rPr>
          <w:rFonts w:ascii="Times New Roman" w:eastAsiaTheme="majorEastAsia" w:hAnsi="Times New Roman" w:cs="Times New Roman"/>
          <w:sz w:val="26"/>
          <w:szCs w:val="26"/>
        </w:rPr>
        <w:t>Bổ sung: giao thêm mẫu TOV và các dự án công trình</w:t>
      </w:r>
      <w:r w:rsidR="00F552C8" w:rsidRPr="00F552C8">
        <w:rPr>
          <w:rFonts w:ascii="Times New Roman" w:eastAsiaTheme="majorEastAsia" w:hAnsi="Times New Roman" w:cs="Times New Roman"/>
          <w:sz w:val="26"/>
          <w:szCs w:val="26"/>
        </w:rPr>
        <w:t xml:space="preserve"> cho Bình Thạnh</w:t>
      </w:r>
    </w:p>
    <w:p w14:paraId="579F1419" w14:textId="40D7EC2B" w:rsidR="00424353" w:rsidRPr="00A369B5" w:rsidRDefault="00424353" w:rsidP="008E0243">
      <w:pPr>
        <w:numPr>
          <w:ilvl w:val="0"/>
          <w:numId w:val="13"/>
        </w:numPr>
        <w:tabs>
          <w:tab w:val="clear" w:pos="720"/>
          <w:tab w:val="num" w:pos="1440"/>
        </w:tabs>
        <w:rPr>
          <w:rFonts w:ascii="Times New Roman" w:eastAsiaTheme="majorEastAsia" w:hAnsi="Times New Roman" w:cs="Times New Roman"/>
          <w:sz w:val="26"/>
          <w:szCs w:val="26"/>
        </w:rPr>
      </w:pPr>
      <w:r w:rsidRPr="003B3AF4">
        <w:rPr>
          <w:rFonts w:ascii="Times New Roman" w:eastAsiaTheme="majorEastAsia" w:hAnsi="Times New Roman" w:cs="Times New Roman"/>
          <w:sz w:val="26"/>
          <w:szCs w:val="26"/>
        </w:rPr>
        <w:t>Về phối hợp &amp; giao tiếp:</w:t>
      </w:r>
      <w:r w:rsidR="00F552C8" w:rsidRPr="003B3AF4">
        <w:rPr>
          <w:rFonts w:ascii="Times New Roman" w:eastAsiaTheme="majorEastAsia" w:hAnsi="Times New Roman" w:cs="Times New Roman"/>
          <w:sz w:val="26"/>
          <w:szCs w:val="26"/>
        </w:rPr>
        <w:t xml:space="preserve"> </w:t>
      </w:r>
      <w:r w:rsidRPr="003B3AF4">
        <w:rPr>
          <w:rFonts w:ascii="Times New Roman" w:eastAsiaTheme="majorEastAsia" w:hAnsi="Times New Roman" w:cs="Times New Roman"/>
          <w:sz w:val="26"/>
          <w:szCs w:val="26"/>
        </w:rPr>
        <w:t>Nếu thiếu mẫu phát triển</w:t>
      </w:r>
      <w:r w:rsidR="00857A15">
        <w:rPr>
          <w:rFonts w:ascii="Times New Roman" w:eastAsiaTheme="majorEastAsia" w:hAnsi="Times New Roman" w:cs="Times New Roman"/>
          <w:sz w:val="26"/>
          <w:szCs w:val="26"/>
        </w:rPr>
        <w:t xml:space="preserve">, </w:t>
      </w:r>
      <w:r w:rsidR="00876AAA">
        <w:rPr>
          <w:rFonts w:ascii="Times New Roman" w:eastAsiaTheme="majorEastAsia" w:hAnsi="Times New Roman" w:cs="Times New Roman"/>
          <w:sz w:val="26"/>
          <w:szCs w:val="26"/>
        </w:rPr>
        <w:t>t</w:t>
      </w:r>
      <w:r w:rsidR="003B3AF4" w:rsidRPr="003B3AF4">
        <w:rPr>
          <w:rFonts w:ascii="Times New Roman" w:eastAsiaTheme="majorEastAsia" w:hAnsi="Times New Roman" w:cs="Times New Roman"/>
          <w:sz w:val="26"/>
          <w:szCs w:val="26"/>
        </w:rPr>
        <w:t>ổ trưởng KT cần</w:t>
      </w:r>
      <w:r w:rsidRPr="003B3AF4">
        <w:rPr>
          <w:rFonts w:ascii="Times New Roman" w:eastAsiaTheme="majorEastAsia" w:hAnsi="Times New Roman" w:cs="Times New Roman"/>
          <w:sz w:val="26"/>
          <w:szCs w:val="26"/>
        </w:rPr>
        <w:t xml:space="preserve"> chủ động làm việc trực tiếp với anh Đạt</w:t>
      </w:r>
      <w:r w:rsidR="003B3AF4" w:rsidRPr="003B3AF4">
        <w:rPr>
          <w:rFonts w:ascii="Times New Roman" w:eastAsiaTheme="majorEastAsia" w:hAnsi="Times New Roman" w:cs="Times New Roman"/>
          <w:sz w:val="26"/>
          <w:szCs w:val="26"/>
        </w:rPr>
        <w:t xml:space="preserve">. </w:t>
      </w:r>
      <w:r w:rsidRPr="00A369B5">
        <w:rPr>
          <w:rFonts w:ascii="Times New Roman" w:eastAsiaTheme="majorEastAsia" w:hAnsi="Times New Roman" w:cs="Times New Roman"/>
          <w:sz w:val="26"/>
          <w:szCs w:val="26"/>
        </w:rPr>
        <w:t xml:space="preserve">Vấn đề </w:t>
      </w:r>
      <w:r w:rsidR="00D02DA1">
        <w:rPr>
          <w:rFonts w:ascii="Times New Roman" w:eastAsiaTheme="majorEastAsia" w:hAnsi="Times New Roman" w:cs="Times New Roman"/>
          <w:sz w:val="26"/>
          <w:szCs w:val="26"/>
        </w:rPr>
        <w:t>chính</w:t>
      </w:r>
      <w:r w:rsidRPr="00A369B5">
        <w:rPr>
          <w:rFonts w:ascii="Times New Roman" w:eastAsiaTheme="majorEastAsia" w:hAnsi="Times New Roman" w:cs="Times New Roman"/>
          <w:sz w:val="26"/>
          <w:szCs w:val="26"/>
        </w:rPr>
        <w:t xml:space="preserve">: </w:t>
      </w:r>
      <w:r w:rsidR="00857A15">
        <w:rPr>
          <w:rFonts w:ascii="Times New Roman" w:eastAsiaTheme="majorEastAsia" w:hAnsi="Times New Roman" w:cs="Times New Roman"/>
          <w:sz w:val="26"/>
          <w:szCs w:val="26"/>
        </w:rPr>
        <w:t>c</w:t>
      </w:r>
      <w:r w:rsidRPr="00A369B5">
        <w:rPr>
          <w:rFonts w:ascii="Times New Roman" w:eastAsiaTheme="majorEastAsia" w:hAnsi="Times New Roman" w:cs="Times New Roman"/>
          <w:sz w:val="26"/>
          <w:szCs w:val="26"/>
        </w:rPr>
        <w:t>hậm tiến độ</w:t>
      </w:r>
      <w:r w:rsidR="00857A15">
        <w:rPr>
          <w:rFonts w:ascii="Times New Roman" w:eastAsiaTheme="majorEastAsia" w:hAnsi="Times New Roman" w:cs="Times New Roman"/>
          <w:sz w:val="26"/>
          <w:szCs w:val="26"/>
        </w:rPr>
        <w:t xml:space="preserve"> mẫu</w:t>
      </w:r>
      <w:r w:rsidR="003B3AF4" w:rsidRPr="00A369B5">
        <w:rPr>
          <w:rFonts w:ascii="Times New Roman" w:eastAsiaTheme="majorEastAsia" w:hAnsi="Times New Roman" w:cs="Times New Roman"/>
          <w:sz w:val="26"/>
          <w:szCs w:val="26"/>
        </w:rPr>
        <w:t xml:space="preserve">, </w:t>
      </w:r>
      <w:r w:rsidR="00857A15">
        <w:rPr>
          <w:rFonts w:ascii="Times New Roman" w:eastAsiaTheme="majorEastAsia" w:hAnsi="Times New Roman" w:cs="Times New Roman"/>
          <w:sz w:val="26"/>
          <w:szCs w:val="26"/>
        </w:rPr>
        <w:t>g</w:t>
      </w:r>
      <w:r w:rsidRPr="00A369B5">
        <w:rPr>
          <w:rFonts w:ascii="Times New Roman" w:eastAsiaTheme="majorEastAsia" w:hAnsi="Times New Roman" w:cs="Times New Roman"/>
          <w:sz w:val="26"/>
          <w:szCs w:val="26"/>
        </w:rPr>
        <w:t>iao tiếp chưa hiệu quả</w:t>
      </w:r>
      <w:r w:rsidR="00857A15">
        <w:rPr>
          <w:rFonts w:ascii="Times New Roman" w:eastAsiaTheme="majorEastAsia" w:hAnsi="Times New Roman" w:cs="Times New Roman"/>
          <w:sz w:val="26"/>
          <w:szCs w:val="26"/>
        </w:rPr>
        <w:t>, c</w:t>
      </w:r>
      <w:r w:rsidRPr="00A369B5">
        <w:rPr>
          <w:rFonts w:ascii="Times New Roman" w:eastAsiaTheme="majorEastAsia" w:hAnsi="Times New Roman" w:cs="Times New Roman"/>
          <w:sz w:val="26"/>
          <w:szCs w:val="26"/>
        </w:rPr>
        <w:t xml:space="preserve">ần chấn chỉnh </w:t>
      </w:r>
      <w:r w:rsidR="00290AAA">
        <w:rPr>
          <w:rFonts w:ascii="Times New Roman" w:eastAsiaTheme="majorEastAsia" w:hAnsi="Times New Roman" w:cs="Times New Roman"/>
          <w:sz w:val="26"/>
          <w:szCs w:val="26"/>
        </w:rPr>
        <w:t>để có thể đạt doanh số như thỏa thuận.</w:t>
      </w:r>
    </w:p>
    <w:p w14:paraId="14716D5F" w14:textId="0FB4D91C" w:rsidR="00424353" w:rsidRPr="00424353" w:rsidRDefault="00424353" w:rsidP="008E0243">
      <w:pPr>
        <w:rPr>
          <w:rFonts w:ascii="Times New Roman" w:eastAsiaTheme="majorEastAsia" w:hAnsi="Times New Roman" w:cs="Times New Roman"/>
          <w:b/>
          <w:bCs/>
          <w:sz w:val="26"/>
          <w:szCs w:val="26"/>
        </w:rPr>
      </w:pPr>
      <w:r w:rsidRPr="00424353">
        <w:rPr>
          <w:rFonts w:ascii="Times New Roman" w:eastAsiaTheme="majorEastAsia" w:hAnsi="Times New Roman" w:cs="Times New Roman"/>
          <w:b/>
          <w:bCs/>
          <w:sz w:val="26"/>
          <w:szCs w:val="26"/>
        </w:rPr>
        <w:t>2. Về mua hàng &amp; công nợ</w:t>
      </w:r>
    </w:p>
    <w:p w14:paraId="5A891EBB" w14:textId="716DE8C9" w:rsidR="00424353" w:rsidRPr="00A369B5" w:rsidRDefault="00424353" w:rsidP="008E0243">
      <w:pPr>
        <w:numPr>
          <w:ilvl w:val="0"/>
          <w:numId w:val="17"/>
        </w:numPr>
        <w:rPr>
          <w:rFonts w:ascii="Times New Roman" w:eastAsiaTheme="majorEastAsia" w:hAnsi="Times New Roman" w:cs="Times New Roman"/>
          <w:sz w:val="26"/>
          <w:szCs w:val="26"/>
        </w:rPr>
      </w:pPr>
      <w:r w:rsidRPr="00A369B5">
        <w:rPr>
          <w:rFonts w:ascii="Times New Roman" w:eastAsiaTheme="majorEastAsia" w:hAnsi="Times New Roman" w:cs="Times New Roman"/>
          <w:sz w:val="26"/>
          <w:szCs w:val="26"/>
        </w:rPr>
        <w:t>Hai bên thống nhất:</w:t>
      </w:r>
      <w:r w:rsidR="003B3AF4" w:rsidRPr="00A369B5">
        <w:rPr>
          <w:rFonts w:ascii="Times New Roman" w:eastAsiaTheme="majorEastAsia" w:hAnsi="Times New Roman" w:cs="Times New Roman"/>
          <w:sz w:val="26"/>
          <w:szCs w:val="26"/>
        </w:rPr>
        <w:t xml:space="preserve"> </w:t>
      </w:r>
      <w:r w:rsidRPr="00A369B5">
        <w:rPr>
          <w:rFonts w:ascii="Times New Roman" w:eastAsiaTheme="majorEastAsia" w:hAnsi="Times New Roman" w:cs="Times New Roman"/>
          <w:sz w:val="26"/>
          <w:szCs w:val="26"/>
        </w:rPr>
        <w:t>Điều khoản thanh toán: Mặc định: 60 ngày</w:t>
      </w:r>
    </w:p>
    <w:p w14:paraId="596CD62E" w14:textId="77777777" w:rsidR="00424353" w:rsidRPr="00A369B5" w:rsidRDefault="00424353" w:rsidP="008E0243">
      <w:pPr>
        <w:numPr>
          <w:ilvl w:val="0"/>
          <w:numId w:val="17"/>
        </w:numPr>
        <w:rPr>
          <w:rFonts w:ascii="Times New Roman" w:eastAsiaTheme="majorEastAsia" w:hAnsi="Times New Roman" w:cs="Times New Roman"/>
          <w:sz w:val="26"/>
          <w:szCs w:val="26"/>
        </w:rPr>
      </w:pPr>
      <w:r w:rsidRPr="00A369B5">
        <w:rPr>
          <w:rFonts w:ascii="Times New Roman" w:eastAsiaTheme="majorEastAsia" w:hAnsi="Times New Roman" w:cs="Times New Roman"/>
          <w:sz w:val="26"/>
          <w:szCs w:val="26"/>
        </w:rPr>
        <w:t xml:space="preserve">Điều chỉnh theo doanh số: </w:t>
      </w:r>
    </w:p>
    <w:p w14:paraId="3F619248" w14:textId="77777777" w:rsidR="00424353" w:rsidRPr="00A369B5" w:rsidRDefault="00424353" w:rsidP="008E0243">
      <w:pPr>
        <w:numPr>
          <w:ilvl w:val="1"/>
          <w:numId w:val="17"/>
        </w:numPr>
        <w:rPr>
          <w:rFonts w:ascii="Times New Roman" w:eastAsiaTheme="majorEastAsia" w:hAnsi="Times New Roman" w:cs="Times New Roman"/>
          <w:sz w:val="26"/>
          <w:szCs w:val="26"/>
        </w:rPr>
      </w:pPr>
      <w:r w:rsidRPr="00A369B5">
        <w:rPr>
          <w:rFonts w:ascii="Times New Roman" w:eastAsiaTheme="majorEastAsia" w:hAnsi="Times New Roman" w:cs="Times New Roman"/>
          <w:sz w:val="26"/>
          <w:szCs w:val="26"/>
        </w:rPr>
        <w:t>≥ 1.5 tỷ: nâng lên 75 ngày</w:t>
      </w:r>
    </w:p>
    <w:p w14:paraId="1D359964" w14:textId="77777777" w:rsidR="00424353" w:rsidRPr="00A369B5" w:rsidRDefault="00424353" w:rsidP="008E0243">
      <w:pPr>
        <w:numPr>
          <w:ilvl w:val="1"/>
          <w:numId w:val="17"/>
        </w:numPr>
        <w:rPr>
          <w:rFonts w:ascii="Times New Roman" w:eastAsiaTheme="majorEastAsia" w:hAnsi="Times New Roman" w:cs="Times New Roman"/>
          <w:sz w:val="26"/>
          <w:szCs w:val="26"/>
        </w:rPr>
      </w:pPr>
      <w:r w:rsidRPr="00A369B5">
        <w:rPr>
          <w:rFonts w:ascii="Times New Roman" w:eastAsiaTheme="majorEastAsia" w:hAnsi="Times New Roman" w:cs="Times New Roman"/>
          <w:sz w:val="26"/>
          <w:szCs w:val="26"/>
        </w:rPr>
        <w:t>≥ 2.5 tỷ: nâng lên 90 ngày</w:t>
      </w:r>
    </w:p>
    <w:p w14:paraId="3D0CAD28" w14:textId="23B83386" w:rsidR="00424353" w:rsidRPr="00A369B5" w:rsidRDefault="00424353" w:rsidP="008E0243">
      <w:pPr>
        <w:numPr>
          <w:ilvl w:val="1"/>
          <w:numId w:val="17"/>
        </w:numPr>
        <w:rPr>
          <w:rFonts w:ascii="Times New Roman" w:eastAsiaTheme="majorEastAsia" w:hAnsi="Times New Roman" w:cs="Times New Roman"/>
          <w:sz w:val="26"/>
          <w:szCs w:val="26"/>
        </w:rPr>
      </w:pPr>
      <w:r w:rsidRPr="00A369B5">
        <w:rPr>
          <w:rFonts w:ascii="Times New Roman" w:eastAsiaTheme="majorEastAsia" w:hAnsi="Times New Roman" w:cs="Times New Roman"/>
          <w:sz w:val="26"/>
          <w:szCs w:val="26"/>
        </w:rPr>
        <w:t>Cách áp dụng: Kế toán Bình Thạnh tự cập nhật khi đạt mốc doanh số</w:t>
      </w:r>
    </w:p>
    <w:p w14:paraId="1AC19A69" w14:textId="45D1F7F1" w:rsidR="00424353" w:rsidRPr="00A369B5" w:rsidRDefault="00424353" w:rsidP="008E0243">
      <w:pPr>
        <w:numPr>
          <w:ilvl w:val="1"/>
          <w:numId w:val="17"/>
        </w:numPr>
        <w:rPr>
          <w:rFonts w:ascii="Times New Roman" w:eastAsiaTheme="majorEastAsia" w:hAnsi="Times New Roman" w:cs="Times New Roman"/>
          <w:sz w:val="26"/>
          <w:szCs w:val="26"/>
        </w:rPr>
      </w:pPr>
      <w:r w:rsidRPr="00A369B5">
        <w:rPr>
          <w:rFonts w:ascii="Times New Roman" w:eastAsiaTheme="majorEastAsia" w:hAnsi="Times New Roman" w:cs="Times New Roman"/>
          <w:sz w:val="26"/>
          <w:szCs w:val="26"/>
        </w:rPr>
        <w:t xml:space="preserve">Các đơn hàng </w:t>
      </w:r>
      <w:r w:rsidR="00A369B5" w:rsidRPr="00A369B5">
        <w:rPr>
          <w:rFonts w:ascii="Times New Roman" w:eastAsiaTheme="majorEastAsia" w:hAnsi="Times New Roman" w:cs="Times New Roman"/>
          <w:sz w:val="26"/>
          <w:szCs w:val="26"/>
        </w:rPr>
        <w:t xml:space="preserve">mà TTF </w:t>
      </w:r>
      <w:r w:rsidRPr="00A369B5">
        <w:rPr>
          <w:rFonts w:ascii="Times New Roman" w:eastAsiaTheme="majorEastAsia" w:hAnsi="Times New Roman" w:cs="Times New Roman"/>
          <w:sz w:val="26"/>
          <w:szCs w:val="26"/>
        </w:rPr>
        <w:t xml:space="preserve">đã tạo trên hệ thống trước đó không điều chỉnh lại </w:t>
      </w:r>
      <w:r w:rsidR="00A369B5" w:rsidRPr="00A369B5">
        <w:rPr>
          <w:rFonts w:ascii="Times New Roman" w:eastAsiaTheme="majorEastAsia" w:hAnsi="Times New Roman" w:cs="Times New Roman"/>
          <w:sz w:val="26"/>
          <w:szCs w:val="26"/>
        </w:rPr>
        <w:t>.</w:t>
      </w:r>
    </w:p>
    <w:p w14:paraId="2F0DA76E" w14:textId="77777777" w:rsidR="00DB3CB7" w:rsidRPr="00D121C1" w:rsidRDefault="00D121C1">
      <w:pPr>
        <w:rPr>
          <w:rFonts w:ascii="Times New Roman" w:hAnsi="Times New Roman" w:cs="Times New Roman"/>
          <w:b/>
          <w:sz w:val="26"/>
          <w:szCs w:val="26"/>
        </w:rPr>
      </w:pPr>
      <w:r w:rsidRPr="00D121C1">
        <w:rPr>
          <w:rFonts w:ascii="Times New Roman" w:hAnsi="Times New Roman" w:cs="Times New Roman"/>
          <w:sz w:val="26"/>
          <w:szCs w:val="26"/>
        </w:rPr>
        <w:br/>
      </w:r>
      <w:r w:rsidRPr="00D121C1">
        <w:rPr>
          <w:rFonts w:ascii="Times New Roman" w:hAnsi="Times New Roman" w:cs="Times New Roman"/>
          <w:sz w:val="26"/>
          <w:szCs w:val="26"/>
        </w:rPr>
        <w:br/>
      </w:r>
      <w:r w:rsidRPr="00D121C1">
        <w:rPr>
          <w:rFonts w:ascii="Times New Roman" w:hAnsi="Times New Roman" w:cs="Times New Roman"/>
          <w:b/>
          <w:sz w:val="26"/>
          <w:szCs w:val="26"/>
        </w:rPr>
        <w:t>ĐẠI DIỆN CÔNG TY TTF</w:t>
      </w:r>
      <w:r w:rsidRPr="00D121C1">
        <w:rPr>
          <w:rFonts w:ascii="Times New Roman" w:hAnsi="Times New Roman" w:cs="Times New Roman"/>
          <w:b/>
          <w:sz w:val="26"/>
          <w:szCs w:val="26"/>
        </w:rPr>
        <w:tab/>
      </w:r>
      <w:r w:rsidRPr="00D121C1">
        <w:rPr>
          <w:rFonts w:ascii="Times New Roman" w:hAnsi="Times New Roman" w:cs="Times New Roman"/>
          <w:b/>
          <w:sz w:val="26"/>
          <w:szCs w:val="26"/>
        </w:rPr>
        <w:tab/>
      </w:r>
      <w:r w:rsidRPr="00D121C1">
        <w:rPr>
          <w:rFonts w:ascii="Times New Roman" w:hAnsi="Times New Roman" w:cs="Times New Roman"/>
          <w:b/>
          <w:sz w:val="26"/>
          <w:szCs w:val="26"/>
        </w:rPr>
        <w:tab/>
      </w:r>
      <w:r w:rsidRPr="00D121C1">
        <w:rPr>
          <w:rFonts w:ascii="Times New Roman" w:hAnsi="Times New Roman" w:cs="Times New Roman"/>
          <w:b/>
          <w:sz w:val="26"/>
          <w:szCs w:val="26"/>
        </w:rPr>
        <w:tab/>
        <w:t>ĐẠI DIỆN CÔNG TY BÌNH THẠNH</w:t>
      </w:r>
    </w:p>
    <w:p w14:paraId="2F0DA76F" w14:textId="77777777" w:rsidR="00DB3CB7" w:rsidRPr="00D121C1" w:rsidRDefault="00D121C1">
      <w:pPr>
        <w:rPr>
          <w:rFonts w:ascii="Times New Roman" w:hAnsi="Times New Roman" w:cs="Times New Roman"/>
          <w:sz w:val="26"/>
          <w:szCs w:val="26"/>
        </w:rPr>
      </w:pPr>
      <w:r w:rsidRPr="00D121C1">
        <w:rPr>
          <w:rFonts w:ascii="Times New Roman" w:hAnsi="Times New Roman" w:cs="Times New Roman"/>
          <w:sz w:val="26"/>
          <w:szCs w:val="26"/>
        </w:rPr>
        <w:br/>
      </w:r>
    </w:p>
    <w:sectPr w:rsidR="00DB3CB7" w:rsidRPr="00D121C1" w:rsidSect="00D121C1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NI-Timfani-Heavy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9F7C1D"/>
    <w:multiLevelType w:val="hybridMultilevel"/>
    <w:tmpl w:val="7BE0A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053A86"/>
    <w:multiLevelType w:val="multilevel"/>
    <w:tmpl w:val="B6488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E3000C"/>
    <w:multiLevelType w:val="multilevel"/>
    <w:tmpl w:val="147E9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954020"/>
    <w:multiLevelType w:val="multilevel"/>
    <w:tmpl w:val="AD46F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882A06"/>
    <w:multiLevelType w:val="hybridMultilevel"/>
    <w:tmpl w:val="C2001604"/>
    <w:lvl w:ilvl="0" w:tplc="A8A66C14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28084F"/>
    <w:multiLevelType w:val="multilevel"/>
    <w:tmpl w:val="B8A29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5504FB"/>
    <w:multiLevelType w:val="multilevel"/>
    <w:tmpl w:val="9B9C1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6F4053"/>
    <w:multiLevelType w:val="multilevel"/>
    <w:tmpl w:val="C864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2157A0"/>
    <w:multiLevelType w:val="multilevel"/>
    <w:tmpl w:val="DDD86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1740434">
    <w:abstractNumId w:val="8"/>
  </w:num>
  <w:num w:numId="2" w16cid:durableId="1469283004">
    <w:abstractNumId w:val="6"/>
  </w:num>
  <w:num w:numId="3" w16cid:durableId="395009187">
    <w:abstractNumId w:val="5"/>
  </w:num>
  <w:num w:numId="4" w16cid:durableId="1545482681">
    <w:abstractNumId w:val="4"/>
  </w:num>
  <w:num w:numId="5" w16cid:durableId="751123952">
    <w:abstractNumId w:val="7"/>
  </w:num>
  <w:num w:numId="6" w16cid:durableId="1978878283">
    <w:abstractNumId w:val="3"/>
  </w:num>
  <w:num w:numId="7" w16cid:durableId="447940896">
    <w:abstractNumId w:val="2"/>
  </w:num>
  <w:num w:numId="8" w16cid:durableId="1898666056">
    <w:abstractNumId w:val="1"/>
  </w:num>
  <w:num w:numId="9" w16cid:durableId="2008097910">
    <w:abstractNumId w:val="0"/>
  </w:num>
  <w:num w:numId="10" w16cid:durableId="1536386220">
    <w:abstractNumId w:val="9"/>
  </w:num>
  <w:num w:numId="11" w16cid:durableId="208884494">
    <w:abstractNumId w:val="12"/>
  </w:num>
  <w:num w:numId="12" w16cid:durableId="1012025274">
    <w:abstractNumId w:val="17"/>
  </w:num>
  <w:num w:numId="13" w16cid:durableId="1705053015">
    <w:abstractNumId w:val="16"/>
  </w:num>
  <w:num w:numId="14" w16cid:durableId="1611861870">
    <w:abstractNumId w:val="14"/>
  </w:num>
  <w:num w:numId="15" w16cid:durableId="945310824">
    <w:abstractNumId w:val="11"/>
  </w:num>
  <w:num w:numId="16" w16cid:durableId="1023944633">
    <w:abstractNumId w:val="15"/>
  </w:num>
  <w:num w:numId="17" w16cid:durableId="1881743812">
    <w:abstractNumId w:val="10"/>
  </w:num>
  <w:num w:numId="18" w16cid:durableId="13029241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D4F"/>
    <w:rsid w:val="00034616"/>
    <w:rsid w:val="0006063C"/>
    <w:rsid w:val="0015074B"/>
    <w:rsid w:val="00150EAB"/>
    <w:rsid w:val="00161730"/>
    <w:rsid w:val="001E7E2E"/>
    <w:rsid w:val="00202AE6"/>
    <w:rsid w:val="0020580C"/>
    <w:rsid w:val="00290AAA"/>
    <w:rsid w:val="0029639D"/>
    <w:rsid w:val="00326F90"/>
    <w:rsid w:val="003B3AF4"/>
    <w:rsid w:val="00424353"/>
    <w:rsid w:val="0044677B"/>
    <w:rsid w:val="005E3D4C"/>
    <w:rsid w:val="0069483C"/>
    <w:rsid w:val="006A3566"/>
    <w:rsid w:val="006C40DF"/>
    <w:rsid w:val="00711ABD"/>
    <w:rsid w:val="0073451D"/>
    <w:rsid w:val="007466A2"/>
    <w:rsid w:val="00753D09"/>
    <w:rsid w:val="007D79E4"/>
    <w:rsid w:val="00812097"/>
    <w:rsid w:val="00857A15"/>
    <w:rsid w:val="00876AAA"/>
    <w:rsid w:val="008E0243"/>
    <w:rsid w:val="009055AC"/>
    <w:rsid w:val="00966DC7"/>
    <w:rsid w:val="009948B4"/>
    <w:rsid w:val="00A369B5"/>
    <w:rsid w:val="00AA1D8D"/>
    <w:rsid w:val="00AF0F3E"/>
    <w:rsid w:val="00B47730"/>
    <w:rsid w:val="00C5191C"/>
    <w:rsid w:val="00CB0664"/>
    <w:rsid w:val="00D02DA1"/>
    <w:rsid w:val="00D121C1"/>
    <w:rsid w:val="00D32D14"/>
    <w:rsid w:val="00DB3CB7"/>
    <w:rsid w:val="00DB55E3"/>
    <w:rsid w:val="00E10748"/>
    <w:rsid w:val="00E938A0"/>
    <w:rsid w:val="00EA0FF8"/>
    <w:rsid w:val="00EC796A"/>
    <w:rsid w:val="00F552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0DA75B"/>
  <w14:defaultImageDpi w14:val="300"/>
  <w15:docId w15:val="{F05239B6-EBE9-49A2-B7B5-705534AF4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3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D47107-AB47-486C-A6C7-03BF35AC5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Nguyễn Thị Thanh Trà</cp:lastModifiedBy>
  <cp:revision>32</cp:revision>
  <cp:lastPrinted>2026-06-10T02:30:00Z</cp:lastPrinted>
  <dcterms:created xsi:type="dcterms:W3CDTF">2013-12-23T23:15:00Z</dcterms:created>
  <dcterms:modified xsi:type="dcterms:W3CDTF">2026-06-10T07:02:00Z</dcterms:modified>
  <cp:category/>
</cp:coreProperties>
</file>