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2D85E" w14:textId="77777777" w:rsidR="00523687" w:rsidRDefault="00000000">
      <w:pPr>
        <w:spacing w:after="60"/>
        <w:jc w:val="center"/>
      </w:pPr>
      <w:r>
        <w:rPr>
          <w:b/>
          <w:sz w:val="28"/>
        </w:rPr>
        <w:t>BÁO CÁO TỔNG HỢP LIÊN HỆ CÔNG TÁC HÀNG TUẦN</w:t>
      </w:r>
    </w:p>
    <w:p w14:paraId="097379E6" w14:textId="1E1355D8" w:rsidR="00523687" w:rsidRDefault="00000000">
      <w:pPr>
        <w:spacing w:after="240"/>
        <w:jc w:val="center"/>
      </w:pPr>
      <w:r>
        <w:t xml:space="preserve">Đơn vị: </w:t>
      </w:r>
      <w:r>
        <w:rPr>
          <w:b/>
        </w:rPr>
        <w:t>Phòng R&amp;D và QA</w:t>
      </w:r>
      <w:r>
        <w:t xml:space="preserve">  |  Thời gian: </w:t>
      </w:r>
      <w:r>
        <w:rPr>
          <w:b/>
        </w:rPr>
        <w:t>Tuần lễ 07/09 -&gt; 12/09/2026</w:t>
      </w:r>
      <w:r>
        <w:t xml:space="preserve">  |  Ngày cập nhật: </w:t>
      </w:r>
      <w:r>
        <w:rPr>
          <w:b/>
        </w:rPr>
        <w:t>14/09/2026</w:t>
      </w:r>
      <w:r>
        <w:rPr>
          <w:i/>
          <w:sz w:val="19"/>
        </w:rPr>
        <w:t>)</w:t>
      </w:r>
    </w:p>
    <w:p w14:paraId="2E1827D3" w14:textId="77777777" w:rsidR="00523687" w:rsidRDefault="00000000">
      <w:pPr>
        <w:spacing w:before="120" w:after="60"/>
      </w:pPr>
      <w:r>
        <w:rPr>
          <w:b/>
          <w:sz w:val="22"/>
        </w:rPr>
        <w:t>I. CÁC HẠNG MỤC CHƯA ĐƯỢC THỰC HIỆN / QUÁ HẠN / ĐANG VƯỚNG MẮC</w:t>
      </w:r>
    </w:p>
    <w:tbl>
      <w:tblPr>
        <w:tblW w:w="11160" w:type="dxa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1584"/>
        <w:gridCol w:w="1296"/>
        <w:gridCol w:w="3726"/>
        <w:gridCol w:w="1260"/>
        <w:gridCol w:w="2718"/>
      </w:tblGrid>
      <w:tr w:rsidR="00523687" w14:paraId="64CF3D4D" w14:textId="77777777" w:rsidTr="006837BB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FBC9720" w14:textId="77777777" w:rsidR="00523687" w:rsidRDefault="00000000">
            <w:pPr>
              <w:jc w:val="center"/>
            </w:pPr>
            <w:r>
              <w:rPr>
                <w:b/>
                <w:sz w:val="20"/>
              </w:rPr>
              <w:t>STT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FE9FC9" w14:textId="77777777" w:rsidR="00523687" w:rsidRDefault="00000000">
            <w:pPr>
              <w:jc w:val="center"/>
            </w:pPr>
            <w:r>
              <w:rPr>
                <w:b/>
                <w:sz w:val="20"/>
              </w:rPr>
              <w:t>Phòng Ban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44B0EC" w14:textId="77777777" w:rsidR="00523687" w:rsidRDefault="00000000">
            <w:pPr>
              <w:jc w:val="center"/>
            </w:pPr>
            <w:r>
              <w:rPr>
                <w:b/>
                <w:sz w:val="20"/>
              </w:rPr>
              <w:t>Người Nhận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440B79" w14:textId="77777777" w:rsidR="00523687" w:rsidRDefault="00000000">
            <w:pPr>
              <w:jc w:val="center"/>
            </w:pPr>
            <w:r>
              <w:rPr>
                <w:b/>
                <w:sz w:val="20"/>
              </w:rPr>
              <w:t>Nội Dung Công Việc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6791492" w14:textId="77777777" w:rsidR="00523687" w:rsidRDefault="00000000">
            <w:pPr>
              <w:jc w:val="center"/>
            </w:pPr>
            <w:r>
              <w:rPr>
                <w:b/>
                <w:sz w:val="20"/>
              </w:rPr>
              <w:t>Hạn / Ngày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17095E" w14:textId="77777777" w:rsidR="00523687" w:rsidRDefault="00000000">
            <w:pPr>
              <w:jc w:val="center"/>
            </w:pPr>
            <w:r>
              <w:rPr>
                <w:b/>
                <w:sz w:val="20"/>
              </w:rPr>
              <w:t>Tình Trạng &amp; Ghi Chú Chi Tiết</w:t>
            </w:r>
          </w:p>
        </w:tc>
      </w:tr>
      <w:tr w:rsidR="00523687" w14:paraId="1F95AAA0" w14:textId="77777777" w:rsidTr="006837BB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FB139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EDA62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KỸ THUẬT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CB30D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HỌC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DBE36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Sơn nhúng trong (Mẫu 1 180826)</w:t>
            </w:r>
            <w:r>
              <w:rPr>
                <w:sz w:val="19"/>
              </w:rPr>
              <w:br/>
              <w:t>(Ngày liên hệ: 19/08/2026 - Phiếu thử mẫu)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D1D9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24/08/2026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D1619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CHƯA THỬ: Quá hạn kéo dài, Kỹ thuật chưa triển khai thử mẫu và chưa báo cáo kết quả.</w:t>
            </w:r>
          </w:p>
        </w:tc>
      </w:tr>
      <w:tr w:rsidR="00523687" w14:paraId="36BD12E4" w14:textId="77777777" w:rsidTr="006837BB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71EC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2549D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KỸ THUẬT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B166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HỌC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6FE4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Bóng màu Mekong 12/17H - Gom gọn Cthuc bóng trắng</w:t>
            </w:r>
            <w:r>
              <w:rPr>
                <w:sz w:val="19"/>
              </w:rPr>
              <w:br/>
              <w:t>(Ngày liên hệ: 11/08/2026 - Phiếu thử mẫu)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F75DC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15/08/2026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978D3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Quá hạn 30 ngày. Chưa có thông tin phản hồi kết quả từ bộ phận Kỹ thuật.</w:t>
            </w:r>
          </w:p>
        </w:tc>
      </w:tr>
      <w:tr w:rsidR="00523687" w14:paraId="7E7F0747" w14:textId="77777777" w:rsidTr="006837BB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A7F4F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C24D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KỸ THUẬT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5048E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HỌC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635F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Lót nhúng BT 0126H trắng thử xử lý lỗ ghim hạt gỗ Beech Hành Mỹ</w:t>
            </w:r>
            <w:r>
              <w:rPr>
                <w:sz w:val="19"/>
              </w:rPr>
              <w:br/>
              <w:t>(Ngày liên hệ: 13/08/2026 - Phiếu thử mẫu)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1EA9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20/08/2026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E097D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Quá hạn 25 ngày. Chưa có thông tin phản hồi kết quả từ bộ phận Kỹ thuật.</w:t>
            </w:r>
          </w:p>
        </w:tc>
      </w:tr>
      <w:tr w:rsidR="00523687" w14:paraId="3FE50E59" w14:textId="77777777" w:rsidTr="006837BB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2D32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DC17D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SN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A896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MR DƯƠNG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4439B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Lót S03 2410H tăng độ phủ</w:t>
            </w:r>
            <w:r>
              <w:rPr>
                <w:sz w:val="19"/>
              </w:rPr>
              <w:br/>
              <w:t>(Ngày liên hệ: 25/08/2026 - SX thử nghiệm)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2653B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25/08/2026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24CB1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CHƯA SẢN XUẤT: Xưởng Sơn Nước chưa tiến hành sản xuất thử nghiệm.</w:t>
            </w:r>
          </w:p>
        </w:tc>
      </w:tr>
      <w:tr w:rsidR="00523687" w14:paraId="4D929D22" w14:textId="77777777" w:rsidTr="006837BB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44379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D5C51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QC1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B3D5B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MRS YẾN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DB329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Xanh lá GN 20 chỉnh xử lý tồn kho</w:t>
            </w:r>
            <w:r>
              <w:rPr>
                <w:sz w:val="19"/>
              </w:rPr>
              <w:br/>
              <w:t>(Ngày liên hệ: 21/08/2026 - Phiếu thử mẫu)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0355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21/08/2026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FD31C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Chưa có phản hồi / Chưa có thông tin kết quả xử lý từ phòng QC1.</w:t>
            </w:r>
          </w:p>
        </w:tc>
      </w:tr>
      <w:tr w:rsidR="00523687" w14:paraId="5AD58C1B" w14:textId="77777777" w:rsidTr="006837BB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2F187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8927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SN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9773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MR DƯƠNG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90167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Cách pha loãng phụ gia sơn nước: 093; 204</w:t>
            </w:r>
            <w:r>
              <w:rPr>
                <w:sz w:val="19"/>
              </w:rPr>
              <w:br/>
              <w:t>(Ngày liên hệ: 05/09/2026 - Văn thư nội bộ)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921A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05/09/2026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C66F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Chưa có phản hồi từ Xưởng Sơn Nước.</w:t>
            </w:r>
          </w:p>
        </w:tc>
      </w:tr>
      <w:tr w:rsidR="00523687" w14:paraId="4AF1D704" w14:textId="77777777" w:rsidTr="006837BB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CC458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4A52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KỸ THUẬT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10A47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HỌC</w:t>
            </w:r>
          </w:p>
        </w:tc>
        <w:tc>
          <w:tcPr>
            <w:tcW w:w="3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3FB25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Lót quét cọ trắng chỉnh cho Mekong (Tuần 24-29/8)</w:t>
            </w:r>
            <w:r>
              <w:rPr>
                <w:sz w:val="19"/>
              </w:rPr>
              <w:br/>
              <w:t>(Ngày liên hệ: 29/08/2026 - Phiếu thử mẫu)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67A82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07/09/2026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8C51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Đã phản hồi giảm 60-70% bọt, vẫn còn bọt -&gt; R&amp;D tiếp tục gửi mẫu điều chỉnh mới ngày 09/09/2026 để xử lý dứt điểm.</w:t>
            </w:r>
          </w:p>
        </w:tc>
      </w:tr>
    </w:tbl>
    <w:p w14:paraId="3AD29B41" w14:textId="77777777" w:rsidR="00523687" w:rsidRDefault="00523687">
      <w:pPr>
        <w:spacing w:after="80"/>
      </w:pPr>
    </w:p>
    <w:p w14:paraId="3C9AEE8C" w14:textId="77777777" w:rsidR="00523687" w:rsidRDefault="00000000">
      <w:pPr>
        <w:spacing w:before="120" w:after="60"/>
      </w:pPr>
      <w:r>
        <w:rPr>
          <w:b/>
          <w:sz w:val="22"/>
        </w:rPr>
        <w:t>II. CÁC HẠNG MỤC ĐÃ THỰC HIỆN XONG TRONG TUẦN QUA (TUẦN 07/09 -&gt; 12/09/2026)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1584"/>
        <w:gridCol w:w="1296"/>
        <w:gridCol w:w="3312"/>
        <w:gridCol w:w="1296"/>
        <w:gridCol w:w="2592"/>
      </w:tblGrid>
      <w:tr w:rsidR="00523687" w14:paraId="56D0D10D" w14:textId="77777777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EBE33D9" w14:textId="77777777" w:rsidR="00523687" w:rsidRDefault="00000000">
            <w:pPr>
              <w:jc w:val="center"/>
            </w:pPr>
            <w:r>
              <w:rPr>
                <w:b/>
                <w:sz w:val="20"/>
              </w:rPr>
              <w:t>STT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1D7CE26" w14:textId="77777777" w:rsidR="00523687" w:rsidRDefault="00000000">
            <w:pPr>
              <w:jc w:val="center"/>
            </w:pPr>
            <w:r>
              <w:rPr>
                <w:b/>
                <w:sz w:val="20"/>
              </w:rPr>
              <w:t>Phòng Ban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F0C31C4" w14:textId="77777777" w:rsidR="00523687" w:rsidRDefault="00000000">
            <w:pPr>
              <w:jc w:val="center"/>
            </w:pPr>
            <w:r>
              <w:rPr>
                <w:b/>
                <w:sz w:val="20"/>
              </w:rPr>
              <w:t>Người Nhận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DDFB42" w14:textId="77777777" w:rsidR="00523687" w:rsidRDefault="00000000">
            <w:pPr>
              <w:jc w:val="center"/>
            </w:pPr>
            <w:r>
              <w:rPr>
                <w:b/>
                <w:sz w:val="20"/>
              </w:rPr>
              <w:t>Nội Dung Công Việc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BFCCF4B" w14:textId="77777777" w:rsidR="00523687" w:rsidRDefault="00000000">
            <w:pPr>
              <w:jc w:val="center"/>
            </w:pPr>
            <w:r>
              <w:rPr>
                <w:b/>
                <w:sz w:val="20"/>
              </w:rPr>
              <w:t>Ngày LH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CA9528E" w14:textId="77777777" w:rsidR="00523687" w:rsidRDefault="00000000">
            <w:pPr>
              <w:jc w:val="center"/>
            </w:pPr>
            <w:r>
              <w:rPr>
                <w:b/>
                <w:sz w:val="20"/>
              </w:rPr>
              <w:t>Kết Quả Thực Hiện Hoàn Thành</w:t>
            </w:r>
          </w:p>
        </w:tc>
      </w:tr>
      <w:tr w:rsidR="00523687" w14:paraId="67AC5B6A" w14:textId="77777777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0B3CB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E44F1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SN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7B55B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MR DƯƠNG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53BCD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Theo dõi sản xuất Nhựa Stain BT 2402H BC</w:t>
            </w:r>
            <w:r>
              <w:rPr>
                <w:sz w:val="19"/>
              </w:rPr>
              <w:br/>
              <w:t>(Trực tiếp)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3F5D9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11/09/2026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B5F85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ĐÃ SẢN XUẤT OK đạt yêu cầu chất lượng xuất xưởng.</w:t>
            </w:r>
          </w:p>
        </w:tc>
      </w:tr>
      <w:tr w:rsidR="00523687" w14:paraId="229023F3" w14:textId="77777777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BD323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FD98E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QC1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9EF62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MRS YẾN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516C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Kết hợp thử lại quy trình độ bám trên nền mây Thịnh Việt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D9FBB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03/09/2026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5C0BF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KẾT QUẢ ĐẠT -&gt; QC1 và Kỹ thuật đã đi thử nghiệm thực tế trực tiếp trên sản phẩm tại Thịnh Việt ngày 05/09/2026.</w:t>
            </w:r>
          </w:p>
        </w:tc>
      </w:tr>
      <w:tr w:rsidR="00523687" w14:paraId="5309EF00" w14:textId="77777777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FDC79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D476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KỸ THUẬT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8B025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HỌC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7041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Bóng BEx 03 2402H 25% BC chỉnh tăng độ phủ, chống vàng cho Hành Mỹ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14E46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29/08/2026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4930C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ĐÃ PHẢN HỒI KẾT QUẢ ĐẠT (Khắc phục hoàn toàn sự cố màng sơn bị ngả vàng của đợt thử nghiệm trước).</w:t>
            </w:r>
          </w:p>
        </w:tc>
      </w:tr>
      <w:tr w:rsidR="00523687" w14:paraId="5EA8C794" w14:textId="77777777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2C351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DEFB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QC2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613E1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MRS NAM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590A2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 xml:space="preserve">Kiểm tra hàng SX cho Scansia (PU White) &amp; Minh Dương (Bóng PU 0408 </w:t>
            </w:r>
            <w:r>
              <w:rPr>
                <w:sz w:val="19"/>
              </w:rPr>
              <w:lastRenderedPageBreak/>
              <w:t>ABRNY)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A4DED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lastRenderedPageBreak/>
              <w:t>21/08/2026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C43FB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 xml:space="preserve">ĐÃ HOÀN THÀNH KIỂM TRA VÀ ĐÃ XUẤT GIAO </w:t>
            </w:r>
            <w:r>
              <w:rPr>
                <w:sz w:val="19"/>
              </w:rPr>
              <w:lastRenderedPageBreak/>
              <w:t>HÀNG cho khách hàng.</w:t>
            </w:r>
          </w:p>
        </w:tc>
      </w:tr>
      <w:tr w:rsidR="00523687" w14:paraId="7718D682" w14:textId="77777777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D58FA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lastRenderedPageBreak/>
              <w:t>5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B2AFE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QC2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0048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MRS NAM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91DC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Kiểm tra Ngăn dầu TB 2211H (trắng + tự nhiên) cthuc điều chỉnh &amp; Lót NC Mod 1106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89E9B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27 - 28/08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798D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ĐÃ HOÀN THÀNH KIỂM TRA để chuẩn bị xuất giao hàng.</w:t>
            </w:r>
          </w:p>
        </w:tc>
      </w:tr>
      <w:tr w:rsidR="00523687" w14:paraId="3595BAD9" w14:textId="77777777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A3396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9CCCB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DB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76A3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MR THƯ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44D4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Sản xuất Lót MC mod 1106 280826-l3 &amp; Bóng PU OD 0408 ABR NY 270826-l2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324ED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28/08/2026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C5C82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ĐÃ SẢN XUẤT XONG theo đúng kế hoạch.</w:t>
            </w:r>
          </w:p>
        </w:tc>
      </w:tr>
      <w:tr w:rsidR="00523687" w14:paraId="6138322E" w14:textId="77777777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E595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D5B4D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SN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4481A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MR DƯƠNG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EF0F3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Sản xuất Ngăn dầu TB 2211H và TB 2211H trắng</w:t>
            </w:r>
            <w:r>
              <w:rPr>
                <w:sz w:val="19"/>
              </w:rPr>
              <w:br/>
              <w:t>(SX thử nghiệm)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7C83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25/08/2026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6617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ĐÃ SẢN XUẤT XONG đạt yêu cầu.</w:t>
            </w:r>
          </w:p>
        </w:tc>
      </w:tr>
      <w:tr w:rsidR="00523687" w14:paraId="3FB24C92" w14:textId="77777777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A06E5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8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6686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KỸ THUẬT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4C24D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HỌC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D079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Stain màu Mekong 176H (Mẫu 7-170826)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09D41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18/08/2026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DA4A5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Báo cáo ĐẠT -&gt; Đã sản xuất xong và xuất tiếp lô thứ 2 giao cho Mekong.</w:t>
            </w:r>
          </w:p>
        </w:tc>
      </w:tr>
    </w:tbl>
    <w:p w14:paraId="363055D4" w14:textId="77777777" w:rsidR="00523687" w:rsidRDefault="00523687">
      <w:pPr>
        <w:spacing w:after="80"/>
      </w:pPr>
    </w:p>
    <w:p w14:paraId="77598938" w14:textId="77777777" w:rsidR="00523687" w:rsidRDefault="00000000">
      <w:pPr>
        <w:spacing w:before="120" w:after="60"/>
      </w:pPr>
      <w:r>
        <w:rPr>
          <w:b/>
          <w:sz w:val="22"/>
        </w:rPr>
        <w:t>III. CÁC HẠNG MỤC MỚI PHÁT SINH CHƯA TỚI HẠN (TUẦN 07/09 -&gt; 12/09/2026)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1584"/>
        <w:gridCol w:w="1296"/>
        <w:gridCol w:w="3312"/>
        <w:gridCol w:w="1296"/>
        <w:gridCol w:w="2592"/>
      </w:tblGrid>
      <w:tr w:rsidR="00523687" w14:paraId="3249F1BE" w14:textId="77777777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F21611" w14:textId="77777777" w:rsidR="00523687" w:rsidRDefault="00000000">
            <w:pPr>
              <w:jc w:val="center"/>
            </w:pPr>
            <w:r>
              <w:rPr>
                <w:b/>
                <w:sz w:val="20"/>
              </w:rPr>
              <w:t>STT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45533C" w14:textId="77777777" w:rsidR="00523687" w:rsidRDefault="00000000">
            <w:pPr>
              <w:jc w:val="center"/>
            </w:pPr>
            <w:r>
              <w:rPr>
                <w:b/>
                <w:sz w:val="20"/>
              </w:rPr>
              <w:t>Phòng Ban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96DC18" w14:textId="77777777" w:rsidR="00523687" w:rsidRDefault="00000000">
            <w:pPr>
              <w:jc w:val="center"/>
            </w:pPr>
            <w:r>
              <w:rPr>
                <w:b/>
                <w:sz w:val="20"/>
              </w:rPr>
              <w:t>Người Nhận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E866082" w14:textId="77777777" w:rsidR="00523687" w:rsidRDefault="00000000">
            <w:pPr>
              <w:jc w:val="center"/>
            </w:pPr>
            <w:r>
              <w:rPr>
                <w:b/>
                <w:sz w:val="20"/>
              </w:rPr>
              <w:t>Nội Dung Công Việc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312241" w14:textId="77777777" w:rsidR="00523687" w:rsidRDefault="00000000">
            <w:pPr>
              <w:jc w:val="center"/>
            </w:pPr>
            <w:r>
              <w:rPr>
                <w:b/>
                <w:sz w:val="20"/>
              </w:rPr>
              <w:t>Thời Hạn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BFC1F50" w14:textId="77777777" w:rsidR="00523687" w:rsidRDefault="00000000">
            <w:pPr>
              <w:jc w:val="center"/>
            </w:pPr>
            <w:r>
              <w:rPr>
                <w:b/>
                <w:sz w:val="20"/>
              </w:rPr>
              <w:t>Tình Trạng &amp; Tiến Độ Hiện Tại</w:t>
            </w:r>
          </w:p>
        </w:tc>
      </w:tr>
      <w:tr w:rsidR="00523687" w14:paraId="0FF9D157" w14:textId="77777777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C9E8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DB8D9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KỸ THUẬT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9486D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HỌC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C7781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Lót quét cọ điều chỉnh bọt Mekong</w:t>
            </w:r>
            <w:r>
              <w:rPr>
                <w:sz w:val="19"/>
              </w:rPr>
              <w:br/>
              <w:t>(Ngày gửi: 09/09/2026 - Phiếu thử mẫu)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7E16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15/09/2026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CCF7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Chưa tới hạn phản hồi (Hạn ngày mai 15/09/2026).</w:t>
            </w:r>
          </w:p>
        </w:tc>
      </w:tr>
      <w:tr w:rsidR="00523687" w14:paraId="251A1F69" w14:textId="77777777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0A429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6A385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KỸ THUẬT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BEB13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HỌC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615DC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Bóng PU 0408 ABR NY 5% làm mẫu màu Minh Dương làm bóng 2 lần 1 loại (4280826)</w:t>
            </w:r>
            <w:r>
              <w:rPr>
                <w:sz w:val="19"/>
              </w:rPr>
              <w:br/>
              <w:t>(Ngày gửi: 11/09/2026)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9094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15/09/2026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4811D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Chưa tới hạn phản hồi (Hạn ngày mai 15/09/2026).</w:t>
            </w:r>
          </w:p>
        </w:tc>
      </w:tr>
      <w:tr w:rsidR="00523687" w14:paraId="3A015DFB" w14:textId="77777777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3CBF1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3E3B9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KỸ THUẬT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FDC2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HỌC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AD53E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BÓNG PU 0408 ABR NY 10% làm mẫu màu cho Liên Minh (120926)</w:t>
            </w:r>
            <w:r>
              <w:rPr>
                <w:sz w:val="19"/>
              </w:rPr>
              <w:br/>
              <w:t>(Ngày gửi: 12/09/2026 - Phiếu thử mẫu)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763A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18/09/2026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B6C95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Chưa tới hạn phản hồi (Hạn 18/09/2026).</w:t>
            </w:r>
          </w:p>
        </w:tc>
      </w:tr>
      <w:tr w:rsidR="00523687" w14:paraId="443BBCF2" w14:textId="77777777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3575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AA16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KỸ THUẬT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3ECFF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HỌC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7FF20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Bóng Roller Hành Mỹ - mẫu 6-080926</w:t>
            </w:r>
            <w:r>
              <w:rPr>
                <w:sz w:val="19"/>
              </w:rPr>
              <w:br/>
              <w:t>(Ngày gửi: 12/09/2026 - Phiếu thử mẫu)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35EA4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15/09/2026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A89F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Chưa tới hạn phản hồi (Hạn 15/09/2026).</w:t>
            </w:r>
          </w:p>
        </w:tc>
      </w:tr>
      <w:tr w:rsidR="00523687" w14:paraId="01273566" w14:textId="77777777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C59F2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5E13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QC2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CCB7A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MRS NAM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6F996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LÓT NC T2012 MẪU 2.2.1-090926</w:t>
            </w:r>
            <w:r>
              <w:rPr>
                <w:sz w:val="19"/>
              </w:rPr>
              <w:br/>
              <w:t>(Ngày gửi: 09/09/2026 - Phiếu thử mẫu)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C97C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15/09/2026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B534C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Chưa tới hạn phản hồi (Hạn ngày mai 15/09/2026).</w:t>
            </w:r>
          </w:p>
        </w:tc>
      </w:tr>
      <w:tr w:rsidR="00523687" w14:paraId="15A3BBCB" w14:textId="77777777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32AA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C8ED4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QC2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055F9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MRS NAM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0E25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BÓNG B06 1405H TTNL MẪU 1090926</w:t>
            </w:r>
            <w:r>
              <w:rPr>
                <w:sz w:val="19"/>
              </w:rPr>
              <w:br/>
              <w:t>(Ngày gửi: 11/09/2026 - Phiếu thử mẫu)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E6F5E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18/09/2026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33F65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Chưa tới hạn phản hồi (Hạn 18/09/2026).</w:t>
            </w:r>
          </w:p>
        </w:tc>
      </w:tr>
      <w:tr w:rsidR="00523687" w14:paraId="6227473D" w14:textId="77777777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13C4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B28CF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QC2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6889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MRS NAM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C39B8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Lót nhúng BT 0126 trắng TTNL</w:t>
            </w:r>
            <w:r>
              <w:rPr>
                <w:sz w:val="19"/>
              </w:rPr>
              <w:br/>
              <w:t>(Ngày gửi: 12/09/2026 - Phiếu thử mẫu)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1B8A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25/09/2026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052DA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Chưa tới hạn phản hồi (Hạn 25/09/2026).</w:t>
            </w:r>
          </w:p>
        </w:tc>
      </w:tr>
      <w:tr w:rsidR="00523687" w14:paraId="7FAF3023" w14:textId="77777777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EB65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8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73B50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QC2 / SN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B39B1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NAM / DƯƠNG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0F5AC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Thông tin kiểm tra lô SP sử dụng nguyên liệu 4511 sậm màu</w:t>
            </w:r>
            <w:r>
              <w:rPr>
                <w:sz w:val="19"/>
              </w:rPr>
              <w:br/>
              <w:t>(Ngày gửi: 12/09/2026)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D8E11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18/09/2026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0000F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Mới gửi thông tin, QC2 và Xưởng Sơn Nước đang theo dõi kiểm tra chất lượng.</w:t>
            </w:r>
          </w:p>
        </w:tc>
      </w:tr>
      <w:tr w:rsidR="00523687" w14:paraId="17CF364D" w14:textId="77777777">
        <w:trPr>
          <w:jc w:val="center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6B61B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9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32B5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DB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6F7D5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MR THƯ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9B6A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Áp dụng sản xuất các sản phẩm điều chỉnh: NC Mod, CAXT, Dầu 04092K, PU HJFD...</w:t>
            </w:r>
            <w:r>
              <w:rPr>
                <w:sz w:val="19"/>
              </w:rPr>
              <w:br/>
              <w:t>(Ngày gửi: 03/09 - 12/09/2026)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D2712" w14:textId="77777777" w:rsidR="00523687" w:rsidRDefault="00000000">
            <w:pPr>
              <w:spacing w:before="50" w:after="50"/>
              <w:jc w:val="center"/>
            </w:pPr>
            <w:r>
              <w:rPr>
                <w:sz w:val="19"/>
              </w:rPr>
              <w:t>-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B728" w14:textId="77777777" w:rsidR="00523687" w:rsidRDefault="00000000">
            <w:pPr>
              <w:spacing w:before="50" w:after="50"/>
            </w:pPr>
            <w:r>
              <w:rPr>
                <w:sz w:val="19"/>
              </w:rPr>
              <w:t>Xưởng ĐB đang áp dụng sản xuất bình thường.</w:t>
            </w:r>
          </w:p>
        </w:tc>
      </w:tr>
    </w:tbl>
    <w:p w14:paraId="0362E75E" w14:textId="77777777" w:rsidR="00523687" w:rsidRDefault="00523687">
      <w:pPr>
        <w:spacing w:after="80"/>
      </w:pPr>
    </w:p>
    <w:sectPr w:rsidR="00523687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0132974">
    <w:abstractNumId w:val="8"/>
  </w:num>
  <w:num w:numId="2" w16cid:durableId="1606107965">
    <w:abstractNumId w:val="6"/>
  </w:num>
  <w:num w:numId="3" w16cid:durableId="1582442975">
    <w:abstractNumId w:val="5"/>
  </w:num>
  <w:num w:numId="4" w16cid:durableId="1149831082">
    <w:abstractNumId w:val="4"/>
  </w:num>
  <w:num w:numId="5" w16cid:durableId="1666125857">
    <w:abstractNumId w:val="7"/>
  </w:num>
  <w:num w:numId="6" w16cid:durableId="402262694">
    <w:abstractNumId w:val="3"/>
  </w:num>
  <w:num w:numId="7" w16cid:durableId="1744989237">
    <w:abstractNumId w:val="2"/>
  </w:num>
  <w:num w:numId="8" w16cid:durableId="1025909017">
    <w:abstractNumId w:val="1"/>
  </w:num>
  <w:num w:numId="9" w16cid:durableId="812678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23687"/>
    <w:rsid w:val="006837BB"/>
    <w:rsid w:val="00AA1D8D"/>
    <w:rsid w:val="00B47730"/>
    <w:rsid w:val="00CB0664"/>
    <w:rsid w:val="00D576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B388CB"/>
  <w14:defaultImageDpi w14:val="300"/>
  <w15:docId w15:val="{77EF8B94-BF8B-4027-A231-797C7045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Ngô Đức Minh</cp:lastModifiedBy>
  <cp:revision>2</cp:revision>
  <dcterms:created xsi:type="dcterms:W3CDTF">2013-12-23T23:15:00Z</dcterms:created>
  <dcterms:modified xsi:type="dcterms:W3CDTF">2026-09-14T06:31:00Z</dcterms:modified>
  <cp:category/>
</cp:coreProperties>
</file>