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FC49DC" w14:textId="77777777" w:rsidR="0059724C" w:rsidRDefault="00000000">
      <w:pPr>
        <w:jc w:val="center"/>
      </w:pPr>
      <w:r>
        <w:rPr>
          <w:b/>
          <w:sz w:val="32"/>
        </w:rPr>
        <w:t>BÁO CÁO TỔNG HỢP SỰ CỐ KPH</w:t>
      </w:r>
    </w:p>
    <w:p w14:paraId="4BAA5CE8" w14:textId="77777777" w:rsidR="0059724C" w:rsidRDefault="00000000">
      <w:pPr>
        <w:jc w:val="center"/>
      </w:pPr>
      <w:r>
        <w:rPr>
          <w:b/>
          <w:sz w:val="28"/>
        </w:rPr>
        <w:t>Z 751 — Bóng NC 2605 KH 40% — Bị lõm dầu bề mặt sản phẩm</w:t>
      </w:r>
    </w:p>
    <w:p w14:paraId="61BAFDE8" w14:textId="77777777" w:rsidR="0059724C" w:rsidRDefault="00000000">
      <w:pPr>
        <w:jc w:val="center"/>
      </w:pPr>
      <w:r>
        <w:t>Mã KPH: 57-26</w:t>
      </w:r>
    </w:p>
    <w:p w14:paraId="5DAB8E03" w14:textId="77777777" w:rsidR="0059724C" w:rsidRDefault="0059724C"/>
    <w:p w14:paraId="1973F60A" w14:textId="77777777" w:rsidR="0059724C" w:rsidRDefault="00000000">
      <w:pPr>
        <w:pStyle w:val="Heading2"/>
      </w:pPr>
      <w:r>
        <w:rPr>
          <w:rFonts w:ascii="Times New Roman" w:eastAsia="Times New Roman" w:hAnsi="Times New Roman"/>
          <w:color w:val="000000"/>
        </w:rPr>
        <w:t>I. THÔNG TIN CHUNG</w:t>
      </w:r>
    </w:p>
    <w:tbl>
      <w:tblPr>
        <w:tblStyle w:val="TableGrid"/>
        <w:tblW w:w="0" w:type="auto"/>
        <w:tblLook w:val="04A0" w:firstRow="1" w:lastRow="0" w:firstColumn="1" w:lastColumn="0" w:noHBand="0" w:noVBand="1"/>
      </w:tblPr>
      <w:tblGrid>
        <w:gridCol w:w="4703"/>
        <w:gridCol w:w="4703"/>
      </w:tblGrid>
      <w:tr w:rsidR="0059724C" w14:paraId="59E87DF4" w14:textId="77777777">
        <w:tc>
          <w:tcPr>
            <w:tcW w:w="4703" w:type="dxa"/>
            <w:shd w:val="clear" w:color="auto" w:fill="D9E2F3"/>
          </w:tcPr>
          <w:p w14:paraId="10B29528" w14:textId="77777777" w:rsidR="0059724C" w:rsidRDefault="00000000">
            <w:r>
              <w:rPr>
                <w:b/>
                <w:sz w:val="20"/>
              </w:rPr>
              <w:t>Mục</w:t>
            </w:r>
          </w:p>
        </w:tc>
        <w:tc>
          <w:tcPr>
            <w:tcW w:w="4703" w:type="dxa"/>
            <w:shd w:val="clear" w:color="auto" w:fill="D9E2F3"/>
          </w:tcPr>
          <w:p w14:paraId="2E10E9DD" w14:textId="77777777" w:rsidR="0059724C" w:rsidRDefault="00000000">
            <w:r>
              <w:rPr>
                <w:b/>
                <w:sz w:val="20"/>
              </w:rPr>
              <w:t>Chi tiết</w:t>
            </w:r>
          </w:p>
        </w:tc>
      </w:tr>
      <w:tr w:rsidR="0059724C" w14:paraId="77D6F8DF" w14:textId="77777777">
        <w:tc>
          <w:tcPr>
            <w:tcW w:w="4703" w:type="dxa"/>
          </w:tcPr>
          <w:p w14:paraId="4734DC19" w14:textId="77777777" w:rsidR="0059724C" w:rsidRDefault="00000000">
            <w:r>
              <w:rPr>
                <w:sz w:val="20"/>
              </w:rPr>
              <w:t>Khách hàng / Nhà máy</w:t>
            </w:r>
          </w:p>
        </w:tc>
        <w:tc>
          <w:tcPr>
            <w:tcW w:w="4703" w:type="dxa"/>
          </w:tcPr>
          <w:p w14:paraId="51EC787B" w14:textId="77777777" w:rsidR="0059724C" w:rsidRDefault="00000000">
            <w:r>
              <w:rPr>
                <w:sz w:val="20"/>
              </w:rPr>
              <w:t>Z 751</w:t>
            </w:r>
          </w:p>
        </w:tc>
      </w:tr>
      <w:tr w:rsidR="0059724C" w14:paraId="131EFFFD" w14:textId="77777777">
        <w:tc>
          <w:tcPr>
            <w:tcW w:w="4703" w:type="dxa"/>
          </w:tcPr>
          <w:p w14:paraId="0D167C53" w14:textId="77777777" w:rsidR="0059724C" w:rsidRDefault="00000000">
            <w:r>
              <w:rPr>
                <w:sz w:val="20"/>
              </w:rPr>
              <w:t>Sản phẩm / Tên màu</w:t>
            </w:r>
          </w:p>
        </w:tc>
        <w:tc>
          <w:tcPr>
            <w:tcW w:w="4703" w:type="dxa"/>
          </w:tcPr>
          <w:p w14:paraId="32AC32A0" w14:textId="77777777" w:rsidR="0059724C" w:rsidRDefault="00000000">
            <w:r>
              <w:rPr>
                <w:sz w:val="20"/>
              </w:rPr>
              <w:t>Bóng NC 2605 KH 40%</w:t>
            </w:r>
          </w:p>
        </w:tc>
      </w:tr>
      <w:tr w:rsidR="0059724C" w14:paraId="2BD29EE7" w14:textId="77777777">
        <w:tc>
          <w:tcPr>
            <w:tcW w:w="4703" w:type="dxa"/>
          </w:tcPr>
          <w:p w14:paraId="274F5AEA" w14:textId="77777777" w:rsidR="0059724C" w:rsidRDefault="00000000">
            <w:r>
              <w:rPr>
                <w:sz w:val="20"/>
              </w:rPr>
              <w:t>MSSX</w:t>
            </w:r>
          </w:p>
        </w:tc>
        <w:tc>
          <w:tcPr>
            <w:tcW w:w="4703" w:type="dxa"/>
          </w:tcPr>
          <w:p w14:paraId="2A5F79DB" w14:textId="77777777" w:rsidR="0059724C" w:rsidRDefault="00000000">
            <w:r>
              <w:rPr>
                <w:sz w:val="20"/>
              </w:rPr>
              <w:t>3090626 (tồn kho) + 6020726 (KT mang xuống 5kg)</w:t>
            </w:r>
          </w:p>
        </w:tc>
      </w:tr>
      <w:tr w:rsidR="0059724C" w14:paraId="78B5C989" w14:textId="77777777">
        <w:tc>
          <w:tcPr>
            <w:tcW w:w="4703" w:type="dxa"/>
          </w:tcPr>
          <w:p w14:paraId="4A26BD50" w14:textId="77777777" w:rsidR="0059724C" w:rsidRDefault="00000000">
            <w:r>
              <w:rPr>
                <w:sz w:val="20"/>
              </w:rPr>
              <w:t>Dung môi pha</w:t>
            </w:r>
          </w:p>
        </w:tc>
        <w:tc>
          <w:tcPr>
            <w:tcW w:w="4703" w:type="dxa"/>
          </w:tcPr>
          <w:p w14:paraId="4B398525" w14:textId="77777777" w:rsidR="0059724C" w:rsidRDefault="00000000">
            <w:r>
              <w:rPr>
                <w:sz w:val="20"/>
              </w:rPr>
              <w:t>NC m.Super (MSSX: 280326129)</w:t>
            </w:r>
          </w:p>
        </w:tc>
      </w:tr>
      <w:tr w:rsidR="0059724C" w14:paraId="15196F11" w14:textId="77777777">
        <w:tc>
          <w:tcPr>
            <w:tcW w:w="4703" w:type="dxa"/>
          </w:tcPr>
          <w:p w14:paraId="71017897" w14:textId="77777777" w:rsidR="0059724C" w:rsidRDefault="00000000">
            <w:r>
              <w:rPr>
                <w:sz w:val="20"/>
              </w:rPr>
              <w:t>Quy trình sơn</w:t>
            </w:r>
          </w:p>
        </w:tc>
        <w:tc>
          <w:tcPr>
            <w:tcW w:w="4703" w:type="dxa"/>
          </w:tcPr>
          <w:p w14:paraId="607C2161" w14:textId="77777777" w:rsidR="0059724C" w:rsidRDefault="00000000">
            <w:r>
              <w:rPr>
                <w:sz w:val="20"/>
              </w:rPr>
              <w:t>Cán lót NC T1406 → Lót màu PU → In vân → Bóng NC 2605 KH 40% (phun súng tự động, hệ thống sấy 2 súng)</w:t>
            </w:r>
          </w:p>
        </w:tc>
      </w:tr>
      <w:tr w:rsidR="0059724C" w14:paraId="46D6648B" w14:textId="77777777">
        <w:tc>
          <w:tcPr>
            <w:tcW w:w="4703" w:type="dxa"/>
          </w:tcPr>
          <w:p w14:paraId="0BC69713" w14:textId="77777777" w:rsidR="0059724C" w:rsidRDefault="00000000">
            <w:r>
              <w:rPr>
                <w:sz w:val="20"/>
              </w:rPr>
              <w:t>Ngày phát hiện</w:t>
            </w:r>
          </w:p>
        </w:tc>
        <w:tc>
          <w:tcPr>
            <w:tcW w:w="4703" w:type="dxa"/>
          </w:tcPr>
          <w:p w14:paraId="5C9E7AB5" w14:textId="77777777" w:rsidR="0059724C" w:rsidRDefault="00000000">
            <w:r>
              <w:rPr>
                <w:sz w:val="20"/>
              </w:rPr>
              <w:t>10/07/2026 (KT Thắng kiểm tra tại KH) / 13/07/2026 (KT Tuấn lập phiếu KPH)</w:t>
            </w:r>
          </w:p>
        </w:tc>
      </w:tr>
      <w:tr w:rsidR="0059724C" w14:paraId="5BF7C917" w14:textId="77777777">
        <w:tc>
          <w:tcPr>
            <w:tcW w:w="4703" w:type="dxa"/>
          </w:tcPr>
          <w:p w14:paraId="29DC0CD4" w14:textId="77777777" w:rsidR="0059724C" w:rsidRDefault="00000000">
            <w:r>
              <w:rPr>
                <w:sz w:val="20"/>
              </w:rPr>
              <w:t>Người phản ánh</w:t>
            </w:r>
          </w:p>
        </w:tc>
        <w:tc>
          <w:tcPr>
            <w:tcW w:w="4703" w:type="dxa"/>
          </w:tcPr>
          <w:p w14:paraId="79E4DCCE" w14:textId="77777777" w:rsidR="0059724C" w:rsidRDefault="00000000">
            <w:r>
              <w:rPr>
                <w:sz w:val="20"/>
              </w:rPr>
              <w:t>KT Tuấn</w:t>
            </w:r>
          </w:p>
        </w:tc>
      </w:tr>
      <w:tr w:rsidR="0059724C" w14:paraId="2268476B" w14:textId="77777777">
        <w:tc>
          <w:tcPr>
            <w:tcW w:w="4703" w:type="dxa"/>
          </w:tcPr>
          <w:p w14:paraId="4BEA53BE" w14:textId="77777777" w:rsidR="0059724C" w:rsidRDefault="00000000">
            <w:r>
              <w:rPr>
                <w:sz w:val="20"/>
              </w:rPr>
              <w:t>Số lượng / Mức độ</w:t>
            </w:r>
          </w:p>
        </w:tc>
        <w:tc>
          <w:tcPr>
            <w:tcW w:w="4703" w:type="dxa"/>
          </w:tcPr>
          <w:p w14:paraId="779B7870" w14:textId="77777777" w:rsidR="0059724C" w:rsidRDefault="00000000">
            <w:r>
              <w:rPr>
                <w:sz w:val="20"/>
              </w:rPr>
              <w:t>Lõm dầu ~40% diện tích bề mặt (phun máy tự động)</w:t>
            </w:r>
          </w:p>
        </w:tc>
      </w:tr>
      <w:tr w:rsidR="0059724C" w14:paraId="26C12501" w14:textId="77777777">
        <w:tc>
          <w:tcPr>
            <w:tcW w:w="4703" w:type="dxa"/>
          </w:tcPr>
          <w:p w14:paraId="1588888C" w14:textId="77777777" w:rsidR="0059724C" w:rsidRDefault="00000000">
            <w:r>
              <w:rPr>
                <w:sz w:val="20"/>
              </w:rPr>
              <w:t>Trạng thái</w:t>
            </w:r>
          </w:p>
        </w:tc>
        <w:tc>
          <w:tcPr>
            <w:tcW w:w="4703" w:type="dxa"/>
          </w:tcPr>
          <w:p w14:paraId="31EB30F0" w14:textId="77777777" w:rsidR="0059724C" w:rsidRDefault="00000000">
            <w:r>
              <w:rPr>
                <w:sz w:val="20"/>
              </w:rPr>
              <w:t>⚠️ Đang theo dõi — chưa chốt nguyên nhân gốc</w:t>
            </w:r>
          </w:p>
        </w:tc>
      </w:tr>
    </w:tbl>
    <w:p w14:paraId="5AB56B95" w14:textId="77777777" w:rsidR="0059724C" w:rsidRDefault="00000000">
      <w:r>
        <w:rPr>
          <w:i/>
          <w:color w:val="808080"/>
          <w:sz w:val="16"/>
        </w:rPr>
        <w:t>(Nguồn: 1. NỘI DUNG KPH.docx + 3. BÁO CÁO KIỂM TRA CỦA KT TẠI KH.pdf (trang 1))</w:t>
      </w:r>
    </w:p>
    <w:p w14:paraId="7CED1342" w14:textId="77777777" w:rsidR="0059724C" w:rsidRDefault="00000000">
      <w:pPr>
        <w:pStyle w:val="Heading2"/>
      </w:pPr>
      <w:r>
        <w:rPr>
          <w:rFonts w:ascii="Times New Roman" w:eastAsia="Times New Roman" w:hAnsi="Times New Roman"/>
          <w:color w:val="000000"/>
        </w:rPr>
        <w:t>II. VẤN ĐỀ KỸ THUẬT</w:t>
      </w:r>
    </w:p>
    <w:p w14:paraId="2E08CCE7" w14:textId="77777777" w:rsidR="0059724C" w:rsidRDefault="00000000">
      <w:r>
        <w:rPr>
          <w:b/>
        </w:rPr>
        <w:t>Hiện tượng lỗi:</w:t>
      </w:r>
    </w:p>
    <w:p w14:paraId="22A9928F" w14:textId="77777777" w:rsidR="0059724C" w:rsidRDefault="00000000">
      <w:r>
        <w:t>Bóng NC 2605 KH 40% (MSSX: 3090626) khi phun bằng súng sơn tự động tại nhà máy Z 751 xuất hiện hiện tượng lõm dầu cục bộ trên bề mặt sản phẩm. Màng sơn căng láng, không nhám tay, độ phủ đạt ~70% nhưng còn vết sọc nhám và có hiện tượng lõm dầu phân bố ~40% diện tích bề mặt.</w:t>
      </w:r>
    </w:p>
    <w:p w14:paraId="5E684D37" w14:textId="77777777" w:rsidR="0059724C" w:rsidRDefault="00000000">
      <w:r>
        <w:rPr>
          <w:i/>
          <w:color w:val="808080"/>
          <w:sz w:val="16"/>
        </w:rPr>
        <w:t>(Nguồn: 1. NỘI DUNG KPH.docx + 3. BÁO CÁO KIỂM TRA CỦA KT TẠI KH.pdf (trang 1))</w:t>
      </w:r>
    </w:p>
    <w:p w14:paraId="62672BF1" w14:textId="77777777" w:rsidR="0059724C" w:rsidRDefault="00000000">
      <w:r>
        <w:rPr>
          <w:b/>
        </w:rPr>
        <w:t>Kết quả kiểm tra tại các thời điểm:</w:t>
      </w:r>
    </w:p>
    <w:tbl>
      <w:tblPr>
        <w:tblStyle w:val="TableGrid"/>
        <w:tblW w:w="0" w:type="auto"/>
        <w:tblLook w:val="04A0" w:firstRow="1" w:lastRow="0" w:firstColumn="1" w:lastColumn="0" w:noHBand="0" w:noVBand="1"/>
      </w:tblPr>
      <w:tblGrid>
        <w:gridCol w:w="1568"/>
        <w:gridCol w:w="1568"/>
        <w:gridCol w:w="1568"/>
        <w:gridCol w:w="1568"/>
        <w:gridCol w:w="1568"/>
        <w:gridCol w:w="1568"/>
      </w:tblGrid>
      <w:tr w:rsidR="0059724C" w14:paraId="69BFEE42" w14:textId="77777777">
        <w:tc>
          <w:tcPr>
            <w:tcW w:w="1568" w:type="dxa"/>
            <w:shd w:val="clear" w:color="auto" w:fill="D9E2F3"/>
          </w:tcPr>
          <w:p w14:paraId="2B0DAB26" w14:textId="77777777" w:rsidR="0059724C" w:rsidRDefault="00000000">
            <w:r>
              <w:rPr>
                <w:b/>
                <w:sz w:val="20"/>
              </w:rPr>
              <w:t>Ngày</w:t>
            </w:r>
          </w:p>
        </w:tc>
        <w:tc>
          <w:tcPr>
            <w:tcW w:w="1568" w:type="dxa"/>
            <w:shd w:val="clear" w:color="auto" w:fill="D9E2F3"/>
          </w:tcPr>
          <w:p w14:paraId="466B882D" w14:textId="77777777" w:rsidR="0059724C" w:rsidRDefault="00000000">
            <w:r>
              <w:rPr>
                <w:b/>
                <w:sz w:val="20"/>
              </w:rPr>
              <w:t>Địa điểm</w:t>
            </w:r>
          </w:p>
        </w:tc>
        <w:tc>
          <w:tcPr>
            <w:tcW w:w="1568" w:type="dxa"/>
            <w:shd w:val="clear" w:color="auto" w:fill="D9E2F3"/>
          </w:tcPr>
          <w:p w14:paraId="2654091B" w14:textId="77777777" w:rsidR="0059724C" w:rsidRDefault="00000000">
            <w:r>
              <w:rPr>
                <w:b/>
                <w:sz w:val="20"/>
              </w:rPr>
              <w:t>Người kiểm tra</w:t>
            </w:r>
          </w:p>
        </w:tc>
        <w:tc>
          <w:tcPr>
            <w:tcW w:w="1568" w:type="dxa"/>
            <w:shd w:val="clear" w:color="auto" w:fill="D9E2F3"/>
          </w:tcPr>
          <w:p w14:paraId="00EE13B9" w14:textId="77777777" w:rsidR="0059724C" w:rsidRDefault="00000000">
            <w:r>
              <w:rPr>
                <w:b/>
                <w:sz w:val="20"/>
              </w:rPr>
              <w:t>Phương pháp</w:t>
            </w:r>
          </w:p>
        </w:tc>
        <w:tc>
          <w:tcPr>
            <w:tcW w:w="1568" w:type="dxa"/>
            <w:shd w:val="clear" w:color="auto" w:fill="D9E2F3"/>
          </w:tcPr>
          <w:p w14:paraId="48775B8D" w14:textId="77777777" w:rsidR="0059724C" w:rsidRDefault="00000000">
            <w:r>
              <w:rPr>
                <w:b/>
                <w:sz w:val="20"/>
              </w:rPr>
              <w:t>Kết quả</w:t>
            </w:r>
          </w:p>
        </w:tc>
        <w:tc>
          <w:tcPr>
            <w:tcW w:w="1568" w:type="dxa"/>
            <w:shd w:val="clear" w:color="auto" w:fill="D9E2F3"/>
          </w:tcPr>
          <w:p w14:paraId="260004AB" w14:textId="77777777" w:rsidR="0059724C" w:rsidRDefault="00000000">
            <w:r>
              <w:rPr>
                <w:b/>
                <w:sz w:val="20"/>
              </w:rPr>
              <w:t>Nguồn</w:t>
            </w:r>
          </w:p>
        </w:tc>
      </w:tr>
      <w:tr w:rsidR="0059724C" w14:paraId="42E07E87" w14:textId="77777777">
        <w:tc>
          <w:tcPr>
            <w:tcW w:w="1568" w:type="dxa"/>
          </w:tcPr>
          <w:p w14:paraId="03244787" w14:textId="77777777" w:rsidR="0059724C" w:rsidRDefault="00000000">
            <w:r>
              <w:rPr>
                <w:sz w:val="20"/>
              </w:rPr>
              <w:t>10/07/2026</w:t>
            </w:r>
          </w:p>
        </w:tc>
        <w:tc>
          <w:tcPr>
            <w:tcW w:w="1568" w:type="dxa"/>
          </w:tcPr>
          <w:p w14:paraId="21D8A896" w14:textId="77777777" w:rsidR="0059724C" w:rsidRDefault="00000000">
            <w:r>
              <w:rPr>
                <w:sz w:val="20"/>
              </w:rPr>
              <w:t>Z 751 (KH)</w:t>
            </w:r>
          </w:p>
        </w:tc>
        <w:tc>
          <w:tcPr>
            <w:tcW w:w="1568" w:type="dxa"/>
          </w:tcPr>
          <w:p w14:paraId="0FC85239" w14:textId="77777777" w:rsidR="0059724C" w:rsidRDefault="00000000">
            <w:r>
              <w:rPr>
                <w:sz w:val="20"/>
              </w:rPr>
              <w:t>KT Thắng</w:t>
            </w:r>
          </w:p>
        </w:tc>
        <w:tc>
          <w:tcPr>
            <w:tcW w:w="1568" w:type="dxa"/>
          </w:tcPr>
          <w:p w14:paraId="13070304" w14:textId="77777777" w:rsidR="0059724C" w:rsidRDefault="00000000">
            <w:r>
              <w:rPr>
                <w:sz w:val="20"/>
              </w:rPr>
              <w:t>Phun máy tự động 2 súng, tỉ lệ 1:1.3, η=13"47</w:t>
            </w:r>
          </w:p>
        </w:tc>
        <w:tc>
          <w:tcPr>
            <w:tcW w:w="1568" w:type="dxa"/>
          </w:tcPr>
          <w:p w14:paraId="0F0B6DAC" w14:textId="77777777" w:rsidR="0059724C" w:rsidRDefault="00000000">
            <w:r>
              <w:rPr>
                <w:sz w:val="20"/>
              </w:rPr>
              <w:t>❌ Không đạt — lõm dầu ~40% bề mặt</w:t>
            </w:r>
          </w:p>
        </w:tc>
        <w:tc>
          <w:tcPr>
            <w:tcW w:w="1568" w:type="dxa"/>
          </w:tcPr>
          <w:p w14:paraId="447B2252" w14:textId="77777777" w:rsidR="0059724C" w:rsidRDefault="00000000">
            <w:r>
              <w:rPr>
                <w:sz w:val="20"/>
              </w:rPr>
              <w:t>3. BÁO CÁO KT TẠI KH (trang 1)</w:t>
            </w:r>
          </w:p>
        </w:tc>
      </w:tr>
      <w:tr w:rsidR="0059724C" w14:paraId="3B61056F" w14:textId="77777777">
        <w:tc>
          <w:tcPr>
            <w:tcW w:w="1568" w:type="dxa"/>
          </w:tcPr>
          <w:p w14:paraId="3962D99C" w14:textId="77777777" w:rsidR="0059724C" w:rsidRDefault="00000000">
            <w:r>
              <w:rPr>
                <w:sz w:val="20"/>
              </w:rPr>
              <w:t>11/07/2026</w:t>
            </w:r>
          </w:p>
        </w:tc>
        <w:tc>
          <w:tcPr>
            <w:tcW w:w="1568" w:type="dxa"/>
          </w:tcPr>
          <w:p w14:paraId="204303F9" w14:textId="77777777" w:rsidR="0059724C" w:rsidRDefault="00000000">
            <w:r>
              <w:rPr>
                <w:sz w:val="20"/>
              </w:rPr>
              <w:t>Z 751 (KH)</w:t>
            </w:r>
          </w:p>
        </w:tc>
        <w:tc>
          <w:tcPr>
            <w:tcW w:w="1568" w:type="dxa"/>
          </w:tcPr>
          <w:p w14:paraId="45FC3A2E" w14:textId="77777777" w:rsidR="0059724C" w:rsidRDefault="00000000">
            <w:r>
              <w:rPr>
                <w:sz w:val="20"/>
              </w:rPr>
              <w:t>KT Thông</w:t>
            </w:r>
          </w:p>
        </w:tc>
        <w:tc>
          <w:tcPr>
            <w:tcW w:w="1568" w:type="dxa"/>
          </w:tcPr>
          <w:p w14:paraId="7850BE90" w14:textId="77777777" w:rsidR="0059724C" w:rsidRDefault="00000000">
            <w:r>
              <w:rPr>
                <w:sz w:val="20"/>
              </w:rPr>
              <w:t>Phun máy tự động (sau khi NM lắp thêm lọc hơi)</w:t>
            </w:r>
          </w:p>
        </w:tc>
        <w:tc>
          <w:tcPr>
            <w:tcW w:w="1568" w:type="dxa"/>
          </w:tcPr>
          <w:p w14:paraId="4CABA1EF" w14:textId="77777777" w:rsidR="0059724C" w:rsidRDefault="00000000">
            <w:r>
              <w:rPr>
                <w:sz w:val="20"/>
              </w:rPr>
              <w:t>❌ Vẫn còn hiện tượng bám dầu</w:t>
            </w:r>
          </w:p>
        </w:tc>
        <w:tc>
          <w:tcPr>
            <w:tcW w:w="1568" w:type="dxa"/>
          </w:tcPr>
          <w:p w14:paraId="6F701EF8" w14:textId="77777777" w:rsidR="0059724C" w:rsidRDefault="00000000">
            <w:r>
              <w:rPr>
                <w:sz w:val="20"/>
              </w:rPr>
              <w:t>3. BÁO CÁO KT TẠI KH (trang 2)</w:t>
            </w:r>
          </w:p>
        </w:tc>
      </w:tr>
      <w:tr w:rsidR="0059724C" w14:paraId="71368619" w14:textId="77777777">
        <w:tc>
          <w:tcPr>
            <w:tcW w:w="1568" w:type="dxa"/>
          </w:tcPr>
          <w:p w14:paraId="141A3830" w14:textId="77777777" w:rsidR="0059724C" w:rsidRDefault="00000000">
            <w:r>
              <w:rPr>
                <w:sz w:val="20"/>
              </w:rPr>
              <w:t>14/07/2026</w:t>
            </w:r>
          </w:p>
        </w:tc>
        <w:tc>
          <w:tcPr>
            <w:tcW w:w="1568" w:type="dxa"/>
          </w:tcPr>
          <w:p w14:paraId="4CEA3A24" w14:textId="77777777" w:rsidR="0059724C" w:rsidRDefault="00000000">
            <w:r>
              <w:rPr>
                <w:sz w:val="20"/>
              </w:rPr>
              <w:t>BT-Chem (CTY)</w:t>
            </w:r>
          </w:p>
        </w:tc>
        <w:tc>
          <w:tcPr>
            <w:tcW w:w="1568" w:type="dxa"/>
          </w:tcPr>
          <w:p w14:paraId="50C55377" w14:textId="77777777" w:rsidR="0059724C" w:rsidRDefault="00000000">
            <w:r>
              <w:rPr>
                <w:sz w:val="20"/>
              </w:rPr>
              <w:t>KT Trí + QC1</w:t>
            </w:r>
          </w:p>
        </w:tc>
        <w:tc>
          <w:tcPr>
            <w:tcW w:w="1568" w:type="dxa"/>
          </w:tcPr>
          <w:p w14:paraId="3D1FD4A5" w14:textId="77777777" w:rsidR="0059724C" w:rsidRDefault="00000000">
            <w:r>
              <w:rPr>
                <w:sz w:val="20"/>
              </w:rPr>
              <w:t>Phun trên kính, MDF lót PU, nền in vân (súng tay)</w:t>
            </w:r>
          </w:p>
        </w:tc>
        <w:tc>
          <w:tcPr>
            <w:tcW w:w="1568" w:type="dxa"/>
          </w:tcPr>
          <w:p w14:paraId="092DA4AC" w14:textId="77777777" w:rsidR="0059724C" w:rsidRDefault="00000000">
            <w:r>
              <w:rPr>
                <w:sz w:val="20"/>
              </w:rPr>
              <w:t>✅ Đạt — màng sơn láng mịn, không lõm</w:t>
            </w:r>
          </w:p>
        </w:tc>
        <w:tc>
          <w:tcPr>
            <w:tcW w:w="1568" w:type="dxa"/>
          </w:tcPr>
          <w:p w14:paraId="37130F16" w14:textId="77777777" w:rsidR="0059724C" w:rsidRDefault="00000000">
            <w:r>
              <w:rPr>
                <w:sz w:val="20"/>
              </w:rPr>
              <w:t>2. BÁO CÁO KT + QC1 TẠI CTY.jpg</w:t>
            </w:r>
          </w:p>
        </w:tc>
      </w:tr>
      <w:tr w:rsidR="0059724C" w14:paraId="250BFCFF" w14:textId="77777777">
        <w:tc>
          <w:tcPr>
            <w:tcW w:w="1568" w:type="dxa"/>
          </w:tcPr>
          <w:p w14:paraId="53C35562" w14:textId="77777777" w:rsidR="0059724C" w:rsidRDefault="00000000">
            <w:r>
              <w:rPr>
                <w:sz w:val="20"/>
              </w:rPr>
              <w:t>14-15/07/2026</w:t>
            </w:r>
          </w:p>
        </w:tc>
        <w:tc>
          <w:tcPr>
            <w:tcW w:w="1568" w:type="dxa"/>
          </w:tcPr>
          <w:p w14:paraId="07AF6473" w14:textId="77777777" w:rsidR="0059724C" w:rsidRDefault="00000000">
            <w:r>
              <w:rPr>
                <w:sz w:val="20"/>
              </w:rPr>
              <w:t>BT-Chem (CTY)</w:t>
            </w:r>
          </w:p>
        </w:tc>
        <w:tc>
          <w:tcPr>
            <w:tcW w:w="1568" w:type="dxa"/>
          </w:tcPr>
          <w:p w14:paraId="6EAD4D11" w14:textId="77777777" w:rsidR="0059724C" w:rsidRDefault="00000000">
            <w:r>
              <w:rPr>
                <w:sz w:val="20"/>
              </w:rPr>
              <w:t>QC2 (Thảo)</w:t>
            </w:r>
          </w:p>
        </w:tc>
        <w:tc>
          <w:tcPr>
            <w:tcW w:w="1568" w:type="dxa"/>
          </w:tcPr>
          <w:p w14:paraId="09727559" w14:textId="77777777" w:rsidR="0059724C" w:rsidRDefault="00000000">
            <w:r>
              <w:rPr>
                <w:sz w:val="20"/>
              </w:rPr>
              <w:t>QT1 (cao su), QT2 (MDF), nền kính (súng tay), tỉ lệ 1:1</w:t>
            </w:r>
          </w:p>
        </w:tc>
        <w:tc>
          <w:tcPr>
            <w:tcW w:w="1568" w:type="dxa"/>
          </w:tcPr>
          <w:p w14:paraId="070C87AA" w14:textId="77777777" w:rsidR="0059724C" w:rsidRDefault="00000000">
            <w:r>
              <w:rPr>
                <w:sz w:val="20"/>
              </w:rPr>
              <w:t>✅ Đạt — màng sơn láng mịn, không lõm</w:t>
            </w:r>
          </w:p>
        </w:tc>
        <w:tc>
          <w:tcPr>
            <w:tcW w:w="1568" w:type="dxa"/>
          </w:tcPr>
          <w:p w14:paraId="06BD3E4E" w14:textId="77777777" w:rsidR="0059724C" w:rsidRDefault="00000000">
            <w:r>
              <w:rPr>
                <w:sz w:val="20"/>
              </w:rPr>
              <w:t>5. BÁO CÁO QC2 TẠI CTY.jpg</w:t>
            </w:r>
          </w:p>
        </w:tc>
      </w:tr>
      <w:tr w:rsidR="0059724C" w14:paraId="0D93A289" w14:textId="77777777">
        <w:tc>
          <w:tcPr>
            <w:tcW w:w="1568" w:type="dxa"/>
          </w:tcPr>
          <w:p w14:paraId="57F58120" w14:textId="77777777" w:rsidR="0059724C" w:rsidRDefault="00000000">
            <w:r>
              <w:rPr>
                <w:sz w:val="20"/>
              </w:rPr>
              <w:lastRenderedPageBreak/>
              <w:t>17/07/2026</w:t>
            </w:r>
          </w:p>
        </w:tc>
        <w:tc>
          <w:tcPr>
            <w:tcW w:w="1568" w:type="dxa"/>
          </w:tcPr>
          <w:p w14:paraId="00679533" w14:textId="77777777" w:rsidR="0059724C" w:rsidRDefault="00000000">
            <w:r>
              <w:rPr>
                <w:sz w:val="20"/>
              </w:rPr>
              <w:t>Z 751 (KH)</w:t>
            </w:r>
          </w:p>
        </w:tc>
        <w:tc>
          <w:tcPr>
            <w:tcW w:w="1568" w:type="dxa"/>
          </w:tcPr>
          <w:p w14:paraId="20D38093" w14:textId="77777777" w:rsidR="0059724C" w:rsidRDefault="00000000">
            <w:r>
              <w:rPr>
                <w:sz w:val="20"/>
              </w:rPr>
              <w:t>KT Lộc (QC1)</w:t>
            </w:r>
          </w:p>
        </w:tc>
        <w:tc>
          <w:tcPr>
            <w:tcW w:w="1568" w:type="dxa"/>
          </w:tcPr>
          <w:p w14:paraId="6CF83FF9" w14:textId="77777777" w:rsidR="0059724C" w:rsidRDefault="00000000">
            <w:r>
              <w:rPr>
                <w:sz w:val="20"/>
              </w:rPr>
              <w:t>Phun máy tự động (cả 2 MSSX 3090626 &amp; 6020726)</w:t>
            </w:r>
          </w:p>
        </w:tc>
        <w:tc>
          <w:tcPr>
            <w:tcW w:w="1568" w:type="dxa"/>
          </w:tcPr>
          <w:p w14:paraId="0ABB2101" w14:textId="77777777" w:rsidR="0059724C" w:rsidRDefault="00000000">
            <w:r>
              <w:rPr>
                <w:sz w:val="20"/>
              </w:rPr>
              <w:t>❌ Không đạt — lõm đều toàn bề mặt (90x120cm)</w:t>
            </w:r>
          </w:p>
        </w:tc>
        <w:tc>
          <w:tcPr>
            <w:tcW w:w="1568" w:type="dxa"/>
          </w:tcPr>
          <w:p w14:paraId="47EDEC6B" w14:textId="77777777" w:rsidR="0059724C" w:rsidRDefault="00000000">
            <w:r>
              <w:rPr>
                <w:sz w:val="20"/>
              </w:rPr>
              <w:t>4. BÁO CÁO QC1 TẠI KH.jpg</w:t>
            </w:r>
          </w:p>
        </w:tc>
      </w:tr>
      <w:tr w:rsidR="0059724C" w14:paraId="56B2A332" w14:textId="77777777">
        <w:tc>
          <w:tcPr>
            <w:tcW w:w="1568" w:type="dxa"/>
          </w:tcPr>
          <w:p w14:paraId="73CF1731" w14:textId="77777777" w:rsidR="0059724C" w:rsidRDefault="00000000">
            <w:r>
              <w:rPr>
                <w:sz w:val="20"/>
              </w:rPr>
              <w:t>17/07/2026</w:t>
            </w:r>
          </w:p>
        </w:tc>
        <w:tc>
          <w:tcPr>
            <w:tcW w:w="1568" w:type="dxa"/>
          </w:tcPr>
          <w:p w14:paraId="6AB9A032" w14:textId="77777777" w:rsidR="0059724C" w:rsidRDefault="00000000">
            <w:r>
              <w:rPr>
                <w:sz w:val="20"/>
              </w:rPr>
              <w:t>Z 751 (KH)</w:t>
            </w:r>
          </w:p>
        </w:tc>
        <w:tc>
          <w:tcPr>
            <w:tcW w:w="1568" w:type="dxa"/>
          </w:tcPr>
          <w:p w14:paraId="6E437F7E" w14:textId="77777777" w:rsidR="0059724C" w:rsidRDefault="00000000">
            <w:r>
              <w:rPr>
                <w:sz w:val="20"/>
              </w:rPr>
              <w:t>KT Lộc (QC1)</w:t>
            </w:r>
          </w:p>
        </w:tc>
        <w:tc>
          <w:tcPr>
            <w:tcW w:w="1568" w:type="dxa"/>
          </w:tcPr>
          <w:p w14:paraId="2E7F031B" w14:textId="77777777" w:rsidR="0059724C" w:rsidRDefault="00000000">
            <w:r>
              <w:rPr>
                <w:sz w:val="20"/>
              </w:rPr>
              <w:t>Phun súng tay (cùng sản phẩm)</w:t>
            </w:r>
          </w:p>
        </w:tc>
        <w:tc>
          <w:tcPr>
            <w:tcW w:w="1568" w:type="dxa"/>
          </w:tcPr>
          <w:p w14:paraId="59A6DFE0" w14:textId="77777777" w:rsidR="0059724C" w:rsidRDefault="00000000">
            <w:r>
              <w:rPr>
                <w:sz w:val="20"/>
              </w:rPr>
              <w:t>✅ Đạt — 2 mặt bàn chỉ có 2 chấm lõm nhỏ</w:t>
            </w:r>
          </w:p>
        </w:tc>
        <w:tc>
          <w:tcPr>
            <w:tcW w:w="1568" w:type="dxa"/>
          </w:tcPr>
          <w:p w14:paraId="71E76FA3" w14:textId="77777777" w:rsidR="0059724C" w:rsidRDefault="00000000">
            <w:r>
              <w:rPr>
                <w:sz w:val="20"/>
              </w:rPr>
              <w:t>4. BÁO CÁO QC1 TẠI KH.jpg</w:t>
            </w:r>
          </w:p>
        </w:tc>
      </w:tr>
    </w:tbl>
    <w:p w14:paraId="1E2B8D0F" w14:textId="77777777" w:rsidR="0059724C" w:rsidRDefault="00000000">
      <w:r>
        <w:rPr>
          <w:b/>
        </w:rPr>
        <w:t>So sánh với sản phẩm khác trong cùng điều kiện:</w:t>
      </w:r>
    </w:p>
    <w:tbl>
      <w:tblPr>
        <w:tblStyle w:val="TableGrid"/>
        <w:tblW w:w="0" w:type="auto"/>
        <w:tblLook w:val="04A0" w:firstRow="1" w:lastRow="0" w:firstColumn="1" w:lastColumn="0" w:noHBand="0" w:noVBand="1"/>
      </w:tblPr>
      <w:tblGrid>
        <w:gridCol w:w="2351"/>
        <w:gridCol w:w="2351"/>
        <w:gridCol w:w="2351"/>
        <w:gridCol w:w="2351"/>
      </w:tblGrid>
      <w:tr w:rsidR="0059724C" w14:paraId="61FF495C" w14:textId="77777777">
        <w:tc>
          <w:tcPr>
            <w:tcW w:w="2351" w:type="dxa"/>
            <w:shd w:val="clear" w:color="auto" w:fill="D9E2F3"/>
          </w:tcPr>
          <w:p w14:paraId="07CF2E67" w14:textId="77777777" w:rsidR="0059724C" w:rsidRDefault="00000000">
            <w:r>
              <w:rPr>
                <w:b/>
                <w:sz w:val="20"/>
              </w:rPr>
              <w:t>Sản phẩm</w:t>
            </w:r>
          </w:p>
        </w:tc>
        <w:tc>
          <w:tcPr>
            <w:tcW w:w="2351" w:type="dxa"/>
            <w:shd w:val="clear" w:color="auto" w:fill="D9E2F3"/>
          </w:tcPr>
          <w:p w14:paraId="3233D081" w14:textId="77777777" w:rsidR="0059724C" w:rsidRDefault="00000000">
            <w:r>
              <w:rPr>
                <w:b/>
                <w:sz w:val="20"/>
              </w:rPr>
              <w:t>Phương pháp</w:t>
            </w:r>
          </w:p>
        </w:tc>
        <w:tc>
          <w:tcPr>
            <w:tcW w:w="2351" w:type="dxa"/>
            <w:shd w:val="clear" w:color="auto" w:fill="D9E2F3"/>
          </w:tcPr>
          <w:p w14:paraId="08D2A95A" w14:textId="77777777" w:rsidR="0059724C" w:rsidRDefault="00000000">
            <w:r>
              <w:rPr>
                <w:b/>
                <w:sz w:val="20"/>
              </w:rPr>
              <w:t>Kết quả</w:t>
            </w:r>
          </w:p>
        </w:tc>
        <w:tc>
          <w:tcPr>
            <w:tcW w:w="2351" w:type="dxa"/>
            <w:shd w:val="clear" w:color="auto" w:fill="D9E2F3"/>
          </w:tcPr>
          <w:p w14:paraId="14B795EC" w14:textId="77777777" w:rsidR="0059724C" w:rsidRDefault="00000000">
            <w:r>
              <w:rPr>
                <w:b/>
                <w:sz w:val="20"/>
              </w:rPr>
              <w:t>Ghi chú</w:t>
            </w:r>
          </w:p>
        </w:tc>
      </w:tr>
      <w:tr w:rsidR="0059724C" w14:paraId="399FDB16" w14:textId="77777777">
        <w:tc>
          <w:tcPr>
            <w:tcW w:w="2351" w:type="dxa"/>
          </w:tcPr>
          <w:p w14:paraId="19AE4B54" w14:textId="77777777" w:rsidR="0059724C" w:rsidRDefault="00000000">
            <w:r>
              <w:rPr>
                <w:sz w:val="20"/>
              </w:rPr>
              <w:t>Bóng NC PC23 20% (BT-Chem)</w:t>
            </w:r>
          </w:p>
        </w:tc>
        <w:tc>
          <w:tcPr>
            <w:tcW w:w="2351" w:type="dxa"/>
          </w:tcPr>
          <w:p w14:paraId="4E8CA77D" w14:textId="77777777" w:rsidR="0059724C" w:rsidRDefault="00000000">
            <w:r>
              <w:rPr>
                <w:sz w:val="20"/>
              </w:rPr>
              <w:t>Máy tự động Z 751</w:t>
            </w:r>
          </w:p>
        </w:tc>
        <w:tc>
          <w:tcPr>
            <w:tcW w:w="2351" w:type="dxa"/>
          </w:tcPr>
          <w:p w14:paraId="05023550" w14:textId="77777777" w:rsidR="0059724C" w:rsidRDefault="00000000">
            <w:r>
              <w:rPr>
                <w:sz w:val="20"/>
              </w:rPr>
              <w:t>✅ Đạt (không lõm dầu)</w:t>
            </w:r>
          </w:p>
        </w:tc>
        <w:tc>
          <w:tcPr>
            <w:tcW w:w="2351" w:type="dxa"/>
          </w:tcPr>
          <w:p w14:paraId="40C3FBCE" w14:textId="77777777" w:rsidR="0059724C" w:rsidRDefault="00000000">
            <w:r>
              <w:rPr>
                <w:sz w:val="20"/>
              </w:rPr>
              <w:t>Nhưng bề mặt nhám, mềm dễ trầy, dễ tơ khi qua vòi lược</w:t>
            </w:r>
          </w:p>
        </w:tc>
      </w:tr>
      <w:tr w:rsidR="0059724C" w14:paraId="060293E3" w14:textId="77777777">
        <w:tc>
          <w:tcPr>
            <w:tcW w:w="2351" w:type="dxa"/>
          </w:tcPr>
          <w:p w14:paraId="44A4BF3F" w14:textId="77777777" w:rsidR="0059724C" w:rsidRDefault="00000000">
            <w:r>
              <w:rPr>
                <w:sz w:val="20"/>
              </w:rPr>
              <w:t>Bóng NC SenTô (đối thủ)</w:t>
            </w:r>
          </w:p>
        </w:tc>
        <w:tc>
          <w:tcPr>
            <w:tcW w:w="2351" w:type="dxa"/>
          </w:tcPr>
          <w:p w14:paraId="7F49AF12" w14:textId="77777777" w:rsidR="0059724C" w:rsidRDefault="00000000">
            <w:r>
              <w:rPr>
                <w:sz w:val="20"/>
              </w:rPr>
              <w:t>Máy tự động Z 751</w:t>
            </w:r>
          </w:p>
        </w:tc>
        <w:tc>
          <w:tcPr>
            <w:tcW w:w="2351" w:type="dxa"/>
          </w:tcPr>
          <w:p w14:paraId="48CE47EA" w14:textId="77777777" w:rsidR="0059724C" w:rsidRDefault="00000000">
            <w:r>
              <w:rPr>
                <w:sz w:val="20"/>
              </w:rPr>
              <w:t>✅ Đạt (không lõm dầu)</w:t>
            </w:r>
          </w:p>
        </w:tc>
        <w:tc>
          <w:tcPr>
            <w:tcW w:w="2351" w:type="dxa"/>
          </w:tcPr>
          <w:p w14:paraId="2CA9B7F2" w14:textId="77777777" w:rsidR="0059724C" w:rsidRDefault="00000000">
            <w:r>
              <w:rPr>
                <w:sz w:val="20"/>
              </w:rPr>
              <w:t>Bề mặt hơi nhám; NM đang dùng để SX</w:t>
            </w:r>
          </w:p>
        </w:tc>
      </w:tr>
      <w:tr w:rsidR="0059724C" w14:paraId="48281EC3" w14:textId="77777777">
        <w:tc>
          <w:tcPr>
            <w:tcW w:w="2351" w:type="dxa"/>
          </w:tcPr>
          <w:p w14:paraId="2BF01E31" w14:textId="00B5735C" w:rsidR="0059724C" w:rsidRDefault="00000000">
            <w:r>
              <w:rPr>
                <w:sz w:val="20"/>
              </w:rPr>
              <w:t>Bóng NC N</w:t>
            </w:r>
            <w:r w:rsidR="00C26389">
              <w:rPr>
                <w:sz w:val="20"/>
              </w:rPr>
              <w:t>Y</w:t>
            </w:r>
            <w:r>
              <w:rPr>
                <w:sz w:val="20"/>
              </w:rPr>
              <w:t>20% (BT-Chem thử nghiệm)</w:t>
            </w:r>
          </w:p>
        </w:tc>
        <w:tc>
          <w:tcPr>
            <w:tcW w:w="2351" w:type="dxa"/>
          </w:tcPr>
          <w:p w14:paraId="35C31684" w14:textId="77777777" w:rsidR="0059724C" w:rsidRDefault="00000000">
            <w:r>
              <w:rPr>
                <w:sz w:val="20"/>
              </w:rPr>
              <w:t>Máy tự động Z 751</w:t>
            </w:r>
          </w:p>
        </w:tc>
        <w:tc>
          <w:tcPr>
            <w:tcW w:w="2351" w:type="dxa"/>
          </w:tcPr>
          <w:p w14:paraId="1843A231" w14:textId="77777777" w:rsidR="0059724C" w:rsidRDefault="00000000">
            <w:r>
              <w:rPr>
                <w:sz w:val="20"/>
              </w:rPr>
              <w:t>✅ Không lõm dầu</w:t>
            </w:r>
          </w:p>
        </w:tc>
        <w:tc>
          <w:tcPr>
            <w:tcW w:w="2351" w:type="dxa"/>
          </w:tcPr>
          <w:p w14:paraId="75B1FC47" w14:textId="77777777" w:rsidR="0059724C" w:rsidRDefault="00000000">
            <w:r>
              <w:rPr>
                <w:sz w:val="20"/>
              </w:rPr>
              <w:t>Nhưng bề mặt nhám, nghẹt lưới lọc sau 3-5kg</w:t>
            </w:r>
          </w:p>
        </w:tc>
      </w:tr>
    </w:tbl>
    <w:p w14:paraId="4630F921" w14:textId="77777777" w:rsidR="0059724C" w:rsidRDefault="00000000">
      <w:r>
        <w:rPr>
          <w:i/>
          <w:color w:val="808080"/>
          <w:sz w:val="16"/>
        </w:rPr>
        <w:t>(Nguồn: 3. BÁO CÁO KT TẠI KH.pdf (trang 1+2) + 4. BÁO CÁO QC1 TẠI KH.jpg)</w:t>
      </w:r>
    </w:p>
    <w:p w14:paraId="5FD23C1B" w14:textId="77777777" w:rsidR="0059724C" w:rsidRDefault="00000000">
      <w:r>
        <w:rPr>
          <w:b/>
        </w:rPr>
        <w:t>Hình ảnh sản phẩm lỗi:</w:t>
      </w:r>
    </w:p>
    <w:p w14:paraId="1F58BED6" w14:textId="77777777" w:rsidR="0059724C" w:rsidRDefault="00000000">
      <w:r>
        <w:rPr>
          <w:noProof/>
        </w:rPr>
        <w:lastRenderedPageBreak/>
        <w:drawing>
          <wp:inline distT="0" distB="0" distL="0" distR="0" wp14:anchorId="60669634" wp14:editId="5A9D214E">
            <wp:extent cx="4320000" cy="5760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751_bong_nc_2605_kh_40._hinh_1.jpg"/>
                    <pic:cNvPicPr/>
                  </pic:nvPicPr>
                  <pic:blipFill>
                    <a:blip r:embed="rId6"/>
                    <a:stretch>
                      <a:fillRect/>
                    </a:stretch>
                  </pic:blipFill>
                  <pic:spPr>
                    <a:xfrm>
                      <a:off x="0" y="0"/>
                      <a:ext cx="4320000" cy="5760000"/>
                    </a:xfrm>
                    <a:prstGeom prst="rect">
                      <a:avLst/>
                    </a:prstGeom>
                  </pic:spPr>
                </pic:pic>
              </a:graphicData>
            </a:graphic>
          </wp:inline>
        </w:drawing>
      </w:r>
    </w:p>
    <w:p w14:paraId="2A9DE838" w14:textId="77777777" w:rsidR="0059724C" w:rsidRDefault="00000000">
      <w:r>
        <w:rPr>
          <w:i/>
          <w:color w:val="808080"/>
          <w:sz w:val="16"/>
        </w:rPr>
        <w:t>(Nguồn: Hình ảnh/z_751_bong_nc_2605_kh_40._hinh_1.jpg)</w:t>
      </w:r>
    </w:p>
    <w:p w14:paraId="06E262F8" w14:textId="77777777" w:rsidR="0059724C" w:rsidRDefault="00000000">
      <w:r>
        <w:rPr>
          <w:noProof/>
        </w:rPr>
        <w:lastRenderedPageBreak/>
        <w:drawing>
          <wp:inline distT="0" distB="0" distL="0" distR="0" wp14:anchorId="59139410" wp14:editId="5F2404C6">
            <wp:extent cx="4320000" cy="57600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751_bong_nc_2605_kh_40._hinh_2.jpg"/>
                    <pic:cNvPicPr/>
                  </pic:nvPicPr>
                  <pic:blipFill>
                    <a:blip r:embed="rId7"/>
                    <a:stretch>
                      <a:fillRect/>
                    </a:stretch>
                  </pic:blipFill>
                  <pic:spPr>
                    <a:xfrm>
                      <a:off x="0" y="0"/>
                      <a:ext cx="4320000" cy="5760000"/>
                    </a:xfrm>
                    <a:prstGeom prst="rect">
                      <a:avLst/>
                    </a:prstGeom>
                  </pic:spPr>
                </pic:pic>
              </a:graphicData>
            </a:graphic>
          </wp:inline>
        </w:drawing>
      </w:r>
    </w:p>
    <w:p w14:paraId="35FB8788" w14:textId="77777777" w:rsidR="0059724C" w:rsidRDefault="00000000">
      <w:r>
        <w:rPr>
          <w:i/>
          <w:color w:val="808080"/>
          <w:sz w:val="16"/>
        </w:rPr>
        <w:t>(Nguồn: Hình ảnh/z_751_bong_nc_2605_kh_40._hinh_2.jpg)</w:t>
      </w:r>
    </w:p>
    <w:p w14:paraId="0D8B322B" w14:textId="77777777" w:rsidR="0059724C" w:rsidRDefault="00000000">
      <w:pPr>
        <w:pStyle w:val="Heading2"/>
      </w:pPr>
      <w:r>
        <w:rPr>
          <w:rFonts w:ascii="Times New Roman" w:eastAsia="Times New Roman" w:hAnsi="Times New Roman"/>
          <w:color w:val="000000"/>
        </w:rPr>
        <w:t>III. XỬ LÝ SỰ CỐ</w:t>
      </w:r>
    </w:p>
    <w:p w14:paraId="30105338" w14:textId="77777777" w:rsidR="0059724C" w:rsidRDefault="00000000">
      <w:r>
        <w:rPr>
          <w:b/>
        </w:rPr>
        <w:t>Timeline xử lý:</w:t>
      </w:r>
    </w:p>
    <w:tbl>
      <w:tblPr>
        <w:tblStyle w:val="TableGrid"/>
        <w:tblW w:w="0" w:type="auto"/>
        <w:tblLook w:val="04A0" w:firstRow="1" w:lastRow="0" w:firstColumn="1" w:lastColumn="0" w:noHBand="0" w:noVBand="1"/>
      </w:tblPr>
      <w:tblGrid>
        <w:gridCol w:w="2351"/>
        <w:gridCol w:w="2351"/>
        <w:gridCol w:w="2351"/>
        <w:gridCol w:w="2351"/>
      </w:tblGrid>
      <w:tr w:rsidR="0059724C" w14:paraId="0081EB02" w14:textId="77777777">
        <w:tc>
          <w:tcPr>
            <w:tcW w:w="2351" w:type="dxa"/>
            <w:shd w:val="clear" w:color="auto" w:fill="D9E2F3"/>
          </w:tcPr>
          <w:p w14:paraId="7D555CA3" w14:textId="77777777" w:rsidR="0059724C" w:rsidRDefault="00000000">
            <w:r>
              <w:rPr>
                <w:b/>
                <w:sz w:val="20"/>
              </w:rPr>
              <w:t>Thời gian</w:t>
            </w:r>
          </w:p>
        </w:tc>
        <w:tc>
          <w:tcPr>
            <w:tcW w:w="2351" w:type="dxa"/>
            <w:shd w:val="clear" w:color="auto" w:fill="D9E2F3"/>
          </w:tcPr>
          <w:p w14:paraId="4ECFDC7D" w14:textId="77777777" w:rsidR="0059724C" w:rsidRDefault="00000000">
            <w:r>
              <w:rPr>
                <w:b/>
                <w:sz w:val="20"/>
              </w:rPr>
              <w:t>Sự kiện</w:t>
            </w:r>
          </w:p>
        </w:tc>
        <w:tc>
          <w:tcPr>
            <w:tcW w:w="2351" w:type="dxa"/>
            <w:shd w:val="clear" w:color="auto" w:fill="D9E2F3"/>
          </w:tcPr>
          <w:p w14:paraId="174A8A3E" w14:textId="77777777" w:rsidR="0059724C" w:rsidRDefault="00000000">
            <w:r>
              <w:rPr>
                <w:b/>
                <w:sz w:val="20"/>
              </w:rPr>
              <w:t>Người thực hiện</w:t>
            </w:r>
          </w:p>
        </w:tc>
        <w:tc>
          <w:tcPr>
            <w:tcW w:w="2351" w:type="dxa"/>
            <w:shd w:val="clear" w:color="auto" w:fill="D9E2F3"/>
          </w:tcPr>
          <w:p w14:paraId="21A63668" w14:textId="77777777" w:rsidR="0059724C" w:rsidRDefault="00000000">
            <w:r>
              <w:rPr>
                <w:b/>
                <w:sz w:val="20"/>
              </w:rPr>
              <w:t>Kết quả / Ghi chú</w:t>
            </w:r>
          </w:p>
        </w:tc>
      </w:tr>
      <w:tr w:rsidR="0059724C" w14:paraId="6F812025" w14:textId="77777777">
        <w:tc>
          <w:tcPr>
            <w:tcW w:w="2351" w:type="dxa"/>
          </w:tcPr>
          <w:p w14:paraId="13215A2F" w14:textId="77777777" w:rsidR="0059724C" w:rsidRDefault="00000000">
            <w:r>
              <w:rPr>
                <w:sz w:val="20"/>
              </w:rPr>
              <w:t>10/07/2026</w:t>
            </w:r>
          </w:p>
        </w:tc>
        <w:tc>
          <w:tcPr>
            <w:tcW w:w="2351" w:type="dxa"/>
          </w:tcPr>
          <w:p w14:paraId="018D883C" w14:textId="77777777" w:rsidR="0059724C" w:rsidRDefault="00000000">
            <w:r>
              <w:rPr>
                <w:sz w:val="20"/>
              </w:rPr>
              <w:t>KT kiểm tra lần đầu tại Z751, phát hiện lõm dầu</w:t>
            </w:r>
          </w:p>
        </w:tc>
        <w:tc>
          <w:tcPr>
            <w:tcW w:w="2351" w:type="dxa"/>
          </w:tcPr>
          <w:p w14:paraId="2DB00588" w14:textId="77777777" w:rsidR="0059724C" w:rsidRDefault="00000000">
            <w:r>
              <w:rPr>
                <w:sz w:val="20"/>
              </w:rPr>
              <w:t>KT Thắng</w:t>
            </w:r>
          </w:p>
        </w:tc>
        <w:tc>
          <w:tcPr>
            <w:tcW w:w="2351" w:type="dxa"/>
          </w:tcPr>
          <w:p w14:paraId="54D0F62E" w14:textId="77777777" w:rsidR="0059724C" w:rsidRDefault="00000000">
            <w:r>
              <w:rPr>
                <w:sz w:val="20"/>
              </w:rPr>
              <w:t>Xác nhận lỗi ~40% bề mặt; NM dùng tạm SenTô</w:t>
            </w:r>
          </w:p>
        </w:tc>
      </w:tr>
      <w:tr w:rsidR="0059724C" w14:paraId="377BDB32" w14:textId="77777777">
        <w:tc>
          <w:tcPr>
            <w:tcW w:w="2351" w:type="dxa"/>
          </w:tcPr>
          <w:p w14:paraId="47BB18B0" w14:textId="77777777" w:rsidR="0059724C" w:rsidRDefault="00000000">
            <w:r>
              <w:rPr>
                <w:sz w:val="20"/>
              </w:rPr>
              <w:t>11/07/2026</w:t>
            </w:r>
          </w:p>
        </w:tc>
        <w:tc>
          <w:tcPr>
            <w:tcW w:w="2351" w:type="dxa"/>
          </w:tcPr>
          <w:p w14:paraId="6FAEEB7B" w14:textId="77777777" w:rsidR="0059724C" w:rsidRDefault="00000000">
            <w:r>
              <w:rPr>
                <w:sz w:val="20"/>
              </w:rPr>
              <w:t>NM Z751 lắp thêm lọc hơi; KT kiểm tra lại</w:t>
            </w:r>
          </w:p>
        </w:tc>
        <w:tc>
          <w:tcPr>
            <w:tcW w:w="2351" w:type="dxa"/>
          </w:tcPr>
          <w:p w14:paraId="248CBBD5" w14:textId="77777777" w:rsidR="0059724C" w:rsidRDefault="00000000">
            <w:r>
              <w:rPr>
                <w:sz w:val="20"/>
              </w:rPr>
              <w:t>KT Thông</w:t>
            </w:r>
          </w:p>
        </w:tc>
        <w:tc>
          <w:tcPr>
            <w:tcW w:w="2351" w:type="dxa"/>
          </w:tcPr>
          <w:p w14:paraId="460E8E74" w14:textId="77777777" w:rsidR="0059724C" w:rsidRDefault="00000000">
            <w:r>
              <w:rPr>
                <w:sz w:val="20"/>
              </w:rPr>
              <w:t>Vẫn lõm dầu; thử NV 20% không lõm nhưng nhám + nghẹt lọc</w:t>
            </w:r>
          </w:p>
        </w:tc>
      </w:tr>
      <w:tr w:rsidR="0059724C" w14:paraId="65EDD3DE" w14:textId="77777777">
        <w:tc>
          <w:tcPr>
            <w:tcW w:w="2351" w:type="dxa"/>
          </w:tcPr>
          <w:p w14:paraId="2594EBF3" w14:textId="77777777" w:rsidR="0059724C" w:rsidRDefault="00000000">
            <w:r>
              <w:rPr>
                <w:sz w:val="20"/>
              </w:rPr>
              <w:t>13/07/2026</w:t>
            </w:r>
          </w:p>
        </w:tc>
        <w:tc>
          <w:tcPr>
            <w:tcW w:w="2351" w:type="dxa"/>
          </w:tcPr>
          <w:p w14:paraId="5D2C9A80" w14:textId="77777777" w:rsidR="0059724C" w:rsidRDefault="00000000">
            <w:r>
              <w:rPr>
                <w:sz w:val="20"/>
              </w:rPr>
              <w:t>KT lập phiếu KPH, đề nghị QC kiểm tra điều chỉnh</w:t>
            </w:r>
          </w:p>
        </w:tc>
        <w:tc>
          <w:tcPr>
            <w:tcW w:w="2351" w:type="dxa"/>
          </w:tcPr>
          <w:p w14:paraId="132FF672" w14:textId="77777777" w:rsidR="0059724C" w:rsidRDefault="00000000">
            <w:r>
              <w:rPr>
                <w:sz w:val="20"/>
              </w:rPr>
              <w:t>KT Tuấn</w:t>
            </w:r>
          </w:p>
        </w:tc>
        <w:tc>
          <w:tcPr>
            <w:tcW w:w="2351" w:type="dxa"/>
          </w:tcPr>
          <w:p w14:paraId="320E3401" w14:textId="77777777" w:rsidR="0059724C" w:rsidRDefault="00000000">
            <w:r>
              <w:rPr>
                <w:sz w:val="20"/>
              </w:rPr>
              <w:t>Phiếu KPH 57-26 được lập</w:t>
            </w:r>
          </w:p>
        </w:tc>
      </w:tr>
      <w:tr w:rsidR="0059724C" w14:paraId="04B7D970" w14:textId="77777777">
        <w:tc>
          <w:tcPr>
            <w:tcW w:w="2351" w:type="dxa"/>
          </w:tcPr>
          <w:p w14:paraId="6FE5CCC1" w14:textId="77777777" w:rsidR="0059724C" w:rsidRDefault="00000000">
            <w:r>
              <w:rPr>
                <w:sz w:val="20"/>
              </w:rPr>
              <w:t>14/07/2026</w:t>
            </w:r>
          </w:p>
        </w:tc>
        <w:tc>
          <w:tcPr>
            <w:tcW w:w="2351" w:type="dxa"/>
          </w:tcPr>
          <w:p w14:paraId="5DECF189" w14:textId="77777777" w:rsidR="0059724C" w:rsidRDefault="00000000">
            <w:r>
              <w:rPr>
                <w:sz w:val="20"/>
              </w:rPr>
              <w:t>KT + QC kiểm tra mẫu tại CTY (phun tay trên kính, MDF, in vân)</w:t>
            </w:r>
          </w:p>
        </w:tc>
        <w:tc>
          <w:tcPr>
            <w:tcW w:w="2351" w:type="dxa"/>
          </w:tcPr>
          <w:p w14:paraId="65FB047C" w14:textId="77777777" w:rsidR="0059724C" w:rsidRDefault="00000000">
            <w:r>
              <w:rPr>
                <w:sz w:val="20"/>
              </w:rPr>
              <w:t>KT Trí + QC1</w:t>
            </w:r>
          </w:p>
        </w:tc>
        <w:tc>
          <w:tcPr>
            <w:tcW w:w="2351" w:type="dxa"/>
          </w:tcPr>
          <w:p w14:paraId="69E80294" w14:textId="77777777" w:rsidR="0059724C" w:rsidRDefault="00000000">
            <w:r>
              <w:rPr>
                <w:sz w:val="20"/>
              </w:rPr>
              <w:t>✅ Đạt — đề nghị kiểm tra lại trên bàn NM Z751</w:t>
            </w:r>
          </w:p>
        </w:tc>
      </w:tr>
      <w:tr w:rsidR="0059724C" w14:paraId="0F0921D4" w14:textId="77777777">
        <w:tc>
          <w:tcPr>
            <w:tcW w:w="2351" w:type="dxa"/>
          </w:tcPr>
          <w:p w14:paraId="1C1D3FDB" w14:textId="77777777" w:rsidR="0059724C" w:rsidRDefault="00000000">
            <w:r>
              <w:rPr>
                <w:sz w:val="20"/>
              </w:rPr>
              <w:lastRenderedPageBreak/>
              <w:t>14-15/07/2026</w:t>
            </w:r>
          </w:p>
        </w:tc>
        <w:tc>
          <w:tcPr>
            <w:tcW w:w="2351" w:type="dxa"/>
          </w:tcPr>
          <w:p w14:paraId="292787CE" w14:textId="77777777" w:rsidR="0059724C" w:rsidRDefault="00000000">
            <w:r>
              <w:rPr>
                <w:sz w:val="20"/>
              </w:rPr>
              <w:t>QC2 kiểm tra mẫu mang về + mẫu lưu (QT1, QT2, kính)</w:t>
            </w:r>
          </w:p>
        </w:tc>
        <w:tc>
          <w:tcPr>
            <w:tcW w:w="2351" w:type="dxa"/>
          </w:tcPr>
          <w:p w14:paraId="6C91BC1B" w14:textId="77777777" w:rsidR="0059724C" w:rsidRDefault="00000000">
            <w:r>
              <w:rPr>
                <w:sz w:val="20"/>
              </w:rPr>
              <w:t>QC2 (Thảo)</w:t>
            </w:r>
          </w:p>
        </w:tc>
        <w:tc>
          <w:tcPr>
            <w:tcW w:w="2351" w:type="dxa"/>
          </w:tcPr>
          <w:p w14:paraId="2DEA4295" w14:textId="77777777" w:rsidR="0059724C" w:rsidRDefault="00000000">
            <w:r>
              <w:rPr>
                <w:sz w:val="20"/>
              </w:rPr>
              <w:t>✅ Đạt — đề nghị KT kiểm tra đường dây hơi tại KH</w:t>
            </w:r>
          </w:p>
        </w:tc>
      </w:tr>
      <w:tr w:rsidR="0059724C" w14:paraId="62451129" w14:textId="77777777">
        <w:tc>
          <w:tcPr>
            <w:tcW w:w="2351" w:type="dxa"/>
          </w:tcPr>
          <w:p w14:paraId="6C63715E" w14:textId="77777777" w:rsidR="0059724C" w:rsidRDefault="00000000">
            <w:r>
              <w:rPr>
                <w:sz w:val="20"/>
              </w:rPr>
              <w:t>17/07/2026</w:t>
            </w:r>
          </w:p>
        </w:tc>
        <w:tc>
          <w:tcPr>
            <w:tcW w:w="2351" w:type="dxa"/>
          </w:tcPr>
          <w:p w14:paraId="3E011B8F" w14:textId="77777777" w:rsidR="0059724C" w:rsidRDefault="00000000">
            <w:r>
              <w:rPr>
                <w:sz w:val="20"/>
              </w:rPr>
              <w:t>QC1 kiểm tra tại Z751 (máy tự động + súng tay)</w:t>
            </w:r>
          </w:p>
        </w:tc>
        <w:tc>
          <w:tcPr>
            <w:tcW w:w="2351" w:type="dxa"/>
          </w:tcPr>
          <w:p w14:paraId="4B8B12E4" w14:textId="77777777" w:rsidR="0059724C" w:rsidRDefault="00000000">
            <w:r>
              <w:rPr>
                <w:sz w:val="20"/>
              </w:rPr>
              <w:t>KT Lộc</w:t>
            </w:r>
          </w:p>
        </w:tc>
        <w:tc>
          <w:tcPr>
            <w:tcW w:w="2351" w:type="dxa"/>
          </w:tcPr>
          <w:p w14:paraId="31609BC8" w14:textId="77777777" w:rsidR="0059724C" w:rsidRDefault="00000000">
            <w:r>
              <w:rPr>
                <w:sz w:val="20"/>
              </w:rPr>
              <w:t>❌ Máy tự động: Không đạt; ✅ Súng tay: Đạt</w:t>
            </w:r>
          </w:p>
        </w:tc>
      </w:tr>
    </w:tbl>
    <w:p w14:paraId="0EB03301" w14:textId="77777777" w:rsidR="0059724C" w:rsidRDefault="00000000">
      <w:r>
        <w:rPr>
          <w:i/>
          <w:color w:val="808080"/>
          <w:sz w:val="16"/>
        </w:rPr>
        <w:t>(Nguồn: Tổng hợp từ 1. NỘI DUNG KPH.docx + 2,3,4,5)</w:t>
      </w:r>
    </w:p>
    <w:p w14:paraId="18A1706D" w14:textId="77777777" w:rsidR="0059724C" w:rsidRDefault="00000000">
      <w:r>
        <w:rPr>
          <w:b/>
        </w:rPr>
        <w:t>Biện pháp tạm thời:</w:t>
      </w:r>
    </w:p>
    <w:p w14:paraId="0462CEE2" w14:textId="77777777" w:rsidR="0059724C" w:rsidRDefault="00000000">
      <w:r>
        <w:t>Nhà máy Z 751 đang sử dụng sản phẩm Bóng NC của SenTô để duy trì sản xuất trong thời gian chờ xử lý sự cố với Bóng NC 2605 KH 40% của BT-Chem.</w:t>
      </w:r>
    </w:p>
    <w:p w14:paraId="5DA759F0" w14:textId="77777777" w:rsidR="0059724C" w:rsidRDefault="00000000">
      <w:r>
        <w:rPr>
          <w:i/>
          <w:color w:val="808080"/>
          <w:sz w:val="16"/>
        </w:rPr>
        <w:t>(Nguồn: 3. BÁO CÁO KT TẠI KH.pdf (trang 1))</w:t>
      </w:r>
    </w:p>
    <w:p w14:paraId="783241F9" w14:textId="77777777" w:rsidR="0059724C" w:rsidRDefault="00000000">
      <w:r>
        <w:rPr>
          <w:b/>
        </w:rPr>
        <w:t>Biện pháp triệt để:</w:t>
      </w:r>
    </w:p>
    <w:p w14:paraId="3B19DBFA" w14:textId="77777777" w:rsidR="0059724C" w:rsidRDefault="00000000">
      <w:r>
        <w:t>Chưa có — nguyên nhân gốc chưa được xác định. Cần tiếp tục điều tra.</w:t>
      </w:r>
    </w:p>
    <w:p w14:paraId="6A18DCA9" w14:textId="77777777" w:rsidR="0059724C" w:rsidRDefault="00000000">
      <w:pPr>
        <w:pStyle w:val="Heading2"/>
      </w:pPr>
      <w:r>
        <w:rPr>
          <w:rFonts w:ascii="Times New Roman" w:eastAsia="Times New Roman" w:hAnsi="Times New Roman"/>
          <w:color w:val="000000"/>
        </w:rPr>
        <w:t>IV. CÁC TRANH CÃI &amp; BẤT ĐỒNG QUAN ĐIỂM</w:t>
      </w:r>
    </w:p>
    <w:p w14:paraId="56D62D3D" w14:textId="77777777" w:rsidR="0059724C" w:rsidRDefault="00000000">
      <w:r>
        <w:t>1. Mâu thuẫn kết quả kiểm tra giữa QC (tại CTY) và KT (tại KH):</w:t>
      </w:r>
      <w:r>
        <w:br/>
        <w:t xml:space="preserve">   • QC kiểm tra tại CTY (phun tay): màng sơn láng mịn, không lõm → ĐẠT.</w:t>
      </w:r>
      <w:r>
        <w:br/>
        <w:t xml:space="preserve">   • KT kiểm tra tại KH (phun máy tự động): lõm dầu ~40% bề mặt → KHÔNG ĐẠT.</w:t>
      </w:r>
      <w:r>
        <w:br/>
        <w:t xml:space="preserve">   • Chính KT cũng xác nhận: cùng sản phẩm, phun tay thì ĐẠT, phun máy tự động thì KHÔNG ĐẠT.</w:t>
      </w:r>
    </w:p>
    <w:p w14:paraId="719261F0" w14:textId="77777777" w:rsidR="0059724C" w:rsidRDefault="00000000">
      <w:r>
        <w:t>2. Bất đồng về nguyên nhân gốc:</w:t>
      </w:r>
      <w:r>
        <w:br/>
        <w:t xml:space="preserve">   • QC2: đề nghị KT kiểm tra đường dây hơi tại KH — nghi ngờ dầu/nước trong khí nén.</w:t>
      </w:r>
      <w:r>
        <w:br/>
        <w:t xml:space="preserve">   • KT: cho rằng sản phẩm không phù hợp với súng phun tự động (các sp khác dùng cùng máy vẫn OK: SenTô, NC PC23 20%, NV 20%).</w:t>
      </w:r>
    </w:p>
    <w:p w14:paraId="17C419CB" w14:textId="77777777" w:rsidR="0059724C" w:rsidRDefault="00000000">
      <w:r>
        <w:t>3. Bất đồng về hướng xử lý:</w:t>
      </w:r>
      <w:r>
        <w:br/>
        <w:t xml:space="preserve">   • KT Tuấn: đề nghị QC kiểm tra và điều chỉnh công thức để phù hợp súng tự động.</w:t>
      </w:r>
      <w:r>
        <w:br/>
        <w:t xml:space="preserve">   • QC: chưa có kết luận chính thức về điều chỉnh công thức — cần thêm dữ liệu.</w:t>
      </w:r>
    </w:p>
    <w:p w14:paraId="591E3FE9" w14:textId="77777777" w:rsidR="0059724C" w:rsidRDefault="00000000">
      <w:r>
        <w:rPr>
          <w:i/>
          <w:color w:val="808080"/>
          <w:sz w:val="16"/>
        </w:rPr>
        <w:t>(Nguồn: Tổng hợp từ 1, 2, 4, 5)</w:t>
      </w:r>
    </w:p>
    <w:p w14:paraId="7886AC33" w14:textId="77777777" w:rsidR="0059724C" w:rsidRDefault="00000000">
      <w:pPr>
        <w:pStyle w:val="Heading2"/>
      </w:pPr>
      <w:r>
        <w:rPr>
          <w:rFonts w:ascii="Times New Roman" w:eastAsia="Times New Roman" w:hAnsi="Times New Roman"/>
          <w:color w:val="000000"/>
        </w:rPr>
        <w:t>V. CÔNG VIỆC CẦN LÀM TIẾP THEO</w:t>
      </w:r>
    </w:p>
    <w:tbl>
      <w:tblPr>
        <w:tblStyle w:val="TableGrid"/>
        <w:tblW w:w="0" w:type="auto"/>
        <w:tblLook w:val="04A0" w:firstRow="1" w:lastRow="0" w:firstColumn="1" w:lastColumn="0" w:noHBand="0" w:noVBand="1"/>
      </w:tblPr>
      <w:tblGrid>
        <w:gridCol w:w="3135"/>
        <w:gridCol w:w="3135"/>
        <w:gridCol w:w="3135"/>
      </w:tblGrid>
      <w:tr w:rsidR="0059724C" w14:paraId="11015913" w14:textId="77777777">
        <w:tc>
          <w:tcPr>
            <w:tcW w:w="3135" w:type="dxa"/>
            <w:shd w:val="clear" w:color="auto" w:fill="D9E2F3"/>
          </w:tcPr>
          <w:p w14:paraId="61892992" w14:textId="77777777" w:rsidR="0059724C" w:rsidRDefault="00000000">
            <w:r>
              <w:rPr>
                <w:b/>
                <w:sz w:val="20"/>
              </w:rPr>
              <w:t>Công việc</w:t>
            </w:r>
          </w:p>
        </w:tc>
        <w:tc>
          <w:tcPr>
            <w:tcW w:w="3135" w:type="dxa"/>
            <w:shd w:val="clear" w:color="auto" w:fill="D9E2F3"/>
          </w:tcPr>
          <w:p w14:paraId="660CA86B" w14:textId="77777777" w:rsidR="0059724C" w:rsidRDefault="00000000">
            <w:r>
              <w:rPr>
                <w:b/>
                <w:sz w:val="20"/>
              </w:rPr>
              <w:t>Người phụ trách</w:t>
            </w:r>
          </w:p>
        </w:tc>
        <w:tc>
          <w:tcPr>
            <w:tcW w:w="3135" w:type="dxa"/>
            <w:shd w:val="clear" w:color="auto" w:fill="D9E2F3"/>
          </w:tcPr>
          <w:p w14:paraId="0EA5FDAC" w14:textId="77777777" w:rsidR="0059724C" w:rsidRDefault="00000000">
            <w:r>
              <w:rPr>
                <w:b/>
                <w:sz w:val="20"/>
              </w:rPr>
              <w:t>Ưu tiên</w:t>
            </w:r>
          </w:p>
        </w:tc>
      </w:tr>
      <w:tr w:rsidR="0059724C" w14:paraId="101AE6C6" w14:textId="77777777">
        <w:tc>
          <w:tcPr>
            <w:tcW w:w="3135" w:type="dxa"/>
          </w:tcPr>
          <w:p w14:paraId="7BC2DA1B" w14:textId="77777777" w:rsidR="0059724C" w:rsidRDefault="00000000">
            <w:r>
              <w:rPr>
                <w:sz w:val="20"/>
              </w:rPr>
              <w:t>Xác định nguyên nhân gốc: kiểm tra đường dây hơi, hệ thống sấy tại Z751</w:t>
            </w:r>
          </w:p>
        </w:tc>
        <w:tc>
          <w:tcPr>
            <w:tcW w:w="3135" w:type="dxa"/>
          </w:tcPr>
          <w:p w14:paraId="7D364474" w14:textId="77777777" w:rsidR="0059724C" w:rsidRDefault="00000000">
            <w:r>
              <w:rPr>
                <w:sz w:val="20"/>
              </w:rPr>
              <w:t>KT</w:t>
            </w:r>
          </w:p>
        </w:tc>
        <w:tc>
          <w:tcPr>
            <w:tcW w:w="3135" w:type="dxa"/>
          </w:tcPr>
          <w:p w14:paraId="25ECFFB7" w14:textId="77777777" w:rsidR="0059724C" w:rsidRDefault="00000000">
            <w:r>
              <w:rPr>
                <w:sz w:val="20"/>
              </w:rPr>
              <w:t>⭐⭐⭐ Cao</w:t>
            </w:r>
          </w:p>
        </w:tc>
      </w:tr>
      <w:tr w:rsidR="0059724C" w14:paraId="3C130DF8" w14:textId="77777777">
        <w:tc>
          <w:tcPr>
            <w:tcW w:w="3135" w:type="dxa"/>
          </w:tcPr>
          <w:p w14:paraId="731404DB" w14:textId="77777777" w:rsidR="0059724C" w:rsidRDefault="00000000">
            <w:r>
              <w:rPr>
                <w:sz w:val="20"/>
              </w:rPr>
              <w:t>Thử nghiệm điều chỉnh công thức Bóng NC 2605 KH 40% cho phù hợp súng tự động</w:t>
            </w:r>
          </w:p>
        </w:tc>
        <w:tc>
          <w:tcPr>
            <w:tcW w:w="3135" w:type="dxa"/>
          </w:tcPr>
          <w:p w14:paraId="620B37F9" w14:textId="77777777" w:rsidR="0059724C" w:rsidRDefault="00000000">
            <w:r>
              <w:rPr>
                <w:sz w:val="20"/>
              </w:rPr>
              <w:t>R&amp;D / QC</w:t>
            </w:r>
          </w:p>
        </w:tc>
        <w:tc>
          <w:tcPr>
            <w:tcW w:w="3135" w:type="dxa"/>
          </w:tcPr>
          <w:p w14:paraId="636F3361" w14:textId="77777777" w:rsidR="0059724C" w:rsidRDefault="00000000">
            <w:r>
              <w:rPr>
                <w:sz w:val="20"/>
              </w:rPr>
              <w:t>⭐⭐⭐ Cao</w:t>
            </w:r>
          </w:p>
        </w:tc>
      </w:tr>
      <w:tr w:rsidR="0059724C" w14:paraId="5B666EC6" w14:textId="77777777">
        <w:tc>
          <w:tcPr>
            <w:tcW w:w="3135" w:type="dxa"/>
          </w:tcPr>
          <w:p w14:paraId="420BB4FE" w14:textId="77777777" w:rsidR="0059724C" w:rsidRDefault="00000000">
            <w:r>
              <w:rPr>
                <w:sz w:val="20"/>
              </w:rPr>
              <w:t>Thử nghiệm Bóng NC NV 20% khắc phục nhám + nghẹt lọc để thay thế</w:t>
            </w:r>
          </w:p>
        </w:tc>
        <w:tc>
          <w:tcPr>
            <w:tcW w:w="3135" w:type="dxa"/>
          </w:tcPr>
          <w:p w14:paraId="562B3C34" w14:textId="77777777" w:rsidR="0059724C" w:rsidRDefault="00000000">
            <w:r>
              <w:rPr>
                <w:sz w:val="20"/>
              </w:rPr>
              <w:t>R&amp;D</w:t>
            </w:r>
          </w:p>
        </w:tc>
        <w:tc>
          <w:tcPr>
            <w:tcW w:w="3135" w:type="dxa"/>
          </w:tcPr>
          <w:p w14:paraId="53B17F1D" w14:textId="77777777" w:rsidR="0059724C" w:rsidRDefault="00000000">
            <w:r>
              <w:rPr>
                <w:sz w:val="20"/>
              </w:rPr>
              <w:t>⭐⭐ Trung bình</w:t>
            </w:r>
          </w:p>
        </w:tc>
      </w:tr>
      <w:tr w:rsidR="0059724C" w14:paraId="0E36D42A" w14:textId="77777777">
        <w:tc>
          <w:tcPr>
            <w:tcW w:w="3135" w:type="dxa"/>
          </w:tcPr>
          <w:p w14:paraId="03B489B6" w14:textId="77777777" w:rsidR="0059724C" w:rsidRDefault="00000000">
            <w:r>
              <w:rPr>
                <w:sz w:val="20"/>
              </w:rPr>
              <w:t>Test lại Bóng NC 2605 KH 40% đã điều chỉnh tại Z751 (máy tự động)</w:t>
            </w:r>
          </w:p>
        </w:tc>
        <w:tc>
          <w:tcPr>
            <w:tcW w:w="3135" w:type="dxa"/>
          </w:tcPr>
          <w:p w14:paraId="4013AE2F" w14:textId="77777777" w:rsidR="0059724C" w:rsidRDefault="00000000">
            <w:r>
              <w:rPr>
                <w:sz w:val="20"/>
              </w:rPr>
              <w:t>KT + QC</w:t>
            </w:r>
          </w:p>
        </w:tc>
        <w:tc>
          <w:tcPr>
            <w:tcW w:w="3135" w:type="dxa"/>
          </w:tcPr>
          <w:p w14:paraId="4E0E1B36" w14:textId="77777777" w:rsidR="0059724C" w:rsidRDefault="00000000">
            <w:r>
              <w:rPr>
                <w:sz w:val="20"/>
              </w:rPr>
              <w:t>⭐⭐⭐ Cao</w:t>
            </w:r>
          </w:p>
        </w:tc>
      </w:tr>
      <w:tr w:rsidR="0059724C" w14:paraId="52D3C343" w14:textId="77777777">
        <w:tc>
          <w:tcPr>
            <w:tcW w:w="3135" w:type="dxa"/>
          </w:tcPr>
          <w:p w14:paraId="68761829" w14:textId="77777777" w:rsidR="0059724C" w:rsidRDefault="00000000">
            <w:r>
              <w:rPr>
                <w:sz w:val="20"/>
              </w:rPr>
              <w:t>Theo dõi tình hình sử dụng SenTô tại Z751 (nguy cơ mất khách)</w:t>
            </w:r>
          </w:p>
        </w:tc>
        <w:tc>
          <w:tcPr>
            <w:tcW w:w="3135" w:type="dxa"/>
          </w:tcPr>
          <w:p w14:paraId="1589D2FC" w14:textId="77777777" w:rsidR="0059724C" w:rsidRDefault="00000000">
            <w:r>
              <w:rPr>
                <w:sz w:val="20"/>
              </w:rPr>
              <w:t>KT / KD</w:t>
            </w:r>
          </w:p>
        </w:tc>
        <w:tc>
          <w:tcPr>
            <w:tcW w:w="3135" w:type="dxa"/>
          </w:tcPr>
          <w:p w14:paraId="636FCB36" w14:textId="77777777" w:rsidR="0059724C" w:rsidRDefault="00000000">
            <w:r>
              <w:rPr>
                <w:sz w:val="20"/>
              </w:rPr>
              <w:t>⭐⭐ Trung bình</w:t>
            </w:r>
          </w:p>
        </w:tc>
      </w:tr>
    </w:tbl>
    <w:p w14:paraId="20F6C9B8" w14:textId="77777777" w:rsidR="0059724C" w:rsidRDefault="00000000">
      <w:pPr>
        <w:pStyle w:val="Heading2"/>
      </w:pPr>
      <w:r>
        <w:rPr>
          <w:rFonts w:ascii="Times New Roman" w:eastAsia="Times New Roman" w:hAnsi="Times New Roman"/>
          <w:color w:val="000000"/>
        </w:rPr>
        <w:lastRenderedPageBreak/>
        <w:t>VI. NHẬN XÉT &amp; KIẾN NGHỊ</w:t>
      </w:r>
    </w:p>
    <w:p w14:paraId="36A54C4B" w14:textId="77777777" w:rsidR="0059724C" w:rsidRDefault="00000000">
      <w:r>
        <w:rPr>
          <w:b/>
        </w:rPr>
        <w:t>Kết luận từ dữ kiện:</w:t>
      </w:r>
    </w:p>
    <w:p w14:paraId="7E6CB8C7" w14:textId="77777777" w:rsidR="0059724C" w:rsidRDefault="00000000">
      <w:r>
        <w:t>• Sản phẩm Bóng NC 2605 KH 40% (MSSX 3090626) đạt chất lượng khi kiểm tra trong điều kiện phòng thí nghiệm (phun tay trên kính, MDF, in vân). Tuy nhiên, khi phun bằng máy tự động tại nhà máy Z 751, sản phẩm bị lõm dầu — trong khi các sản phẩm khác (SenTô, NC PC23 20%, NV 20%) không bị lõm trong cùng điều kiện.</w:t>
      </w:r>
    </w:p>
    <w:p w14:paraId="2BF99AD6" w14:textId="77777777" w:rsidR="0059724C" w:rsidRDefault="00000000">
      <w:r>
        <w:t>• Sự cố đã kéo dài từ 10/07 đến 17/07/2026 (7 ngày) với nhiều lần kiểm tra nhưng nguyên nhân gốc vẫn chưa được xác định dứt khoát. Trong thời gian này, khách hàng đang sử dụng sản phẩm của đối thủ (SenTô).</w:t>
      </w:r>
    </w:p>
    <w:p w14:paraId="21B5D6FD" w14:textId="77777777" w:rsidR="0059724C" w:rsidRDefault="00000000">
      <w:r>
        <w:t>• Lõm dầu có thể do: (a) tương thích sản phẩm với điều kiện phun máy tự động (nhiệt độ sấy, tốc độ bay hơi dung môi, áp lực phun), hoặc (b) nhiễm dầu/nước từ đường dây hơi tại KH. Cần kiểm tra đồng thời cả hai hướng.</w:t>
      </w:r>
    </w:p>
    <w:p w14:paraId="58057A2E" w14:textId="77777777" w:rsidR="0059724C" w:rsidRDefault="00000000">
      <w:r>
        <w:rPr>
          <w:b/>
        </w:rPr>
        <w:t>Kiến nghị từ các bên:</w:t>
      </w:r>
    </w:p>
    <w:p w14:paraId="652D217B" w14:textId="77777777" w:rsidR="0059724C" w:rsidRDefault="00000000">
      <w:r>
        <w:t>• KT: Đề nghị QC/R&amp;D kiểm tra và điều chỉnh công thức Bóng NC 2605 KH 40% để phù hợp với điều kiện phun súng tự động của Z 751.</w:t>
      </w:r>
      <w:r>
        <w:br/>
        <w:t>• QC: Đề nghị KT kiểm tra kỹ đường dây hơi, hệ thống lọc khí nén tại KH trước khi kết luận lỗi do sản phẩm.</w:t>
      </w:r>
      <w:r>
        <w:br/>
        <w:t>• Khách hàng (Z 751): Đã chuyển sang dùng SenTô để duy trì sản xuất — cần xử lý nhanh để giữ khách hàng.</w:t>
      </w:r>
    </w:p>
    <w:p w14:paraId="0F6A65AC" w14:textId="77777777" w:rsidR="0059724C" w:rsidRDefault="00000000">
      <w:r>
        <w:rPr>
          <w:i/>
          <w:color w:val="808080"/>
          <w:sz w:val="16"/>
        </w:rPr>
        <w:t>(Nguồn: Tổng hợp từ 1, 2, 3, 4, 5)</w:t>
      </w:r>
    </w:p>
    <w:p w14:paraId="7FCB1FDE" w14:textId="77777777" w:rsidR="0059724C" w:rsidRDefault="00000000">
      <w:pPr>
        <w:pStyle w:val="Heading2"/>
      </w:pPr>
      <w:r>
        <w:rPr>
          <w:rFonts w:ascii="Times New Roman" w:eastAsia="Times New Roman" w:hAnsi="Times New Roman"/>
          <w:color w:val="000000"/>
        </w:rPr>
        <w:t>VII. DỮ LIỆU GỐC</w:t>
      </w:r>
    </w:p>
    <w:p w14:paraId="2E92842E" w14:textId="77777777" w:rsidR="0059724C" w:rsidRDefault="00000000">
      <w:r>
        <w:rPr>
          <w:b/>
        </w:rPr>
        <w:t>Trích nguyên văn các đoạn quan trọng từ hồ sơ nguồn:</w:t>
      </w:r>
    </w:p>
    <w:p w14:paraId="45E5AE5B" w14:textId="77777777" w:rsidR="0059724C" w:rsidRDefault="00000000">
      <w:r>
        <w:rPr>
          <w:b/>
          <w:sz w:val="22"/>
        </w:rPr>
        <w:t>1. NỘI DUNG KPH.docx — Mô tả sự cố:</w:t>
      </w:r>
    </w:p>
    <w:p w14:paraId="175EA424" w14:textId="77777777" w:rsidR="0059724C" w:rsidRDefault="00000000">
      <w:r>
        <w:rPr>
          <w:sz w:val="20"/>
        </w:rPr>
        <w:t>"Trong sản xuất kỹ thuật kiểm tra Bóng NC 2605 KH 40% (ms: 3090626) phun súng sơn tự động có hiện tượng lõm dầu trên bề mặt sản phẩm. [...] Kết quả: Màng sơn căng láng, không nhám tay, độ phủ đạt 70%, còn hiện tượng vết sọc nhám. Có hiện tượng bị lõm dầu cục bộ trên bề mặt sản phẩm. [...] Kỹ thuật Tuấn đề nghị Phòng QC kiểm tra và điều chỉnh để phù hợp với súng sơn tự động của nhà máy để sản xuất."</w:t>
      </w:r>
    </w:p>
    <w:p w14:paraId="24CBACB5" w14:textId="77777777" w:rsidR="0059724C" w:rsidRDefault="00000000">
      <w:r>
        <w:rPr>
          <w:b/>
          <w:sz w:val="22"/>
        </w:rPr>
        <w:t>3. BÁO CÁO KT TẠI KH.pdf — Kết quả kiểm tra (KT Thắng, 10/07/2026):</w:t>
      </w:r>
    </w:p>
    <w:p w14:paraId="34AD5500" w14:textId="77777777" w:rsidR="0059724C" w:rsidRDefault="00000000">
      <w:r>
        <w:rPr>
          <w:sz w:val="20"/>
        </w:rPr>
        <w:t>"Bóng NC 2605 KH 40% (3090626): Tỉ lệ pha 1-1.3 DM NC có Super. η=13"47. Màng sơn: căng, láng, không nhám trầy. Độ phủ: Đạt ~70% còn hiện vết sọc nhám. Trên bề mặt: có hiện tượng lổn đầu cục bộ toàn bề mặt (~40%). [...] Hiện tại nhà máy đang sử dụng sản phẩm Sento để sản xuất."</w:t>
      </w:r>
    </w:p>
    <w:p w14:paraId="78A2B225" w14:textId="77777777" w:rsidR="0059724C" w:rsidRDefault="00000000">
      <w:r>
        <w:rPr>
          <w:b/>
          <w:sz w:val="22"/>
        </w:rPr>
        <w:t>5. BÁO CÁO QC2 TẠI CTY.jpg — Kết luận (QC Thảo, 15/07/2026):</w:t>
      </w:r>
    </w:p>
    <w:p w14:paraId="14992AC8" w14:textId="77777777" w:rsidR="0059724C" w:rsidRDefault="00000000">
      <w:r>
        <w:rPr>
          <w:sz w:val="20"/>
        </w:rPr>
        <w:t>"BÓNG NC 2605 KH 40% MSSX: 3090626 mẫu kỹ thuật mang từ khách hàng về và mẫu đang lưu QC: màng sơn láng, không lõm dầu: đạt yêu cầu. ➠ Đề nghị kỹ thuật có hướng kiểm tra lại ở khách hàng. Lưu ý: kiểm tra đường dây hơi cẩn thận trước khi sử dụng."</w:t>
      </w:r>
    </w:p>
    <w:p w14:paraId="530AFF84" w14:textId="77777777" w:rsidR="0059724C" w:rsidRDefault="00000000">
      <w:r>
        <w:rPr>
          <w:b/>
          <w:sz w:val="22"/>
        </w:rPr>
        <w:t>4. BÁO CÁO QC1 TẠI KH.jpg — Kết luận (KT Lộc, 17/07/2026):</w:t>
      </w:r>
    </w:p>
    <w:p w14:paraId="67F94205" w14:textId="77777777" w:rsidR="0059724C" w:rsidRDefault="00000000">
      <w:r>
        <w:rPr>
          <w:sz w:val="20"/>
        </w:rPr>
        <w:lastRenderedPageBreak/>
        <w:t>"Bóng NC 2605 KH 40% kiểm tra phun trên máy tự động của cty Z-751 màng sơn bị lõm không đạt. [...] Cùng thời điểm kiểm tra Bóng NC 2605 40% trên máy tự động có sx như Bóng của nhà cung cấp SenTô và sx Bóng NC PC 23 20% của BT-Chem. Kết quả màng sơn đạt."</w:t>
      </w:r>
    </w:p>
    <w:sectPr w:rsidR="0059724C" w:rsidSect="00034616">
      <w:pgSz w:w="12240" w:h="15840"/>
      <w:pgMar w:top="1134" w:right="1417"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493328922">
    <w:abstractNumId w:val="8"/>
  </w:num>
  <w:num w:numId="2" w16cid:durableId="473646930">
    <w:abstractNumId w:val="6"/>
  </w:num>
  <w:num w:numId="3" w16cid:durableId="1558281451">
    <w:abstractNumId w:val="5"/>
  </w:num>
  <w:num w:numId="4" w16cid:durableId="1779717737">
    <w:abstractNumId w:val="4"/>
  </w:num>
  <w:num w:numId="5" w16cid:durableId="575406399">
    <w:abstractNumId w:val="7"/>
  </w:num>
  <w:num w:numId="6" w16cid:durableId="270089826">
    <w:abstractNumId w:val="3"/>
  </w:num>
  <w:num w:numId="7" w16cid:durableId="386421782">
    <w:abstractNumId w:val="2"/>
  </w:num>
  <w:num w:numId="8" w16cid:durableId="2032147219">
    <w:abstractNumId w:val="1"/>
  </w:num>
  <w:num w:numId="9" w16cid:durableId="13947698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4640CD"/>
    <w:rsid w:val="0059724C"/>
    <w:rsid w:val="00AA1D8D"/>
    <w:rsid w:val="00B47730"/>
    <w:rsid w:val="00C26389"/>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E001993"/>
  <w14:defaultImageDpi w14:val="300"/>
  <w15:docId w15:val="{3C423375-87A7-4F74-89F2-27CFDAE6C7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imes New Roman" w:eastAsia="Times New Roman" w:hAnsi="Times New Roman"/>
      <w:color w:val="000000"/>
      <w:sz w:val="24"/>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jp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7</Pages>
  <Words>1707</Words>
  <Characters>6129</Characters>
  <Application>Microsoft Office Word</Application>
  <DocSecurity>0</DocSecurity>
  <Lines>291</Lines>
  <Paragraphs>217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7619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Ngô Đức Minh</cp:lastModifiedBy>
  <cp:revision>2</cp:revision>
  <dcterms:created xsi:type="dcterms:W3CDTF">2013-12-23T23:15:00Z</dcterms:created>
  <dcterms:modified xsi:type="dcterms:W3CDTF">2026-07-24T07:44:00Z</dcterms:modified>
  <cp:category/>
</cp:coreProperties>
</file>