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55D32" w14:textId="77777777" w:rsidR="00E626A3" w:rsidRDefault="00000000">
      <w:pPr>
        <w:spacing w:before="40" w:after="40"/>
        <w:jc w:val="center"/>
      </w:pPr>
      <w:r>
        <w:rPr>
          <w:rFonts w:ascii="Times New Roman" w:hAnsi="Times New Roman"/>
          <w:b/>
          <w:sz w:val="28"/>
        </w:rPr>
        <w:t>BÁO CÁO CÔNG TÁC TUẦN (TỔNG HỢP)</w:t>
      </w:r>
    </w:p>
    <w:p w14:paraId="6BD5219A" w14:textId="77777777" w:rsidR="00E626A3" w:rsidRDefault="00000000">
      <w:pPr>
        <w:spacing w:before="40" w:after="80"/>
        <w:jc w:val="center"/>
      </w:pPr>
      <w:r>
        <w:rPr>
          <w:rFonts w:ascii="Times New Roman" w:hAnsi="Times New Roman"/>
        </w:rPr>
        <w:t>Phòng Kỹ thuật — CÔNG TY HÓA KEO BÌNH THẠNH</w:t>
      </w:r>
    </w:p>
    <w:p w14:paraId="6A76F400" w14:textId="77777777" w:rsidR="00E626A3" w:rsidRDefault="00000000">
      <w:pPr>
        <w:spacing w:before="40" w:after="160"/>
        <w:jc w:val="center"/>
      </w:pPr>
      <w:r>
        <w:rPr>
          <w:rFonts w:ascii="Times New Roman" w:hAnsi="Times New Roman"/>
        </w:rPr>
        <w:t>Tuần thứ 30 (Từ ngày 20/07/2026 đến ngày 25/07/2026)</w:t>
      </w:r>
    </w:p>
    <w:p w14:paraId="707B82EE" w14:textId="77777777" w:rsidR="00E626A3" w:rsidRDefault="00000000">
      <w:pPr>
        <w:spacing w:before="40" w:after="40"/>
      </w:pPr>
      <w:r>
        <w:rPr>
          <w:rFonts w:ascii="Times New Roman" w:hAnsi="Times New Roman"/>
          <w:b/>
          <w:sz w:val="24"/>
        </w:rPr>
        <w:t>Danh sách phái viên:</w:t>
      </w:r>
    </w:p>
    <w:p w14:paraId="4D5AE9FC" w14:textId="77777777" w:rsidR="00E626A3" w:rsidRDefault="00000000">
      <w:pPr>
        <w:spacing w:before="40" w:after="40"/>
      </w:pPr>
      <w:r>
        <w:rPr>
          <w:rFonts w:ascii="Times New Roman" w:hAnsi="Times New Roman"/>
        </w:rPr>
        <w:t>1. Nguyễn Duy Tài — BẢO HƯNG, THIẾT ĐAN</w:t>
      </w:r>
    </w:p>
    <w:p w14:paraId="33CF3666" w14:textId="77777777" w:rsidR="00E626A3" w:rsidRDefault="00000000">
      <w:pPr>
        <w:spacing w:before="40" w:after="40"/>
      </w:pPr>
      <w:r>
        <w:rPr>
          <w:rFonts w:ascii="Times New Roman" w:hAnsi="Times New Roman"/>
        </w:rPr>
        <w:t>2. Nguyễn Văn Linh — Demeyer, Geuther, MEKONG</w:t>
      </w:r>
    </w:p>
    <w:p w14:paraId="2F66B655" w14:textId="77777777" w:rsidR="00E626A3" w:rsidRDefault="00000000">
      <w:pPr>
        <w:spacing w:before="40" w:after="40"/>
      </w:pPr>
      <w:r>
        <w:rPr>
          <w:rFonts w:ascii="Times New Roman" w:hAnsi="Times New Roman"/>
        </w:rPr>
        <w:t>3. Nguyễn Đức Thăng — KIM HUY, KIM PHONG</w:t>
      </w:r>
    </w:p>
    <w:p w14:paraId="126D951A" w14:textId="77777777" w:rsidR="00E626A3" w:rsidRDefault="00000000">
      <w:pPr>
        <w:spacing w:before="40" w:after="40"/>
      </w:pPr>
      <w:r>
        <w:rPr>
          <w:rFonts w:ascii="Times New Roman" w:hAnsi="Times New Roman"/>
        </w:rPr>
        <w:t>4. Nguyễn Đình Thoại — MINH HƯNG TIỀN, TÂN VIỆT TIẾN</w:t>
      </w:r>
    </w:p>
    <w:p w14:paraId="10FDBF18" w14:textId="77777777" w:rsidR="00E626A3" w:rsidRDefault="00000000">
      <w:pPr>
        <w:spacing w:before="40" w:after="40"/>
        <w:rPr>
          <w:rFonts w:ascii="Times New Roman" w:hAnsi="Times New Roman"/>
        </w:rPr>
      </w:pPr>
      <w:r>
        <w:rPr>
          <w:rFonts w:ascii="Times New Roman" w:hAnsi="Times New Roman"/>
        </w:rPr>
        <w:t>5. Lê Quang Khải — TRƯỜNG THÀNH</w:t>
      </w:r>
    </w:p>
    <w:p w14:paraId="29DA19C6" w14:textId="14E1DA88" w:rsidR="0006689D" w:rsidRDefault="0006689D">
      <w:pPr>
        <w:spacing w:before="40" w:after="40"/>
        <w:rPr>
          <w:rFonts w:ascii="Times New Roman" w:hAnsi="Times New Roman"/>
        </w:rPr>
      </w:pPr>
      <w:r>
        <w:rPr>
          <w:rFonts w:ascii="Times New Roman" w:hAnsi="Times New Roman"/>
        </w:rPr>
        <w:t xml:space="preserve">6-Nguyễn Văn Đen – HẠNH PHÚC,ĐĂNG LONG </w:t>
      </w:r>
    </w:p>
    <w:p w14:paraId="29965095" w14:textId="1EB165CE" w:rsidR="0006689D" w:rsidRDefault="0006689D">
      <w:pPr>
        <w:spacing w:before="40" w:after="40"/>
      </w:pPr>
      <w:r>
        <w:rPr>
          <w:rFonts w:ascii="Times New Roman" w:hAnsi="Times New Roman"/>
        </w:rPr>
        <w:t>7-Lê Văn Hoà – LIÊN MINH, ĐẤT MỚI</w:t>
      </w:r>
    </w:p>
    <w:p w14:paraId="7198BB7B" w14:textId="77777777" w:rsidR="00E626A3" w:rsidRDefault="00E626A3">
      <w:pPr>
        <w:spacing w:before="40" w:after="120"/>
      </w:pPr>
    </w:p>
    <w:p w14:paraId="0B5D4DA1" w14:textId="77777777" w:rsidR="00E626A3" w:rsidRDefault="00000000">
      <w:pPr>
        <w:spacing w:before="40" w:after="80"/>
      </w:pPr>
      <w:r>
        <w:rPr>
          <w:rFonts w:ascii="Times New Roman" w:hAnsi="Times New Roman"/>
          <w:b/>
          <w:sz w:val="26"/>
        </w:rPr>
        <w:t>1. NGUYỄN DUY TÀI — BẢO HƯNG</w:t>
      </w:r>
    </w:p>
    <w:p w14:paraId="1577DB5A" w14:textId="77777777" w:rsidR="00E626A3" w:rsidRDefault="00000000">
      <w:pPr>
        <w:spacing w:before="40" w:after="40"/>
      </w:pPr>
      <w:r>
        <w:rPr>
          <w:rFonts w:ascii="Times New Roman" w:hAnsi="Times New Roman"/>
          <w:b/>
          <w:sz w:val="24"/>
        </w:rPr>
        <w:t>Thông tin từ khách hàng:</w:t>
      </w:r>
    </w:p>
    <w:p w14:paraId="3226D893" w14:textId="77777777" w:rsidR="00E626A3" w:rsidRDefault="00000000">
      <w:pPr>
        <w:spacing w:before="40" w:after="80"/>
      </w:pPr>
      <w:r>
        <w:rPr>
          <w:rFonts w:ascii="Times New Roman" w:hAnsi="Times New Roman"/>
          <w:sz w:val="24"/>
        </w:rPr>
        <w:t>Trong tuần vừa qua chị Hường (quản lý nhà máy) có gửi mail đề nghị phòng kỹ thuật Bình Thạnh kiểm tra, bố trí phân bổ công việc, kỹ thuật phụ trách màu, phối hợp và hỗ trợ thêm ở lô mẫu mới. Tình hình đơn hàng ổn định (trong tuần sản xuất đạt 10 cont).</w:t>
      </w:r>
    </w:p>
    <w:p w14:paraId="174F40D1" w14:textId="77777777" w:rsidR="00E626A3" w:rsidRDefault="00000000">
      <w:pPr>
        <w:spacing w:before="40" w:after="40"/>
      </w:pPr>
      <w:r>
        <w:rPr>
          <w:rFonts w:ascii="Times New Roman" w:hAnsi="Times New Roman"/>
          <w:b/>
          <w:sz w:val="24"/>
        </w:rPr>
        <w:t>Tiến độ hàng mẫu:</w:t>
      </w:r>
    </w:p>
    <w:p w14:paraId="56765B5B" w14:textId="77777777" w:rsidR="00E626A3" w:rsidRDefault="00000000">
      <w:pPr>
        <w:spacing w:before="40" w:after="80"/>
      </w:pPr>
      <w:r>
        <w:rPr>
          <w:rFonts w:ascii="Times New Roman" w:hAnsi="Times New Roman"/>
          <w:sz w:val="24"/>
        </w:rPr>
        <w:t>Gồm 8 bộ mẫu sản phẩm màu BH-406, BM-406, BH-327 (ghế, bàn, tủ), màu thẻ phát triển 1 (màu white wash) đã hoàn thành. Đều làm tại nhà máy không chuyển về công ty.</w:t>
      </w:r>
    </w:p>
    <w:p w14:paraId="159B8C33" w14:textId="77777777" w:rsidR="00E626A3" w:rsidRDefault="00000000">
      <w:pPr>
        <w:spacing w:before="40" w:after="40"/>
      </w:pPr>
      <w:r>
        <w:rPr>
          <w:rFonts w:ascii="Times New Roman" w:hAnsi="Times New Roman"/>
          <w:b/>
          <w:sz w:val="24"/>
        </w:rPr>
        <w:t>Các vấn đề phát sinh &amp; Kết quả xử lý:</w:t>
      </w:r>
    </w:p>
    <w:p w14:paraId="0B5E47B6" w14:textId="77777777" w:rsidR="00E626A3" w:rsidRDefault="00000000">
      <w:pPr>
        <w:spacing w:before="40" w:after="80"/>
      </w:pPr>
      <w:r>
        <w:rPr>
          <w:rFonts w:ascii="Times New Roman" w:hAnsi="Times New Roman"/>
          <w:sz w:val="24"/>
        </w:rPr>
        <w:t>Vấn đề về sắp xếp nhân sự tại nhà máy. Đã báo cáo và phía công ty Bình Thạnh đã gửi mail phản hồi. Đối với hoạt động sản xuất: Anh Hoa sẽ trực tiếp phụ trách theo sát dây chuyền sản xuất, kiểm tra chất lượng. Đối với công tác mẫu: Anh Hóa sẽ nhận thông tin và báo cáo cho Anh Tuấn để sắp xếp và điều động nhân sự. Trường hợp nhiều mẫu sẽ gửi về công ty làm để đảm bảo tiến độ. Đồng thời trong giai đoạn này sẽ tăng cường thêm 1 kỹ thuật làm mẫu. Tình trạng: Đã xử lý dứt điểm.</w:t>
      </w:r>
    </w:p>
    <w:p w14:paraId="3AF1DA06" w14:textId="77777777" w:rsidR="00E626A3" w:rsidRDefault="00000000">
      <w:pPr>
        <w:spacing w:before="40" w:after="40"/>
      </w:pPr>
      <w:r>
        <w:rPr>
          <w:rFonts w:ascii="Times New Roman" w:hAnsi="Times New Roman"/>
          <w:b/>
          <w:sz w:val="24"/>
        </w:rPr>
        <w:t>Đánh giá:</w:t>
      </w:r>
    </w:p>
    <w:p w14:paraId="6B45E7E7" w14:textId="77777777" w:rsidR="00E626A3" w:rsidRDefault="00000000">
      <w:pPr>
        <w:spacing w:before="40" w:after="120"/>
      </w:pPr>
      <w:r>
        <w:rPr>
          <w:rFonts w:ascii="Times New Roman" w:hAnsi="Times New Roman"/>
          <w:sz w:val="24"/>
        </w:rPr>
        <w:t>Sản lượng trong tuần ổn định, không có nguy cơ gì ảnh hưởng tới đơn hàng.</w:t>
      </w:r>
    </w:p>
    <w:p w14:paraId="73DE6CF2" w14:textId="77777777" w:rsidR="00E626A3" w:rsidRDefault="00000000">
      <w:pPr>
        <w:spacing w:before="40" w:after="80"/>
      </w:pPr>
      <w:r>
        <w:rPr>
          <w:rFonts w:ascii="Times New Roman" w:hAnsi="Times New Roman"/>
          <w:b/>
          <w:sz w:val="26"/>
        </w:rPr>
        <w:t>2. NGUYỄN DUY TÀI — THIẾT ĐAN</w:t>
      </w:r>
    </w:p>
    <w:p w14:paraId="37066CA3" w14:textId="77777777" w:rsidR="00E626A3" w:rsidRDefault="00000000">
      <w:pPr>
        <w:spacing w:before="40" w:after="120"/>
      </w:pPr>
      <w:r>
        <w:rPr>
          <w:rFonts w:ascii="Times New Roman" w:hAnsi="Times New Roman"/>
          <w:sz w:val="24"/>
        </w:rPr>
        <w:t xml:space="preserve">Nhà máy sản lượng ổn định không có vấn đề phát sinh. Trong </w:t>
      </w:r>
      <w:proofErr w:type="spellStart"/>
      <w:r>
        <w:rPr>
          <w:rFonts w:ascii="Times New Roman" w:hAnsi="Times New Roman"/>
          <w:sz w:val="24"/>
        </w:rPr>
        <w:t>tuần</w:t>
      </w:r>
      <w:proofErr w:type="spellEnd"/>
      <w:r>
        <w:rPr>
          <w:rFonts w:ascii="Times New Roman" w:hAnsi="Times New Roman"/>
          <w:sz w:val="24"/>
        </w:rPr>
        <w:t xml:space="preserve"> </w:t>
      </w:r>
      <w:proofErr w:type="spellStart"/>
      <w:r>
        <w:rPr>
          <w:rFonts w:ascii="Times New Roman" w:hAnsi="Times New Roman"/>
          <w:sz w:val="24"/>
        </w:rPr>
        <w:t>không</w:t>
      </w:r>
      <w:proofErr w:type="spellEnd"/>
      <w:r>
        <w:rPr>
          <w:rFonts w:ascii="Times New Roman" w:hAnsi="Times New Roman"/>
          <w:sz w:val="24"/>
        </w:rPr>
        <w:t xml:space="preserve"> có </w:t>
      </w:r>
      <w:proofErr w:type="spellStart"/>
      <w:r>
        <w:rPr>
          <w:rFonts w:ascii="Times New Roman" w:hAnsi="Times New Roman"/>
          <w:sz w:val="24"/>
        </w:rPr>
        <w:t>mẫu</w:t>
      </w:r>
      <w:proofErr w:type="spellEnd"/>
      <w:r>
        <w:rPr>
          <w:rFonts w:ascii="Times New Roman" w:hAnsi="Times New Roman"/>
          <w:sz w:val="24"/>
        </w:rPr>
        <w:t xml:space="preserve"> </w:t>
      </w:r>
      <w:proofErr w:type="spellStart"/>
      <w:r>
        <w:rPr>
          <w:rFonts w:ascii="Times New Roman" w:hAnsi="Times New Roman"/>
          <w:sz w:val="24"/>
        </w:rPr>
        <w:t>nh</w:t>
      </w:r>
      <w:r w:rsidR="006B2330">
        <w:rPr>
          <w:rFonts w:ascii="Times New Roman" w:hAnsi="Times New Roman"/>
          <w:sz w:val="24"/>
        </w:rPr>
        <w:t>â</w:t>
      </w:r>
      <w:r>
        <w:rPr>
          <w:rFonts w:ascii="Times New Roman" w:hAnsi="Times New Roman"/>
          <w:sz w:val="24"/>
        </w:rPr>
        <w:t>n</w:t>
      </w:r>
      <w:proofErr w:type="spellEnd"/>
      <w:r>
        <w:rPr>
          <w:rFonts w:ascii="Times New Roman" w:hAnsi="Times New Roman"/>
          <w:sz w:val="24"/>
        </w:rPr>
        <w:t xml:space="preserve">, </w:t>
      </w:r>
      <w:proofErr w:type="spellStart"/>
      <w:r>
        <w:rPr>
          <w:rFonts w:ascii="Times New Roman" w:hAnsi="Times New Roman"/>
          <w:sz w:val="24"/>
        </w:rPr>
        <w:t>mẫu</w:t>
      </w:r>
      <w:proofErr w:type="spellEnd"/>
      <w:r>
        <w:rPr>
          <w:rFonts w:ascii="Times New Roman" w:hAnsi="Times New Roman"/>
          <w:sz w:val="24"/>
        </w:rPr>
        <w:t xml:space="preserve"> </w:t>
      </w:r>
      <w:proofErr w:type="spellStart"/>
      <w:r>
        <w:rPr>
          <w:rFonts w:ascii="Times New Roman" w:hAnsi="Times New Roman"/>
          <w:sz w:val="24"/>
        </w:rPr>
        <w:t>mới</w:t>
      </w:r>
      <w:proofErr w:type="spellEnd"/>
      <w:r>
        <w:rPr>
          <w:rFonts w:ascii="Times New Roman" w:hAnsi="Times New Roman"/>
          <w:sz w:val="24"/>
        </w:rPr>
        <w:t>. Sản lượng trong tuần ổn định.</w:t>
      </w:r>
    </w:p>
    <w:p w14:paraId="0C827246" w14:textId="77777777" w:rsidR="00E626A3" w:rsidRDefault="00000000">
      <w:pPr>
        <w:spacing w:before="40" w:after="80"/>
      </w:pPr>
      <w:r>
        <w:rPr>
          <w:rFonts w:ascii="Times New Roman" w:hAnsi="Times New Roman"/>
          <w:b/>
          <w:sz w:val="26"/>
        </w:rPr>
        <w:t>3. NGUYỄN VĂN LINH — DEMEYER</w:t>
      </w:r>
    </w:p>
    <w:p w14:paraId="03669EBB" w14:textId="77777777" w:rsidR="00E626A3" w:rsidRDefault="00000000">
      <w:pPr>
        <w:spacing w:before="40" w:after="80"/>
      </w:pPr>
      <w:r>
        <w:rPr>
          <w:rFonts w:ascii="Times New Roman" w:hAnsi="Times New Roman"/>
          <w:sz w:val="24"/>
        </w:rPr>
        <w:t>Nhà máy sản xuất ổn định. Sự cố lỗi sơn cạnh bị nứt. Kỹ thuật đã xử lý thử nghiệm pha SW6-0909H + 10% S03 2410H cho kết quả thử nghiệm đạt yêu cầu. Đã báo cáo về công ty để xin chỉ đạo. Tình trạng: Đã thử nghiệm đạt yêu cầu, chờ chỉ đạo từ công ty.</w:t>
      </w:r>
    </w:p>
    <w:p w14:paraId="12E4215C" w14:textId="77777777" w:rsidR="00E626A3" w:rsidRDefault="00000000">
      <w:pPr>
        <w:spacing w:before="40" w:after="40"/>
      </w:pPr>
      <w:r>
        <w:rPr>
          <w:rFonts w:ascii="Times New Roman" w:hAnsi="Times New Roman"/>
          <w:b/>
          <w:sz w:val="24"/>
        </w:rPr>
        <w:t>Đánh giá:</w:t>
      </w:r>
    </w:p>
    <w:p w14:paraId="54E08D74" w14:textId="77777777" w:rsidR="00E626A3" w:rsidRDefault="00000000">
      <w:pPr>
        <w:spacing w:before="40" w:after="120"/>
      </w:pPr>
      <w:r>
        <w:rPr>
          <w:rFonts w:ascii="Times New Roman" w:hAnsi="Times New Roman"/>
          <w:sz w:val="24"/>
        </w:rPr>
        <w:t>Sản xuất tại nhà máy ổn định, sự cố cạnh bị nứt đã được xử lý thử nghiệm thành công.</w:t>
      </w:r>
    </w:p>
    <w:p w14:paraId="459F7C79" w14:textId="77777777" w:rsidR="006B2330" w:rsidRDefault="006B2330">
      <w:pPr>
        <w:spacing w:before="40" w:after="80"/>
        <w:rPr>
          <w:rFonts w:ascii="Times New Roman" w:hAnsi="Times New Roman"/>
          <w:b/>
          <w:sz w:val="26"/>
        </w:rPr>
      </w:pPr>
    </w:p>
    <w:p w14:paraId="127705ED" w14:textId="77777777" w:rsidR="006B2330" w:rsidRDefault="006B2330">
      <w:pPr>
        <w:spacing w:before="40" w:after="80"/>
        <w:rPr>
          <w:rFonts w:ascii="Times New Roman" w:hAnsi="Times New Roman"/>
          <w:b/>
          <w:sz w:val="26"/>
        </w:rPr>
      </w:pPr>
    </w:p>
    <w:p w14:paraId="7B2B1203" w14:textId="77777777" w:rsidR="006B2330" w:rsidRDefault="006B2330">
      <w:pPr>
        <w:spacing w:before="40" w:after="80"/>
        <w:rPr>
          <w:rFonts w:ascii="Times New Roman" w:hAnsi="Times New Roman"/>
          <w:b/>
          <w:sz w:val="26"/>
        </w:rPr>
      </w:pPr>
    </w:p>
    <w:p w14:paraId="3E5EF0C8" w14:textId="77777777" w:rsidR="00E626A3" w:rsidRDefault="00000000">
      <w:pPr>
        <w:spacing w:before="40" w:after="80"/>
      </w:pPr>
      <w:r>
        <w:rPr>
          <w:rFonts w:ascii="Times New Roman" w:hAnsi="Times New Roman"/>
          <w:b/>
          <w:sz w:val="26"/>
        </w:rPr>
        <w:t>4. NGUYỄN VĂN LINH — GEUTHER</w:t>
      </w:r>
    </w:p>
    <w:p w14:paraId="5B47ED84" w14:textId="77777777" w:rsidR="00E626A3" w:rsidRDefault="00000000">
      <w:pPr>
        <w:spacing w:before="40" w:after="40"/>
      </w:pPr>
      <w:r>
        <w:rPr>
          <w:rFonts w:ascii="Times New Roman" w:hAnsi="Times New Roman"/>
          <w:b/>
          <w:sz w:val="24"/>
        </w:rPr>
        <w:t>Thông tin từ khách hàng:</w:t>
      </w:r>
    </w:p>
    <w:p w14:paraId="716FB804" w14:textId="77777777" w:rsidR="00E626A3" w:rsidRDefault="00000000">
      <w:pPr>
        <w:spacing w:before="40" w:after="80"/>
      </w:pPr>
      <w:r>
        <w:rPr>
          <w:rFonts w:ascii="Times New Roman" w:hAnsi="Times New Roman"/>
          <w:sz w:val="24"/>
        </w:rPr>
        <w:t>Nhà máy đang đẩy mạnh cho hệ màu stain theo phương án mới: cần lót màu UV → Bóng hệ nước hoàn thiện, đã gửi mẫu cho Bình Thạnh.</w:t>
      </w:r>
    </w:p>
    <w:p w14:paraId="65F37433" w14:textId="77777777" w:rsidR="00E626A3" w:rsidRDefault="00000000">
      <w:pPr>
        <w:spacing w:before="40" w:after="40"/>
      </w:pPr>
      <w:r>
        <w:rPr>
          <w:rFonts w:ascii="Times New Roman" w:hAnsi="Times New Roman"/>
          <w:b/>
          <w:sz w:val="24"/>
        </w:rPr>
        <w:t>Tiến độ hàng mẫu:</w:t>
      </w:r>
    </w:p>
    <w:p w14:paraId="47BDC761" w14:textId="77777777" w:rsidR="00E626A3" w:rsidRDefault="00000000">
      <w:pPr>
        <w:spacing w:before="40" w:after="80"/>
      </w:pPr>
      <w:r>
        <w:rPr>
          <w:rFonts w:ascii="Times New Roman" w:hAnsi="Times New Roman"/>
          <w:sz w:val="24"/>
        </w:rPr>
        <w:t>Trong tuần đã gửi về xưởng cán UV mẫu 4 màu đã bóng hoàn thiện chờ nhà máy xem xét và đánh giá. Tình trạng: Đang chờ nhà máy xem và phản hồi.</w:t>
      </w:r>
    </w:p>
    <w:p w14:paraId="5696C1EF" w14:textId="77777777" w:rsidR="00E626A3" w:rsidRDefault="00000000">
      <w:pPr>
        <w:spacing w:before="40" w:after="40"/>
      </w:pPr>
      <w:r>
        <w:rPr>
          <w:rFonts w:ascii="Times New Roman" w:hAnsi="Times New Roman"/>
          <w:b/>
          <w:sz w:val="24"/>
        </w:rPr>
        <w:t>Đánh giá:</w:t>
      </w:r>
    </w:p>
    <w:p w14:paraId="709AC4AA" w14:textId="77777777" w:rsidR="00E626A3" w:rsidRDefault="00000000">
      <w:pPr>
        <w:spacing w:before="40" w:after="120"/>
      </w:pPr>
      <w:r>
        <w:rPr>
          <w:rFonts w:ascii="Times New Roman" w:hAnsi="Times New Roman"/>
          <w:sz w:val="24"/>
        </w:rPr>
        <w:t>Tình hình sản xuất ổn định.</w:t>
      </w:r>
    </w:p>
    <w:p w14:paraId="7C779B99" w14:textId="77777777" w:rsidR="00E626A3" w:rsidRDefault="00000000">
      <w:pPr>
        <w:spacing w:before="40" w:after="80"/>
      </w:pPr>
      <w:r>
        <w:rPr>
          <w:rFonts w:ascii="Times New Roman" w:hAnsi="Times New Roman"/>
          <w:b/>
          <w:sz w:val="26"/>
        </w:rPr>
        <w:t>5. NGUYỄN VĂN LINH — MEKONG</w:t>
      </w:r>
    </w:p>
    <w:p w14:paraId="139947E0" w14:textId="77777777" w:rsidR="00E626A3" w:rsidRDefault="00000000">
      <w:pPr>
        <w:spacing w:before="40" w:after="40"/>
      </w:pPr>
      <w:r>
        <w:rPr>
          <w:rFonts w:ascii="Times New Roman" w:hAnsi="Times New Roman"/>
          <w:b/>
          <w:sz w:val="24"/>
        </w:rPr>
        <w:t>Thông tin từ khách hàng:</w:t>
      </w:r>
    </w:p>
    <w:p w14:paraId="7A67299F" w14:textId="77777777" w:rsidR="00E626A3" w:rsidRDefault="00000000">
      <w:pPr>
        <w:spacing w:before="40" w:after="80"/>
      </w:pPr>
      <w:r>
        <w:rPr>
          <w:rFonts w:ascii="Times New Roman" w:hAnsi="Times New Roman"/>
          <w:sz w:val="24"/>
        </w:rPr>
        <w:t xml:space="preserve">Nhà máy yêu cầu hoàn thiện mẫu phát triển chất lượng cao, yêu cầu test </w:t>
      </w:r>
      <w:proofErr w:type="spellStart"/>
      <w:r>
        <w:rPr>
          <w:rFonts w:ascii="Times New Roman" w:hAnsi="Times New Roman"/>
          <w:sz w:val="24"/>
        </w:rPr>
        <w:t>độ</w:t>
      </w:r>
      <w:proofErr w:type="spellEnd"/>
      <w:r>
        <w:rPr>
          <w:rFonts w:ascii="Times New Roman" w:hAnsi="Times New Roman"/>
          <w:sz w:val="24"/>
        </w:rPr>
        <w:t xml:space="preserve"> </w:t>
      </w:r>
      <w:proofErr w:type="spellStart"/>
      <w:r>
        <w:rPr>
          <w:rFonts w:ascii="Times New Roman" w:hAnsi="Times New Roman"/>
          <w:sz w:val="24"/>
        </w:rPr>
        <w:t>cứng</w:t>
      </w:r>
      <w:proofErr w:type="spellEnd"/>
      <w:r>
        <w:rPr>
          <w:rFonts w:ascii="Times New Roman" w:hAnsi="Times New Roman"/>
          <w:sz w:val="24"/>
        </w:rPr>
        <w:t xml:space="preserve"> </w:t>
      </w:r>
      <w:proofErr w:type="spellStart"/>
      <w:r>
        <w:rPr>
          <w:rFonts w:ascii="Times New Roman" w:hAnsi="Times New Roman"/>
          <w:sz w:val="24"/>
        </w:rPr>
        <w:t>bút</w:t>
      </w:r>
      <w:proofErr w:type="spellEnd"/>
      <w:r>
        <w:rPr>
          <w:rFonts w:ascii="Times New Roman" w:hAnsi="Times New Roman"/>
          <w:sz w:val="24"/>
        </w:rPr>
        <w:t xml:space="preserve"> </w:t>
      </w:r>
      <w:proofErr w:type="spellStart"/>
      <w:r>
        <w:rPr>
          <w:rFonts w:ascii="Times New Roman" w:hAnsi="Times New Roman"/>
          <w:sz w:val="24"/>
        </w:rPr>
        <w:t>chì</w:t>
      </w:r>
      <w:proofErr w:type="spellEnd"/>
      <w:r>
        <w:rPr>
          <w:rFonts w:ascii="Times New Roman" w:hAnsi="Times New Roman"/>
          <w:sz w:val="24"/>
        </w:rPr>
        <w:t xml:space="preserve"> </w:t>
      </w:r>
      <w:proofErr w:type="spellStart"/>
      <w:r>
        <w:rPr>
          <w:rFonts w:ascii="Times New Roman" w:hAnsi="Times New Roman"/>
          <w:sz w:val="24"/>
        </w:rPr>
        <w:t>đạt</w:t>
      </w:r>
      <w:proofErr w:type="spellEnd"/>
      <w:r>
        <w:rPr>
          <w:rFonts w:ascii="Times New Roman" w:hAnsi="Times New Roman"/>
          <w:sz w:val="24"/>
        </w:rPr>
        <w:t xml:space="preserve"> 2H, </w:t>
      </w:r>
      <w:proofErr w:type="spellStart"/>
      <w:r>
        <w:rPr>
          <w:rFonts w:ascii="Times New Roman" w:hAnsi="Times New Roman"/>
          <w:sz w:val="24"/>
        </w:rPr>
        <w:t>không</w:t>
      </w:r>
      <w:proofErr w:type="spellEnd"/>
      <w:r>
        <w:rPr>
          <w:rFonts w:ascii="Times New Roman" w:hAnsi="Times New Roman"/>
          <w:sz w:val="24"/>
        </w:rPr>
        <w:t xml:space="preserve"> </w:t>
      </w:r>
      <w:proofErr w:type="spellStart"/>
      <w:r>
        <w:rPr>
          <w:rFonts w:ascii="Times New Roman" w:hAnsi="Times New Roman"/>
          <w:sz w:val="24"/>
        </w:rPr>
        <w:t>bị</w:t>
      </w:r>
      <w:proofErr w:type="spellEnd"/>
      <w:r>
        <w:rPr>
          <w:rFonts w:ascii="Times New Roman" w:hAnsi="Times New Roman"/>
          <w:sz w:val="24"/>
        </w:rPr>
        <w:t xml:space="preserve"> </w:t>
      </w:r>
      <w:proofErr w:type="spellStart"/>
      <w:r>
        <w:rPr>
          <w:rFonts w:ascii="Times New Roman" w:hAnsi="Times New Roman"/>
          <w:sz w:val="24"/>
        </w:rPr>
        <w:t>l</w:t>
      </w:r>
      <w:r w:rsidR="006B2330">
        <w:rPr>
          <w:rFonts w:ascii="Times New Roman" w:hAnsi="Times New Roman"/>
          <w:sz w:val="24"/>
        </w:rPr>
        <w:t>ún</w:t>
      </w:r>
      <w:proofErr w:type="spellEnd"/>
      <w:r>
        <w:rPr>
          <w:rFonts w:ascii="Times New Roman" w:hAnsi="Times New Roman"/>
          <w:sz w:val="24"/>
        </w:rPr>
        <w:t xml:space="preserve">, </w:t>
      </w:r>
      <w:proofErr w:type="spellStart"/>
      <w:r>
        <w:rPr>
          <w:rFonts w:ascii="Times New Roman" w:hAnsi="Times New Roman"/>
          <w:sz w:val="24"/>
        </w:rPr>
        <w:t>không</w:t>
      </w:r>
      <w:proofErr w:type="spellEnd"/>
      <w:r>
        <w:rPr>
          <w:rFonts w:ascii="Times New Roman" w:hAnsi="Times New Roman"/>
          <w:sz w:val="24"/>
        </w:rPr>
        <w:t xml:space="preserve"> </w:t>
      </w:r>
      <w:proofErr w:type="spellStart"/>
      <w:r>
        <w:rPr>
          <w:rFonts w:ascii="Times New Roman" w:hAnsi="Times New Roman"/>
          <w:sz w:val="24"/>
        </w:rPr>
        <w:t>vết</w:t>
      </w:r>
      <w:proofErr w:type="spellEnd"/>
      <w:r>
        <w:rPr>
          <w:rFonts w:ascii="Times New Roman" w:hAnsi="Times New Roman"/>
          <w:sz w:val="24"/>
        </w:rPr>
        <w:t xml:space="preserve"> </w:t>
      </w:r>
      <w:proofErr w:type="spellStart"/>
      <w:r>
        <w:rPr>
          <w:rFonts w:ascii="Times New Roman" w:hAnsi="Times New Roman"/>
          <w:sz w:val="24"/>
        </w:rPr>
        <w:t>trầy</w:t>
      </w:r>
      <w:proofErr w:type="spellEnd"/>
      <w:r>
        <w:rPr>
          <w:rFonts w:ascii="Times New Roman" w:hAnsi="Times New Roman"/>
          <w:sz w:val="24"/>
        </w:rPr>
        <w:t xml:space="preserve"> </w:t>
      </w:r>
      <w:proofErr w:type="spellStart"/>
      <w:r>
        <w:rPr>
          <w:rFonts w:ascii="Times New Roman" w:hAnsi="Times New Roman"/>
          <w:sz w:val="24"/>
        </w:rPr>
        <w:t>xước</w:t>
      </w:r>
      <w:proofErr w:type="spellEnd"/>
      <w:r>
        <w:rPr>
          <w:rFonts w:ascii="Times New Roman" w:hAnsi="Times New Roman"/>
          <w:sz w:val="24"/>
        </w:rPr>
        <w:t>.</w:t>
      </w:r>
    </w:p>
    <w:p w14:paraId="62B4C361" w14:textId="77777777" w:rsidR="00E626A3" w:rsidRDefault="00000000">
      <w:pPr>
        <w:spacing w:before="40" w:after="40"/>
      </w:pPr>
      <w:r>
        <w:rPr>
          <w:rFonts w:ascii="Times New Roman" w:hAnsi="Times New Roman"/>
          <w:b/>
          <w:sz w:val="24"/>
        </w:rPr>
        <w:t>Tiến độ hàng mẫu:</w:t>
      </w:r>
    </w:p>
    <w:p w14:paraId="4BB83B93" w14:textId="77777777" w:rsidR="00E626A3" w:rsidRDefault="00000000">
      <w:pPr>
        <w:spacing w:before="40" w:after="80"/>
      </w:pPr>
      <w:r>
        <w:rPr>
          <w:rFonts w:ascii="Times New Roman" w:hAnsi="Times New Roman"/>
          <w:sz w:val="24"/>
        </w:rPr>
        <w:t>Nhận làm mẫu phát triển chất lượng cao đáp ứng tiêu chuẩn test bút chì 2H.</w:t>
      </w:r>
    </w:p>
    <w:p w14:paraId="75D26059" w14:textId="77777777" w:rsidR="00E626A3" w:rsidRDefault="00000000">
      <w:pPr>
        <w:spacing w:before="40" w:after="40"/>
      </w:pPr>
      <w:r>
        <w:rPr>
          <w:rFonts w:ascii="Times New Roman" w:hAnsi="Times New Roman"/>
          <w:b/>
          <w:sz w:val="24"/>
        </w:rPr>
        <w:t>Các vấn đề phát sinh &amp; Kết quả xử lý:</w:t>
      </w:r>
    </w:p>
    <w:p w14:paraId="22C73064" w14:textId="77777777" w:rsidR="00E626A3" w:rsidRDefault="00000000">
      <w:pPr>
        <w:spacing w:before="40" w:after="80"/>
      </w:pPr>
      <w:r>
        <w:rPr>
          <w:rFonts w:ascii="Times New Roman" w:hAnsi="Times New Roman"/>
          <w:sz w:val="24"/>
        </w:rPr>
        <w:t>Sự cố kiểm tra độ nhớt của lô lót primer trắng BT-02-2203T (white primer) đang chờ công ty giao sơn. Đã điều chỉnh ổn định độ nhớt để kỹ thuật kiểm tra thực tế tại nhà máy. Tình trạng: Đang kiểm tra theo dõi độ xì dầu và độ phủ của lót primer BT-02-2203T để đưa ra phương án kiểm soát cùng công ty.</w:t>
      </w:r>
    </w:p>
    <w:p w14:paraId="4E98421F" w14:textId="77777777" w:rsidR="00E626A3" w:rsidRDefault="00000000">
      <w:pPr>
        <w:spacing w:before="40" w:after="40"/>
      </w:pPr>
      <w:r>
        <w:rPr>
          <w:rFonts w:ascii="Times New Roman" w:hAnsi="Times New Roman"/>
          <w:b/>
          <w:sz w:val="24"/>
        </w:rPr>
        <w:t>Đánh giá:</w:t>
      </w:r>
    </w:p>
    <w:p w14:paraId="422D7847" w14:textId="77777777" w:rsidR="00E626A3" w:rsidRDefault="00000000">
      <w:pPr>
        <w:spacing w:before="40" w:after="120"/>
      </w:pPr>
      <w:r>
        <w:rPr>
          <w:rFonts w:ascii="Times New Roman" w:hAnsi="Times New Roman"/>
          <w:sz w:val="24"/>
        </w:rPr>
        <w:t>Tình hình sản xuất tại nhà máy ổn định. Kỹ thuật đang bám sát việc kiểm soát lót primer trắng mới.</w:t>
      </w:r>
    </w:p>
    <w:p w14:paraId="656C0D8A" w14:textId="77777777" w:rsidR="00E626A3" w:rsidRDefault="00000000">
      <w:pPr>
        <w:spacing w:before="40" w:after="80"/>
      </w:pPr>
      <w:r>
        <w:rPr>
          <w:rFonts w:ascii="Times New Roman" w:hAnsi="Times New Roman"/>
          <w:b/>
          <w:sz w:val="26"/>
        </w:rPr>
        <w:t>6. NGUYỄN ĐỨC THĂNG — KIM HUY</w:t>
      </w:r>
    </w:p>
    <w:p w14:paraId="7D50477D" w14:textId="77777777" w:rsidR="00E626A3" w:rsidRDefault="00000000">
      <w:pPr>
        <w:spacing w:before="40" w:after="40"/>
      </w:pPr>
      <w:r>
        <w:rPr>
          <w:rFonts w:ascii="Times New Roman" w:hAnsi="Times New Roman"/>
          <w:b/>
          <w:sz w:val="24"/>
        </w:rPr>
        <w:t>Thông tin từ khách hàng:</w:t>
      </w:r>
    </w:p>
    <w:p w14:paraId="0BD376E2" w14:textId="77777777" w:rsidR="00E626A3" w:rsidRDefault="00000000">
      <w:pPr>
        <w:spacing w:before="40" w:after="80"/>
      </w:pPr>
      <w:r>
        <w:rPr>
          <w:rFonts w:ascii="Times New Roman" w:hAnsi="Times New Roman"/>
          <w:sz w:val="24"/>
        </w:rPr>
        <w:t>Đại diện nhà máy phản hồi: mẫu KH 3900, KH GRAY có hiện tượng bị sọc bóng. Công nhân sản xuất trên chuyền bị dị ứng, nổi ngứa, mẩn đỏ khi tiếp xúc với những mẫu sơn phủ.</w:t>
      </w:r>
    </w:p>
    <w:p w14:paraId="4A8461F1" w14:textId="77777777" w:rsidR="00E626A3" w:rsidRDefault="00000000">
      <w:pPr>
        <w:spacing w:before="40" w:after="40"/>
      </w:pPr>
      <w:r>
        <w:rPr>
          <w:rFonts w:ascii="Times New Roman" w:hAnsi="Times New Roman"/>
          <w:b/>
          <w:sz w:val="24"/>
        </w:rPr>
        <w:t>Tiến độ hàng mẫu:</w:t>
      </w:r>
    </w:p>
    <w:p w14:paraId="53AE29F9" w14:textId="77777777" w:rsidR="00E626A3" w:rsidRDefault="00000000">
      <w:pPr>
        <w:spacing w:before="40" w:after="80"/>
      </w:pPr>
      <w:r>
        <w:rPr>
          <w:rFonts w:ascii="Times New Roman" w:hAnsi="Times New Roman"/>
          <w:sz w:val="24"/>
        </w:rPr>
        <w:t>Không có mẫu mới phát sinh. Thực hiện làm 3 bộ mẫu KH Chery để khách hàng nghiệm thu (Hạn Final).</w:t>
      </w:r>
    </w:p>
    <w:p w14:paraId="5B8D23FA" w14:textId="77777777" w:rsidR="00E626A3" w:rsidRDefault="00000000">
      <w:pPr>
        <w:spacing w:before="40" w:after="40"/>
      </w:pPr>
      <w:r>
        <w:rPr>
          <w:rFonts w:ascii="Times New Roman" w:hAnsi="Times New Roman"/>
          <w:b/>
          <w:sz w:val="24"/>
        </w:rPr>
        <w:t>Các vấn đề phát sinh &amp; Kết quả xử lý:</w:t>
      </w:r>
    </w:p>
    <w:p w14:paraId="50AA0496" w14:textId="77777777" w:rsidR="00E626A3" w:rsidRDefault="00000000">
      <w:pPr>
        <w:spacing w:before="40" w:after="80"/>
      </w:pPr>
      <w:r>
        <w:rPr>
          <w:rFonts w:ascii="Times New Roman" w:hAnsi="Times New Roman"/>
          <w:sz w:val="24"/>
        </w:rPr>
        <w:t xml:space="preserve">Mẫu KH Chery kiểm tra thực tế trên chuyền cho thấy độ bám yếu không an toàn trong sản xuất (bị tách lớp giữa nền Stain </w:t>
      </w:r>
      <w:proofErr w:type="spellStart"/>
      <w:r>
        <w:rPr>
          <w:rFonts w:ascii="Times New Roman" w:hAnsi="Times New Roman"/>
          <w:sz w:val="24"/>
        </w:rPr>
        <w:t>màu</w:t>
      </w:r>
      <w:proofErr w:type="spellEnd"/>
      <w:r>
        <w:rPr>
          <w:rFonts w:ascii="Times New Roman" w:hAnsi="Times New Roman"/>
          <w:sz w:val="24"/>
        </w:rPr>
        <w:t xml:space="preserve"> II </w:t>
      </w:r>
      <w:proofErr w:type="spellStart"/>
      <w:r>
        <w:rPr>
          <w:rFonts w:ascii="Times New Roman" w:hAnsi="Times New Roman"/>
          <w:sz w:val="24"/>
        </w:rPr>
        <w:t>và</w:t>
      </w:r>
      <w:proofErr w:type="spellEnd"/>
      <w:r>
        <w:rPr>
          <w:rFonts w:ascii="Times New Roman" w:hAnsi="Times New Roman"/>
          <w:sz w:val="24"/>
        </w:rPr>
        <w:t xml:space="preserve"> </w:t>
      </w:r>
      <w:proofErr w:type="spellStart"/>
      <w:r>
        <w:rPr>
          <w:rFonts w:ascii="Times New Roman" w:hAnsi="Times New Roman"/>
          <w:sz w:val="24"/>
        </w:rPr>
        <w:t>lớp</w:t>
      </w:r>
      <w:proofErr w:type="spellEnd"/>
      <w:r>
        <w:rPr>
          <w:rFonts w:ascii="Times New Roman" w:hAnsi="Times New Roman"/>
          <w:sz w:val="24"/>
        </w:rPr>
        <w:t xml:space="preserve"> </w:t>
      </w:r>
      <w:proofErr w:type="spellStart"/>
      <w:r>
        <w:rPr>
          <w:rFonts w:ascii="Times New Roman" w:hAnsi="Times New Roman"/>
          <w:sz w:val="24"/>
        </w:rPr>
        <w:t>bóng</w:t>
      </w:r>
      <w:proofErr w:type="spellEnd"/>
      <w:r>
        <w:rPr>
          <w:rFonts w:ascii="Times New Roman" w:hAnsi="Times New Roman"/>
          <w:sz w:val="24"/>
        </w:rPr>
        <w:t xml:space="preserve"> NC 260</w:t>
      </w:r>
      <w:r w:rsidR="006B2330">
        <w:rPr>
          <w:rFonts w:ascii="Times New Roman" w:hAnsi="Times New Roman"/>
          <w:sz w:val="24"/>
        </w:rPr>
        <w:t>5</w:t>
      </w:r>
      <w:r>
        <w:rPr>
          <w:rFonts w:ascii="Times New Roman" w:hAnsi="Times New Roman"/>
          <w:sz w:val="24"/>
        </w:rPr>
        <w:t xml:space="preserve"> KH 40%). </w:t>
      </w:r>
      <w:proofErr w:type="spellStart"/>
      <w:r>
        <w:rPr>
          <w:rFonts w:ascii="Times New Roman" w:hAnsi="Times New Roman"/>
          <w:sz w:val="24"/>
        </w:rPr>
        <w:t>Đã</w:t>
      </w:r>
      <w:proofErr w:type="spellEnd"/>
      <w:r>
        <w:rPr>
          <w:rFonts w:ascii="Times New Roman" w:hAnsi="Times New Roman"/>
          <w:sz w:val="24"/>
        </w:rPr>
        <w:t xml:space="preserve"> </w:t>
      </w:r>
      <w:proofErr w:type="spellStart"/>
      <w:r>
        <w:rPr>
          <w:rFonts w:ascii="Times New Roman" w:hAnsi="Times New Roman"/>
          <w:sz w:val="24"/>
        </w:rPr>
        <w:t>xử</w:t>
      </w:r>
      <w:proofErr w:type="spellEnd"/>
      <w:r>
        <w:rPr>
          <w:rFonts w:ascii="Times New Roman" w:hAnsi="Times New Roman"/>
          <w:sz w:val="24"/>
        </w:rPr>
        <w:t xml:space="preserve"> </w:t>
      </w:r>
      <w:proofErr w:type="spellStart"/>
      <w:r>
        <w:rPr>
          <w:rFonts w:ascii="Times New Roman" w:hAnsi="Times New Roman"/>
          <w:sz w:val="24"/>
        </w:rPr>
        <w:t>lý</w:t>
      </w:r>
      <w:proofErr w:type="spellEnd"/>
      <w:r>
        <w:rPr>
          <w:rFonts w:ascii="Times New Roman" w:hAnsi="Times New Roman"/>
          <w:sz w:val="24"/>
        </w:rPr>
        <w:t xml:space="preserve"> </w:t>
      </w:r>
      <w:proofErr w:type="spellStart"/>
      <w:r>
        <w:rPr>
          <w:rFonts w:ascii="Times New Roman" w:hAnsi="Times New Roman"/>
          <w:sz w:val="24"/>
        </w:rPr>
        <w:t>châm</w:t>
      </w:r>
      <w:proofErr w:type="spellEnd"/>
      <w:r>
        <w:rPr>
          <w:rFonts w:ascii="Times New Roman" w:hAnsi="Times New Roman"/>
          <w:sz w:val="24"/>
        </w:rPr>
        <w:t xml:space="preserve"> </w:t>
      </w:r>
      <w:proofErr w:type="spellStart"/>
      <w:r>
        <w:rPr>
          <w:rFonts w:ascii="Times New Roman" w:hAnsi="Times New Roman"/>
          <w:sz w:val="24"/>
        </w:rPr>
        <w:t>thêm</w:t>
      </w:r>
      <w:proofErr w:type="spellEnd"/>
      <w:r>
        <w:rPr>
          <w:rFonts w:ascii="Times New Roman" w:hAnsi="Times New Roman"/>
          <w:sz w:val="24"/>
        </w:rPr>
        <w:t xml:space="preserve"> 5% </w:t>
      </w:r>
      <w:proofErr w:type="spellStart"/>
      <w:r>
        <w:rPr>
          <w:rFonts w:ascii="Times New Roman" w:hAnsi="Times New Roman"/>
          <w:sz w:val="24"/>
        </w:rPr>
        <w:t>phụ</w:t>
      </w:r>
      <w:proofErr w:type="spellEnd"/>
      <w:r>
        <w:rPr>
          <w:rFonts w:ascii="Times New Roman" w:hAnsi="Times New Roman"/>
          <w:sz w:val="24"/>
        </w:rPr>
        <w:t xml:space="preserve"> </w:t>
      </w:r>
      <w:proofErr w:type="spellStart"/>
      <w:r>
        <w:rPr>
          <w:rFonts w:ascii="Times New Roman" w:hAnsi="Times New Roman"/>
          <w:sz w:val="24"/>
        </w:rPr>
        <w:t>gia</w:t>
      </w:r>
      <w:proofErr w:type="spellEnd"/>
      <w:r>
        <w:rPr>
          <w:rFonts w:ascii="Times New Roman" w:hAnsi="Times New Roman"/>
          <w:sz w:val="24"/>
        </w:rPr>
        <w:t xml:space="preserve"> PG 08</w:t>
      </w:r>
      <w:r w:rsidR="006B2330">
        <w:rPr>
          <w:rFonts w:ascii="Times New Roman" w:hAnsi="Times New Roman"/>
          <w:sz w:val="24"/>
        </w:rPr>
        <w:t>/</w:t>
      </w:r>
      <w:r>
        <w:rPr>
          <w:rFonts w:ascii="Times New Roman" w:hAnsi="Times New Roman"/>
          <w:sz w:val="24"/>
        </w:rPr>
        <w:t xml:space="preserve">22 </w:t>
      </w:r>
      <w:proofErr w:type="spellStart"/>
      <w:r>
        <w:rPr>
          <w:rFonts w:ascii="Times New Roman" w:hAnsi="Times New Roman"/>
          <w:sz w:val="24"/>
        </w:rPr>
        <w:t>vào</w:t>
      </w:r>
      <w:proofErr w:type="spellEnd"/>
      <w:r>
        <w:rPr>
          <w:rFonts w:ascii="Times New Roman" w:hAnsi="Times New Roman"/>
          <w:sz w:val="24"/>
        </w:rPr>
        <w:t xml:space="preserve"> </w:t>
      </w:r>
      <w:proofErr w:type="spellStart"/>
      <w:r>
        <w:rPr>
          <w:rFonts w:ascii="Times New Roman" w:hAnsi="Times New Roman"/>
          <w:sz w:val="24"/>
        </w:rPr>
        <w:t>hỗn</w:t>
      </w:r>
      <w:proofErr w:type="spellEnd"/>
      <w:r>
        <w:rPr>
          <w:rFonts w:ascii="Times New Roman" w:hAnsi="Times New Roman"/>
          <w:sz w:val="24"/>
        </w:rPr>
        <w:t xml:space="preserve"> </w:t>
      </w:r>
      <w:proofErr w:type="spellStart"/>
      <w:r>
        <w:rPr>
          <w:rFonts w:ascii="Times New Roman" w:hAnsi="Times New Roman"/>
          <w:sz w:val="24"/>
        </w:rPr>
        <w:t>hợp</w:t>
      </w:r>
      <w:proofErr w:type="spellEnd"/>
      <w:r>
        <w:rPr>
          <w:rFonts w:ascii="Times New Roman" w:hAnsi="Times New Roman"/>
          <w:sz w:val="24"/>
        </w:rPr>
        <w:t xml:space="preserve"> Stain </w:t>
      </w:r>
      <w:proofErr w:type="spellStart"/>
      <w:r>
        <w:rPr>
          <w:rFonts w:ascii="Times New Roman" w:hAnsi="Times New Roman"/>
          <w:sz w:val="24"/>
        </w:rPr>
        <w:t>màu</w:t>
      </w:r>
      <w:proofErr w:type="spellEnd"/>
      <w:r>
        <w:rPr>
          <w:rFonts w:ascii="Times New Roman" w:hAnsi="Times New Roman"/>
          <w:sz w:val="24"/>
        </w:rPr>
        <w:t xml:space="preserve"> II. Kết quả thử nghiệm giật băng keo và test caro trên thẻ đều đạt yêu cầu. Tình trạng: Đã xử lý đạt yêu cầu thử nghiệm.</w:t>
      </w:r>
    </w:p>
    <w:p w14:paraId="257ED55F" w14:textId="77777777" w:rsidR="00E626A3" w:rsidRDefault="00000000">
      <w:pPr>
        <w:spacing w:before="40" w:after="40"/>
      </w:pPr>
      <w:r>
        <w:rPr>
          <w:rFonts w:ascii="Times New Roman" w:hAnsi="Times New Roman"/>
          <w:b/>
          <w:sz w:val="24"/>
        </w:rPr>
        <w:t>Đánh giá &amp; Đề xuất:</w:t>
      </w:r>
    </w:p>
    <w:p w14:paraId="0DCC600D" w14:textId="77777777" w:rsidR="00E626A3" w:rsidRDefault="00000000">
      <w:pPr>
        <w:spacing w:before="40" w:after="120"/>
      </w:pPr>
      <w:r>
        <w:rPr>
          <w:rFonts w:ascii="Times New Roman" w:hAnsi="Times New Roman"/>
          <w:sz w:val="24"/>
        </w:rPr>
        <w:t xml:space="preserve">Nhà máy hoạt động ổn định, tuy nhiên cần khắc phục triệt để hiện tượng sọc bóng và vấn đề dị ứng của công nhân. Đề xuất BGĐ và Phòng </w:t>
      </w:r>
      <w:proofErr w:type="spellStart"/>
      <w:r>
        <w:rPr>
          <w:rFonts w:ascii="Times New Roman" w:hAnsi="Times New Roman"/>
          <w:sz w:val="24"/>
        </w:rPr>
        <w:t>Kỹ</w:t>
      </w:r>
      <w:proofErr w:type="spellEnd"/>
      <w:r>
        <w:rPr>
          <w:rFonts w:ascii="Times New Roman" w:hAnsi="Times New Roman"/>
          <w:sz w:val="24"/>
        </w:rPr>
        <w:t xml:space="preserve"> </w:t>
      </w:r>
      <w:proofErr w:type="spellStart"/>
      <w:r>
        <w:rPr>
          <w:rFonts w:ascii="Times New Roman" w:hAnsi="Times New Roman"/>
          <w:sz w:val="24"/>
        </w:rPr>
        <w:t>thuật</w:t>
      </w:r>
      <w:proofErr w:type="spellEnd"/>
      <w:r>
        <w:rPr>
          <w:rFonts w:ascii="Times New Roman" w:hAnsi="Times New Roman"/>
          <w:sz w:val="24"/>
        </w:rPr>
        <w:t xml:space="preserve"> </w:t>
      </w:r>
      <w:proofErr w:type="spellStart"/>
      <w:r>
        <w:rPr>
          <w:rFonts w:ascii="Times New Roman" w:hAnsi="Times New Roman"/>
          <w:sz w:val="24"/>
        </w:rPr>
        <w:t>xem</w:t>
      </w:r>
      <w:proofErr w:type="spellEnd"/>
      <w:r>
        <w:rPr>
          <w:rFonts w:ascii="Times New Roman" w:hAnsi="Times New Roman"/>
          <w:sz w:val="24"/>
        </w:rPr>
        <w:t xml:space="preserve"> </w:t>
      </w:r>
      <w:proofErr w:type="spellStart"/>
      <w:r>
        <w:rPr>
          <w:rFonts w:ascii="Times New Roman" w:hAnsi="Times New Roman"/>
          <w:sz w:val="24"/>
        </w:rPr>
        <w:t>xét</w:t>
      </w:r>
      <w:proofErr w:type="spellEnd"/>
      <w:r>
        <w:rPr>
          <w:rFonts w:ascii="Times New Roman" w:hAnsi="Times New Roman"/>
          <w:sz w:val="24"/>
        </w:rPr>
        <w:t xml:space="preserve"> </w:t>
      </w:r>
      <w:proofErr w:type="spellStart"/>
      <w:r>
        <w:rPr>
          <w:rFonts w:ascii="Times New Roman" w:hAnsi="Times New Roman"/>
          <w:sz w:val="24"/>
        </w:rPr>
        <w:t>bổ</w:t>
      </w:r>
      <w:proofErr w:type="spellEnd"/>
      <w:r>
        <w:rPr>
          <w:rFonts w:ascii="Times New Roman" w:hAnsi="Times New Roman"/>
          <w:sz w:val="24"/>
        </w:rPr>
        <w:t xml:space="preserve"> sung </w:t>
      </w:r>
      <w:proofErr w:type="spellStart"/>
      <w:r>
        <w:rPr>
          <w:rFonts w:ascii="Times New Roman" w:hAnsi="Times New Roman"/>
          <w:sz w:val="24"/>
        </w:rPr>
        <w:t>phụ</w:t>
      </w:r>
      <w:proofErr w:type="spellEnd"/>
      <w:r>
        <w:rPr>
          <w:rFonts w:ascii="Times New Roman" w:hAnsi="Times New Roman"/>
          <w:sz w:val="24"/>
        </w:rPr>
        <w:t xml:space="preserve"> </w:t>
      </w:r>
      <w:proofErr w:type="spellStart"/>
      <w:r>
        <w:rPr>
          <w:rFonts w:ascii="Times New Roman" w:hAnsi="Times New Roman"/>
          <w:sz w:val="24"/>
        </w:rPr>
        <w:t>gia</w:t>
      </w:r>
      <w:proofErr w:type="spellEnd"/>
      <w:r>
        <w:rPr>
          <w:rFonts w:ascii="Times New Roman" w:hAnsi="Times New Roman"/>
          <w:sz w:val="24"/>
        </w:rPr>
        <w:t xml:space="preserve"> PG 08</w:t>
      </w:r>
      <w:r w:rsidR="00CE5AAC">
        <w:rPr>
          <w:rFonts w:ascii="Times New Roman" w:hAnsi="Times New Roman"/>
          <w:sz w:val="24"/>
        </w:rPr>
        <w:t>/</w:t>
      </w:r>
      <w:r>
        <w:rPr>
          <w:rFonts w:ascii="Times New Roman" w:hAnsi="Times New Roman"/>
          <w:sz w:val="24"/>
        </w:rPr>
        <w:t xml:space="preserve">22 </w:t>
      </w:r>
      <w:proofErr w:type="spellStart"/>
      <w:r>
        <w:rPr>
          <w:rFonts w:ascii="Times New Roman" w:hAnsi="Times New Roman"/>
          <w:sz w:val="24"/>
        </w:rPr>
        <w:t>vào</w:t>
      </w:r>
      <w:proofErr w:type="spellEnd"/>
      <w:r>
        <w:rPr>
          <w:rFonts w:ascii="Times New Roman" w:hAnsi="Times New Roman"/>
          <w:sz w:val="24"/>
        </w:rPr>
        <w:t xml:space="preserve"> </w:t>
      </w:r>
      <w:proofErr w:type="spellStart"/>
      <w:r>
        <w:rPr>
          <w:rFonts w:ascii="Times New Roman" w:hAnsi="Times New Roman"/>
          <w:sz w:val="24"/>
        </w:rPr>
        <w:t>công</w:t>
      </w:r>
      <w:proofErr w:type="spellEnd"/>
      <w:r>
        <w:rPr>
          <w:rFonts w:ascii="Times New Roman" w:hAnsi="Times New Roman"/>
          <w:sz w:val="24"/>
        </w:rPr>
        <w:t xml:space="preserve"> </w:t>
      </w:r>
      <w:proofErr w:type="spellStart"/>
      <w:r>
        <w:rPr>
          <w:rFonts w:ascii="Times New Roman" w:hAnsi="Times New Roman"/>
          <w:sz w:val="24"/>
        </w:rPr>
        <w:t>thức</w:t>
      </w:r>
      <w:proofErr w:type="spellEnd"/>
      <w:r>
        <w:rPr>
          <w:rFonts w:ascii="Times New Roman" w:hAnsi="Times New Roman"/>
          <w:sz w:val="24"/>
        </w:rPr>
        <w:t xml:space="preserve"> Stain </w:t>
      </w:r>
      <w:proofErr w:type="spellStart"/>
      <w:r>
        <w:rPr>
          <w:rFonts w:ascii="Times New Roman" w:hAnsi="Times New Roman"/>
          <w:sz w:val="24"/>
        </w:rPr>
        <w:lastRenderedPageBreak/>
        <w:t>màu</w:t>
      </w:r>
      <w:proofErr w:type="spellEnd"/>
      <w:r>
        <w:rPr>
          <w:rFonts w:ascii="Times New Roman" w:hAnsi="Times New Roman"/>
          <w:sz w:val="24"/>
        </w:rPr>
        <w:t xml:space="preserve"> II KH Chery. Kỹ thuật sẽ kiểm tra lại chất lượng, tìm nguyên nhân lỗi màu KH 3900, KH Gray ở các đơn hàng tới và báo cáo xin ý kiến chỉ đạo.</w:t>
      </w:r>
    </w:p>
    <w:p w14:paraId="748D9196" w14:textId="77777777" w:rsidR="00CE5AAC" w:rsidRDefault="00CE5AAC">
      <w:pPr>
        <w:spacing w:before="40" w:after="80"/>
        <w:rPr>
          <w:rFonts w:ascii="Times New Roman" w:hAnsi="Times New Roman"/>
          <w:b/>
          <w:sz w:val="26"/>
        </w:rPr>
      </w:pPr>
    </w:p>
    <w:p w14:paraId="7617108A" w14:textId="77777777" w:rsidR="00E626A3" w:rsidRDefault="00000000">
      <w:pPr>
        <w:spacing w:before="40" w:after="80"/>
      </w:pPr>
      <w:r>
        <w:rPr>
          <w:rFonts w:ascii="Times New Roman" w:hAnsi="Times New Roman"/>
          <w:b/>
          <w:sz w:val="26"/>
        </w:rPr>
        <w:t>7. NGUYỄN ĐỨC THĂNG — KIM PHONG</w:t>
      </w:r>
    </w:p>
    <w:p w14:paraId="6DE27172" w14:textId="77777777" w:rsidR="00E626A3" w:rsidRDefault="00000000">
      <w:pPr>
        <w:spacing w:before="40" w:after="80"/>
      </w:pPr>
      <w:r>
        <w:rPr>
          <w:rFonts w:ascii="Times New Roman" w:hAnsi="Times New Roman"/>
          <w:sz w:val="24"/>
        </w:rPr>
        <w:t>Thông tin từ khách hàng: Đại diện nhà máy không có ý kiến phản hồi đặc biệt. Nhà máy sản xuất ổn định.</w:t>
      </w:r>
    </w:p>
    <w:p w14:paraId="2327113C" w14:textId="77777777" w:rsidR="00E626A3" w:rsidRDefault="00000000">
      <w:pPr>
        <w:spacing w:before="40" w:after="80"/>
      </w:pPr>
      <w:r>
        <w:rPr>
          <w:rFonts w:ascii="Times New Roman" w:hAnsi="Times New Roman"/>
          <w:sz w:val="24"/>
        </w:rPr>
        <w:t>Tiến độ hàng mẫu: Làm 2 mẫu trưng bày gồm mẫu KP23085 UT và 23116 KP. Thực hiện làm hàng công trình và làm hàng bù.</w:t>
      </w:r>
    </w:p>
    <w:p w14:paraId="2CCCF726" w14:textId="77777777" w:rsidR="00E626A3" w:rsidRDefault="00000000">
      <w:pPr>
        <w:spacing w:before="40" w:after="120"/>
      </w:pPr>
      <w:r>
        <w:rPr>
          <w:rFonts w:ascii="Times New Roman" w:hAnsi="Times New Roman"/>
          <w:sz w:val="24"/>
        </w:rPr>
        <w:t>Đánh giá: Nhà máy hoạt động ổn định, sản xuất đạt yêu cầu.</w:t>
      </w:r>
    </w:p>
    <w:p w14:paraId="4E324A2A" w14:textId="77777777" w:rsidR="00E626A3" w:rsidRDefault="00000000">
      <w:pPr>
        <w:spacing w:before="40" w:after="80"/>
      </w:pPr>
      <w:r>
        <w:rPr>
          <w:rFonts w:ascii="Times New Roman" w:hAnsi="Times New Roman"/>
          <w:b/>
          <w:sz w:val="26"/>
        </w:rPr>
        <w:t>8. NGUYỄN ĐÌNH THOẠI — MINH HƯNG TI</w:t>
      </w:r>
      <w:r w:rsidR="00CE5AAC">
        <w:rPr>
          <w:rFonts w:ascii="Times New Roman" w:hAnsi="Times New Roman"/>
          <w:b/>
          <w:sz w:val="26"/>
        </w:rPr>
        <w:t>Ế</w:t>
      </w:r>
      <w:r>
        <w:rPr>
          <w:rFonts w:ascii="Times New Roman" w:hAnsi="Times New Roman"/>
          <w:b/>
          <w:sz w:val="26"/>
        </w:rPr>
        <w:t>N</w:t>
      </w:r>
    </w:p>
    <w:p w14:paraId="7A541388" w14:textId="77777777" w:rsidR="00E626A3" w:rsidRDefault="00000000">
      <w:pPr>
        <w:spacing w:before="40" w:after="80"/>
      </w:pPr>
      <w:r>
        <w:rPr>
          <w:rFonts w:ascii="Times New Roman" w:hAnsi="Times New Roman"/>
          <w:sz w:val="24"/>
        </w:rPr>
        <w:t xml:space="preserve">Thông tin từ khách hàng: Tình hình đơn hàng: 5 Cont/tuần. Làm 1 </w:t>
      </w:r>
      <w:proofErr w:type="spellStart"/>
      <w:r>
        <w:rPr>
          <w:rFonts w:ascii="Times New Roman" w:hAnsi="Times New Roman"/>
          <w:sz w:val="24"/>
        </w:rPr>
        <w:t>mẫu</w:t>
      </w:r>
      <w:proofErr w:type="spellEnd"/>
      <w:r>
        <w:rPr>
          <w:rFonts w:ascii="Times New Roman" w:hAnsi="Times New Roman"/>
          <w:sz w:val="24"/>
        </w:rPr>
        <w:t xml:space="preserve"> </w:t>
      </w:r>
      <w:proofErr w:type="spellStart"/>
      <w:r>
        <w:rPr>
          <w:rFonts w:ascii="Times New Roman" w:hAnsi="Times New Roman"/>
          <w:sz w:val="24"/>
        </w:rPr>
        <w:t>ghế</w:t>
      </w:r>
      <w:proofErr w:type="spellEnd"/>
      <w:r>
        <w:rPr>
          <w:rFonts w:ascii="Times New Roman" w:hAnsi="Times New Roman"/>
          <w:sz w:val="24"/>
        </w:rPr>
        <w:t xml:space="preserve"> </w:t>
      </w:r>
      <w:proofErr w:type="spellStart"/>
      <w:r>
        <w:rPr>
          <w:rFonts w:ascii="Times New Roman" w:hAnsi="Times New Roman"/>
          <w:sz w:val="24"/>
        </w:rPr>
        <w:t>và</w:t>
      </w:r>
      <w:proofErr w:type="spellEnd"/>
      <w:r>
        <w:rPr>
          <w:rFonts w:ascii="Times New Roman" w:hAnsi="Times New Roman"/>
          <w:sz w:val="24"/>
        </w:rPr>
        <w:t xml:space="preserve"> </w:t>
      </w:r>
      <w:proofErr w:type="spellStart"/>
      <w:r>
        <w:rPr>
          <w:rFonts w:ascii="Times New Roman" w:hAnsi="Times New Roman"/>
          <w:sz w:val="24"/>
        </w:rPr>
        <w:t>tủ</w:t>
      </w:r>
      <w:proofErr w:type="spellEnd"/>
      <w:r>
        <w:rPr>
          <w:rFonts w:ascii="Times New Roman" w:hAnsi="Times New Roman"/>
          <w:sz w:val="24"/>
        </w:rPr>
        <w:t xml:space="preserve"> </w:t>
      </w:r>
      <w:proofErr w:type="spellStart"/>
      <w:r>
        <w:rPr>
          <w:rFonts w:ascii="Times New Roman" w:hAnsi="Times New Roman"/>
          <w:sz w:val="24"/>
        </w:rPr>
        <w:t>sách</w:t>
      </w:r>
      <w:proofErr w:type="spellEnd"/>
      <w:r>
        <w:rPr>
          <w:rFonts w:ascii="Times New Roman" w:hAnsi="Times New Roman"/>
          <w:sz w:val="24"/>
        </w:rPr>
        <w:t xml:space="preserve"> </w:t>
      </w:r>
      <w:proofErr w:type="spellStart"/>
      <w:r>
        <w:rPr>
          <w:rFonts w:ascii="Times New Roman" w:hAnsi="Times New Roman"/>
          <w:sz w:val="24"/>
        </w:rPr>
        <w:t>Flexil</w:t>
      </w:r>
      <w:r w:rsidR="00CE5AAC">
        <w:rPr>
          <w:rFonts w:ascii="Times New Roman" w:hAnsi="Times New Roman"/>
          <w:sz w:val="24"/>
        </w:rPr>
        <w:t>o</w:t>
      </w:r>
      <w:r>
        <w:rPr>
          <w:rFonts w:ascii="Times New Roman" w:hAnsi="Times New Roman"/>
          <w:sz w:val="24"/>
        </w:rPr>
        <w:t>ad</w:t>
      </w:r>
      <w:proofErr w:type="spellEnd"/>
      <w:r>
        <w:rPr>
          <w:rFonts w:ascii="Times New Roman" w:hAnsi="Times New Roman"/>
          <w:sz w:val="24"/>
        </w:rPr>
        <w:t xml:space="preserve"> — </w:t>
      </w:r>
      <w:proofErr w:type="spellStart"/>
      <w:r>
        <w:rPr>
          <w:rFonts w:ascii="Times New Roman" w:hAnsi="Times New Roman"/>
          <w:sz w:val="24"/>
        </w:rPr>
        <w:t>Đã</w:t>
      </w:r>
      <w:proofErr w:type="spellEnd"/>
      <w:r>
        <w:rPr>
          <w:rFonts w:ascii="Times New Roman" w:hAnsi="Times New Roman"/>
          <w:sz w:val="24"/>
        </w:rPr>
        <w:t xml:space="preserve"> làm </w:t>
      </w:r>
      <w:proofErr w:type="spellStart"/>
      <w:r>
        <w:rPr>
          <w:rFonts w:ascii="Times New Roman" w:hAnsi="Times New Roman"/>
          <w:sz w:val="24"/>
        </w:rPr>
        <w:t>xong</w:t>
      </w:r>
      <w:proofErr w:type="spellEnd"/>
      <w:r>
        <w:rPr>
          <w:rFonts w:ascii="Times New Roman" w:hAnsi="Times New Roman"/>
          <w:sz w:val="24"/>
        </w:rPr>
        <w:t xml:space="preserve">, </w:t>
      </w:r>
      <w:proofErr w:type="spellStart"/>
      <w:r>
        <w:rPr>
          <w:rFonts w:ascii="Times New Roman" w:hAnsi="Times New Roman"/>
          <w:sz w:val="24"/>
        </w:rPr>
        <w:t>màu</w:t>
      </w:r>
      <w:proofErr w:type="spellEnd"/>
      <w:r>
        <w:rPr>
          <w:rFonts w:ascii="Times New Roman" w:hAnsi="Times New Roman"/>
          <w:sz w:val="24"/>
        </w:rPr>
        <w:t xml:space="preserve"> NH-72.</w:t>
      </w:r>
    </w:p>
    <w:p w14:paraId="067E464A" w14:textId="77777777" w:rsidR="00E626A3" w:rsidRDefault="00000000">
      <w:pPr>
        <w:spacing w:before="40" w:after="80"/>
      </w:pPr>
      <w:r>
        <w:rPr>
          <w:rFonts w:ascii="Times New Roman" w:hAnsi="Times New Roman"/>
          <w:sz w:val="24"/>
        </w:rPr>
        <w:t xml:space="preserve">Các vấn đề phát sinh &amp; Kết quả xử lý: Có 130 tủ màu NH-66 bị sai màu — phải sơn lại. </w:t>
      </w:r>
      <w:proofErr w:type="spellStart"/>
      <w:r>
        <w:rPr>
          <w:rFonts w:ascii="Times New Roman" w:hAnsi="Times New Roman"/>
          <w:sz w:val="24"/>
        </w:rPr>
        <w:t>Đang</w:t>
      </w:r>
      <w:proofErr w:type="spellEnd"/>
      <w:r>
        <w:rPr>
          <w:rFonts w:ascii="Times New Roman" w:hAnsi="Times New Roman"/>
          <w:sz w:val="24"/>
        </w:rPr>
        <w:t xml:space="preserve"> </w:t>
      </w:r>
      <w:proofErr w:type="spellStart"/>
      <w:r>
        <w:rPr>
          <w:rFonts w:ascii="Times New Roman" w:hAnsi="Times New Roman"/>
          <w:sz w:val="24"/>
        </w:rPr>
        <w:t>phối</w:t>
      </w:r>
      <w:proofErr w:type="spellEnd"/>
      <w:r>
        <w:rPr>
          <w:rFonts w:ascii="Times New Roman" w:hAnsi="Times New Roman"/>
          <w:sz w:val="24"/>
        </w:rPr>
        <w:t xml:space="preserve"> </w:t>
      </w:r>
      <w:proofErr w:type="spellStart"/>
      <w:r>
        <w:rPr>
          <w:rFonts w:ascii="Times New Roman" w:hAnsi="Times New Roman"/>
          <w:sz w:val="24"/>
        </w:rPr>
        <w:t>hợp</w:t>
      </w:r>
      <w:proofErr w:type="spellEnd"/>
      <w:r>
        <w:rPr>
          <w:rFonts w:ascii="Times New Roman" w:hAnsi="Times New Roman"/>
          <w:sz w:val="24"/>
        </w:rPr>
        <w:t xml:space="preserve"> </w:t>
      </w:r>
      <w:proofErr w:type="spellStart"/>
      <w:r>
        <w:rPr>
          <w:rFonts w:ascii="Times New Roman" w:hAnsi="Times New Roman"/>
          <w:sz w:val="24"/>
        </w:rPr>
        <w:t>với</w:t>
      </w:r>
      <w:proofErr w:type="spellEnd"/>
      <w:r>
        <w:rPr>
          <w:rFonts w:ascii="Times New Roman" w:hAnsi="Times New Roman"/>
          <w:sz w:val="24"/>
        </w:rPr>
        <w:t xml:space="preserve"> </w:t>
      </w:r>
      <w:proofErr w:type="spellStart"/>
      <w:r>
        <w:rPr>
          <w:rFonts w:ascii="Times New Roman" w:hAnsi="Times New Roman"/>
          <w:sz w:val="24"/>
        </w:rPr>
        <w:t>anh</w:t>
      </w:r>
      <w:proofErr w:type="spellEnd"/>
      <w:r>
        <w:rPr>
          <w:rFonts w:ascii="Times New Roman" w:hAnsi="Times New Roman"/>
          <w:sz w:val="24"/>
        </w:rPr>
        <w:t xml:space="preserve"> </w:t>
      </w:r>
      <w:proofErr w:type="spellStart"/>
      <w:r>
        <w:rPr>
          <w:rFonts w:ascii="Times New Roman" w:hAnsi="Times New Roman"/>
          <w:sz w:val="24"/>
        </w:rPr>
        <w:t>T</w:t>
      </w:r>
      <w:r w:rsidR="00CE5AAC">
        <w:rPr>
          <w:rFonts w:ascii="Times New Roman" w:hAnsi="Times New Roman"/>
          <w:sz w:val="24"/>
        </w:rPr>
        <w:t>rò</w:t>
      </w:r>
      <w:r>
        <w:rPr>
          <w:rFonts w:ascii="Times New Roman" w:hAnsi="Times New Roman"/>
          <w:sz w:val="24"/>
        </w:rPr>
        <w:t>n</w:t>
      </w:r>
      <w:proofErr w:type="spellEnd"/>
      <w:r>
        <w:rPr>
          <w:rFonts w:ascii="Times New Roman" w:hAnsi="Times New Roman"/>
          <w:sz w:val="24"/>
        </w:rPr>
        <w:t xml:space="preserve"> Em </w:t>
      </w:r>
      <w:proofErr w:type="spellStart"/>
      <w:r>
        <w:rPr>
          <w:rFonts w:ascii="Times New Roman" w:hAnsi="Times New Roman"/>
          <w:sz w:val="24"/>
        </w:rPr>
        <w:t>tìm</w:t>
      </w:r>
      <w:proofErr w:type="spellEnd"/>
      <w:r>
        <w:rPr>
          <w:rFonts w:ascii="Times New Roman" w:hAnsi="Times New Roman"/>
          <w:sz w:val="24"/>
        </w:rPr>
        <w:t xml:space="preserve"> </w:t>
      </w:r>
      <w:proofErr w:type="spellStart"/>
      <w:r>
        <w:rPr>
          <w:rFonts w:ascii="Times New Roman" w:hAnsi="Times New Roman"/>
          <w:sz w:val="24"/>
        </w:rPr>
        <w:t>nguyên</w:t>
      </w:r>
      <w:proofErr w:type="spellEnd"/>
      <w:r>
        <w:rPr>
          <w:rFonts w:ascii="Times New Roman" w:hAnsi="Times New Roman"/>
          <w:sz w:val="24"/>
        </w:rPr>
        <w:t xml:space="preserve"> </w:t>
      </w:r>
      <w:proofErr w:type="spellStart"/>
      <w:r>
        <w:rPr>
          <w:rFonts w:ascii="Times New Roman" w:hAnsi="Times New Roman"/>
          <w:sz w:val="24"/>
        </w:rPr>
        <w:t>nhân</w:t>
      </w:r>
      <w:proofErr w:type="spellEnd"/>
      <w:r>
        <w:rPr>
          <w:rFonts w:ascii="Times New Roman" w:hAnsi="Times New Roman"/>
          <w:sz w:val="24"/>
        </w:rPr>
        <w:t xml:space="preserve"> </w:t>
      </w:r>
      <w:proofErr w:type="spellStart"/>
      <w:r>
        <w:rPr>
          <w:rFonts w:ascii="Times New Roman" w:hAnsi="Times New Roman"/>
          <w:sz w:val="24"/>
        </w:rPr>
        <w:t>và</w:t>
      </w:r>
      <w:proofErr w:type="spellEnd"/>
      <w:r>
        <w:rPr>
          <w:rFonts w:ascii="Times New Roman" w:hAnsi="Times New Roman"/>
          <w:sz w:val="24"/>
        </w:rPr>
        <w:t xml:space="preserve"> </w:t>
      </w:r>
      <w:proofErr w:type="spellStart"/>
      <w:r>
        <w:rPr>
          <w:rFonts w:ascii="Times New Roman" w:hAnsi="Times New Roman"/>
          <w:sz w:val="24"/>
        </w:rPr>
        <w:t>cách</w:t>
      </w:r>
      <w:proofErr w:type="spellEnd"/>
      <w:r>
        <w:rPr>
          <w:rFonts w:ascii="Times New Roman" w:hAnsi="Times New Roman"/>
          <w:sz w:val="24"/>
        </w:rPr>
        <w:t xml:space="preserve"> khắc phục cụ thể để sơn lại. Tình trạng: Đang xử lý.</w:t>
      </w:r>
    </w:p>
    <w:p w14:paraId="355B3E5B" w14:textId="77777777" w:rsidR="00E626A3" w:rsidRDefault="00000000">
      <w:pPr>
        <w:spacing w:before="40" w:after="80"/>
      </w:pPr>
      <w:r>
        <w:rPr>
          <w:rFonts w:ascii="Times New Roman" w:hAnsi="Times New Roman"/>
          <w:sz w:val="24"/>
        </w:rPr>
        <w:t>Đề xuất nhân sự: Do anh Ân Kỹ thuật tại nhà máy nhập viện phải nghỉ 2 tuần nên nhờ ban lãnh đạo xem xét sắp xếp tăng cường người thay thế.</w:t>
      </w:r>
    </w:p>
    <w:p w14:paraId="0873E8C0" w14:textId="77777777" w:rsidR="00E626A3" w:rsidRDefault="00000000">
      <w:pPr>
        <w:spacing w:before="40" w:after="120"/>
      </w:pPr>
      <w:r>
        <w:rPr>
          <w:rFonts w:ascii="Times New Roman" w:hAnsi="Times New Roman"/>
          <w:sz w:val="24"/>
        </w:rPr>
        <w:t>Đánh giá: Sản xuất ổn định đạt 5 cont/tuần. Gặp sự cố sai màu ở 130 tủ màu NH-66 cần theo dõi khắc phục.</w:t>
      </w:r>
    </w:p>
    <w:p w14:paraId="61B4D05C" w14:textId="77777777" w:rsidR="00E626A3" w:rsidRDefault="00000000">
      <w:pPr>
        <w:spacing w:before="40" w:after="80"/>
      </w:pPr>
      <w:r>
        <w:rPr>
          <w:rFonts w:ascii="Times New Roman" w:hAnsi="Times New Roman"/>
          <w:b/>
          <w:sz w:val="26"/>
        </w:rPr>
        <w:t>9. NGUYỄN ĐÌNH THOẠI — TÂN VIỆT TIẾN</w:t>
      </w:r>
    </w:p>
    <w:p w14:paraId="70AA459E" w14:textId="77777777" w:rsidR="00E626A3" w:rsidRDefault="00000000">
      <w:pPr>
        <w:spacing w:before="40" w:after="80"/>
      </w:pPr>
      <w:r>
        <w:rPr>
          <w:rFonts w:ascii="Times New Roman" w:hAnsi="Times New Roman"/>
          <w:sz w:val="24"/>
        </w:rPr>
        <w:t xml:space="preserve">Thông tin từ khách hàng: Tình hình đơn hàng: 8 Cont/tuần. Nhận 1 mẫu cạnh tranh của Poly </w:t>
      </w:r>
      <w:r w:rsidR="00CE5AAC">
        <w:rPr>
          <w:rFonts w:ascii="Times New Roman" w:hAnsi="Times New Roman"/>
          <w:sz w:val="24"/>
        </w:rPr>
        <w:t>P</w:t>
      </w:r>
      <w:r>
        <w:rPr>
          <w:rFonts w:ascii="Times New Roman" w:hAnsi="Times New Roman"/>
          <w:sz w:val="24"/>
        </w:rPr>
        <w:t xml:space="preserve">oxy </w:t>
      </w:r>
      <w:proofErr w:type="spellStart"/>
      <w:r>
        <w:rPr>
          <w:rFonts w:ascii="Times New Roman" w:hAnsi="Times New Roman"/>
          <w:sz w:val="24"/>
        </w:rPr>
        <w:t>màu</w:t>
      </w:r>
      <w:proofErr w:type="spellEnd"/>
      <w:r>
        <w:rPr>
          <w:rFonts w:ascii="Times New Roman" w:hAnsi="Times New Roman"/>
          <w:sz w:val="24"/>
        </w:rPr>
        <w:t xml:space="preserve"> MTC-108 </w:t>
      </w:r>
      <w:proofErr w:type="spellStart"/>
      <w:r>
        <w:rPr>
          <w:rFonts w:ascii="Times New Roman" w:hAnsi="Times New Roman"/>
          <w:sz w:val="24"/>
        </w:rPr>
        <w:t>đang</w:t>
      </w:r>
      <w:proofErr w:type="spellEnd"/>
      <w:r>
        <w:rPr>
          <w:rFonts w:ascii="Times New Roman" w:hAnsi="Times New Roman"/>
          <w:sz w:val="24"/>
        </w:rPr>
        <w:t xml:space="preserve"> làm </w:t>
      </w:r>
      <w:proofErr w:type="spellStart"/>
      <w:r>
        <w:rPr>
          <w:rFonts w:ascii="Times New Roman" w:hAnsi="Times New Roman"/>
          <w:sz w:val="24"/>
        </w:rPr>
        <w:t>tại</w:t>
      </w:r>
      <w:proofErr w:type="spellEnd"/>
      <w:r>
        <w:rPr>
          <w:rFonts w:ascii="Times New Roman" w:hAnsi="Times New Roman"/>
          <w:sz w:val="24"/>
        </w:rPr>
        <w:t xml:space="preserve"> </w:t>
      </w:r>
      <w:proofErr w:type="spellStart"/>
      <w:r>
        <w:rPr>
          <w:rFonts w:ascii="Times New Roman" w:hAnsi="Times New Roman"/>
          <w:sz w:val="24"/>
        </w:rPr>
        <w:t>công</w:t>
      </w:r>
      <w:proofErr w:type="spellEnd"/>
      <w:r>
        <w:rPr>
          <w:rFonts w:ascii="Times New Roman" w:hAnsi="Times New Roman"/>
          <w:sz w:val="24"/>
        </w:rPr>
        <w:t xml:space="preserve"> ty</w:t>
      </w:r>
      <w:r w:rsidR="00CE5AAC">
        <w:rPr>
          <w:rFonts w:ascii="Times New Roman" w:hAnsi="Times New Roman"/>
          <w:sz w:val="24"/>
        </w:rPr>
        <w:t xml:space="preserve"> BT</w:t>
      </w:r>
      <w:r>
        <w:rPr>
          <w:rFonts w:ascii="Times New Roman" w:hAnsi="Times New Roman"/>
          <w:sz w:val="24"/>
        </w:rPr>
        <w:t xml:space="preserve"> — </w:t>
      </w:r>
      <w:proofErr w:type="spellStart"/>
      <w:r>
        <w:rPr>
          <w:rFonts w:ascii="Times New Roman" w:hAnsi="Times New Roman"/>
          <w:sz w:val="24"/>
        </w:rPr>
        <w:t>chưa</w:t>
      </w:r>
      <w:proofErr w:type="spellEnd"/>
      <w:r>
        <w:rPr>
          <w:rFonts w:ascii="Times New Roman" w:hAnsi="Times New Roman"/>
          <w:sz w:val="24"/>
        </w:rPr>
        <w:t xml:space="preserve"> </w:t>
      </w:r>
      <w:proofErr w:type="spellStart"/>
      <w:r>
        <w:rPr>
          <w:rFonts w:ascii="Times New Roman" w:hAnsi="Times New Roman"/>
          <w:sz w:val="24"/>
        </w:rPr>
        <w:t>xong</w:t>
      </w:r>
      <w:proofErr w:type="spellEnd"/>
      <w:r>
        <w:rPr>
          <w:rFonts w:ascii="Times New Roman" w:hAnsi="Times New Roman"/>
          <w:sz w:val="24"/>
        </w:rPr>
        <w:t>.</w:t>
      </w:r>
    </w:p>
    <w:p w14:paraId="4F3DA354" w14:textId="77777777" w:rsidR="00E626A3" w:rsidRDefault="00000000">
      <w:pPr>
        <w:spacing w:before="40" w:after="80"/>
      </w:pPr>
      <w:r>
        <w:rPr>
          <w:rFonts w:ascii="Times New Roman" w:hAnsi="Times New Roman"/>
          <w:sz w:val="24"/>
        </w:rPr>
        <w:t xml:space="preserve">Tiến độ hàng mẫu: Làm bộ mẫu gồm 9 sản phẩm màu TT-083 — hoàn thành 80%. </w:t>
      </w:r>
      <w:proofErr w:type="spellStart"/>
      <w:r>
        <w:rPr>
          <w:rFonts w:ascii="Times New Roman" w:hAnsi="Times New Roman"/>
          <w:sz w:val="24"/>
        </w:rPr>
        <w:t>Nhận</w:t>
      </w:r>
      <w:proofErr w:type="spellEnd"/>
      <w:r>
        <w:rPr>
          <w:rFonts w:ascii="Times New Roman" w:hAnsi="Times New Roman"/>
          <w:sz w:val="24"/>
        </w:rPr>
        <w:t xml:space="preserve"> 1 </w:t>
      </w:r>
      <w:proofErr w:type="spellStart"/>
      <w:r>
        <w:rPr>
          <w:rFonts w:ascii="Times New Roman" w:hAnsi="Times New Roman"/>
          <w:sz w:val="24"/>
        </w:rPr>
        <w:t>mẫu</w:t>
      </w:r>
      <w:proofErr w:type="spellEnd"/>
      <w:r>
        <w:rPr>
          <w:rFonts w:ascii="Times New Roman" w:hAnsi="Times New Roman"/>
          <w:sz w:val="24"/>
        </w:rPr>
        <w:t xml:space="preserve"> </w:t>
      </w:r>
      <w:proofErr w:type="spellStart"/>
      <w:r>
        <w:rPr>
          <w:rFonts w:ascii="Times New Roman" w:hAnsi="Times New Roman"/>
          <w:sz w:val="24"/>
        </w:rPr>
        <w:t>cạnh</w:t>
      </w:r>
      <w:proofErr w:type="spellEnd"/>
      <w:r>
        <w:rPr>
          <w:rFonts w:ascii="Times New Roman" w:hAnsi="Times New Roman"/>
          <w:sz w:val="24"/>
        </w:rPr>
        <w:t xml:space="preserve"> </w:t>
      </w:r>
      <w:proofErr w:type="spellStart"/>
      <w:r>
        <w:rPr>
          <w:rFonts w:ascii="Times New Roman" w:hAnsi="Times New Roman"/>
          <w:sz w:val="24"/>
        </w:rPr>
        <w:t>tranh</w:t>
      </w:r>
      <w:proofErr w:type="spellEnd"/>
      <w:r>
        <w:rPr>
          <w:rFonts w:ascii="Times New Roman" w:hAnsi="Times New Roman"/>
          <w:sz w:val="24"/>
        </w:rPr>
        <w:t xml:space="preserve"> </w:t>
      </w:r>
      <w:proofErr w:type="spellStart"/>
      <w:r>
        <w:rPr>
          <w:rFonts w:ascii="Times New Roman" w:hAnsi="Times New Roman"/>
          <w:sz w:val="24"/>
        </w:rPr>
        <w:t>của</w:t>
      </w:r>
      <w:proofErr w:type="spellEnd"/>
      <w:r>
        <w:rPr>
          <w:rFonts w:ascii="Times New Roman" w:hAnsi="Times New Roman"/>
          <w:sz w:val="24"/>
        </w:rPr>
        <w:t xml:space="preserve"> Poly </w:t>
      </w:r>
      <w:r w:rsidR="00CE5AAC">
        <w:rPr>
          <w:rFonts w:ascii="Times New Roman" w:hAnsi="Times New Roman"/>
          <w:sz w:val="24"/>
        </w:rPr>
        <w:t>P</w:t>
      </w:r>
      <w:r>
        <w:rPr>
          <w:rFonts w:ascii="Times New Roman" w:hAnsi="Times New Roman"/>
          <w:sz w:val="24"/>
        </w:rPr>
        <w:t xml:space="preserve">oxy </w:t>
      </w:r>
      <w:proofErr w:type="spellStart"/>
      <w:r>
        <w:rPr>
          <w:rFonts w:ascii="Times New Roman" w:hAnsi="Times New Roman"/>
          <w:sz w:val="24"/>
        </w:rPr>
        <w:t>màu</w:t>
      </w:r>
      <w:proofErr w:type="spellEnd"/>
      <w:r>
        <w:rPr>
          <w:rFonts w:ascii="Times New Roman" w:hAnsi="Times New Roman"/>
          <w:sz w:val="24"/>
        </w:rPr>
        <w:t xml:space="preserve"> MTC-108.</w:t>
      </w:r>
    </w:p>
    <w:p w14:paraId="0AAF9AC5" w14:textId="77777777" w:rsidR="00E626A3" w:rsidRDefault="00000000">
      <w:pPr>
        <w:spacing w:before="40" w:after="80"/>
      </w:pPr>
      <w:r>
        <w:rPr>
          <w:rFonts w:ascii="Times New Roman" w:hAnsi="Times New Roman"/>
          <w:sz w:val="24"/>
        </w:rPr>
        <w:t xml:space="preserve">Các vấn đề phát sinh &amp; Kết </w:t>
      </w:r>
      <w:proofErr w:type="spellStart"/>
      <w:r>
        <w:rPr>
          <w:rFonts w:ascii="Times New Roman" w:hAnsi="Times New Roman"/>
          <w:sz w:val="24"/>
        </w:rPr>
        <w:t>quả</w:t>
      </w:r>
      <w:proofErr w:type="spellEnd"/>
      <w:r>
        <w:rPr>
          <w:rFonts w:ascii="Times New Roman" w:hAnsi="Times New Roman"/>
          <w:sz w:val="24"/>
        </w:rPr>
        <w:t xml:space="preserve"> </w:t>
      </w:r>
      <w:proofErr w:type="spellStart"/>
      <w:r>
        <w:rPr>
          <w:rFonts w:ascii="Times New Roman" w:hAnsi="Times New Roman"/>
          <w:sz w:val="24"/>
        </w:rPr>
        <w:t>xử</w:t>
      </w:r>
      <w:proofErr w:type="spellEnd"/>
      <w:r>
        <w:rPr>
          <w:rFonts w:ascii="Times New Roman" w:hAnsi="Times New Roman"/>
          <w:sz w:val="24"/>
        </w:rPr>
        <w:t xml:space="preserve"> </w:t>
      </w:r>
      <w:proofErr w:type="spellStart"/>
      <w:r>
        <w:rPr>
          <w:rFonts w:ascii="Times New Roman" w:hAnsi="Times New Roman"/>
          <w:sz w:val="24"/>
        </w:rPr>
        <w:t>lý</w:t>
      </w:r>
      <w:proofErr w:type="spellEnd"/>
      <w:r>
        <w:rPr>
          <w:rFonts w:ascii="Times New Roman" w:hAnsi="Times New Roman"/>
          <w:sz w:val="24"/>
        </w:rPr>
        <w:t xml:space="preserve">: </w:t>
      </w:r>
      <w:proofErr w:type="spellStart"/>
      <w:r>
        <w:rPr>
          <w:rFonts w:ascii="Times New Roman" w:hAnsi="Times New Roman"/>
          <w:sz w:val="24"/>
        </w:rPr>
        <w:t>Khách</w:t>
      </w:r>
      <w:proofErr w:type="spellEnd"/>
      <w:r>
        <w:rPr>
          <w:rFonts w:ascii="Times New Roman" w:hAnsi="Times New Roman"/>
          <w:sz w:val="24"/>
        </w:rPr>
        <w:t xml:space="preserve"> </w:t>
      </w:r>
      <w:proofErr w:type="spellStart"/>
      <w:r>
        <w:rPr>
          <w:rFonts w:ascii="Times New Roman" w:hAnsi="Times New Roman"/>
          <w:sz w:val="24"/>
        </w:rPr>
        <w:t>yêu</w:t>
      </w:r>
      <w:proofErr w:type="spellEnd"/>
      <w:r>
        <w:rPr>
          <w:rFonts w:ascii="Times New Roman" w:hAnsi="Times New Roman"/>
          <w:sz w:val="24"/>
        </w:rPr>
        <w:t xml:space="preserve"> </w:t>
      </w:r>
      <w:proofErr w:type="spellStart"/>
      <w:r>
        <w:rPr>
          <w:rFonts w:ascii="Times New Roman" w:hAnsi="Times New Roman"/>
          <w:sz w:val="24"/>
        </w:rPr>
        <w:t>cầu</w:t>
      </w:r>
      <w:proofErr w:type="spellEnd"/>
      <w:r>
        <w:rPr>
          <w:rFonts w:ascii="Times New Roman" w:hAnsi="Times New Roman"/>
          <w:sz w:val="24"/>
        </w:rPr>
        <w:t xml:space="preserve"> </w:t>
      </w:r>
      <w:proofErr w:type="spellStart"/>
      <w:r>
        <w:rPr>
          <w:rFonts w:ascii="Times New Roman" w:hAnsi="Times New Roman"/>
          <w:sz w:val="24"/>
        </w:rPr>
        <w:t>kiểm</w:t>
      </w:r>
      <w:proofErr w:type="spellEnd"/>
      <w:r>
        <w:rPr>
          <w:rFonts w:ascii="Times New Roman" w:hAnsi="Times New Roman"/>
          <w:sz w:val="24"/>
        </w:rPr>
        <w:t xml:space="preserve"> tra </w:t>
      </w:r>
      <w:proofErr w:type="spellStart"/>
      <w:r>
        <w:rPr>
          <w:rFonts w:ascii="Times New Roman" w:hAnsi="Times New Roman"/>
          <w:sz w:val="24"/>
        </w:rPr>
        <w:t>lại</w:t>
      </w:r>
      <w:proofErr w:type="spellEnd"/>
      <w:r>
        <w:rPr>
          <w:rFonts w:ascii="Times New Roman" w:hAnsi="Times New Roman"/>
          <w:sz w:val="24"/>
        </w:rPr>
        <w:t xml:space="preserve"> </w:t>
      </w:r>
      <w:proofErr w:type="spellStart"/>
      <w:r>
        <w:rPr>
          <w:rFonts w:ascii="Times New Roman" w:hAnsi="Times New Roman"/>
          <w:sz w:val="24"/>
        </w:rPr>
        <w:t>lót</w:t>
      </w:r>
      <w:proofErr w:type="spellEnd"/>
      <w:r w:rsidR="00CE5AAC">
        <w:rPr>
          <w:rFonts w:ascii="Times New Roman" w:hAnsi="Times New Roman"/>
          <w:sz w:val="24"/>
        </w:rPr>
        <w:t xml:space="preserve"> NC</w:t>
      </w:r>
      <w:r>
        <w:rPr>
          <w:rFonts w:ascii="Times New Roman" w:hAnsi="Times New Roman"/>
          <w:sz w:val="24"/>
        </w:rPr>
        <w:t xml:space="preserve"> </w:t>
      </w:r>
      <w:proofErr w:type="spellStart"/>
      <w:r>
        <w:rPr>
          <w:rFonts w:ascii="Times New Roman" w:hAnsi="Times New Roman"/>
          <w:sz w:val="24"/>
        </w:rPr>
        <w:t>trắng</w:t>
      </w:r>
      <w:proofErr w:type="spellEnd"/>
      <w:r>
        <w:rPr>
          <w:rFonts w:ascii="Times New Roman" w:hAnsi="Times New Roman"/>
          <w:sz w:val="24"/>
        </w:rPr>
        <w:t xml:space="preserve"> 2407 do </w:t>
      </w:r>
      <w:proofErr w:type="spellStart"/>
      <w:r>
        <w:rPr>
          <w:rFonts w:ascii="Times New Roman" w:hAnsi="Times New Roman"/>
          <w:sz w:val="24"/>
        </w:rPr>
        <w:t>thiếu</w:t>
      </w:r>
      <w:proofErr w:type="spellEnd"/>
      <w:r>
        <w:rPr>
          <w:rFonts w:ascii="Times New Roman" w:hAnsi="Times New Roman"/>
          <w:sz w:val="24"/>
        </w:rPr>
        <w:t xml:space="preserve"> </w:t>
      </w:r>
      <w:proofErr w:type="spellStart"/>
      <w:r>
        <w:rPr>
          <w:rFonts w:ascii="Times New Roman" w:hAnsi="Times New Roman"/>
          <w:sz w:val="24"/>
        </w:rPr>
        <w:t>độ</w:t>
      </w:r>
      <w:proofErr w:type="spellEnd"/>
      <w:r>
        <w:rPr>
          <w:rFonts w:ascii="Times New Roman" w:hAnsi="Times New Roman"/>
          <w:sz w:val="24"/>
        </w:rPr>
        <w:t xml:space="preserve"> </w:t>
      </w:r>
      <w:proofErr w:type="spellStart"/>
      <w:r>
        <w:rPr>
          <w:rFonts w:ascii="Times New Roman" w:hAnsi="Times New Roman"/>
          <w:sz w:val="24"/>
        </w:rPr>
        <w:t>phủ</w:t>
      </w:r>
      <w:proofErr w:type="spellEnd"/>
      <w:r>
        <w:rPr>
          <w:rFonts w:ascii="Times New Roman" w:hAnsi="Times New Roman"/>
          <w:sz w:val="24"/>
        </w:rPr>
        <w:t xml:space="preserve">. Qua </w:t>
      </w:r>
      <w:proofErr w:type="spellStart"/>
      <w:r>
        <w:rPr>
          <w:rFonts w:ascii="Times New Roman" w:hAnsi="Times New Roman"/>
          <w:sz w:val="24"/>
        </w:rPr>
        <w:t>kiểm</w:t>
      </w:r>
      <w:proofErr w:type="spellEnd"/>
      <w:r>
        <w:rPr>
          <w:rFonts w:ascii="Times New Roman" w:hAnsi="Times New Roman"/>
          <w:sz w:val="24"/>
        </w:rPr>
        <w:t xml:space="preserve"> tra</w:t>
      </w:r>
      <w:r w:rsidR="00CE5AAC">
        <w:rPr>
          <w:rFonts w:ascii="Times New Roman" w:hAnsi="Times New Roman"/>
          <w:sz w:val="24"/>
        </w:rPr>
        <w:t>,</w:t>
      </w:r>
      <w:r>
        <w:rPr>
          <w:rFonts w:ascii="Times New Roman" w:hAnsi="Times New Roman"/>
          <w:sz w:val="24"/>
        </w:rPr>
        <w:t xml:space="preserve"> </w:t>
      </w:r>
      <w:proofErr w:type="spellStart"/>
      <w:r>
        <w:rPr>
          <w:rFonts w:ascii="Times New Roman" w:hAnsi="Times New Roman"/>
          <w:sz w:val="24"/>
        </w:rPr>
        <w:t>sơn</w:t>
      </w:r>
      <w:proofErr w:type="spellEnd"/>
      <w:r>
        <w:rPr>
          <w:rFonts w:ascii="Times New Roman" w:hAnsi="Times New Roman"/>
          <w:sz w:val="24"/>
        </w:rPr>
        <w:t xml:space="preserve"> </w:t>
      </w:r>
      <w:proofErr w:type="spellStart"/>
      <w:r w:rsidR="00CE5AAC">
        <w:rPr>
          <w:rFonts w:ascii="Times New Roman" w:hAnsi="Times New Roman"/>
          <w:sz w:val="24"/>
        </w:rPr>
        <w:t>vẫn</w:t>
      </w:r>
      <w:proofErr w:type="spellEnd"/>
      <w:r>
        <w:rPr>
          <w:rFonts w:ascii="Times New Roman" w:hAnsi="Times New Roman"/>
          <w:sz w:val="24"/>
        </w:rPr>
        <w:t xml:space="preserve"> </w:t>
      </w:r>
      <w:proofErr w:type="spellStart"/>
      <w:r>
        <w:rPr>
          <w:rFonts w:ascii="Times New Roman" w:hAnsi="Times New Roman"/>
          <w:sz w:val="24"/>
        </w:rPr>
        <w:t>đạt</w:t>
      </w:r>
      <w:proofErr w:type="spellEnd"/>
      <w:r>
        <w:rPr>
          <w:rFonts w:ascii="Times New Roman" w:hAnsi="Times New Roman"/>
          <w:sz w:val="24"/>
        </w:rPr>
        <w:t xml:space="preserve"> </w:t>
      </w:r>
      <w:proofErr w:type="spellStart"/>
      <w:r>
        <w:rPr>
          <w:rFonts w:ascii="Times New Roman" w:hAnsi="Times New Roman"/>
          <w:sz w:val="24"/>
        </w:rPr>
        <w:t>yêu</w:t>
      </w:r>
      <w:proofErr w:type="spellEnd"/>
      <w:r>
        <w:rPr>
          <w:rFonts w:ascii="Times New Roman" w:hAnsi="Times New Roman"/>
          <w:sz w:val="24"/>
        </w:rPr>
        <w:t xml:space="preserve"> </w:t>
      </w:r>
      <w:proofErr w:type="spellStart"/>
      <w:r>
        <w:rPr>
          <w:rFonts w:ascii="Times New Roman" w:hAnsi="Times New Roman"/>
          <w:sz w:val="24"/>
        </w:rPr>
        <w:t>cầu</w:t>
      </w:r>
      <w:proofErr w:type="spellEnd"/>
      <w:r>
        <w:rPr>
          <w:rFonts w:ascii="Times New Roman" w:hAnsi="Times New Roman"/>
          <w:sz w:val="24"/>
        </w:rPr>
        <w:t>. Kỹ thuật đã điều chỉnh lại tỉ lệ pha và hướng dẫn lại thao tác thợ sơn. Nhà máy đồng ý cho chạy theo hướng dẫn. Tình trạng: Hoàn thành.</w:t>
      </w:r>
    </w:p>
    <w:p w14:paraId="0DD13576" w14:textId="77777777" w:rsidR="00E626A3" w:rsidRDefault="00000000">
      <w:pPr>
        <w:spacing w:before="40" w:after="120"/>
      </w:pPr>
      <w:r>
        <w:rPr>
          <w:rFonts w:ascii="Times New Roman" w:hAnsi="Times New Roman"/>
          <w:sz w:val="24"/>
        </w:rPr>
        <w:t>Đánh giá: Sản xuất ổn định đạt 8 cont/tuần. Kỹ thuật đã phối hợp xử lý tốt vấn đề độ phủ sơn lót trắng.</w:t>
      </w:r>
    </w:p>
    <w:p w14:paraId="2DFCA4B1" w14:textId="77777777" w:rsidR="00E626A3" w:rsidRDefault="00000000">
      <w:pPr>
        <w:spacing w:before="40" w:after="80"/>
      </w:pPr>
      <w:r>
        <w:rPr>
          <w:rFonts w:ascii="Times New Roman" w:hAnsi="Times New Roman"/>
          <w:b/>
          <w:sz w:val="26"/>
        </w:rPr>
        <w:t>10. LÊ QUANG KHẢI — TRƯỜNG THÀNH</w:t>
      </w:r>
    </w:p>
    <w:p w14:paraId="5046F650" w14:textId="77777777" w:rsidR="00E626A3" w:rsidRDefault="00000000">
      <w:pPr>
        <w:spacing w:before="40" w:after="80"/>
      </w:pPr>
      <w:r>
        <w:rPr>
          <w:rFonts w:ascii="Times New Roman" w:hAnsi="Times New Roman"/>
          <w:sz w:val="24"/>
        </w:rPr>
        <w:t>Thông tin từ khách hàng: Sản xuất ổn định, hàng truyền thống không có đơn hàng mới.</w:t>
      </w:r>
    </w:p>
    <w:p w14:paraId="4D643700" w14:textId="77777777" w:rsidR="00E626A3" w:rsidRDefault="00000000">
      <w:pPr>
        <w:spacing w:before="40" w:after="80"/>
      </w:pPr>
      <w:r>
        <w:rPr>
          <w:rFonts w:ascii="Times New Roman" w:hAnsi="Times New Roman"/>
          <w:sz w:val="24"/>
        </w:rPr>
        <w:t>Tiến độ hàng mẫu: Tập trung vào mẫu phát triển của khách ARTICLE, hiện tại đã làm xong, chờ khách xem lại.</w:t>
      </w:r>
    </w:p>
    <w:p w14:paraId="189ECFF9" w14:textId="77777777" w:rsidR="00E626A3" w:rsidRDefault="00000000">
      <w:pPr>
        <w:spacing w:before="40" w:after="80"/>
      </w:pPr>
      <w:r>
        <w:rPr>
          <w:rFonts w:ascii="Times New Roman" w:hAnsi="Times New Roman"/>
          <w:sz w:val="24"/>
        </w:rPr>
        <w:t xml:space="preserve">Các vấn đề phát sinh &amp; Kết quả xử lý: Kho hoá chất tại nhà máy phản hồi về tem nhãn </w:t>
      </w:r>
      <w:r w:rsidRPr="00C6649F">
        <w:rPr>
          <w:rFonts w:ascii="Times New Roman" w:hAnsi="Times New Roman"/>
          <w:b/>
          <w:bCs/>
          <w:sz w:val="24"/>
        </w:rPr>
        <w:t>(trên 1 thùng hoá chất nhưng lại có 2 loại tem nhãn tên hoá chất khác nhau</w:t>
      </w:r>
      <w:r>
        <w:rPr>
          <w:rFonts w:ascii="Times New Roman" w:hAnsi="Times New Roman"/>
          <w:sz w:val="24"/>
        </w:rPr>
        <w:t>). Đã làm việc với nhà máy, thông tin rõ về hoá chất. Đồng thời liên hệ về HKBT cập nhật thông tin để tránh tái diễn tình trạng này. Tình trạng: Hoàn thành.</w:t>
      </w:r>
    </w:p>
    <w:p w14:paraId="1F9D3630" w14:textId="77777777" w:rsidR="00E626A3" w:rsidRDefault="00000000">
      <w:pPr>
        <w:spacing w:before="40" w:after="120"/>
      </w:pPr>
      <w:r>
        <w:rPr>
          <w:rFonts w:ascii="Times New Roman" w:hAnsi="Times New Roman"/>
          <w:sz w:val="24"/>
        </w:rPr>
        <w:t xml:space="preserve">Đánh giá &amp; Đề xuất: Nhà máy thời gian tới đây sẽ sắp xếp lại hệ thống sản xuất (đơn hàng và nhân sự). Thông tin chưa áp dụng, sẽ cập nhật thêm. Cần xem xét lại vấn đề mẫu thẻ và mẫu bộ tại Sofa TTF, vì </w:t>
      </w:r>
      <w:r>
        <w:rPr>
          <w:rFonts w:ascii="Times New Roman" w:hAnsi="Times New Roman"/>
          <w:sz w:val="24"/>
        </w:rPr>
        <w:lastRenderedPageBreak/>
        <w:t>đơn hàng nhỏ lẻ, doanh thu thấp. Nhưng mẫu rất nhiều và bắt khó, yêu cầu cao. Liên tục hối thúc, không có kế hoạch cụ thể.</w:t>
      </w:r>
    </w:p>
    <w:p w14:paraId="6D3481C9" w14:textId="77777777" w:rsidR="00E626A3" w:rsidRDefault="00E626A3">
      <w:pPr>
        <w:spacing w:before="40" w:after="120"/>
      </w:pPr>
    </w:p>
    <w:p w14:paraId="1263FE9F" w14:textId="77777777" w:rsidR="00C6649F" w:rsidRDefault="00C6649F">
      <w:pPr>
        <w:spacing w:before="40" w:after="80"/>
        <w:rPr>
          <w:rFonts w:ascii="Times New Roman" w:hAnsi="Times New Roman"/>
          <w:b/>
          <w:sz w:val="26"/>
        </w:rPr>
      </w:pPr>
    </w:p>
    <w:p w14:paraId="3DCFC40E" w14:textId="74B2C4A7" w:rsidR="008D547B" w:rsidRDefault="008D547B" w:rsidP="004D4DCF">
      <w:pPr>
        <w:spacing w:before="40" w:after="120"/>
      </w:pPr>
      <w:r>
        <w:rPr>
          <w:rFonts w:ascii="Times New Roman" w:hAnsi="Times New Roman"/>
          <w:b/>
          <w:sz w:val="26"/>
        </w:rPr>
        <w:t xml:space="preserve"> LÊ VĂN HÒA (TUẦN 30 — 20/07/2026 → 26/07/2026)</w:t>
      </w:r>
    </w:p>
    <w:p w14:paraId="66A12773" w14:textId="77777777" w:rsidR="008D547B" w:rsidRDefault="008D547B" w:rsidP="008D547B">
      <w:proofErr w:type="spellStart"/>
      <w:r>
        <w:rPr>
          <w:rFonts w:ascii="Times New Roman" w:hAnsi="Times New Roman"/>
          <w:b/>
          <w:sz w:val="24"/>
        </w:rPr>
        <w:t>Lịch</w:t>
      </w:r>
      <w:proofErr w:type="spellEnd"/>
      <w:r>
        <w:rPr>
          <w:rFonts w:ascii="Times New Roman" w:hAnsi="Times New Roman"/>
          <w:b/>
          <w:sz w:val="24"/>
        </w:rPr>
        <w:t xml:space="preserve"> </w:t>
      </w:r>
      <w:proofErr w:type="spellStart"/>
      <w:r>
        <w:rPr>
          <w:rFonts w:ascii="Times New Roman" w:hAnsi="Times New Roman"/>
          <w:b/>
          <w:sz w:val="24"/>
        </w:rPr>
        <w:t>công</w:t>
      </w:r>
      <w:proofErr w:type="spellEnd"/>
      <w:r>
        <w:rPr>
          <w:rFonts w:ascii="Times New Roman" w:hAnsi="Times New Roman"/>
          <w:b/>
          <w:sz w:val="24"/>
        </w:rPr>
        <w:t xml:space="preserve"> </w:t>
      </w:r>
      <w:proofErr w:type="spellStart"/>
      <w:r>
        <w:rPr>
          <w:rFonts w:ascii="Times New Roman" w:hAnsi="Times New Roman"/>
          <w:b/>
          <w:sz w:val="24"/>
        </w:rPr>
        <w:t>tác</w:t>
      </w:r>
      <w:proofErr w:type="spellEnd"/>
      <w:r>
        <w:rPr>
          <w:rFonts w:ascii="Times New Roman" w:hAnsi="Times New Roman"/>
          <w:b/>
          <w:sz w:val="24"/>
        </w:rPr>
        <w:t xml:space="preserve"> </w:t>
      </w:r>
      <w:proofErr w:type="spellStart"/>
      <w:r>
        <w:rPr>
          <w:rFonts w:ascii="Times New Roman" w:hAnsi="Times New Roman"/>
          <w:b/>
          <w:sz w:val="24"/>
        </w:rPr>
        <w:t>tuần</w:t>
      </w:r>
      <w:proofErr w:type="spellEnd"/>
      <w:r>
        <w:rPr>
          <w:rFonts w:ascii="Times New Roman" w:hAnsi="Times New Roman"/>
          <w:b/>
          <w:sz w:val="24"/>
        </w:rPr>
        <w:t>:</w:t>
      </w:r>
    </w:p>
    <w:p w14:paraId="4F7342DD" w14:textId="77777777" w:rsidR="008D547B" w:rsidRDefault="008D547B" w:rsidP="008D547B">
      <w:r>
        <w:rPr>
          <w:rFonts w:ascii="Times New Roman" w:hAnsi="Times New Roman"/>
          <w:sz w:val="24"/>
        </w:rPr>
        <w:t xml:space="preserve">• 20/12: Công ty Thiên Hồng — </w:t>
      </w:r>
      <w:proofErr w:type="spellStart"/>
      <w:r>
        <w:rPr>
          <w:rFonts w:ascii="Times New Roman" w:hAnsi="Times New Roman"/>
          <w:sz w:val="24"/>
        </w:rPr>
        <w:t>hỗ</w:t>
      </w:r>
      <w:proofErr w:type="spellEnd"/>
      <w:r>
        <w:rPr>
          <w:rFonts w:ascii="Times New Roman" w:hAnsi="Times New Roman"/>
          <w:sz w:val="24"/>
        </w:rPr>
        <w:t xml:space="preserve"> </w:t>
      </w:r>
      <w:proofErr w:type="spellStart"/>
      <w:r>
        <w:rPr>
          <w:rFonts w:ascii="Times New Roman" w:hAnsi="Times New Roman"/>
          <w:sz w:val="24"/>
        </w:rPr>
        <w:t>trợ</w:t>
      </w:r>
      <w:proofErr w:type="spellEnd"/>
      <w:r>
        <w:rPr>
          <w:rFonts w:ascii="Times New Roman" w:hAnsi="Times New Roman"/>
          <w:sz w:val="24"/>
        </w:rPr>
        <w:t xml:space="preserve"> sản </w:t>
      </w:r>
      <w:proofErr w:type="spellStart"/>
      <w:r>
        <w:rPr>
          <w:rFonts w:ascii="Times New Roman" w:hAnsi="Times New Roman"/>
          <w:sz w:val="24"/>
        </w:rPr>
        <w:t>xuất</w:t>
      </w:r>
      <w:proofErr w:type="spellEnd"/>
      <w:r>
        <w:rPr>
          <w:rFonts w:ascii="Times New Roman" w:hAnsi="Times New Roman"/>
          <w:sz w:val="24"/>
        </w:rPr>
        <w:t xml:space="preserve"> </w:t>
      </w:r>
      <w:proofErr w:type="spellStart"/>
      <w:r>
        <w:rPr>
          <w:rFonts w:ascii="Times New Roman" w:hAnsi="Times New Roman"/>
          <w:sz w:val="24"/>
        </w:rPr>
        <w:t>hàng</w:t>
      </w:r>
      <w:proofErr w:type="spellEnd"/>
      <w:r>
        <w:rPr>
          <w:rFonts w:ascii="Times New Roman" w:hAnsi="Times New Roman"/>
          <w:sz w:val="24"/>
        </w:rPr>
        <w:t xml:space="preserve"> PU SM 90%.</w:t>
      </w:r>
    </w:p>
    <w:p w14:paraId="13D8FB32" w14:textId="77777777" w:rsidR="008D547B" w:rsidRDefault="008D547B" w:rsidP="008D547B">
      <w:r>
        <w:rPr>
          <w:rFonts w:ascii="Times New Roman" w:hAnsi="Times New Roman"/>
          <w:sz w:val="24"/>
        </w:rPr>
        <w:t xml:space="preserve">• 21/12: BT Chem — làm </w:t>
      </w:r>
      <w:proofErr w:type="spellStart"/>
      <w:r>
        <w:rPr>
          <w:rFonts w:ascii="Times New Roman" w:hAnsi="Times New Roman"/>
          <w:sz w:val="24"/>
        </w:rPr>
        <w:t>mẫu</w:t>
      </w:r>
      <w:proofErr w:type="spellEnd"/>
      <w:r>
        <w:rPr>
          <w:rFonts w:ascii="Times New Roman" w:hAnsi="Times New Roman"/>
          <w:sz w:val="24"/>
        </w:rPr>
        <w:t xml:space="preserve"> </w:t>
      </w:r>
      <w:proofErr w:type="spellStart"/>
      <w:r>
        <w:rPr>
          <w:rFonts w:ascii="Times New Roman" w:hAnsi="Times New Roman"/>
          <w:sz w:val="24"/>
        </w:rPr>
        <w:t>lót</w:t>
      </w:r>
      <w:proofErr w:type="spellEnd"/>
      <w:r>
        <w:rPr>
          <w:rFonts w:ascii="Times New Roman" w:hAnsi="Times New Roman"/>
          <w:sz w:val="24"/>
        </w:rPr>
        <w:t xml:space="preserve"> </w:t>
      </w:r>
      <w:proofErr w:type="spellStart"/>
      <w:r>
        <w:rPr>
          <w:rFonts w:ascii="Times New Roman" w:hAnsi="Times New Roman"/>
          <w:sz w:val="24"/>
        </w:rPr>
        <w:t>công</w:t>
      </w:r>
      <w:proofErr w:type="spellEnd"/>
      <w:r>
        <w:rPr>
          <w:rFonts w:ascii="Times New Roman" w:hAnsi="Times New Roman"/>
          <w:sz w:val="24"/>
        </w:rPr>
        <w:t xml:space="preserve"> </w:t>
      </w:r>
      <w:proofErr w:type="spellStart"/>
      <w:r>
        <w:rPr>
          <w:rFonts w:ascii="Times New Roman" w:hAnsi="Times New Roman"/>
          <w:sz w:val="24"/>
        </w:rPr>
        <w:t>thức</w:t>
      </w:r>
      <w:proofErr w:type="spellEnd"/>
      <w:r>
        <w:rPr>
          <w:rFonts w:ascii="Times New Roman" w:hAnsi="Times New Roman"/>
          <w:sz w:val="24"/>
        </w:rPr>
        <w:t xml:space="preserve"> </w:t>
      </w:r>
      <w:proofErr w:type="spellStart"/>
      <w:r>
        <w:rPr>
          <w:rFonts w:ascii="Times New Roman" w:hAnsi="Times New Roman"/>
          <w:sz w:val="24"/>
        </w:rPr>
        <w:t>màu</w:t>
      </w:r>
      <w:proofErr w:type="spellEnd"/>
      <w:r>
        <w:rPr>
          <w:rFonts w:ascii="Times New Roman" w:hAnsi="Times New Roman"/>
          <w:sz w:val="24"/>
        </w:rPr>
        <w:t xml:space="preserve"> ANC 2178 F0B5.</w:t>
      </w:r>
    </w:p>
    <w:p w14:paraId="062957A7" w14:textId="77777777" w:rsidR="008D547B" w:rsidRDefault="008D547B" w:rsidP="008D547B">
      <w:r>
        <w:rPr>
          <w:rFonts w:ascii="Times New Roman" w:hAnsi="Times New Roman"/>
          <w:sz w:val="24"/>
        </w:rPr>
        <w:t xml:space="preserve">• 22/12 → 24/12: Công ty </w:t>
      </w:r>
      <w:proofErr w:type="spellStart"/>
      <w:r>
        <w:rPr>
          <w:rFonts w:ascii="Times New Roman" w:hAnsi="Times New Roman"/>
          <w:sz w:val="24"/>
        </w:rPr>
        <w:t>Đất</w:t>
      </w:r>
      <w:proofErr w:type="spellEnd"/>
      <w:r>
        <w:rPr>
          <w:rFonts w:ascii="Times New Roman" w:hAnsi="Times New Roman"/>
          <w:sz w:val="24"/>
        </w:rPr>
        <w:t xml:space="preserve"> </w:t>
      </w:r>
      <w:proofErr w:type="spellStart"/>
      <w:r>
        <w:rPr>
          <w:rFonts w:ascii="Times New Roman" w:hAnsi="Times New Roman"/>
          <w:sz w:val="24"/>
        </w:rPr>
        <w:t>Mới</w:t>
      </w:r>
      <w:proofErr w:type="spellEnd"/>
      <w:r>
        <w:rPr>
          <w:rFonts w:ascii="Times New Roman" w:hAnsi="Times New Roman"/>
          <w:sz w:val="24"/>
        </w:rPr>
        <w:t xml:space="preserve"> — </w:t>
      </w:r>
      <w:proofErr w:type="spellStart"/>
      <w:r>
        <w:rPr>
          <w:rFonts w:ascii="Times New Roman" w:hAnsi="Times New Roman"/>
          <w:sz w:val="24"/>
        </w:rPr>
        <w:t>hỗ</w:t>
      </w:r>
      <w:proofErr w:type="spellEnd"/>
      <w:r>
        <w:rPr>
          <w:rFonts w:ascii="Times New Roman" w:hAnsi="Times New Roman"/>
          <w:sz w:val="24"/>
        </w:rPr>
        <w:t xml:space="preserve"> </w:t>
      </w:r>
      <w:proofErr w:type="spellStart"/>
      <w:r>
        <w:rPr>
          <w:rFonts w:ascii="Times New Roman" w:hAnsi="Times New Roman"/>
          <w:sz w:val="24"/>
        </w:rPr>
        <w:t>trợ</w:t>
      </w:r>
      <w:proofErr w:type="spellEnd"/>
      <w:r>
        <w:rPr>
          <w:rFonts w:ascii="Times New Roman" w:hAnsi="Times New Roman"/>
          <w:sz w:val="24"/>
        </w:rPr>
        <w:t xml:space="preserve"> </w:t>
      </w:r>
      <w:proofErr w:type="spellStart"/>
      <w:r>
        <w:rPr>
          <w:rFonts w:ascii="Times New Roman" w:hAnsi="Times New Roman"/>
          <w:sz w:val="24"/>
        </w:rPr>
        <w:t>chỉnh</w:t>
      </w:r>
      <w:proofErr w:type="spellEnd"/>
      <w:r>
        <w:rPr>
          <w:rFonts w:ascii="Times New Roman" w:hAnsi="Times New Roman"/>
          <w:sz w:val="24"/>
        </w:rPr>
        <w:t xml:space="preserve"> </w:t>
      </w:r>
      <w:proofErr w:type="spellStart"/>
      <w:r>
        <w:rPr>
          <w:rFonts w:ascii="Times New Roman" w:hAnsi="Times New Roman"/>
          <w:sz w:val="24"/>
        </w:rPr>
        <w:t>lại</w:t>
      </w:r>
      <w:proofErr w:type="spellEnd"/>
      <w:r>
        <w:rPr>
          <w:rFonts w:ascii="Times New Roman" w:hAnsi="Times New Roman"/>
          <w:sz w:val="24"/>
        </w:rPr>
        <w:t xml:space="preserve"> </w:t>
      </w:r>
      <w:proofErr w:type="spellStart"/>
      <w:r>
        <w:rPr>
          <w:rFonts w:ascii="Times New Roman" w:hAnsi="Times New Roman"/>
          <w:sz w:val="24"/>
        </w:rPr>
        <w:t>thế</w:t>
      </w:r>
      <w:proofErr w:type="spellEnd"/>
      <w:r>
        <w:rPr>
          <w:rFonts w:ascii="Times New Roman" w:hAnsi="Times New Roman"/>
          <w:sz w:val="24"/>
        </w:rPr>
        <w:t xml:space="preserve"> </w:t>
      </w:r>
      <w:proofErr w:type="spellStart"/>
      <w:r>
        <w:rPr>
          <w:rFonts w:ascii="Times New Roman" w:hAnsi="Times New Roman"/>
          <w:sz w:val="24"/>
        </w:rPr>
        <w:t>màu</w:t>
      </w:r>
      <w:proofErr w:type="spellEnd"/>
      <w:r>
        <w:rPr>
          <w:rFonts w:ascii="Times New Roman" w:hAnsi="Times New Roman"/>
          <w:sz w:val="24"/>
        </w:rPr>
        <w:t xml:space="preserve"> </w:t>
      </w:r>
      <w:proofErr w:type="spellStart"/>
      <w:r>
        <w:rPr>
          <w:rFonts w:ascii="Times New Roman" w:hAnsi="Times New Roman"/>
          <w:sz w:val="24"/>
        </w:rPr>
        <w:t>nhũ</w:t>
      </w:r>
      <w:proofErr w:type="spellEnd"/>
      <w:r>
        <w:rPr>
          <w:rFonts w:ascii="Times New Roman" w:hAnsi="Times New Roman"/>
          <w:sz w:val="24"/>
        </w:rPr>
        <w:t xml:space="preserve"> </w:t>
      </w:r>
      <w:proofErr w:type="spellStart"/>
      <w:r>
        <w:rPr>
          <w:rFonts w:ascii="Times New Roman" w:hAnsi="Times New Roman"/>
          <w:sz w:val="24"/>
        </w:rPr>
        <w:t>nhất</w:t>
      </w:r>
      <w:proofErr w:type="spellEnd"/>
      <w:r>
        <w:rPr>
          <w:rFonts w:ascii="Times New Roman" w:hAnsi="Times New Roman"/>
          <w:sz w:val="24"/>
        </w:rPr>
        <w:t xml:space="preserve"> </w:t>
      </w:r>
      <w:proofErr w:type="spellStart"/>
      <w:r>
        <w:rPr>
          <w:rFonts w:ascii="Times New Roman" w:hAnsi="Times New Roman"/>
          <w:sz w:val="24"/>
        </w:rPr>
        <w:t>hàng</w:t>
      </w:r>
      <w:proofErr w:type="spellEnd"/>
      <w:r>
        <w:rPr>
          <w:rFonts w:ascii="Times New Roman" w:hAnsi="Times New Roman"/>
          <w:sz w:val="24"/>
        </w:rPr>
        <w:t xml:space="preserve"> OPMI.</w:t>
      </w:r>
    </w:p>
    <w:p w14:paraId="7B1454C4" w14:textId="77777777" w:rsidR="008D547B" w:rsidRDefault="008D547B" w:rsidP="008D547B">
      <w:r>
        <w:rPr>
          <w:rFonts w:ascii="Times New Roman" w:hAnsi="Times New Roman"/>
          <w:sz w:val="24"/>
        </w:rPr>
        <w:t xml:space="preserve">• 25/12: Công ty Liên Minh — </w:t>
      </w:r>
      <w:proofErr w:type="spellStart"/>
      <w:r>
        <w:rPr>
          <w:rFonts w:ascii="Times New Roman" w:hAnsi="Times New Roman"/>
          <w:sz w:val="24"/>
        </w:rPr>
        <w:t>nắm</w:t>
      </w:r>
      <w:proofErr w:type="spellEnd"/>
      <w:r>
        <w:rPr>
          <w:rFonts w:ascii="Times New Roman" w:hAnsi="Times New Roman"/>
          <w:sz w:val="24"/>
        </w:rPr>
        <w:t xml:space="preserve"> </w:t>
      </w:r>
      <w:proofErr w:type="spellStart"/>
      <w:r>
        <w:rPr>
          <w:rFonts w:ascii="Times New Roman" w:hAnsi="Times New Roman"/>
          <w:sz w:val="24"/>
        </w:rPr>
        <w:t>tình</w:t>
      </w:r>
      <w:proofErr w:type="spellEnd"/>
      <w:r>
        <w:rPr>
          <w:rFonts w:ascii="Times New Roman" w:hAnsi="Times New Roman"/>
          <w:sz w:val="24"/>
        </w:rPr>
        <w:t xml:space="preserve"> </w:t>
      </w:r>
      <w:proofErr w:type="spellStart"/>
      <w:r>
        <w:rPr>
          <w:rFonts w:ascii="Times New Roman" w:hAnsi="Times New Roman"/>
          <w:sz w:val="24"/>
        </w:rPr>
        <w:t>hình</w:t>
      </w:r>
      <w:proofErr w:type="spellEnd"/>
      <w:r>
        <w:rPr>
          <w:rFonts w:ascii="Times New Roman" w:hAnsi="Times New Roman"/>
          <w:sz w:val="24"/>
        </w:rPr>
        <w:t xml:space="preserve"> sản </w:t>
      </w:r>
      <w:proofErr w:type="spellStart"/>
      <w:r>
        <w:rPr>
          <w:rFonts w:ascii="Times New Roman" w:hAnsi="Times New Roman"/>
          <w:sz w:val="24"/>
        </w:rPr>
        <w:t>xuất</w:t>
      </w:r>
      <w:proofErr w:type="spellEnd"/>
      <w:r>
        <w:rPr>
          <w:rFonts w:ascii="Times New Roman" w:hAnsi="Times New Roman"/>
          <w:sz w:val="24"/>
        </w:rPr>
        <w:t>.</w:t>
      </w:r>
    </w:p>
    <w:p w14:paraId="5604DEC2" w14:textId="77777777" w:rsidR="008D547B" w:rsidRDefault="008D547B" w:rsidP="008D547B">
      <w:r>
        <w:rPr>
          <w:rFonts w:ascii="Times New Roman" w:hAnsi="Times New Roman"/>
          <w:b/>
          <w:sz w:val="24"/>
        </w:rPr>
        <w:t>1. CÔNG TY LIÊN MINH</w:t>
      </w:r>
    </w:p>
    <w:p w14:paraId="13E2A68D" w14:textId="77777777" w:rsidR="008D547B" w:rsidRDefault="008D547B" w:rsidP="008D547B">
      <w:r>
        <w:rPr>
          <w:rFonts w:ascii="Times New Roman" w:hAnsi="Times New Roman"/>
          <w:sz w:val="24"/>
        </w:rPr>
        <w:t xml:space="preserve">• </w:t>
      </w:r>
      <w:proofErr w:type="spellStart"/>
      <w:r>
        <w:rPr>
          <w:rFonts w:ascii="Times New Roman" w:hAnsi="Times New Roman"/>
          <w:sz w:val="24"/>
        </w:rPr>
        <w:t>Mẫu</w:t>
      </w:r>
      <w:proofErr w:type="spellEnd"/>
      <w:r>
        <w:rPr>
          <w:rFonts w:ascii="Times New Roman" w:hAnsi="Times New Roman"/>
          <w:sz w:val="24"/>
        </w:rPr>
        <w:t xml:space="preserve"> </w:t>
      </w:r>
      <w:proofErr w:type="spellStart"/>
      <w:r>
        <w:rPr>
          <w:rFonts w:ascii="Times New Roman" w:hAnsi="Times New Roman"/>
          <w:sz w:val="24"/>
        </w:rPr>
        <w:t>phát</w:t>
      </w:r>
      <w:proofErr w:type="spellEnd"/>
      <w:r>
        <w:rPr>
          <w:rFonts w:ascii="Times New Roman" w:hAnsi="Times New Roman"/>
          <w:sz w:val="24"/>
        </w:rPr>
        <w:t xml:space="preserve"> </w:t>
      </w:r>
      <w:proofErr w:type="spellStart"/>
      <w:r>
        <w:rPr>
          <w:rFonts w:ascii="Times New Roman" w:hAnsi="Times New Roman"/>
          <w:sz w:val="24"/>
        </w:rPr>
        <w:t>triển</w:t>
      </w:r>
      <w:proofErr w:type="spellEnd"/>
      <w:r>
        <w:rPr>
          <w:rFonts w:ascii="Times New Roman" w:hAnsi="Times New Roman"/>
          <w:sz w:val="24"/>
        </w:rPr>
        <w:t xml:space="preserve">: 4 </w:t>
      </w:r>
      <w:proofErr w:type="spellStart"/>
      <w:r>
        <w:rPr>
          <w:rFonts w:ascii="Times New Roman" w:hAnsi="Times New Roman"/>
          <w:sz w:val="24"/>
        </w:rPr>
        <w:t>mẫu</w:t>
      </w:r>
      <w:proofErr w:type="spellEnd"/>
      <w:r>
        <w:rPr>
          <w:rFonts w:ascii="Times New Roman" w:hAnsi="Times New Roman"/>
          <w:sz w:val="24"/>
        </w:rPr>
        <w:t xml:space="preserve"> </w:t>
      </w:r>
      <w:proofErr w:type="spellStart"/>
      <w:r>
        <w:rPr>
          <w:rFonts w:ascii="Times New Roman" w:hAnsi="Times New Roman"/>
          <w:sz w:val="24"/>
        </w:rPr>
        <w:t>đã</w:t>
      </w:r>
      <w:proofErr w:type="spellEnd"/>
      <w:r>
        <w:rPr>
          <w:rFonts w:ascii="Times New Roman" w:hAnsi="Times New Roman"/>
          <w:sz w:val="24"/>
        </w:rPr>
        <w:t xml:space="preserve"> </w:t>
      </w:r>
      <w:proofErr w:type="spellStart"/>
      <w:r>
        <w:rPr>
          <w:rFonts w:ascii="Times New Roman" w:hAnsi="Times New Roman"/>
          <w:sz w:val="24"/>
        </w:rPr>
        <w:t>xong</w:t>
      </w:r>
      <w:proofErr w:type="spellEnd"/>
      <w:r>
        <w:rPr>
          <w:rFonts w:ascii="Times New Roman" w:hAnsi="Times New Roman"/>
          <w:sz w:val="24"/>
        </w:rPr>
        <w:t>.</w:t>
      </w:r>
    </w:p>
    <w:p w14:paraId="791C1C2D" w14:textId="77777777" w:rsidR="008D547B" w:rsidRDefault="008D547B" w:rsidP="008D547B">
      <w:r>
        <w:rPr>
          <w:rFonts w:ascii="Times New Roman" w:hAnsi="Times New Roman"/>
          <w:sz w:val="24"/>
        </w:rPr>
        <w:t xml:space="preserve">• </w:t>
      </w:r>
      <w:proofErr w:type="spellStart"/>
      <w:r>
        <w:rPr>
          <w:rFonts w:ascii="Times New Roman" w:hAnsi="Times New Roman"/>
          <w:sz w:val="24"/>
        </w:rPr>
        <w:t>Mẫu</w:t>
      </w:r>
      <w:proofErr w:type="spellEnd"/>
      <w:r>
        <w:rPr>
          <w:rFonts w:ascii="Times New Roman" w:hAnsi="Times New Roman"/>
          <w:sz w:val="24"/>
        </w:rPr>
        <w:t xml:space="preserve"> </w:t>
      </w:r>
      <w:proofErr w:type="spellStart"/>
      <w:r>
        <w:rPr>
          <w:rFonts w:ascii="Times New Roman" w:hAnsi="Times New Roman"/>
          <w:sz w:val="24"/>
        </w:rPr>
        <w:t>nhân</w:t>
      </w:r>
      <w:proofErr w:type="spellEnd"/>
      <w:r>
        <w:rPr>
          <w:rFonts w:ascii="Times New Roman" w:hAnsi="Times New Roman"/>
          <w:sz w:val="24"/>
        </w:rPr>
        <w:t xml:space="preserve">: 10 </w:t>
      </w:r>
      <w:proofErr w:type="spellStart"/>
      <w:r>
        <w:rPr>
          <w:rFonts w:ascii="Times New Roman" w:hAnsi="Times New Roman"/>
          <w:sz w:val="24"/>
        </w:rPr>
        <w:t>mẫu</w:t>
      </w:r>
      <w:proofErr w:type="spellEnd"/>
      <w:r>
        <w:rPr>
          <w:rFonts w:ascii="Times New Roman" w:hAnsi="Times New Roman"/>
          <w:sz w:val="24"/>
        </w:rPr>
        <w:t xml:space="preserve"> </w:t>
      </w:r>
      <w:proofErr w:type="spellStart"/>
      <w:r>
        <w:rPr>
          <w:rFonts w:ascii="Times New Roman" w:hAnsi="Times New Roman"/>
          <w:sz w:val="24"/>
        </w:rPr>
        <w:t>đã</w:t>
      </w:r>
      <w:proofErr w:type="spellEnd"/>
      <w:r>
        <w:rPr>
          <w:rFonts w:ascii="Times New Roman" w:hAnsi="Times New Roman"/>
          <w:sz w:val="24"/>
        </w:rPr>
        <w:t xml:space="preserve"> </w:t>
      </w:r>
      <w:proofErr w:type="spellStart"/>
      <w:r>
        <w:rPr>
          <w:rFonts w:ascii="Times New Roman" w:hAnsi="Times New Roman"/>
          <w:sz w:val="24"/>
        </w:rPr>
        <w:t>xong</w:t>
      </w:r>
      <w:proofErr w:type="spellEnd"/>
      <w:r>
        <w:rPr>
          <w:rFonts w:ascii="Times New Roman" w:hAnsi="Times New Roman"/>
          <w:sz w:val="24"/>
        </w:rPr>
        <w:t>.</w:t>
      </w:r>
    </w:p>
    <w:p w14:paraId="4671E9F3" w14:textId="77777777" w:rsidR="008D547B" w:rsidRDefault="008D547B" w:rsidP="008D547B">
      <w:r>
        <w:rPr>
          <w:rFonts w:ascii="Times New Roman" w:hAnsi="Times New Roman"/>
          <w:sz w:val="24"/>
        </w:rPr>
        <w:t xml:space="preserve">• Sản </w:t>
      </w:r>
      <w:proofErr w:type="spellStart"/>
      <w:r>
        <w:rPr>
          <w:rFonts w:ascii="Times New Roman" w:hAnsi="Times New Roman"/>
          <w:sz w:val="24"/>
        </w:rPr>
        <w:t>xuất</w:t>
      </w:r>
      <w:proofErr w:type="spellEnd"/>
      <w:r>
        <w:rPr>
          <w:rFonts w:ascii="Times New Roman" w:hAnsi="Times New Roman"/>
          <w:sz w:val="24"/>
        </w:rPr>
        <w:t xml:space="preserve"> </w:t>
      </w:r>
      <w:proofErr w:type="spellStart"/>
      <w:r>
        <w:rPr>
          <w:rFonts w:ascii="Times New Roman" w:hAnsi="Times New Roman"/>
          <w:sz w:val="24"/>
        </w:rPr>
        <w:t>ổn</w:t>
      </w:r>
      <w:proofErr w:type="spellEnd"/>
      <w:r>
        <w:rPr>
          <w:rFonts w:ascii="Times New Roman" w:hAnsi="Times New Roman"/>
          <w:sz w:val="24"/>
        </w:rPr>
        <w:t xml:space="preserve"> </w:t>
      </w:r>
      <w:proofErr w:type="spellStart"/>
      <w:r>
        <w:rPr>
          <w:rFonts w:ascii="Times New Roman" w:hAnsi="Times New Roman"/>
          <w:sz w:val="24"/>
        </w:rPr>
        <w:t>định</w:t>
      </w:r>
      <w:proofErr w:type="spellEnd"/>
      <w:r>
        <w:rPr>
          <w:rFonts w:ascii="Times New Roman" w:hAnsi="Times New Roman"/>
          <w:sz w:val="24"/>
        </w:rPr>
        <w:t>.</w:t>
      </w:r>
    </w:p>
    <w:p w14:paraId="1B28F602" w14:textId="77777777" w:rsidR="008D547B" w:rsidRDefault="008D547B" w:rsidP="008D547B">
      <w:r>
        <w:rPr>
          <w:rFonts w:ascii="Times New Roman" w:hAnsi="Times New Roman"/>
          <w:sz w:val="24"/>
        </w:rPr>
        <w:t xml:space="preserve">• Công ty Liên Minh </w:t>
      </w:r>
      <w:proofErr w:type="spellStart"/>
      <w:r>
        <w:rPr>
          <w:rFonts w:ascii="Times New Roman" w:hAnsi="Times New Roman"/>
          <w:sz w:val="24"/>
        </w:rPr>
        <w:t>đang</w:t>
      </w:r>
      <w:proofErr w:type="spellEnd"/>
      <w:r>
        <w:rPr>
          <w:rFonts w:ascii="Times New Roman" w:hAnsi="Times New Roman"/>
          <w:sz w:val="24"/>
        </w:rPr>
        <w:t xml:space="preserve"> có </w:t>
      </w:r>
      <w:proofErr w:type="spellStart"/>
      <w:r>
        <w:rPr>
          <w:rFonts w:ascii="Times New Roman" w:hAnsi="Times New Roman"/>
          <w:sz w:val="24"/>
        </w:rPr>
        <w:t>nhu</w:t>
      </w:r>
      <w:proofErr w:type="spellEnd"/>
      <w:r>
        <w:rPr>
          <w:rFonts w:ascii="Times New Roman" w:hAnsi="Times New Roman"/>
          <w:sz w:val="24"/>
        </w:rPr>
        <w:t xml:space="preserve"> </w:t>
      </w:r>
      <w:proofErr w:type="spellStart"/>
      <w:r>
        <w:rPr>
          <w:rFonts w:ascii="Times New Roman" w:hAnsi="Times New Roman"/>
          <w:sz w:val="24"/>
        </w:rPr>
        <w:t>cầu</w:t>
      </w:r>
      <w:proofErr w:type="spellEnd"/>
      <w:r>
        <w:rPr>
          <w:rFonts w:ascii="Times New Roman" w:hAnsi="Times New Roman"/>
          <w:sz w:val="24"/>
        </w:rPr>
        <w:t xml:space="preserve"> </w:t>
      </w:r>
      <w:proofErr w:type="spellStart"/>
      <w:r>
        <w:rPr>
          <w:rFonts w:ascii="Times New Roman" w:hAnsi="Times New Roman"/>
          <w:sz w:val="24"/>
        </w:rPr>
        <w:t>cung</w:t>
      </w:r>
      <w:proofErr w:type="spellEnd"/>
      <w:r>
        <w:rPr>
          <w:rFonts w:ascii="Times New Roman" w:hAnsi="Times New Roman"/>
          <w:sz w:val="24"/>
        </w:rPr>
        <w:t xml:space="preserve"> </w:t>
      </w:r>
      <w:proofErr w:type="spellStart"/>
      <w:r>
        <w:rPr>
          <w:rFonts w:ascii="Times New Roman" w:hAnsi="Times New Roman"/>
          <w:sz w:val="24"/>
        </w:rPr>
        <w:t>cấp</w:t>
      </w:r>
      <w:proofErr w:type="spellEnd"/>
      <w:r>
        <w:rPr>
          <w:rFonts w:ascii="Times New Roman" w:hAnsi="Times New Roman"/>
          <w:sz w:val="24"/>
        </w:rPr>
        <w:t xml:space="preserve"> Vison </w:t>
      </w:r>
      <w:proofErr w:type="spellStart"/>
      <w:r>
        <w:rPr>
          <w:rFonts w:ascii="Times New Roman" w:hAnsi="Times New Roman"/>
          <w:sz w:val="24"/>
        </w:rPr>
        <w:t>vào</w:t>
      </w:r>
      <w:proofErr w:type="spellEnd"/>
      <w:r>
        <w:rPr>
          <w:rFonts w:ascii="Times New Roman" w:hAnsi="Times New Roman"/>
          <w:sz w:val="24"/>
        </w:rPr>
        <w:t xml:space="preserve"> </w:t>
      </w:r>
      <w:proofErr w:type="spellStart"/>
      <w:r>
        <w:rPr>
          <w:rFonts w:ascii="Times New Roman" w:hAnsi="Times New Roman"/>
          <w:sz w:val="24"/>
        </w:rPr>
        <w:t>Cát</w:t>
      </w:r>
      <w:proofErr w:type="spellEnd"/>
      <w:r>
        <w:rPr>
          <w:rFonts w:ascii="Times New Roman" w:hAnsi="Times New Roman"/>
          <w:sz w:val="24"/>
        </w:rPr>
        <w:t xml:space="preserve"> </w:t>
      </w:r>
      <w:proofErr w:type="spellStart"/>
      <w:r>
        <w:rPr>
          <w:rFonts w:ascii="Times New Roman" w:hAnsi="Times New Roman"/>
          <w:sz w:val="24"/>
        </w:rPr>
        <w:t>Tường</w:t>
      </w:r>
      <w:proofErr w:type="spellEnd"/>
      <w:r>
        <w:rPr>
          <w:rFonts w:ascii="Times New Roman" w:hAnsi="Times New Roman"/>
          <w:sz w:val="24"/>
        </w:rPr>
        <w:t xml:space="preserve"> </w:t>
      </w:r>
      <w:proofErr w:type="spellStart"/>
      <w:r>
        <w:rPr>
          <w:rFonts w:ascii="Times New Roman" w:hAnsi="Times New Roman"/>
          <w:sz w:val="24"/>
        </w:rPr>
        <w:t>chạy</w:t>
      </w:r>
      <w:proofErr w:type="spellEnd"/>
      <w:r>
        <w:rPr>
          <w:rFonts w:ascii="Times New Roman" w:hAnsi="Times New Roman"/>
          <w:sz w:val="24"/>
        </w:rPr>
        <w:t xml:space="preserve"> </w:t>
      </w:r>
      <w:proofErr w:type="spellStart"/>
      <w:r>
        <w:rPr>
          <w:rFonts w:ascii="Times New Roman" w:hAnsi="Times New Roman"/>
          <w:sz w:val="24"/>
        </w:rPr>
        <w:t>hàng</w:t>
      </w:r>
      <w:proofErr w:type="spellEnd"/>
      <w:r>
        <w:rPr>
          <w:rFonts w:ascii="Times New Roman" w:hAnsi="Times New Roman"/>
          <w:sz w:val="24"/>
        </w:rPr>
        <w:t xml:space="preserve"> </w:t>
      </w:r>
      <w:proofErr w:type="spellStart"/>
      <w:r>
        <w:rPr>
          <w:rFonts w:ascii="Times New Roman" w:hAnsi="Times New Roman"/>
          <w:sz w:val="24"/>
        </w:rPr>
        <w:t>gồm</w:t>
      </w:r>
      <w:proofErr w:type="spellEnd"/>
      <w:r>
        <w:rPr>
          <w:rFonts w:ascii="Times New Roman" w:hAnsi="Times New Roman"/>
          <w:sz w:val="24"/>
        </w:rPr>
        <w:t xml:space="preserve"> 76 </w:t>
      </w:r>
      <w:proofErr w:type="spellStart"/>
      <w:r>
        <w:rPr>
          <w:rFonts w:ascii="Times New Roman" w:hAnsi="Times New Roman"/>
          <w:sz w:val="24"/>
        </w:rPr>
        <w:t>cái</w:t>
      </w:r>
      <w:proofErr w:type="spellEnd"/>
      <w:r>
        <w:rPr>
          <w:rFonts w:ascii="Times New Roman" w:hAnsi="Times New Roman"/>
          <w:sz w:val="24"/>
        </w:rPr>
        <w:t xml:space="preserve"> </w:t>
      </w:r>
      <w:proofErr w:type="spellStart"/>
      <w:r>
        <w:rPr>
          <w:rFonts w:ascii="Times New Roman" w:hAnsi="Times New Roman"/>
          <w:sz w:val="24"/>
        </w:rPr>
        <w:t>ghế</w:t>
      </w:r>
      <w:proofErr w:type="spellEnd"/>
      <w:r>
        <w:rPr>
          <w:rFonts w:ascii="Times New Roman" w:hAnsi="Times New Roman"/>
          <w:sz w:val="24"/>
        </w:rPr>
        <w:t xml:space="preserve"> </w:t>
      </w:r>
      <w:proofErr w:type="spellStart"/>
      <w:r>
        <w:rPr>
          <w:rFonts w:ascii="Times New Roman" w:hAnsi="Times New Roman"/>
          <w:sz w:val="24"/>
        </w:rPr>
        <w:t>màu</w:t>
      </w:r>
      <w:proofErr w:type="spellEnd"/>
      <w:r>
        <w:rPr>
          <w:rFonts w:ascii="Times New Roman" w:hAnsi="Times New Roman"/>
          <w:sz w:val="24"/>
        </w:rPr>
        <w:t xml:space="preserve"> WD01C </w:t>
      </w:r>
      <w:proofErr w:type="spellStart"/>
      <w:r>
        <w:rPr>
          <w:rFonts w:ascii="Times New Roman" w:hAnsi="Times New Roman"/>
          <w:sz w:val="24"/>
        </w:rPr>
        <w:t>dự</w:t>
      </w:r>
      <w:proofErr w:type="spellEnd"/>
      <w:r>
        <w:rPr>
          <w:rFonts w:ascii="Times New Roman" w:hAnsi="Times New Roman"/>
          <w:sz w:val="24"/>
        </w:rPr>
        <w:t xml:space="preserve"> </w:t>
      </w:r>
      <w:proofErr w:type="spellStart"/>
      <w:r>
        <w:rPr>
          <w:rFonts w:ascii="Times New Roman" w:hAnsi="Times New Roman"/>
          <w:sz w:val="24"/>
        </w:rPr>
        <w:t>án</w:t>
      </w:r>
      <w:proofErr w:type="spellEnd"/>
      <w:r>
        <w:rPr>
          <w:rFonts w:ascii="Times New Roman" w:hAnsi="Times New Roman"/>
          <w:sz w:val="24"/>
        </w:rPr>
        <w:t xml:space="preserve"> Nam Khang </w:t>
      </w:r>
      <w:proofErr w:type="spellStart"/>
      <w:r>
        <w:rPr>
          <w:rFonts w:ascii="Times New Roman" w:hAnsi="Times New Roman"/>
          <w:sz w:val="24"/>
        </w:rPr>
        <w:t>và</w:t>
      </w:r>
      <w:proofErr w:type="spellEnd"/>
      <w:r>
        <w:rPr>
          <w:rFonts w:ascii="Times New Roman" w:hAnsi="Times New Roman"/>
          <w:sz w:val="24"/>
        </w:rPr>
        <w:t xml:space="preserve"> </w:t>
      </w:r>
      <w:proofErr w:type="spellStart"/>
      <w:r>
        <w:rPr>
          <w:rFonts w:ascii="Times New Roman" w:hAnsi="Times New Roman"/>
          <w:sz w:val="24"/>
        </w:rPr>
        <w:t>màu</w:t>
      </w:r>
      <w:proofErr w:type="spellEnd"/>
      <w:r>
        <w:rPr>
          <w:rFonts w:ascii="Times New Roman" w:hAnsi="Times New Roman"/>
          <w:sz w:val="24"/>
        </w:rPr>
        <w:t xml:space="preserve"> WD02 160m² (21 </w:t>
      </w:r>
      <w:proofErr w:type="spellStart"/>
      <w:r>
        <w:rPr>
          <w:rFonts w:ascii="Times New Roman" w:hAnsi="Times New Roman"/>
          <w:sz w:val="24"/>
        </w:rPr>
        <w:t>bộ</w:t>
      </w:r>
      <w:proofErr w:type="spellEnd"/>
      <w:r>
        <w:rPr>
          <w:rFonts w:ascii="Times New Roman" w:hAnsi="Times New Roman"/>
          <w:sz w:val="24"/>
        </w:rPr>
        <w:t xml:space="preserve"> </w:t>
      </w:r>
      <w:proofErr w:type="spellStart"/>
      <w:r>
        <w:rPr>
          <w:rFonts w:ascii="Times New Roman" w:hAnsi="Times New Roman"/>
          <w:sz w:val="24"/>
        </w:rPr>
        <w:t>cửa</w:t>
      </w:r>
      <w:proofErr w:type="spellEnd"/>
      <w:r>
        <w:rPr>
          <w:rFonts w:ascii="Times New Roman" w:hAnsi="Times New Roman"/>
          <w:sz w:val="24"/>
        </w:rPr>
        <w:t xml:space="preserve">) </w:t>
      </w:r>
      <w:proofErr w:type="spellStart"/>
      <w:r>
        <w:rPr>
          <w:rFonts w:ascii="Times New Roman" w:hAnsi="Times New Roman"/>
          <w:sz w:val="24"/>
        </w:rPr>
        <w:t>dự</w:t>
      </w:r>
      <w:proofErr w:type="spellEnd"/>
      <w:r>
        <w:rPr>
          <w:rFonts w:ascii="Times New Roman" w:hAnsi="Times New Roman"/>
          <w:sz w:val="24"/>
        </w:rPr>
        <w:t xml:space="preserve"> </w:t>
      </w:r>
      <w:proofErr w:type="spellStart"/>
      <w:r>
        <w:rPr>
          <w:rFonts w:ascii="Times New Roman" w:hAnsi="Times New Roman"/>
          <w:sz w:val="24"/>
        </w:rPr>
        <w:t>án</w:t>
      </w:r>
      <w:proofErr w:type="spellEnd"/>
      <w:r>
        <w:rPr>
          <w:rFonts w:ascii="Times New Roman" w:hAnsi="Times New Roman"/>
          <w:sz w:val="24"/>
        </w:rPr>
        <w:t xml:space="preserve"> </w:t>
      </w:r>
      <w:proofErr w:type="spellStart"/>
      <w:r>
        <w:rPr>
          <w:rFonts w:ascii="Times New Roman" w:hAnsi="Times New Roman"/>
          <w:sz w:val="24"/>
        </w:rPr>
        <w:t>Hồ</w:t>
      </w:r>
      <w:proofErr w:type="spellEnd"/>
      <w:r>
        <w:rPr>
          <w:rFonts w:ascii="Times New Roman" w:hAnsi="Times New Roman"/>
          <w:sz w:val="24"/>
        </w:rPr>
        <w:t xml:space="preserve"> </w:t>
      </w:r>
      <w:proofErr w:type="spellStart"/>
      <w:r>
        <w:rPr>
          <w:rFonts w:ascii="Times New Roman" w:hAnsi="Times New Roman"/>
          <w:sz w:val="24"/>
        </w:rPr>
        <w:t>Tràm</w:t>
      </w:r>
      <w:proofErr w:type="spellEnd"/>
      <w:r>
        <w:rPr>
          <w:rFonts w:ascii="Times New Roman" w:hAnsi="Times New Roman"/>
          <w:sz w:val="24"/>
        </w:rPr>
        <w:t>.</w:t>
      </w:r>
      <w:r>
        <w:t xml:space="preserve"> . </w:t>
      </w:r>
      <w:proofErr w:type="spellStart"/>
      <w:r>
        <w:t>Đây</w:t>
      </w:r>
      <w:proofErr w:type="spellEnd"/>
      <w:r>
        <w:t xml:space="preserve"> </w:t>
      </w:r>
      <w:proofErr w:type="spellStart"/>
      <w:r>
        <w:t>là</w:t>
      </w:r>
      <w:proofErr w:type="spellEnd"/>
      <w:r>
        <w:t xml:space="preserve"> 2 </w:t>
      </w:r>
      <w:proofErr w:type="spellStart"/>
      <w:r>
        <w:t>màu</w:t>
      </w:r>
      <w:proofErr w:type="spellEnd"/>
      <w:r>
        <w:t xml:space="preserve"> </w:t>
      </w:r>
      <w:r>
        <w:rPr>
          <w:rFonts w:ascii="Times New Roman" w:hAnsi="Times New Roman"/>
          <w:sz w:val="24"/>
        </w:rPr>
        <w:t xml:space="preserve">Sơn Vison </w:t>
      </w:r>
      <w:proofErr w:type="spellStart"/>
      <w:r>
        <w:rPr>
          <w:rFonts w:ascii="Times New Roman" w:hAnsi="Times New Roman"/>
          <w:sz w:val="24"/>
        </w:rPr>
        <w:t>đã</w:t>
      </w:r>
      <w:proofErr w:type="spellEnd"/>
      <w:r>
        <w:rPr>
          <w:rFonts w:ascii="Times New Roman" w:hAnsi="Times New Roman"/>
          <w:sz w:val="24"/>
        </w:rPr>
        <w:t xml:space="preserve"> làm </w:t>
      </w:r>
      <w:proofErr w:type="spellStart"/>
      <w:r>
        <w:rPr>
          <w:rFonts w:ascii="Times New Roman" w:hAnsi="Times New Roman"/>
          <w:sz w:val="24"/>
        </w:rPr>
        <w:t>mẫu</w:t>
      </w:r>
      <w:proofErr w:type="spellEnd"/>
      <w:r>
        <w:rPr>
          <w:rFonts w:ascii="Times New Roman" w:hAnsi="Times New Roman"/>
          <w:sz w:val="24"/>
        </w:rPr>
        <w:t xml:space="preserve"> 2 </w:t>
      </w:r>
      <w:proofErr w:type="spellStart"/>
      <w:r>
        <w:rPr>
          <w:rFonts w:ascii="Times New Roman" w:hAnsi="Times New Roman"/>
          <w:sz w:val="24"/>
        </w:rPr>
        <w:t>màu</w:t>
      </w:r>
      <w:proofErr w:type="spellEnd"/>
      <w:r>
        <w:rPr>
          <w:rFonts w:ascii="Times New Roman" w:hAnsi="Times New Roman"/>
          <w:sz w:val="24"/>
        </w:rPr>
        <w:t xml:space="preserve"> WD01C </w:t>
      </w:r>
      <w:proofErr w:type="spellStart"/>
      <w:r>
        <w:rPr>
          <w:rFonts w:ascii="Times New Roman" w:hAnsi="Times New Roman"/>
          <w:sz w:val="24"/>
        </w:rPr>
        <w:t>và</w:t>
      </w:r>
      <w:proofErr w:type="spellEnd"/>
      <w:r>
        <w:rPr>
          <w:rFonts w:ascii="Times New Roman" w:hAnsi="Times New Roman"/>
          <w:sz w:val="24"/>
        </w:rPr>
        <w:t xml:space="preserve"> WD02 </w:t>
      </w:r>
      <w:proofErr w:type="spellStart"/>
      <w:r>
        <w:rPr>
          <w:rFonts w:ascii="Times New Roman" w:hAnsi="Times New Roman"/>
          <w:sz w:val="24"/>
        </w:rPr>
        <w:t>nhưng</w:t>
      </w:r>
      <w:proofErr w:type="spellEnd"/>
      <w:r>
        <w:rPr>
          <w:rFonts w:ascii="Times New Roman" w:hAnsi="Times New Roman"/>
          <w:sz w:val="24"/>
        </w:rPr>
        <w:t xml:space="preserve"> </w:t>
      </w:r>
      <w:proofErr w:type="spellStart"/>
      <w:r>
        <w:rPr>
          <w:rFonts w:ascii="Times New Roman" w:hAnsi="Times New Roman"/>
          <w:sz w:val="24"/>
        </w:rPr>
        <w:t>chưa</w:t>
      </w:r>
      <w:proofErr w:type="spellEnd"/>
      <w:r>
        <w:rPr>
          <w:rFonts w:ascii="Times New Roman" w:hAnsi="Times New Roman"/>
          <w:sz w:val="24"/>
        </w:rPr>
        <w:t xml:space="preserve"> </w:t>
      </w:r>
      <w:proofErr w:type="spellStart"/>
      <w:r>
        <w:rPr>
          <w:rFonts w:ascii="Times New Roman" w:hAnsi="Times New Roman"/>
          <w:sz w:val="24"/>
        </w:rPr>
        <w:t>ra</w:t>
      </w:r>
      <w:proofErr w:type="spellEnd"/>
      <w:r>
        <w:rPr>
          <w:rFonts w:ascii="Times New Roman" w:hAnsi="Times New Roman"/>
          <w:sz w:val="24"/>
        </w:rPr>
        <w:t xml:space="preserve"> </w:t>
      </w:r>
      <w:proofErr w:type="spellStart"/>
      <w:r>
        <w:rPr>
          <w:rFonts w:ascii="Times New Roman" w:hAnsi="Times New Roman"/>
          <w:sz w:val="24"/>
        </w:rPr>
        <w:t>màu</w:t>
      </w:r>
      <w:proofErr w:type="spellEnd"/>
      <w:r>
        <w:rPr>
          <w:rFonts w:ascii="Times New Roman" w:hAnsi="Times New Roman"/>
          <w:sz w:val="24"/>
        </w:rPr>
        <w:t xml:space="preserve"> </w:t>
      </w:r>
      <w:proofErr w:type="spellStart"/>
      <w:r>
        <w:rPr>
          <w:rFonts w:ascii="Times New Roman" w:hAnsi="Times New Roman"/>
          <w:sz w:val="24"/>
        </w:rPr>
        <w:t>đủ</w:t>
      </w:r>
      <w:proofErr w:type="spellEnd"/>
      <w:r>
        <w:rPr>
          <w:rFonts w:ascii="Times New Roman" w:hAnsi="Times New Roman"/>
          <w:sz w:val="24"/>
        </w:rPr>
        <w:t xml:space="preserve"> </w:t>
      </w:r>
      <w:proofErr w:type="spellStart"/>
      <w:r>
        <w:rPr>
          <w:rFonts w:ascii="Times New Roman" w:hAnsi="Times New Roman"/>
          <w:sz w:val="24"/>
        </w:rPr>
        <w:t>lấy</w:t>
      </w:r>
      <w:proofErr w:type="spellEnd"/>
      <w:r>
        <w:rPr>
          <w:rFonts w:ascii="Times New Roman" w:hAnsi="Times New Roman"/>
          <w:sz w:val="24"/>
        </w:rPr>
        <w:t xml:space="preserve"> </w:t>
      </w:r>
      <w:proofErr w:type="spellStart"/>
      <w:r>
        <w:rPr>
          <w:rFonts w:ascii="Times New Roman" w:hAnsi="Times New Roman"/>
          <w:sz w:val="24"/>
        </w:rPr>
        <w:t>mẫu</w:t>
      </w:r>
      <w:proofErr w:type="spellEnd"/>
      <w:r>
        <w:rPr>
          <w:rFonts w:ascii="Times New Roman" w:hAnsi="Times New Roman"/>
          <w:sz w:val="24"/>
        </w:rPr>
        <w:t xml:space="preserve"> BT Chem </w:t>
      </w:r>
      <w:proofErr w:type="spellStart"/>
      <w:r>
        <w:rPr>
          <w:rFonts w:ascii="Times New Roman" w:hAnsi="Times New Roman"/>
          <w:sz w:val="24"/>
        </w:rPr>
        <w:t>chạy</w:t>
      </w:r>
      <w:proofErr w:type="spellEnd"/>
      <w:r>
        <w:rPr>
          <w:rFonts w:ascii="Times New Roman" w:hAnsi="Times New Roman"/>
          <w:sz w:val="24"/>
        </w:rPr>
        <w:t>.</w:t>
      </w:r>
    </w:p>
    <w:p w14:paraId="0D725F54" w14:textId="77777777" w:rsidR="008D547B" w:rsidRDefault="008D547B" w:rsidP="008D547B">
      <w:r>
        <w:rPr>
          <w:rFonts w:ascii="Times New Roman" w:hAnsi="Times New Roman"/>
          <w:b/>
          <w:sz w:val="24"/>
        </w:rPr>
        <w:t>2. CÔNG TY ĐẤT MỚI</w:t>
      </w:r>
    </w:p>
    <w:p w14:paraId="77BFE09F" w14:textId="77777777" w:rsidR="008D547B" w:rsidRDefault="008D547B" w:rsidP="008D547B">
      <w:r>
        <w:rPr>
          <w:rFonts w:ascii="Times New Roman" w:hAnsi="Times New Roman"/>
          <w:sz w:val="24"/>
        </w:rPr>
        <w:t xml:space="preserve">• </w:t>
      </w:r>
      <w:proofErr w:type="spellStart"/>
      <w:r>
        <w:rPr>
          <w:rFonts w:ascii="Times New Roman" w:hAnsi="Times New Roman"/>
          <w:sz w:val="24"/>
        </w:rPr>
        <w:t>Mẫu</w:t>
      </w:r>
      <w:proofErr w:type="spellEnd"/>
      <w:r>
        <w:rPr>
          <w:rFonts w:ascii="Times New Roman" w:hAnsi="Times New Roman"/>
          <w:sz w:val="24"/>
        </w:rPr>
        <w:t xml:space="preserve"> </w:t>
      </w:r>
      <w:proofErr w:type="spellStart"/>
      <w:r>
        <w:rPr>
          <w:rFonts w:ascii="Times New Roman" w:hAnsi="Times New Roman"/>
          <w:sz w:val="24"/>
        </w:rPr>
        <w:t>nhận</w:t>
      </w:r>
      <w:proofErr w:type="spellEnd"/>
      <w:r>
        <w:rPr>
          <w:rFonts w:ascii="Times New Roman" w:hAnsi="Times New Roman"/>
          <w:sz w:val="24"/>
        </w:rPr>
        <w:t xml:space="preserve">: 5 </w:t>
      </w:r>
      <w:proofErr w:type="spellStart"/>
      <w:r>
        <w:rPr>
          <w:rFonts w:ascii="Times New Roman" w:hAnsi="Times New Roman"/>
          <w:sz w:val="24"/>
        </w:rPr>
        <w:t>mẫu</w:t>
      </w:r>
      <w:proofErr w:type="spellEnd"/>
      <w:r>
        <w:rPr>
          <w:rFonts w:ascii="Times New Roman" w:hAnsi="Times New Roman"/>
          <w:sz w:val="24"/>
        </w:rPr>
        <w:t xml:space="preserve"> </w:t>
      </w:r>
      <w:proofErr w:type="spellStart"/>
      <w:r>
        <w:rPr>
          <w:rFonts w:ascii="Times New Roman" w:hAnsi="Times New Roman"/>
          <w:sz w:val="24"/>
        </w:rPr>
        <w:t>mới</w:t>
      </w:r>
      <w:proofErr w:type="spellEnd"/>
      <w:r>
        <w:rPr>
          <w:rFonts w:ascii="Times New Roman" w:hAnsi="Times New Roman"/>
          <w:sz w:val="24"/>
        </w:rPr>
        <w:t xml:space="preserve"> </w:t>
      </w:r>
      <w:proofErr w:type="spellStart"/>
      <w:r>
        <w:rPr>
          <w:rFonts w:ascii="Times New Roman" w:hAnsi="Times New Roman"/>
          <w:sz w:val="24"/>
        </w:rPr>
        <w:t>loại</w:t>
      </w:r>
      <w:proofErr w:type="spellEnd"/>
      <w:r>
        <w:rPr>
          <w:rFonts w:ascii="Times New Roman" w:hAnsi="Times New Roman"/>
          <w:sz w:val="24"/>
        </w:rPr>
        <w:t xml:space="preserve"> 100 </w:t>
      </w:r>
      <w:proofErr w:type="spellStart"/>
      <w:r>
        <w:rPr>
          <w:rFonts w:ascii="Times New Roman" w:hAnsi="Times New Roman"/>
          <w:sz w:val="24"/>
        </w:rPr>
        <w:t>thử</w:t>
      </w:r>
      <w:proofErr w:type="spellEnd"/>
      <w:r>
        <w:rPr>
          <w:rFonts w:ascii="Times New Roman" w:hAnsi="Times New Roman"/>
          <w:sz w:val="24"/>
        </w:rPr>
        <w:t xml:space="preserve">, </w:t>
      </w:r>
      <w:proofErr w:type="spellStart"/>
      <w:r>
        <w:rPr>
          <w:rFonts w:ascii="Times New Roman" w:hAnsi="Times New Roman"/>
          <w:sz w:val="24"/>
        </w:rPr>
        <w:t>khách</w:t>
      </w:r>
      <w:proofErr w:type="spellEnd"/>
      <w:r>
        <w:rPr>
          <w:rFonts w:ascii="Times New Roman" w:hAnsi="Times New Roman"/>
          <w:sz w:val="24"/>
        </w:rPr>
        <w:t xml:space="preserve"> </w:t>
      </w:r>
      <w:proofErr w:type="spellStart"/>
      <w:r>
        <w:rPr>
          <w:rFonts w:ascii="Times New Roman" w:hAnsi="Times New Roman"/>
          <w:sz w:val="24"/>
        </w:rPr>
        <w:t>hàng</w:t>
      </w:r>
      <w:proofErr w:type="spellEnd"/>
      <w:r>
        <w:rPr>
          <w:rFonts w:ascii="Times New Roman" w:hAnsi="Times New Roman"/>
          <w:sz w:val="24"/>
        </w:rPr>
        <w:t xml:space="preserve"> ASCH.</w:t>
      </w:r>
    </w:p>
    <w:p w14:paraId="17191C11" w14:textId="77777777" w:rsidR="008D547B" w:rsidRDefault="008D547B" w:rsidP="008D547B">
      <w:r>
        <w:rPr>
          <w:rFonts w:ascii="Times New Roman" w:hAnsi="Times New Roman"/>
          <w:sz w:val="24"/>
        </w:rPr>
        <w:t xml:space="preserve">• Sản </w:t>
      </w:r>
      <w:proofErr w:type="spellStart"/>
      <w:r>
        <w:rPr>
          <w:rFonts w:ascii="Times New Roman" w:hAnsi="Times New Roman"/>
          <w:sz w:val="24"/>
        </w:rPr>
        <w:t>xuất</w:t>
      </w:r>
      <w:proofErr w:type="spellEnd"/>
      <w:r>
        <w:rPr>
          <w:rFonts w:ascii="Times New Roman" w:hAnsi="Times New Roman"/>
          <w:sz w:val="24"/>
        </w:rPr>
        <w:t xml:space="preserve"> </w:t>
      </w:r>
      <w:proofErr w:type="spellStart"/>
      <w:r>
        <w:rPr>
          <w:rFonts w:ascii="Times New Roman" w:hAnsi="Times New Roman"/>
          <w:sz w:val="24"/>
        </w:rPr>
        <w:t>tại</w:t>
      </w:r>
      <w:proofErr w:type="spellEnd"/>
      <w:r>
        <w:rPr>
          <w:rFonts w:ascii="Times New Roman" w:hAnsi="Times New Roman"/>
          <w:sz w:val="24"/>
        </w:rPr>
        <w:t xml:space="preserve"> </w:t>
      </w:r>
      <w:proofErr w:type="spellStart"/>
      <w:r>
        <w:rPr>
          <w:rFonts w:ascii="Times New Roman" w:hAnsi="Times New Roman"/>
          <w:sz w:val="24"/>
        </w:rPr>
        <w:t>nhà</w:t>
      </w:r>
      <w:proofErr w:type="spellEnd"/>
      <w:r>
        <w:rPr>
          <w:rFonts w:ascii="Times New Roman" w:hAnsi="Times New Roman"/>
          <w:sz w:val="24"/>
        </w:rPr>
        <w:t xml:space="preserve"> </w:t>
      </w:r>
      <w:proofErr w:type="spellStart"/>
      <w:r>
        <w:rPr>
          <w:rFonts w:ascii="Times New Roman" w:hAnsi="Times New Roman"/>
          <w:sz w:val="24"/>
        </w:rPr>
        <w:t>máy</w:t>
      </w:r>
      <w:proofErr w:type="spellEnd"/>
      <w:r>
        <w:rPr>
          <w:rFonts w:ascii="Times New Roman" w:hAnsi="Times New Roman"/>
          <w:sz w:val="24"/>
        </w:rPr>
        <w:t xml:space="preserve"> </w:t>
      </w:r>
      <w:proofErr w:type="spellStart"/>
      <w:r>
        <w:rPr>
          <w:rFonts w:ascii="Times New Roman" w:hAnsi="Times New Roman"/>
          <w:sz w:val="24"/>
        </w:rPr>
        <w:t>ổn</w:t>
      </w:r>
      <w:proofErr w:type="spellEnd"/>
      <w:r>
        <w:rPr>
          <w:rFonts w:ascii="Times New Roman" w:hAnsi="Times New Roman"/>
          <w:sz w:val="24"/>
        </w:rPr>
        <w:t xml:space="preserve"> </w:t>
      </w:r>
      <w:proofErr w:type="spellStart"/>
      <w:r>
        <w:rPr>
          <w:rFonts w:ascii="Times New Roman" w:hAnsi="Times New Roman"/>
          <w:sz w:val="24"/>
        </w:rPr>
        <w:t>định</w:t>
      </w:r>
      <w:proofErr w:type="spellEnd"/>
      <w:r>
        <w:rPr>
          <w:rFonts w:ascii="Times New Roman" w:hAnsi="Times New Roman"/>
          <w:sz w:val="24"/>
        </w:rPr>
        <w:t>.</w:t>
      </w:r>
    </w:p>
    <w:p w14:paraId="395665A8" w14:textId="77777777" w:rsidR="008D547B" w:rsidRDefault="008D547B" w:rsidP="008D547B">
      <w:r>
        <w:rPr>
          <w:rFonts w:ascii="Times New Roman" w:hAnsi="Times New Roman"/>
          <w:sz w:val="24"/>
        </w:rPr>
        <w:t xml:space="preserve">• </w:t>
      </w:r>
      <w:proofErr w:type="spellStart"/>
      <w:r>
        <w:rPr>
          <w:rFonts w:ascii="Times New Roman" w:hAnsi="Times New Roman"/>
          <w:sz w:val="24"/>
        </w:rPr>
        <w:t>Tuần</w:t>
      </w:r>
      <w:proofErr w:type="spellEnd"/>
      <w:r>
        <w:rPr>
          <w:rFonts w:ascii="Times New Roman" w:hAnsi="Times New Roman"/>
          <w:sz w:val="24"/>
        </w:rPr>
        <w:t xml:space="preserve"> </w:t>
      </w:r>
      <w:proofErr w:type="spellStart"/>
      <w:r>
        <w:rPr>
          <w:rFonts w:ascii="Times New Roman" w:hAnsi="Times New Roman"/>
          <w:sz w:val="24"/>
        </w:rPr>
        <w:t>vừa</w:t>
      </w:r>
      <w:proofErr w:type="spellEnd"/>
      <w:r>
        <w:rPr>
          <w:rFonts w:ascii="Times New Roman" w:hAnsi="Times New Roman"/>
          <w:sz w:val="24"/>
        </w:rPr>
        <w:t xml:space="preserve"> </w:t>
      </w:r>
      <w:proofErr w:type="spellStart"/>
      <w:r>
        <w:rPr>
          <w:rFonts w:ascii="Times New Roman" w:hAnsi="Times New Roman"/>
          <w:sz w:val="24"/>
        </w:rPr>
        <w:t>rồi</w:t>
      </w:r>
      <w:proofErr w:type="spellEnd"/>
      <w:r>
        <w:rPr>
          <w:rFonts w:ascii="Times New Roman" w:hAnsi="Times New Roman"/>
          <w:sz w:val="24"/>
        </w:rPr>
        <w:t xml:space="preserve"> có làm 4 </w:t>
      </w:r>
      <w:proofErr w:type="spellStart"/>
      <w:r>
        <w:rPr>
          <w:rFonts w:ascii="Times New Roman" w:hAnsi="Times New Roman"/>
          <w:sz w:val="24"/>
        </w:rPr>
        <w:t>mẫu</w:t>
      </w:r>
      <w:proofErr w:type="spellEnd"/>
      <w:r>
        <w:rPr>
          <w:rFonts w:ascii="Times New Roman" w:hAnsi="Times New Roman"/>
          <w:sz w:val="24"/>
        </w:rPr>
        <w:t xml:space="preserve"> K+1 OPITI </w:t>
      </w:r>
      <w:proofErr w:type="spellStart"/>
      <w:r>
        <w:rPr>
          <w:rFonts w:ascii="Times New Roman" w:hAnsi="Times New Roman"/>
          <w:sz w:val="24"/>
        </w:rPr>
        <w:t>nhà</w:t>
      </w:r>
      <w:proofErr w:type="spellEnd"/>
      <w:r>
        <w:rPr>
          <w:rFonts w:ascii="Times New Roman" w:hAnsi="Times New Roman"/>
          <w:sz w:val="24"/>
        </w:rPr>
        <w:t xml:space="preserve"> </w:t>
      </w:r>
      <w:proofErr w:type="spellStart"/>
      <w:r>
        <w:rPr>
          <w:rFonts w:ascii="Times New Roman" w:hAnsi="Times New Roman"/>
          <w:sz w:val="24"/>
        </w:rPr>
        <w:t>máy</w:t>
      </w:r>
      <w:proofErr w:type="spellEnd"/>
      <w:r>
        <w:rPr>
          <w:rFonts w:ascii="Times New Roman" w:hAnsi="Times New Roman"/>
          <w:sz w:val="24"/>
        </w:rPr>
        <w:t xml:space="preserve"> Vũ An. KT  </w:t>
      </w:r>
      <w:proofErr w:type="spellStart"/>
      <w:r>
        <w:rPr>
          <w:rFonts w:ascii="Times New Roman" w:hAnsi="Times New Roman"/>
          <w:sz w:val="24"/>
        </w:rPr>
        <w:t>đã</w:t>
      </w:r>
      <w:proofErr w:type="spellEnd"/>
      <w:r>
        <w:rPr>
          <w:rFonts w:ascii="Times New Roman" w:hAnsi="Times New Roman"/>
          <w:sz w:val="24"/>
        </w:rPr>
        <w:t xml:space="preserve"> </w:t>
      </w:r>
      <w:proofErr w:type="spellStart"/>
      <w:r>
        <w:rPr>
          <w:rFonts w:ascii="Times New Roman" w:hAnsi="Times New Roman"/>
          <w:sz w:val="24"/>
        </w:rPr>
        <w:t>xem</w:t>
      </w:r>
      <w:proofErr w:type="spellEnd"/>
      <w:r>
        <w:rPr>
          <w:rFonts w:ascii="Times New Roman" w:hAnsi="Times New Roman"/>
          <w:sz w:val="24"/>
        </w:rPr>
        <w:t xml:space="preserve"> </w:t>
      </w:r>
      <w:proofErr w:type="spellStart"/>
      <w:r>
        <w:rPr>
          <w:rFonts w:ascii="Times New Roman" w:hAnsi="Times New Roman"/>
          <w:sz w:val="24"/>
        </w:rPr>
        <w:t>đạt</w:t>
      </w:r>
      <w:proofErr w:type="spellEnd"/>
      <w:r>
        <w:rPr>
          <w:rFonts w:ascii="Times New Roman" w:hAnsi="Times New Roman"/>
          <w:sz w:val="24"/>
        </w:rPr>
        <w:t xml:space="preserve"> </w:t>
      </w:r>
      <w:proofErr w:type="spellStart"/>
      <w:r>
        <w:rPr>
          <w:rFonts w:ascii="Times New Roman" w:hAnsi="Times New Roman"/>
          <w:sz w:val="24"/>
        </w:rPr>
        <w:t>và</w:t>
      </w:r>
      <w:proofErr w:type="spellEnd"/>
      <w:r>
        <w:rPr>
          <w:rFonts w:ascii="Times New Roman" w:hAnsi="Times New Roman"/>
          <w:sz w:val="24"/>
        </w:rPr>
        <w:t xml:space="preserve"> </w:t>
      </w:r>
      <w:proofErr w:type="spellStart"/>
      <w:r>
        <w:rPr>
          <w:rFonts w:ascii="Times New Roman" w:hAnsi="Times New Roman"/>
          <w:sz w:val="24"/>
        </w:rPr>
        <w:t>đưa</w:t>
      </w:r>
      <w:proofErr w:type="spellEnd"/>
      <w:r>
        <w:rPr>
          <w:rFonts w:ascii="Times New Roman" w:hAnsi="Times New Roman"/>
          <w:sz w:val="24"/>
        </w:rPr>
        <w:t xml:space="preserve"> </w:t>
      </w:r>
      <w:proofErr w:type="spellStart"/>
      <w:r>
        <w:rPr>
          <w:rFonts w:ascii="Times New Roman" w:hAnsi="Times New Roman"/>
          <w:sz w:val="24"/>
        </w:rPr>
        <w:t>về</w:t>
      </w:r>
      <w:proofErr w:type="spellEnd"/>
      <w:r>
        <w:rPr>
          <w:rFonts w:ascii="Times New Roman" w:hAnsi="Times New Roman"/>
          <w:sz w:val="24"/>
        </w:rPr>
        <w:t xml:space="preserve"> </w:t>
      </w:r>
      <w:proofErr w:type="spellStart"/>
      <w:r>
        <w:rPr>
          <w:rFonts w:ascii="Times New Roman" w:hAnsi="Times New Roman"/>
          <w:sz w:val="24"/>
        </w:rPr>
        <w:t>văn</w:t>
      </w:r>
      <w:proofErr w:type="spellEnd"/>
      <w:r>
        <w:rPr>
          <w:rFonts w:ascii="Times New Roman" w:hAnsi="Times New Roman"/>
          <w:sz w:val="24"/>
        </w:rPr>
        <w:t xml:space="preserve"> </w:t>
      </w:r>
      <w:proofErr w:type="spellStart"/>
      <w:r>
        <w:rPr>
          <w:rFonts w:ascii="Times New Roman" w:hAnsi="Times New Roman"/>
          <w:sz w:val="24"/>
        </w:rPr>
        <w:t>phòng</w:t>
      </w:r>
      <w:proofErr w:type="spellEnd"/>
      <w:r>
        <w:rPr>
          <w:rFonts w:ascii="Times New Roman" w:hAnsi="Times New Roman"/>
          <w:sz w:val="24"/>
        </w:rPr>
        <w:t xml:space="preserve"> </w:t>
      </w:r>
      <w:proofErr w:type="spellStart"/>
      <w:r>
        <w:rPr>
          <w:rFonts w:ascii="Times New Roman" w:hAnsi="Times New Roman"/>
          <w:sz w:val="24"/>
        </w:rPr>
        <w:t>xem</w:t>
      </w:r>
      <w:proofErr w:type="spellEnd"/>
      <w:r>
        <w:rPr>
          <w:rFonts w:ascii="Times New Roman" w:hAnsi="Times New Roman"/>
          <w:sz w:val="24"/>
        </w:rPr>
        <w:t xml:space="preserve"> </w:t>
      </w:r>
      <w:proofErr w:type="spellStart"/>
      <w:r>
        <w:rPr>
          <w:rFonts w:ascii="Times New Roman" w:hAnsi="Times New Roman"/>
          <w:sz w:val="24"/>
        </w:rPr>
        <w:t>lại</w:t>
      </w:r>
      <w:proofErr w:type="spellEnd"/>
      <w:r>
        <w:rPr>
          <w:rFonts w:ascii="Times New Roman" w:hAnsi="Times New Roman"/>
          <w:sz w:val="24"/>
        </w:rPr>
        <w:t xml:space="preserve"> (</w:t>
      </w:r>
      <w:proofErr w:type="spellStart"/>
      <w:r>
        <w:rPr>
          <w:rFonts w:ascii="Times New Roman" w:hAnsi="Times New Roman"/>
          <w:sz w:val="24"/>
        </w:rPr>
        <w:t>xem</w:t>
      </w:r>
      <w:proofErr w:type="spellEnd"/>
      <w:r>
        <w:rPr>
          <w:rFonts w:ascii="Times New Roman" w:hAnsi="Times New Roman"/>
          <w:sz w:val="24"/>
        </w:rPr>
        <w:t xml:space="preserve"> </w:t>
      </w:r>
      <w:proofErr w:type="spellStart"/>
      <w:r>
        <w:rPr>
          <w:rFonts w:ascii="Times New Roman" w:hAnsi="Times New Roman"/>
          <w:sz w:val="24"/>
        </w:rPr>
        <w:t>đôi</w:t>
      </w:r>
      <w:proofErr w:type="spellEnd"/>
      <w:r>
        <w:rPr>
          <w:rFonts w:ascii="Times New Roman" w:hAnsi="Times New Roman"/>
          <w:sz w:val="24"/>
        </w:rPr>
        <w:t xml:space="preserve">) </w:t>
      </w:r>
      <w:proofErr w:type="spellStart"/>
      <w:r>
        <w:rPr>
          <w:rFonts w:ascii="Times New Roman" w:hAnsi="Times New Roman"/>
          <w:sz w:val="24"/>
        </w:rPr>
        <w:t>kết</w:t>
      </w:r>
      <w:proofErr w:type="spellEnd"/>
      <w:r>
        <w:rPr>
          <w:rFonts w:ascii="Times New Roman" w:hAnsi="Times New Roman"/>
          <w:sz w:val="24"/>
        </w:rPr>
        <w:t xml:space="preserve"> </w:t>
      </w:r>
      <w:proofErr w:type="spellStart"/>
      <w:r>
        <w:rPr>
          <w:rFonts w:ascii="Times New Roman" w:hAnsi="Times New Roman"/>
          <w:sz w:val="24"/>
        </w:rPr>
        <w:t>quả</w:t>
      </w:r>
      <w:proofErr w:type="spellEnd"/>
      <w:r>
        <w:rPr>
          <w:rFonts w:ascii="Times New Roman" w:hAnsi="Times New Roman"/>
          <w:sz w:val="24"/>
        </w:rPr>
        <w:t xml:space="preserve"> </w:t>
      </w:r>
      <w:proofErr w:type="spellStart"/>
      <w:r>
        <w:rPr>
          <w:rFonts w:ascii="Times New Roman" w:hAnsi="Times New Roman"/>
          <w:sz w:val="24"/>
        </w:rPr>
        <w:t>chưa</w:t>
      </w:r>
      <w:proofErr w:type="spellEnd"/>
      <w:r>
        <w:rPr>
          <w:rFonts w:ascii="Times New Roman" w:hAnsi="Times New Roman"/>
          <w:sz w:val="24"/>
        </w:rPr>
        <w:t xml:space="preserve"> </w:t>
      </w:r>
      <w:proofErr w:type="spellStart"/>
      <w:r>
        <w:rPr>
          <w:rFonts w:ascii="Times New Roman" w:hAnsi="Times New Roman"/>
          <w:sz w:val="24"/>
        </w:rPr>
        <w:t>đạt</w:t>
      </w:r>
      <w:proofErr w:type="spellEnd"/>
      <w:r>
        <w:rPr>
          <w:rFonts w:ascii="Times New Roman" w:hAnsi="Times New Roman"/>
          <w:sz w:val="24"/>
        </w:rPr>
        <w:t xml:space="preserve">. </w:t>
      </w:r>
      <w:proofErr w:type="spellStart"/>
      <w:r>
        <w:rPr>
          <w:rFonts w:ascii="Times New Roman" w:hAnsi="Times New Roman"/>
          <w:sz w:val="24"/>
        </w:rPr>
        <w:t>Kỹ</w:t>
      </w:r>
      <w:proofErr w:type="spellEnd"/>
      <w:r>
        <w:rPr>
          <w:rFonts w:ascii="Times New Roman" w:hAnsi="Times New Roman"/>
          <w:sz w:val="24"/>
        </w:rPr>
        <w:t xml:space="preserve"> </w:t>
      </w:r>
      <w:proofErr w:type="spellStart"/>
      <w:r>
        <w:rPr>
          <w:rFonts w:ascii="Times New Roman" w:hAnsi="Times New Roman"/>
          <w:sz w:val="24"/>
        </w:rPr>
        <w:t>thuật</w:t>
      </w:r>
      <w:proofErr w:type="spellEnd"/>
      <w:r>
        <w:rPr>
          <w:rFonts w:ascii="Times New Roman" w:hAnsi="Times New Roman"/>
          <w:sz w:val="24"/>
        </w:rPr>
        <w:t xml:space="preserve"> </w:t>
      </w:r>
      <w:proofErr w:type="spellStart"/>
      <w:r>
        <w:rPr>
          <w:rFonts w:ascii="Times New Roman" w:hAnsi="Times New Roman"/>
          <w:sz w:val="24"/>
        </w:rPr>
        <w:t>đã</w:t>
      </w:r>
      <w:proofErr w:type="spellEnd"/>
      <w:r>
        <w:rPr>
          <w:rFonts w:ascii="Times New Roman" w:hAnsi="Times New Roman"/>
          <w:sz w:val="24"/>
        </w:rPr>
        <w:t xml:space="preserve"> </w:t>
      </w:r>
      <w:proofErr w:type="spellStart"/>
      <w:r>
        <w:rPr>
          <w:rFonts w:ascii="Times New Roman" w:hAnsi="Times New Roman"/>
          <w:sz w:val="24"/>
        </w:rPr>
        <w:t>chỉnh</w:t>
      </w:r>
      <w:proofErr w:type="spellEnd"/>
      <w:r>
        <w:rPr>
          <w:rFonts w:ascii="Times New Roman" w:hAnsi="Times New Roman"/>
          <w:sz w:val="24"/>
        </w:rPr>
        <w:t xml:space="preserve"> </w:t>
      </w:r>
      <w:proofErr w:type="spellStart"/>
      <w:r>
        <w:rPr>
          <w:rFonts w:ascii="Times New Roman" w:hAnsi="Times New Roman"/>
          <w:sz w:val="24"/>
        </w:rPr>
        <w:t>lại</w:t>
      </w:r>
      <w:proofErr w:type="spellEnd"/>
      <w:r>
        <w:rPr>
          <w:rFonts w:ascii="Times New Roman" w:hAnsi="Times New Roman"/>
          <w:sz w:val="24"/>
        </w:rPr>
        <w:t xml:space="preserve"> </w:t>
      </w:r>
      <w:proofErr w:type="spellStart"/>
      <w:r>
        <w:rPr>
          <w:rFonts w:ascii="Times New Roman" w:hAnsi="Times New Roman"/>
          <w:sz w:val="24"/>
        </w:rPr>
        <w:t>và</w:t>
      </w:r>
      <w:proofErr w:type="spellEnd"/>
      <w:r>
        <w:rPr>
          <w:rFonts w:ascii="Times New Roman" w:hAnsi="Times New Roman"/>
          <w:sz w:val="24"/>
        </w:rPr>
        <w:t xml:space="preserve"> K+1 </w:t>
      </w:r>
      <w:proofErr w:type="spellStart"/>
      <w:r>
        <w:rPr>
          <w:rFonts w:ascii="Times New Roman" w:hAnsi="Times New Roman"/>
          <w:sz w:val="24"/>
        </w:rPr>
        <w:t>đã</w:t>
      </w:r>
      <w:proofErr w:type="spellEnd"/>
      <w:r>
        <w:rPr>
          <w:rFonts w:ascii="Times New Roman" w:hAnsi="Times New Roman"/>
          <w:sz w:val="24"/>
        </w:rPr>
        <w:t xml:space="preserve"> </w:t>
      </w:r>
      <w:proofErr w:type="spellStart"/>
      <w:r>
        <w:rPr>
          <w:rFonts w:ascii="Times New Roman" w:hAnsi="Times New Roman"/>
          <w:sz w:val="24"/>
        </w:rPr>
        <w:t>xem</w:t>
      </w:r>
      <w:proofErr w:type="spellEnd"/>
      <w:r>
        <w:rPr>
          <w:rFonts w:ascii="Times New Roman" w:hAnsi="Times New Roman"/>
          <w:sz w:val="24"/>
        </w:rPr>
        <w:t xml:space="preserve"> </w:t>
      </w:r>
      <w:proofErr w:type="spellStart"/>
      <w:r>
        <w:rPr>
          <w:rFonts w:ascii="Times New Roman" w:hAnsi="Times New Roman"/>
          <w:sz w:val="24"/>
        </w:rPr>
        <w:t>lại</w:t>
      </w:r>
      <w:proofErr w:type="spellEnd"/>
      <w:r>
        <w:rPr>
          <w:rFonts w:ascii="Times New Roman" w:hAnsi="Times New Roman"/>
          <w:sz w:val="24"/>
        </w:rPr>
        <w:t xml:space="preserve"> </w:t>
      </w:r>
      <w:proofErr w:type="spellStart"/>
      <w:r>
        <w:rPr>
          <w:rFonts w:ascii="Times New Roman" w:hAnsi="Times New Roman"/>
          <w:sz w:val="24"/>
        </w:rPr>
        <w:t>và</w:t>
      </w:r>
      <w:proofErr w:type="spellEnd"/>
      <w:r>
        <w:rPr>
          <w:rFonts w:ascii="Times New Roman" w:hAnsi="Times New Roman"/>
          <w:sz w:val="24"/>
        </w:rPr>
        <w:t xml:space="preserve"> </w:t>
      </w:r>
      <w:proofErr w:type="spellStart"/>
      <w:r>
        <w:rPr>
          <w:rFonts w:ascii="Times New Roman" w:hAnsi="Times New Roman"/>
          <w:sz w:val="24"/>
        </w:rPr>
        <w:t>đã</w:t>
      </w:r>
      <w:proofErr w:type="spellEnd"/>
      <w:r>
        <w:rPr>
          <w:rFonts w:ascii="Times New Roman" w:hAnsi="Times New Roman"/>
          <w:sz w:val="24"/>
        </w:rPr>
        <w:t xml:space="preserve"> </w:t>
      </w:r>
      <w:proofErr w:type="spellStart"/>
      <w:r>
        <w:rPr>
          <w:rFonts w:ascii="Times New Roman" w:hAnsi="Times New Roman"/>
          <w:sz w:val="24"/>
        </w:rPr>
        <w:t>ký</w:t>
      </w:r>
      <w:proofErr w:type="spellEnd"/>
      <w:r>
        <w:rPr>
          <w:rFonts w:ascii="Times New Roman" w:hAnsi="Times New Roman"/>
          <w:sz w:val="24"/>
        </w:rPr>
        <w:t xml:space="preserve"> </w:t>
      </w:r>
      <w:proofErr w:type="spellStart"/>
      <w:r>
        <w:rPr>
          <w:rFonts w:ascii="Times New Roman" w:hAnsi="Times New Roman"/>
          <w:sz w:val="24"/>
        </w:rPr>
        <w:t>cho</w:t>
      </w:r>
      <w:proofErr w:type="spellEnd"/>
      <w:r>
        <w:rPr>
          <w:rFonts w:ascii="Times New Roman" w:hAnsi="Times New Roman"/>
          <w:sz w:val="24"/>
        </w:rPr>
        <w:t xml:space="preserve"> </w:t>
      </w:r>
      <w:proofErr w:type="spellStart"/>
      <w:r>
        <w:rPr>
          <w:rFonts w:ascii="Times New Roman" w:hAnsi="Times New Roman"/>
          <w:sz w:val="24"/>
        </w:rPr>
        <w:t>chạy</w:t>
      </w:r>
      <w:proofErr w:type="spellEnd"/>
      <w:r>
        <w:rPr>
          <w:rFonts w:ascii="Times New Roman" w:hAnsi="Times New Roman"/>
          <w:sz w:val="24"/>
        </w:rPr>
        <w:t xml:space="preserve"> sản </w:t>
      </w:r>
      <w:proofErr w:type="spellStart"/>
      <w:r>
        <w:rPr>
          <w:rFonts w:ascii="Times New Roman" w:hAnsi="Times New Roman"/>
          <w:sz w:val="24"/>
        </w:rPr>
        <w:t>xuất</w:t>
      </w:r>
      <w:proofErr w:type="spellEnd"/>
      <w:r>
        <w:rPr>
          <w:rFonts w:ascii="Times New Roman" w:hAnsi="Times New Roman"/>
          <w:sz w:val="24"/>
        </w:rPr>
        <w:t>.</w:t>
      </w:r>
    </w:p>
    <w:p w14:paraId="4286C1B0" w14:textId="77777777" w:rsidR="008D547B" w:rsidRDefault="008D547B" w:rsidP="008D547B">
      <w:proofErr w:type="spellStart"/>
      <w:r>
        <w:rPr>
          <w:rFonts w:ascii="Times New Roman" w:hAnsi="Times New Roman"/>
        </w:rPr>
        <w:t>Người</w:t>
      </w:r>
      <w:proofErr w:type="spellEnd"/>
      <w:r>
        <w:rPr>
          <w:rFonts w:ascii="Times New Roman" w:hAnsi="Times New Roman"/>
        </w:rPr>
        <w:t xml:space="preserve"> </w:t>
      </w:r>
      <w:proofErr w:type="spellStart"/>
      <w:r>
        <w:rPr>
          <w:rFonts w:ascii="Times New Roman" w:hAnsi="Times New Roman"/>
        </w:rPr>
        <w:t>báo</w:t>
      </w:r>
      <w:proofErr w:type="spellEnd"/>
      <w:r>
        <w:rPr>
          <w:rFonts w:ascii="Times New Roman" w:hAnsi="Times New Roman"/>
        </w:rPr>
        <w:t xml:space="preserve"> </w:t>
      </w:r>
      <w:proofErr w:type="spellStart"/>
      <w:r>
        <w:rPr>
          <w:rFonts w:ascii="Times New Roman" w:hAnsi="Times New Roman"/>
        </w:rPr>
        <w:t>cáo</w:t>
      </w:r>
      <w:proofErr w:type="spellEnd"/>
      <w:r>
        <w:rPr>
          <w:rFonts w:ascii="Times New Roman" w:hAnsi="Times New Roman"/>
        </w:rPr>
        <w:t xml:space="preserve">: Lê Văn </w:t>
      </w:r>
      <w:proofErr w:type="spellStart"/>
      <w:r>
        <w:rPr>
          <w:rFonts w:ascii="Times New Roman" w:hAnsi="Times New Roman"/>
        </w:rPr>
        <w:t>Hòa</w:t>
      </w:r>
      <w:proofErr w:type="spellEnd"/>
    </w:p>
    <w:p w14:paraId="46C146BE" w14:textId="77777777" w:rsidR="008D547B" w:rsidRDefault="008D547B" w:rsidP="008D547B"/>
    <w:p w14:paraId="1329C4C7" w14:textId="77777777" w:rsidR="00E51555" w:rsidRDefault="00E51555" w:rsidP="008D547B"/>
    <w:p w14:paraId="69F8A849" w14:textId="77777777" w:rsidR="00E51555" w:rsidRDefault="00E51555" w:rsidP="008D547B"/>
    <w:p w14:paraId="1BB6DCD2" w14:textId="77777777" w:rsidR="00E51555" w:rsidRDefault="00E51555" w:rsidP="008D547B"/>
    <w:p w14:paraId="703D445F" w14:textId="77777777" w:rsidR="00E51555" w:rsidRDefault="00E51555" w:rsidP="008D547B"/>
    <w:p w14:paraId="14DEFE44" w14:textId="77777777" w:rsidR="00E51555" w:rsidRDefault="00E51555" w:rsidP="008D547B"/>
    <w:p w14:paraId="61AC57CA" w14:textId="77777777" w:rsidR="00E51555" w:rsidRDefault="00E51555" w:rsidP="008D547B"/>
    <w:p w14:paraId="1229C878" w14:textId="77777777" w:rsidR="008D547B" w:rsidRDefault="008D547B" w:rsidP="008D547B">
      <w:pPr>
        <w:spacing w:before="40" w:after="40"/>
        <w:jc w:val="center"/>
      </w:pPr>
      <w:r>
        <w:rPr>
          <w:rFonts w:ascii="Times New Roman" w:eastAsia="Times New Roman" w:hAnsi="Times New Roman" w:cs="Times New Roman"/>
          <w:b/>
          <w:bCs/>
          <w:sz w:val="28"/>
          <w:szCs w:val="28"/>
        </w:rPr>
        <w:lastRenderedPageBreak/>
        <w:t>BÁO CÁO CÔNG TÁC TUẦN</w:t>
      </w:r>
    </w:p>
    <w:p w14:paraId="67FC5EC9" w14:textId="77777777" w:rsidR="008D547B" w:rsidRDefault="008D547B" w:rsidP="008D547B">
      <w:pPr>
        <w:spacing w:before="40" w:after="160"/>
        <w:jc w:val="center"/>
      </w:pPr>
    </w:p>
    <w:p w14:paraId="57CD31E4" w14:textId="77777777" w:rsidR="008D547B" w:rsidRDefault="008D547B" w:rsidP="008D547B">
      <w:proofErr w:type="spellStart"/>
      <w:r>
        <w:rPr>
          <w:rFonts w:ascii="Times New Roman" w:eastAsia="Times New Roman" w:hAnsi="Times New Roman" w:cs="Times New Roman"/>
          <w:b/>
          <w:bCs/>
          <w:sz w:val="24"/>
          <w:szCs w:val="24"/>
        </w:rPr>
        <w:t>Họ</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và</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tên</w:t>
      </w:r>
      <w:proofErr w:type="spellEnd"/>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Nguyễn Văn Đen</w:t>
      </w:r>
      <w:r>
        <w:rPr>
          <w:sz w:val="12"/>
          <w:szCs w:val="12"/>
        </w:rPr>
        <w:br/>
      </w:r>
      <w:proofErr w:type="spellStart"/>
      <w:r>
        <w:rPr>
          <w:rFonts w:ascii="Times New Roman" w:eastAsia="Times New Roman" w:hAnsi="Times New Roman" w:cs="Times New Roman"/>
          <w:b/>
          <w:bCs/>
          <w:sz w:val="24"/>
          <w:szCs w:val="24"/>
        </w:rPr>
        <w:t>Nhà</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máy</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phụ</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trách</w:t>
      </w:r>
      <w:proofErr w:type="spellEnd"/>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ĐĂNG LONG</w:t>
      </w:r>
      <w:r>
        <w:rPr>
          <w:sz w:val="12"/>
          <w:szCs w:val="12"/>
        </w:rPr>
        <w:br/>
      </w:r>
      <w:proofErr w:type="spellStart"/>
      <w:r>
        <w:rPr>
          <w:rFonts w:ascii="Times New Roman" w:eastAsia="Times New Roman" w:hAnsi="Times New Roman" w:cs="Times New Roman"/>
          <w:b/>
          <w:bCs/>
          <w:sz w:val="24"/>
          <w:szCs w:val="24"/>
        </w:rPr>
        <w:t>Tuần</w:t>
      </w:r>
      <w:proofErr w:type="spellEnd"/>
      <w:r>
        <w:rPr>
          <w:rFonts w:ascii="Times New Roman" w:eastAsia="Times New Roman" w:hAnsi="Times New Roman" w:cs="Times New Roman"/>
          <w:b/>
          <w:bCs/>
          <w:sz w:val="24"/>
          <w:szCs w:val="24"/>
        </w:rPr>
        <w:t xml:space="preserve"> thứ: </w:t>
      </w:r>
      <w:r>
        <w:rPr>
          <w:rFonts w:ascii="Times New Roman" w:eastAsia="Times New Roman" w:hAnsi="Times New Roman" w:cs="Times New Roman"/>
          <w:sz w:val="24"/>
          <w:szCs w:val="24"/>
        </w:rPr>
        <w:t>30 (</w:t>
      </w:r>
      <w:proofErr w:type="spellStart"/>
      <w:r>
        <w:rPr>
          <w:rFonts w:ascii="Times New Roman" w:eastAsia="Times New Roman" w:hAnsi="Times New Roman" w:cs="Times New Roman"/>
          <w:sz w:val="24"/>
          <w:szCs w:val="24"/>
        </w:rPr>
        <w:t>Từ</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ngày</w:t>
      </w:r>
      <w:proofErr w:type="spellEnd"/>
      <w:r>
        <w:rPr>
          <w:rFonts w:ascii="Times New Roman" w:eastAsia="Times New Roman" w:hAnsi="Times New Roman" w:cs="Times New Roman"/>
          <w:sz w:val="24"/>
          <w:szCs w:val="24"/>
        </w:rPr>
        <w:t xml:space="preserve"> 20/07/2026 </w:t>
      </w:r>
      <w:proofErr w:type="spellStart"/>
      <w:r>
        <w:rPr>
          <w:rFonts w:ascii="Times New Roman" w:eastAsia="Times New Roman" w:hAnsi="Times New Roman" w:cs="Times New Roman"/>
          <w:sz w:val="24"/>
          <w:szCs w:val="24"/>
        </w:rPr>
        <w:t>đến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ngày</w:t>
      </w:r>
      <w:proofErr w:type="spellEnd"/>
      <w:r>
        <w:rPr>
          <w:rFonts w:ascii="Times New Roman" w:eastAsia="Times New Roman" w:hAnsi="Times New Roman" w:cs="Times New Roman"/>
          <w:sz w:val="24"/>
          <w:szCs w:val="24"/>
        </w:rPr>
        <w:t xml:space="preserve"> 25/07/2026)</w:t>
      </w:r>
      <w:r>
        <w:rPr>
          <w:sz w:val="12"/>
          <w:szCs w:val="12"/>
        </w:rPr>
        <w:br/>
      </w:r>
    </w:p>
    <w:p w14:paraId="75FFCEBE" w14:textId="77777777" w:rsidR="008D547B" w:rsidRDefault="008D547B" w:rsidP="008D547B">
      <w:pPr>
        <w:spacing w:before="40" w:after="80"/>
      </w:pPr>
      <w:r>
        <w:rPr>
          <w:rFonts w:ascii="Times New Roman" w:eastAsia="Times New Roman" w:hAnsi="Times New Roman" w:cs="Times New Roman"/>
          <w:b/>
          <w:bCs/>
          <w:sz w:val="24"/>
          <w:szCs w:val="24"/>
        </w:rPr>
        <w:t>1. TÌNH HÌNH ĐƠN HÀNG &amp; PHẢN HỒI CỦA KHÁCH HÀNG</w:t>
      </w:r>
    </w:p>
    <w:p w14:paraId="71AB43D5" w14:textId="77777777" w:rsidR="008D547B" w:rsidRDefault="008D547B" w:rsidP="008D547B">
      <w:pPr>
        <w:spacing w:before="40" w:after="40"/>
      </w:pPr>
      <w:r>
        <w:rPr>
          <w:rFonts w:ascii="Times New Roman" w:eastAsia="Times New Roman" w:hAnsi="Times New Roman" w:cs="Times New Roman"/>
          <w:b/>
          <w:bCs/>
          <w:sz w:val="24"/>
          <w:szCs w:val="24"/>
        </w:rPr>
        <w:t xml:space="preserve">Thông tin </w:t>
      </w:r>
      <w:proofErr w:type="spellStart"/>
      <w:r>
        <w:rPr>
          <w:rFonts w:ascii="Times New Roman" w:eastAsia="Times New Roman" w:hAnsi="Times New Roman" w:cs="Times New Roman"/>
          <w:b/>
          <w:bCs/>
          <w:sz w:val="24"/>
          <w:szCs w:val="24"/>
        </w:rPr>
        <w:t>từ</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khách</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hàng</w:t>
      </w:r>
      <w:proofErr w:type="spellEnd"/>
      <w:r>
        <w:rPr>
          <w:rFonts w:ascii="Times New Roman" w:eastAsia="Times New Roman" w:hAnsi="Times New Roman" w:cs="Times New Roman"/>
          <w:b/>
          <w:bCs/>
          <w:sz w:val="24"/>
          <w:szCs w:val="24"/>
        </w:rPr>
        <w:t>:</w:t>
      </w:r>
    </w:p>
    <w:p w14:paraId="52564979" w14:textId="77777777" w:rsidR="008D547B" w:rsidRDefault="008D547B" w:rsidP="008D547B">
      <w:pPr>
        <w:spacing w:before="40" w:after="80"/>
      </w:pPr>
      <w:r>
        <w:rPr>
          <w:rFonts w:ascii="Times New Roman" w:eastAsia="Times New Roman" w:hAnsi="Times New Roman" w:cs="Times New Roman"/>
          <w:sz w:val="24"/>
          <w:szCs w:val="24"/>
        </w:rPr>
        <w:t xml:space="preserve">Trong </w:t>
      </w:r>
      <w:proofErr w:type="spellStart"/>
      <w:r>
        <w:rPr>
          <w:rFonts w:ascii="Times New Roman" w:eastAsia="Times New Roman" w:hAnsi="Times New Roman" w:cs="Times New Roman"/>
          <w:sz w:val="24"/>
          <w:szCs w:val="24"/>
        </w:rPr>
        <w:t>tuần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nhà</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máy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chạy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tổng</w:t>
      </w:r>
      <w:proofErr w:type="spellEnd"/>
      <w:r>
        <w:rPr>
          <w:rFonts w:ascii="Times New Roman" w:eastAsia="Times New Roman" w:hAnsi="Times New Roman" w:cs="Times New Roman"/>
          <w:sz w:val="24"/>
          <w:szCs w:val="24"/>
        </w:rPr>
        <w:t xml:space="preserve"> 12 cont. Sơn bên </w:t>
      </w:r>
      <w:proofErr w:type="spellStart"/>
      <w:r>
        <w:rPr>
          <w:rFonts w:ascii="Times New Roman" w:eastAsia="Times New Roman" w:hAnsi="Times New Roman" w:cs="Times New Roman"/>
          <w:sz w:val="24"/>
          <w:szCs w:val="24"/>
        </w:rPr>
        <w:t>mình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chạy</w:t>
      </w:r>
      <w:proofErr w:type="spellEnd"/>
      <w:r>
        <w:rPr>
          <w:rFonts w:ascii="Times New Roman" w:eastAsia="Times New Roman" w:hAnsi="Times New Roman" w:cs="Times New Roman"/>
          <w:sz w:val="24"/>
          <w:szCs w:val="24"/>
        </w:rPr>
        <w:t xml:space="preserve"> 8 cont. Sản phẩm </w:t>
      </w:r>
      <w:proofErr w:type="spellStart"/>
      <w:r>
        <w:rPr>
          <w:rFonts w:ascii="Times New Roman" w:eastAsia="Times New Roman" w:hAnsi="Times New Roman" w:cs="Times New Roman"/>
          <w:sz w:val="24"/>
          <w:szCs w:val="24"/>
        </w:rPr>
        <w:t>tủ</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kệ</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Khách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hàng</w:t>
      </w:r>
      <w:proofErr w:type="spellEnd"/>
      <w:r>
        <w:rPr>
          <w:rFonts w:ascii="Times New Roman" w:eastAsia="Times New Roman" w:hAnsi="Times New Roman" w:cs="Times New Roman"/>
          <w:sz w:val="24"/>
          <w:szCs w:val="24"/>
        </w:rPr>
        <w:t xml:space="preserve"> TJX. </w:t>
      </w:r>
      <w:proofErr w:type="spellStart"/>
      <w:r>
        <w:rPr>
          <w:rFonts w:ascii="Times New Roman" w:eastAsia="Times New Roman" w:hAnsi="Times New Roman" w:cs="Times New Roman"/>
          <w:sz w:val="24"/>
          <w:szCs w:val="24"/>
        </w:rPr>
        <w:t>Màu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sắc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chất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lượng</w:t>
      </w:r>
      <w:proofErr w:type="spellEnd"/>
      <w:r>
        <w:rPr>
          <w:rFonts w:ascii="Times New Roman" w:eastAsia="Times New Roman" w:hAnsi="Times New Roman" w:cs="Times New Roman"/>
          <w:sz w:val="24"/>
          <w:szCs w:val="24"/>
        </w:rPr>
        <w:t xml:space="preserve"> sản phẩm </w:t>
      </w:r>
      <w:proofErr w:type="spellStart"/>
      <w:r>
        <w:rPr>
          <w:rFonts w:ascii="Times New Roman" w:eastAsia="Times New Roman" w:hAnsi="Times New Roman" w:cs="Times New Roman"/>
          <w:sz w:val="24"/>
          <w:szCs w:val="24"/>
        </w:rPr>
        <w:t>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chuyền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đạt</w:t>
      </w:r>
      <w:proofErr w:type="spellEnd"/>
      <w:r>
        <w:rPr>
          <w:rFonts w:ascii="Times New Roman" w:eastAsia="Times New Roman" w:hAnsi="Times New Roman" w:cs="Times New Roman"/>
          <w:sz w:val="24"/>
          <w:szCs w:val="24"/>
        </w:rPr>
        <w:t xml:space="preserve">. Sản </w:t>
      </w:r>
      <w:proofErr w:type="spellStart"/>
      <w:r>
        <w:rPr>
          <w:rFonts w:ascii="Times New Roman" w:eastAsia="Times New Roman" w:hAnsi="Times New Roman" w:cs="Times New Roman"/>
          <w:sz w:val="24"/>
          <w:szCs w:val="24"/>
        </w:rPr>
        <w:t>xuất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ổn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định</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24"/>
          <w:szCs w:val="24"/>
        </w:rPr>
        <w:br/>
        <w:t xml:space="preserve">Sơn Tân Hồng </w:t>
      </w:r>
      <w:proofErr w:type="spellStart"/>
      <w:r>
        <w:rPr>
          <w:rFonts w:ascii="Times New Roman" w:eastAsia="Times New Roman" w:hAnsi="Times New Roman" w:cs="Times New Roman"/>
          <w:sz w:val="24"/>
          <w:szCs w:val="24"/>
        </w:rPr>
        <w:t>Phát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chạy</w:t>
      </w:r>
      <w:proofErr w:type="spellEnd"/>
      <w:r>
        <w:rPr>
          <w:rFonts w:ascii="Times New Roman" w:eastAsia="Times New Roman" w:hAnsi="Times New Roman" w:cs="Times New Roman"/>
          <w:sz w:val="24"/>
          <w:szCs w:val="24"/>
        </w:rPr>
        <w:t xml:space="preserve"> 2 </w:t>
      </w:r>
      <w:proofErr w:type="spellStart"/>
      <w:r>
        <w:rPr>
          <w:rFonts w:ascii="Times New Roman" w:eastAsia="Times New Roman" w:hAnsi="Times New Roman" w:cs="Times New Roman"/>
          <w:sz w:val="24"/>
          <w:szCs w:val="24"/>
        </w:rPr>
        <w:t>màu</w:t>
      </w:r>
      <w:proofErr w:type="spellEnd"/>
      <w:r>
        <w:rPr>
          <w:rFonts w:ascii="Times New Roman" w:eastAsia="Times New Roman" w:hAnsi="Times New Roman" w:cs="Times New Roman"/>
          <w:sz w:val="24"/>
          <w:szCs w:val="24"/>
        </w:rPr>
        <w:t xml:space="preserve"> 3 cont. Sơn </w:t>
      </w:r>
      <w:proofErr w:type="spellStart"/>
      <w:r>
        <w:rPr>
          <w:rFonts w:ascii="Times New Roman" w:eastAsia="Times New Roman" w:hAnsi="Times New Roman" w:cs="Times New Roman"/>
          <w:sz w:val="24"/>
          <w:szCs w:val="24"/>
        </w:rPr>
        <w:t>Syncoates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chạy</w:t>
      </w:r>
      <w:proofErr w:type="spellEnd"/>
      <w:r>
        <w:rPr>
          <w:rFonts w:ascii="Times New Roman" w:eastAsia="Times New Roman" w:hAnsi="Times New Roman" w:cs="Times New Roman"/>
          <w:sz w:val="24"/>
          <w:szCs w:val="24"/>
        </w:rPr>
        <w:t xml:space="preserve"> 1 </w:t>
      </w:r>
      <w:proofErr w:type="spellStart"/>
      <w:r>
        <w:rPr>
          <w:rFonts w:ascii="Times New Roman" w:eastAsia="Times New Roman" w:hAnsi="Times New Roman" w:cs="Times New Roman"/>
          <w:sz w:val="24"/>
          <w:szCs w:val="24"/>
        </w:rPr>
        <w:t>màu</w:t>
      </w:r>
      <w:proofErr w:type="spellEnd"/>
      <w:r>
        <w:rPr>
          <w:rFonts w:ascii="Times New Roman" w:eastAsia="Times New Roman" w:hAnsi="Times New Roman" w:cs="Times New Roman"/>
          <w:sz w:val="24"/>
          <w:szCs w:val="24"/>
        </w:rPr>
        <w:t xml:space="preserve"> 2 cont.</w:t>
      </w:r>
    </w:p>
    <w:p w14:paraId="534D93FA" w14:textId="77777777" w:rsidR="008D547B" w:rsidRDefault="008D547B" w:rsidP="008D547B">
      <w:pPr>
        <w:spacing w:before="40" w:after="40"/>
      </w:pPr>
      <w:r>
        <w:rPr>
          <w:rFonts w:ascii="Times New Roman" w:eastAsia="Times New Roman" w:hAnsi="Times New Roman" w:cs="Times New Roman"/>
          <w:b/>
          <w:bCs/>
          <w:sz w:val="24"/>
          <w:szCs w:val="24"/>
        </w:rPr>
        <w:t xml:space="preserve">Tiến </w:t>
      </w:r>
      <w:proofErr w:type="spellStart"/>
      <w:r>
        <w:rPr>
          <w:rFonts w:ascii="Times New Roman" w:eastAsia="Times New Roman" w:hAnsi="Times New Roman" w:cs="Times New Roman"/>
          <w:b/>
          <w:bCs/>
          <w:sz w:val="24"/>
          <w:szCs w:val="24"/>
        </w:rPr>
        <w:t>độ</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hàng</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mẫu</w:t>
      </w:r>
      <w:proofErr w:type="spellEnd"/>
      <w:r>
        <w:rPr>
          <w:rFonts w:ascii="Times New Roman" w:eastAsia="Times New Roman" w:hAnsi="Times New Roman" w:cs="Times New Roman"/>
          <w:b/>
          <w:bCs/>
          <w:sz w:val="24"/>
          <w:szCs w:val="24"/>
        </w:rPr>
        <w:t>:</w:t>
      </w:r>
    </w:p>
    <w:p w14:paraId="6232C2AC" w14:textId="77777777" w:rsidR="008D547B" w:rsidRDefault="008D547B" w:rsidP="008D547B">
      <w:pPr>
        <w:spacing w:before="40" w:after="80"/>
      </w:pPr>
      <w:proofErr w:type="spellStart"/>
      <w:r>
        <w:rPr>
          <w:rFonts w:ascii="Times New Roman" w:eastAsia="Times New Roman" w:hAnsi="Times New Roman" w:cs="Times New Roman"/>
          <w:sz w:val="24"/>
          <w:szCs w:val="24"/>
        </w:rPr>
        <w:t>Màu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mới</w:t>
      </w:r>
      <w:proofErr w:type="spellEnd"/>
      <w:r>
        <w:rPr>
          <w:rFonts w:ascii="Times New Roman" w:eastAsia="Times New Roman" w:hAnsi="Times New Roman" w:cs="Times New Roman"/>
          <w:sz w:val="24"/>
          <w:szCs w:val="24"/>
        </w:rPr>
        <w:t xml:space="preserve"> DLO 87: làm 1 </w:t>
      </w:r>
      <w:proofErr w:type="spellStart"/>
      <w:r>
        <w:rPr>
          <w:rFonts w:ascii="Times New Roman" w:eastAsia="Times New Roman" w:hAnsi="Times New Roman" w:cs="Times New Roman"/>
          <w:sz w:val="24"/>
          <w:szCs w:val="24"/>
        </w:rPr>
        <w:t>tủ</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24"/>
          <w:szCs w:val="24"/>
        </w:rPr>
        <w:br/>
      </w:r>
      <w:proofErr w:type="spellStart"/>
      <w:r>
        <w:rPr>
          <w:rFonts w:ascii="Times New Roman" w:eastAsia="Times New Roman" w:hAnsi="Times New Roman" w:cs="Times New Roman"/>
          <w:sz w:val="24"/>
          <w:szCs w:val="24"/>
        </w:rPr>
        <w:t>Mẫu</w:t>
      </w:r>
      <w:proofErr w:type="spellEnd"/>
      <w:r>
        <w:rPr>
          <w:rFonts w:ascii="Times New Roman" w:eastAsia="Times New Roman" w:hAnsi="Times New Roman" w:cs="Times New Roman"/>
          <w:sz w:val="24"/>
          <w:szCs w:val="24"/>
        </w:rPr>
        <w:t xml:space="preserve"> sản phẩm: làm 5 </w:t>
      </w:r>
      <w:proofErr w:type="spellStart"/>
      <w:r>
        <w:rPr>
          <w:rFonts w:ascii="Times New Roman" w:eastAsia="Times New Roman" w:hAnsi="Times New Roman" w:cs="Times New Roman"/>
          <w:sz w:val="24"/>
          <w:szCs w:val="24"/>
        </w:rPr>
        <w:t>màu</w:t>
      </w:r>
      <w:proofErr w:type="spellEnd"/>
      <w:r>
        <w:rPr>
          <w:rFonts w:ascii="Times New Roman" w:eastAsia="Times New Roman" w:hAnsi="Times New Roman" w:cs="Times New Roman"/>
          <w:sz w:val="24"/>
          <w:szCs w:val="24"/>
        </w:rPr>
        <w:t xml:space="preserve">, 7 sản phẩm </w:t>
      </w:r>
      <w:proofErr w:type="spellStart"/>
      <w:r>
        <w:rPr>
          <w:rFonts w:ascii="Times New Roman" w:eastAsia="Times New Roman" w:hAnsi="Times New Roman" w:cs="Times New Roman"/>
          <w:sz w:val="24"/>
          <w:szCs w:val="24"/>
        </w:rPr>
        <w:t>tủ</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24"/>
          <w:szCs w:val="24"/>
        </w:rPr>
        <w:br/>
      </w:r>
      <w:proofErr w:type="spellStart"/>
      <w:r>
        <w:rPr>
          <w:rFonts w:ascii="Times New Roman" w:eastAsia="Times New Roman" w:hAnsi="Times New Roman" w:cs="Times New Roman"/>
          <w:sz w:val="24"/>
          <w:szCs w:val="24"/>
        </w:rPr>
        <w:t>Tất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khách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hàng</w:t>
      </w:r>
      <w:proofErr w:type="spellEnd"/>
      <w:r>
        <w:rPr>
          <w:rFonts w:ascii="Times New Roman" w:eastAsia="Times New Roman" w:hAnsi="Times New Roman" w:cs="Times New Roman"/>
          <w:sz w:val="24"/>
          <w:szCs w:val="24"/>
        </w:rPr>
        <w:t xml:space="preserve"> TJX.</w:t>
      </w:r>
    </w:p>
    <w:p w14:paraId="50632D0E" w14:textId="77777777" w:rsidR="008D547B" w:rsidRDefault="008D547B" w:rsidP="008D547B">
      <w:pPr>
        <w:spacing w:before="40" w:after="80"/>
      </w:pPr>
      <w:r>
        <w:rPr>
          <w:rFonts w:ascii="Times New Roman" w:eastAsia="Times New Roman" w:hAnsi="Times New Roman" w:cs="Times New Roman"/>
          <w:b/>
          <w:bCs/>
          <w:sz w:val="24"/>
          <w:szCs w:val="24"/>
        </w:rPr>
        <w:t>2. CÁC VẤN ĐỀ PHÁT SINH &amp; KẾT QUẢ XỬ LÝ TẠI HIỆN TRƯỜNG</w:t>
      </w:r>
    </w:p>
    <w:p w14:paraId="07C4537F" w14:textId="77777777" w:rsidR="008D547B" w:rsidRDefault="008D547B" w:rsidP="008D547B">
      <w:pPr>
        <w:spacing w:before="40" w:after="40"/>
      </w:pPr>
      <w:r>
        <w:rPr>
          <w:rFonts w:ascii="Times New Roman" w:eastAsia="Times New Roman" w:hAnsi="Times New Roman" w:cs="Times New Roman"/>
          <w:b/>
          <w:bCs/>
          <w:sz w:val="24"/>
          <w:szCs w:val="24"/>
        </w:rPr>
        <w:t xml:space="preserve">Các </w:t>
      </w:r>
      <w:proofErr w:type="spellStart"/>
      <w:r>
        <w:rPr>
          <w:rFonts w:ascii="Times New Roman" w:eastAsia="Times New Roman" w:hAnsi="Times New Roman" w:cs="Times New Roman"/>
          <w:b/>
          <w:bCs/>
          <w:sz w:val="24"/>
          <w:szCs w:val="24"/>
        </w:rPr>
        <w:t>sự</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cố</w:t>
      </w:r>
      <w:proofErr w:type="spellEnd"/>
      <w:r>
        <w:rPr>
          <w:rFonts w:ascii="Times New Roman" w:eastAsia="Times New Roman" w:hAnsi="Times New Roman" w:cs="Times New Roman"/>
          <w:b/>
          <w:bCs/>
          <w:sz w:val="24"/>
          <w:szCs w:val="24"/>
        </w:rPr>
        <w:t>/</w:t>
      </w:r>
      <w:proofErr w:type="spellStart"/>
      <w:r>
        <w:rPr>
          <w:rFonts w:ascii="Times New Roman" w:eastAsia="Times New Roman" w:hAnsi="Times New Roman" w:cs="Times New Roman"/>
          <w:b/>
          <w:bCs/>
          <w:sz w:val="24"/>
          <w:szCs w:val="24"/>
        </w:rPr>
        <w:t>khó</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khăn</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phát</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sinh</w:t>
      </w:r>
      <w:proofErr w:type="spellEnd"/>
      <w:r>
        <w:rPr>
          <w:rFonts w:ascii="Times New Roman" w:eastAsia="Times New Roman" w:hAnsi="Times New Roman" w:cs="Times New Roman"/>
          <w:b/>
          <w:bCs/>
          <w:sz w:val="24"/>
          <w:szCs w:val="24"/>
        </w:rPr>
        <w:t>:</w:t>
      </w:r>
    </w:p>
    <w:p w14:paraId="11C3E7B6" w14:textId="77777777" w:rsidR="008D547B" w:rsidRDefault="008D547B" w:rsidP="008D547B">
      <w:pPr>
        <w:spacing w:before="40" w:after="80"/>
      </w:pPr>
      <w:proofErr w:type="spellStart"/>
      <w:r>
        <w:rPr>
          <w:rFonts w:ascii="Times New Roman" w:eastAsia="Times New Roman" w:hAnsi="Times New Roman" w:cs="Times New Roman"/>
          <w:sz w:val="24"/>
          <w:szCs w:val="24"/>
        </w:rPr>
        <w:t>Màu</w:t>
      </w:r>
      <w:proofErr w:type="spellEnd"/>
      <w:r>
        <w:rPr>
          <w:rFonts w:ascii="Times New Roman" w:eastAsia="Times New Roman" w:hAnsi="Times New Roman" w:cs="Times New Roman"/>
          <w:sz w:val="24"/>
          <w:szCs w:val="24"/>
        </w:rPr>
        <w:t xml:space="preserve"> DLO 11: sản phẩm </w:t>
      </w:r>
      <w:proofErr w:type="spellStart"/>
      <w:r>
        <w:rPr>
          <w:rFonts w:ascii="Times New Roman" w:eastAsia="Times New Roman" w:hAnsi="Times New Roman" w:cs="Times New Roman"/>
          <w:sz w:val="24"/>
          <w:szCs w:val="24"/>
        </w:rPr>
        <w:t>khi</w:t>
      </w:r>
      <w:proofErr w:type="spellEnd"/>
      <w:r>
        <w:rPr>
          <w:rFonts w:ascii="Times New Roman" w:eastAsia="Times New Roman" w:hAnsi="Times New Roman" w:cs="Times New Roman"/>
          <w:sz w:val="24"/>
          <w:szCs w:val="24"/>
        </w:rPr>
        <w:t xml:space="preserve"> test </w:t>
      </w:r>
      <w:proofErr w:type="spellStart"/>
      <w:r>
        <w:rPr>
          <w:rFonts w:ascii="Times New Roman" w:eastAsia="Times New Roman" w:hAnsi="Times New Roman" w:cs="Times New Roman"/>
          <w:sz w:val="24"/>
          <w:szCs w:val="24"/>
        </w:rPr>
        <w:t>mẫu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đầu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chuyền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phát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hiện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dán</w:t>
      </w:r>
      <w:proofErr w:type="spellEnd"/>
      <w:r>
        <w:rPr>
          <w:rFonts w:ascii="Times New Roman" w:eastAsia="Times New Roman" w:hAnsi="Times New Roman" w:cs="Times New Roman"/>
          <w:sz w:val="24"/>
          <w:szCs w:val="24"/>
        </w:rPr>
        <w:t xml:space="preserve"> Veneer </w:t>
      </w:r>
      <w:proofErr w:type="spellStart"/>
      <w:r>
        <w:rPr>
          <w:rFonts w:ascii="Times New Roman" w:eastAsia="Times New Roman" w:hAnsi="Times New Roman" w:cs="Times New Roman"/>
          <w:sz w:val="24"/>
          <w:szCs w:val="24"/>
        </w:rPr>
        <w:t>tràn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gỗ</w:t>
      </w:r>
      <w:proofErr w:type="spellEnd"/>
      <w:r>
        <w:rPr>
          <w:rFonts w:ascii="Times New Roman" w:eastAsia="Times New Roman" w:hAnsi="Times New Roman" w:cs="Times New Roman"/>
          <w:sz w:val="24"/>
          <w:szCs w:val="24"/>
        </w:rPr>
        <w:t xml:space="preserve"> Oak </w:t>
      </w:r>
      <w:proofErr w:type="spellStart"/>
      <w:r>
        <w:rPr>
          <w:rFonts w:ascii="Times New Roman" w:eastAsia="Times New Roman" w:hAnsi="Times New Roman" w:cs="Times New Roman"/>
          <w:sz w:val="24"/>
          <w:szCs w:val="24"/>
        </w:rPr>
        <w:t>lên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mặt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gây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ảnh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hưởng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chất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lượng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hoàn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thiện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mặt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sơn</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24"/>
          <w:szCs w:val="24"/>
        </w:rPr>
        <w:br/>
      </w:r>
      <w:proofErr w:type="spellStart"/>
      <w:r>
        <w:rPr>
          <w:rFonts w:ascii="Times New Roman" w:eastAsia="Times New Roman" w:hAnsi="Times New Roman" w:cs="Times New Roman"/>
          <w:sz w:val="24"/>
          <w:szCs w:val="24"/>
        </w:rPr>
        <w:t>Màu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mới</w:t>
      </w:r>
      <w:proofErr w:type="spellEnd"/>
      <w:r>
        <w:rPr>
          <w:rFonts w:ascii="Times New Roman" w:eastAsia="Times New Roman" w:hAnsi="Times New Roman" w:cs="Times New Roman"/>
          <w:sz w:val="24"/>
          <w:szCs w:val="24"/>
        </w:rPr>
        <w:t xml:space="preserve"> DLO 34H: </w:t>
      </w:r>
      <w:proofErr w:type="spellStart"/>
      <w:r>
        <w:rPr>
          <w:rFonts w:ascii="Times New Roman" w:eastAsia="Times New Roman" w:hAnsi="Times New Roman" w:cs="Times New Roman"/>
          <w:sz w:val="24"/>
          <w:szCs w:val="24"/>
        </w:rPr>
        <w:t>cần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lấy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định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mức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tiêu</w:t>
      </w:r>
      <w:proofErr w:type="spellEnd"/>
      <w:r>
        <w:rPr>
          <w:rFonts w:ascii="Times New Roman" w:eastAsia="Times New Roman" w:hAnsi="Times New Roman" w:cs="Times New Roman"/>
          <w:sz w:val="24"/>
          <w:szCs w:val="24"/>
        </w:rPr>
        <w:t xml:space="preserve"> hao </w:t>
      </w:r>
      <w:proofErr w:type="spellStart"/>
      <w:r>
        <w:rPr>
          <w:rFonts w:ascii="Times New Roman" w:eastAsia="Times New Roman" w:hAnsi="Times New Roman" w:cs="Times New Roman"/>
          <w:sz w:val="24"/>
          <w:szCs w:val="24"/>
        </w:rPr>
        <w:t>thực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và</w:t>
      </w:r>
      <w:proofErr w:type="spellEnd"/>
      <w:r>
        <w:rPr>
          <w:rFonts w:ascii="Times New Roman" w:eastAsia="Times New Roman" w:hAnsi="Times New Roman" w:cs="Times New Roman"/>
          <w:sz w:val="24"/>
          <w:szCs w:val="24"/>
        </w:rPr>
        <w:t xml:space="preserve"> so </w:t>
      </w:r>
      <w:proofErr w:type="spellStart"/>
      <w:r>
        <w:rPr>
          <w:rFonts w:ascii="Times New Roman" w:eastAsia="Times New Roman" w:hAnsi="Times New Roman" w:cs="Times New Roman"/>
          <w:sz w:val="24"/>
          <w:szCs w:val="24"/>
        </w:rPr>
        <w:t>sánh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giá</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với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sơn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Syncoates</w:t>
      </w:r>
      <w:proofErr w:type="spellEnd"/>
      <w:r>
        <w:rPr>
          <w:rFonts w:ascii="Times New Roman" w:eastAsia="Times New Roman" w:hAnsi="Times New Roman" w:cs="Times New Roman"/>
          <w:sz w:val="24"/>
          <w:szCs w:val="24"/>
        </w:rPr>
        <w:t>.</w:t>
      </w:r>
    </w:p>
    <w:p w14:paraId="239CE9EA" w14:textId="77777777" w:rsidR="008D547B" w:rsidRDefault="008D547B" w:rsidP="008D547B">
      <w:pPr>
        <w:spacing w:before="40" w:after="40"/>
      </w:pPr>
      <w:proofErr w:type="spellStart"/>
      <w:r>
        <w:rPr>
          <w:rFonts w:ascii="Times New Roman" w:eastAsia="Times New Roman" w:hAnsi="Times New Roman" w:cs="Times New Roman"/>
          <w:b/>
          <w:bCs/>
          <w:sz w:val="24"/>
          <w:szCs w:val="24"/>
        </w:rPr>
        <w:t>Kết</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quả</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phối</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hợp</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xử</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lý</w:t>
      </w:r>
      <w:proofErr w:type="spellEnd"/>
      <w:r>
        <w:rPr>
          <w:rFonts w:ascii="Times New Roman" w:eastAsia="Times New Roman" w:hAnsi="Times New Roman" w:cs="Times New Roman"/>
          <w:b/>
          <w:bCs/>
          <w:sz w:val="24"/>
          <w:szCs w:val="24"/>
        </w:rPr>
        <w:t>:</w:t>
      </w:r>
    </w:p>
    <w:p w14:paraId="55C683B5" w14:textId="77777777" w:rsidR="008D547B" w:rsidRDefault="008D547B" w:rsidP="008D547B">
      <w:pPr>
        <w:spacing w:before="40" w:after="80"/>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Màu</w:t>
      </w:r>
      <w:proofErr w:type="spellEnd"/>
      <w:r>
        <w:rPr>
          <w:rFonts w:ascii="Times New Roman" w:eastAsia="Times New Roman" w:hAnsi="Times New Roman" w:cs="Times New Roman"/>
          <w:sz w:val="24"/>
          <w:szCs w:val="24"/>
        </w:rPr>
        <w:t xml:space="preserve"> DLO 11: </w:t>
      </w:r>
      <w:proofErr w:type="spellStart"/>
      <w:r>
        <w:rPr>
          <w:rFonts w:ascii="Times New Roman" w:eastAsia="Times New Roman" w:hAnsi="Times New Roman" w:cs="Times New Roman"/>
          <w:sz w:val="24"/>
          <w:szCs w:val="24"/>
        </w:rPr>
        <w:t>Kỹ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thuật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đã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hỗ</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nhà</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máy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xử</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bằng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cách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thêm</w:t>
      </w:r>
      <w:proofErr w:type="spellEnd"/>
      <w:r>
        <w:rPr>
          <w:rFonts w:ascii="Times New Roman" w:eastAsia="Times New Roman" w:hAnsi="Times New Roman" w:cs="Times New Roman"/>
          <w:sz w:val="24"/>
          <w:szCs w:val="24"/>
        </w:rPr>
        <w:t xml:space="preserve"> 1 </w:t>
      </w:r>
      <w:proofErr w:type="spellStart"/>
      <w:r>
        <w:rPr>
          <w:rFonts w:ascii="Times New Roman" w:eastAsia="Times New Roman" w:hAnsi="Times New Roman" w:cs="Times New Roman"/>
          <w:sz w:val="24"/>
          <w:szCs w:val="24"/>
        </w:rPr>
        <w:t>bước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lót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lỏng</w:t>
      </w:r>
      <w:proofErr w:type="spellEnd"/>
      <w:r>
        <w:rPr>
          <w:rFonts w:ascii="Times New Roman" w:eastAsia="Times New Roman" w:hAnsi="Times New Roman" w:cs="Times New Roman"/>
          <w:sz w:val="24"/>
          <w:szCs w:val="24"/>
        </w:rPr>
        <w:t xml:space="preserve"> 9 </w:t>
      </w:r>
      <w:proofErr w:type="spellStart"/>
      <w:r>
        <w:rPr>
          <w:rFonts w:ascii="Times New Roman" w:eastAsia="Times New Roman" w:hAnsi="Times New Roman" w:cs="Times New Roman"/>
          <w:sz w:val="24"/>
          <w:szCs w:val="24"/>
        </w:rPr>
        <w:t>giây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lót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trước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khi</w:t>
      </w:r>
      <w:proofErr w:type="spellEnd"/>
      <w:r>
        <w:rPr>
          <w:rFonts w:ascii="Times New Roman" w:eastAsia="Times New Roman" w:hAnsi="Times New Roman" w:cs="Times New Roman"/>
          <w:sz w:val="24"/>
          <w:szCs w:val="24"/>
        </w:rPr>
        <w:t xml:space="preserve"> stain </w:t>
      </w:r>
      <w:proofErr w:type="spellStart"/>
      <w:r>
        <w:rPr>
          <w:rFonts w:ascii="Times New Roman" w:eastAsia="Times New Roman" w:hAnsi="Times New Roman" w:cs="Times New Roman"/>
          <w:sz w:val="24"/>
          <w:szCs w:val="24"/>
        </w:rPr>
        <w:t>màu</w:t>
      </w:r>
      <w:proofErr w:type="spellEnd"/>
      <w:r>
        <w:rPr>
          <w:rFonts w:ascii="Times New Roman" w:eastAsia="Times New Roman" w:hAnsi="Times New Roman" w:cs="Times New Roman"/>
          <w:sz w:val="24"/>
          <w:szCs w:val="24"/>
        </w:rPr>
        <w:t xml:space="preserve">) để </w:t>
      </w:r>
      <w:proofErr w:type="spellStart"/>
      <w:r>
        <w:rPr>
          <w:rFonts w:ascii="Times New Roman" w:eastAsia="Times New Roman" w:hAnsi="Times New Roman" w:cs="Times New Roman"/>
          <w:sz w:val="24"/>
          <w:szCs w:val="24"/>
        </w:rPr>
        <w:t>đẹ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đó</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thực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hiện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các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bước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tiếp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theo</w:t>
      </w:r>
      <w:proofErr w:type="spellEnd"/>
      <w:r>
        <w:rPr>
          <w:rFonts w:ascii="Times New Roman" w:eastAsia="Times New Roman" w:hAnsi="Times New Roman" w:cs="Times New Roman"/>
          <w:sz w:val="24"/>
          <w:szCs w:val="24"/>
        </w:rPr>
        <w:t xml:space="preserve"> trong </w:t>
      </w:r>
      <w:proofErr w:type="spellStart"/>
      <w:r>
        <w:rPr>
          <w:rFonts w:ascii="Times New Roman" w:eastAsia="Times New Roman" w:hAnsi="Times New Roman" w:cs="Times New Roman"/>
          <w:sz w:val="24"/>
          <w:szCs w:val="24"/>
        </w:rPr>
        <w:t>quy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trình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Kết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quả</w:t>
      </w:r>
      <w:proofErr w:type="spellEnd"/>
      <w:r>
        <w:rPr>
          <w:rFonts w:ascii="Times New Roman" w:eastAsia="Times New Roman" w:hAnsi="Times New Roman" w:cs="Times New Roman"/>
          <w:sz w:val="24"/>
          <w:szCs w:val="24"/>
        </w:rPr>
        <w:t xml:space="preserve"> test </w:t>
      </w:r>
      <w:proofErr w:type="spellStart"/>
      <w:r>
        <w:rPr>
          <w:rFonts w:ascii="Times New Roman" w:eastAsia="Times New Roman" w:hAnsi="Times New Roman" w:cs="Times New Roman"/>
          <w:sz w:val="24"/>
          <w:szCs w:val="24"/>
        </w:rPr>
        <w:t>thử</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đạt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yêu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cầu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Nhà</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máy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xác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nhận</w:t>
      </w:r>
      <w:proofErr w:type="spellEnd"/>
      <w:r>
        <w:rPr>
          <w:rFonts w:ascii="Times New Roman" w:eastAsia="Times New Roman" w:hAnsi="Times New Roman" w:cs="Times New Roman"/>
          <w:sz w:val="24"/>
          <w:szCs w:val="24"/>
        </w:rPr>
        <w:t xml:space="preserve"> sản phẩm, </w:t>
      </w:r>
      <w:proofErr w:type="spellStart"/>
      <w:r>
        <w:rPr>
          <w:rFonts w:ascii="Times New Roman" w:eastAsia="Times New Roman" w:hAnsi="Times New Roman" w:cs="Times New Roman"/>
          <w:sz w:val="24"/>
          <w:szCs w:val="24"/>
        </w:rPr>
        <w:t>cho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lên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chuyền</w:t>
      </w:r>
      <w:proofErr w:type="spellEnd"/>
      <w:r>
        <w:rPr>
          <w:rFonts w:ascii="Times New Roman" w:eastAsia="Times New Roman" w:hAnsi="Times New Roman" w:cs="Times New Roman"/>
          <w:sz w:val="24"/>
          <w:szCs w:val="24"/>
        </w:rPr>
        <w:t xml:space="preserve"> sản </w:t>
      </w:r>
      <w:proofErr w:type="spellStart"/>
      <w:r>
        <w:rPr>
          <w:rFonts w:ascii="Times New Roman" w:eastAsia="Times New Roman" w:hAnsi="Times New Roman" w:cs="Times New Roman"/>
          <w:sz w:val="24"/>
          <w:szCs w:val="24"/>
        </w:rPr>
        <w:t>xuất</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24"/>
          <w:szCs w:val="24"/>
        </w:rPr>
        <w:br/>
        <w:t xml:space="preserve">— </w:t>
      </w:r>
      <w:proofErr w:type="spellStart"/>
      <w:r>
        <w:rPr>
          <w:rFonts w:ascii="Times New Roman" w:eastAsia="Times New Roman" w:hAnsi="Times New Roman" w:cs="Times New Roman"/>
          <w:sz w:val="24"/>
          <w:szCs w:val="24"/>
        </w:rPr>
        <w:t>Màu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mới</w:t>
      </w:r>
      <w:proofErr w:type="spellEnd"/>
      <w:r>
        <w:rPr>
          <w:rFonts w:ascii="Times New Roman" w:eastAsia="Times New Roman" w:hAnsi="Times New Roman" w:cs="Times New Roman"/>
          <w:sz w:val="24"/>
          <w:szCs w:val="24"/>
        </w:rPr>
        <w:t xml:space="preserve"> DLO 34H: </w:t>
      </w:r>
      <w:proofErr w:type="spellStart"/>
      <w:r>
        <w:rPr>
          <w:rFonts w:ascii="Times New Roman" w:eastAsia="Times New Roman" w:hAnsi="Times New Roman" w:cs="Times New Roman"/>
          <w:sz w:val="24"/>
          <w:szCs w:val="24"/>
        </w:rPr>
        <w:t>Kỹ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thuật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đã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kết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hợp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cùng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cán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bộ</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chuyền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lấy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định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mức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lô</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hàng</w:t>
      </w:r>
      <w:proofErr w:type="spellEnd"/>
      <w:r>
        <w:rPr>
          <w:rFonts w:ascii="Times New Roman" w:eastAsia="Times New Roman" w:hAnsi="Times New Roman" w:cs="Times New Roman"/>
          <w:sz w:val="24"/>
          <w:szCs w:val="24"/>
        </w:rPr>
        <w:t xml:space="preserve"> (300 sản phẩm </w:t>
      </w:r>
      <w:proofErr w:type="spellStart"/>
      <w:r>
        <w:rPr>
          <w:rFonts w:ascii="Times New Roman" w:eastAsia="Times New Roman" w:hAnsi="Times New Roman" w:cs="Times New Roman"/>
          <w:sz w:val="24"/>
          <w:szCs w:val="24"/>
        </w:rPr>
        <w:t>tủ</w:t>
      </w:r>
      <w:proofErr w:type="spellEnd"/>
      <w:r>
        <w:rPr>
          <w:rFonts w:ascii="Times New Roman" w:eastAsia="Times New Roman" w:hAnsi="Times New Roman" w:cs="Times New Roman"/>
          <w:sz w:val="24"/>
          <w:szCs w:val="24"/>
        </w:rPr>
        <w:t xml:space="preserve">), gửi PKT </w:t>
      </w:r>
      <w:proofErr w:type="spellStart"/>
      <w:r>
        <w:rPr>
          <w:rFonts w:ascii="Times New Roman" w:eastAsia="Times New Roman" w:hAnsi="Times New Roman" w:cs="Times New Roman"/>
          <w:sz w:val="24"/>
          <w:szCs w:val="24"/>
        </w:rPr>
        <w:t>tính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định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mức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giá</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thành</w:t>
      </w:r>
      <w:proofErr w:type="spellEnd"/>
      <w:r>
        <w:rPr>
          <w:rFonts w:ascii="Times New Roman" w:eastAsia="Times New Roman" w:hAnsi="Times New Roman" w:cs="Times New Roman"/>
          <w:sz w:val="24"/>
          <w:szCs w:val="24"/>
        </w:rPr>
        <w:t xml:space="preserve"> để gửi </w:t>
      </w:r>
      <w:proofErr w:type="spellStart"/>
      <w:r>
        <w:rPr>
          <w:rFonts w:ascii="Times New Roman" w:eastAsia="Times New Roman" w:hAnsi="Times New Roman" w:cs="Times New Roman"/>
          <w:sz w:val="24"/>
          <w:szCs w:val="24"/>
        </w:rPr>
        <w:t>nhà</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máy</w:t>
      </w:r>
      <w:proofErr w:type="spellEnd"/>
      <w:r>
        <w:rPr>
          <w:rFonts w:ascii="Times New Roman" w:eastAsia="Times New Roman" w:hAnsi="Times New Roman" w:cs="Times New Roman"/>
          <w:sz w:val="24"/>
          <w:szCs w:val="24"/>
        </w:rPr>
        <w:t xml:space="preserve"> so </w:t>
      </w:r>
      <w:proofErr w:type="spellStart"/>
      <w:r>
        <w:rPr>
          <w:rFonts w:ascii="Times New Roman" w:eastAsia="Times New Roman" w:hAnsi="Times New Roman" w:cs="Times New Roman"/>
          <w:sz w:val="24"/>
          <w:szCs w:val="24"/>
        </w:rPr>
        <w:t>sánh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giá</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với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sơn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Syncoates</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24"/>
          <w:szCs w:val="24"/>
        </w:rPr>
        <w:br/>
        <w:t xml:space="preserve">— </w:t>
      </w:r>
      <w:proofErr w:type="spellStart"/>
      <w:r>
        <w:rPr>
          <w:rFonts w:ascii="Times New Roman" w:eastAsia="Times New Roman" w:hAnsi="Times New Roman" w:cs="Times New Roman"/>
          <w:sz w:val="24"/>
          <w:szCs w:val="24"/>
        </w:rPr>
        <w:t>Màu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mới</w:t>
      </w:r>
      <w:proofErr w:type="spellEnd"/>
      <w:r>
        <w:rPr>
          <w:rFonts w:ascii="Times New Roman" w:eastAsia="Times New Roman" w:hAnsi="Times New Roman" w:cs="Times New Roman"/>
          <w:sz w:val="24"/>
          <w:szCs w:val="24"/>
        </w:rPr>
        <w:t xml:space="preserve"> DLO 10K (</w:t>
      </w:r>
      <w:proofErr w:type="spellStart"/>
      <w:r>
        <w:rPr>
          <w:rFonts w:ascii="Times New Roman" w:eastAsia="Times New Roman" w:hAnsi="Times New Roman" w:cs="Times New Roman"/>
          <w:sz w:val="24"/>
          <w:szCs w:val="24"/>
        </w:rPr>
        <w:t>hệ</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dầu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Đã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chạy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lô</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đầu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tiên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số</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lượng</w:t>
      </w:r>
      <w:proofErr w:type="spellEnd"/>
      <w:r>
        <w:rPr>
          <w:rFonts w:ascii="Times New Roman" w:eastAsia="Times New Roman" w:hAnsi="Times New Roman" w:cs="Times New Roman"/>
          <w:sz w:val="24"/>
          <w:szCs w:val="24"/>
        </w:rPr>
        <w:t xml:space="preserve"> 2 cont. </w:t>
      </w:r>
      <w:proofErr w:type="spellStart"/>
      <w:r>
        <w:rPr>
          <w:rFonts w:ascii="Times New Roman" w:eastAsia="Times New Roman" w:hAnsi="Times New Roman" w:cs="Times New Roman"/>
          <w:sz w:val="24"/>
          <w:szCs w:val="24"/>
        </w:rPr>
        <w:t>Màu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sắc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chất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lượng</w:t>
      </w:r>
      <w:proofErr w:type="spellEnd"/>
      <w:r>
        <w:rPr>
          <w:rFonts w:ascii="Times New Roman" w:eastAsia="Times New Roman" w:hAnsi="Times New Roman" w:cs="Times New Roman"/>
          <w:sz w:val="24"/>
          <w:szCs w:val="24"/>
        </w:rPr>
        <w:t xml:space="preserve"> sản phẩm </w:t>
      </w:r>
      <w:proofErr w:type="spellStart"/>
      <w:r>
        <w:rPr>
          <w:rFonts w:ascii="Times New Roman" w:eastAsia="Times New Roman" w:hAnsi="Times New Roman" w:cs="Times New Roman"/>
          <w:sz w:val="24"/>
          <w:szCs w:val="24"/>
        </w:rPr>
        <w:t>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chuyền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đạt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yêu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cầu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Nhà</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máy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tiến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hành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đóng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gói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trên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chuyền</w:t>
      </w:r>
      <w:proofErr w:type="spellEnd"/>
      <w:r>
        <w:rPr>
          <w:rFonts w:ascii="Times New Roman" w:eastAsia="Times New Roman" w:hAnsi="Times New Roman" w:cs="Times New Roman"/>
          <w:sz w:val="24"/>
          <w:szCs w:val="24"/>
        </w:rPr>
        <w:t>.</w:t>
      </w:r>
    </w:p>
    <w:p w14:paraId="3BB79E75" w14:textId="77777777" w:rsidR="008D547B" w:rsidRDefault="008D547B" w:rsidP="008D547B">
      <w:pPr>
        <w:spacing w:before="40" w:after="40"/>
      </w:pPr>
      <w:proofErr w:type="spellStart"/>
      <w:r>
        <w:rPr>
          <w:rFonts w:ascii="Times New Roman" w:eastAsia="Times New Roman" w:hAnsi="Times New Roman" w:cs="Times New Roman"/>
          <w:b/>
          <w:bCs/>
          <w:sz w:val="24"/>
          <w:szCs w:val="24"/>
        </w:rPr>
        <w:t>Tình</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trạng</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hiện</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tại</w:t>
      </w:r>
      <w:proofErr w:type="spellEnd"/>
      <w:r>
        <w:rPr>
          <w:rFonts w:ascii="Times New Roman" w:eastAsia="Times New Roman" w:hAnsi="Times New Roman" w:cs="Times New Roman"/>
          <w:b/>
          <w:bCs/>
          <w:sz w:val="24"/>
          <w:szCs w:val="24"/>
        </w:rPr>
        <w:t>:</w:t>
      </w:r>
    </w:p>
    <w:p w14:paraId="5B1A38BC" w14:textId="77777777" w:rsidR="00416153" w:rsidRPr="00416153" w:rsidRDefault="008D547B" w:rsidP="00416153">
      <w:pPr>
        <w:pStyle w:val="ListParagraph"/>
        <w:numPr>
          <w:ilvl w:val="0"/>
          <w:numId w:val="10"/>
        </w:numPr>
        <w:spacing w:before="40" w:after="80"/>
      </w:pPr>
      <w:proofErr w:type="spellStart"/>
      <w:r w:rsidRPr="00416153">
        <w:rPr>
          <w:rFonts w:ascii="Times New Roman" w:eastAsia="Times New Roman" w:hAnsi="Times New Roman" w:cs="Times New Roman"/>
          <w:sz w:val="24"/>
          <w:szCs w:val="24"/>
        </w:rPr>
        <w:t>Màu</w:t>
      </w:r>
      <w:proofErr w:type="spellEnd"/>
      <w:r w:rsidRPr="00416153">
        <w:rPr>
          <w:rFonts w:ascii="Times New Roman" w:eastAsia="Times New Roman" w:hAnsi="Times New Roman" w:cs="Times New Roman"/>
          <w:sz w:val="24"/>
          <w:szCs w:val="24"/>
        </w:rPr>
        <w:t xml:space="preserve"> DLO 11: </w:t>
      </w:r>
      <w:proofErr w:type="spellStart"/>
      <w:r w:rsidRPr="00416153">
        <w:rPr>
          <w:rFonts w:ascii="Times New Roman" w:eastAsia="Times New Roman" w:hAnsi="Times New Roman" w:cs="Times New Roman"/>
          <w:sz w:val="24"/>
          <w:szCs w:val="24"/>
        </w:rPr>
        <w:t>Đã</w:t>
      </w:r>
      <w:proofErr w:type="spellEnd"/>
      <w:r w:rsidRPr="00416153">
        <w:rPr>
          <w:rFonts w:ascii="Times New Roman" w:eastAsia="Times New Roman" w:hAnsi="Times New Roman" w:cs="Times New Roman"/>
          <w:sz w:val="24"/>
          <w:szCs w:val="24"/>
        </w:rPr>
        <w:t xml:space="preserve"> </w:t>
      </w:r>
      <w:proofErr w:type="spellStart"/>
      <w:r w:rsidRPr="00416153">
        <w:rPr>
          <w:rFonts w:ascii="Times New Roman" w:eastAsia="Times New Roman" w:hAnsi="Times New Roman" w:cs="Times New Roman"/>
          <w:sz w:val="24"/>
          <w:szCs w:val="24"/>
        </w:rPr>
        <w:t>xử</w:t>
      </w:r>
      <w:proofErr w:type="spellEnd"/>
      <w:r w:rsidRPr="00416153">
        <w:rPr>
          <w:rFonts w:ascii="Times New Roman" w:eastAsia="Times New Roman" w:hAnsi="Times New Roman" w:cs="Times New Roman"/>
          <w:sz w:val="24"/>
          <w:szCs w:val="24"/>
        </w:rPr>
        <w:t xml:space="preserve"> </w:t>
      </w:r>
      <w:proofErr w:type="spellStart"/>
      <w:r w:rsidRPr="00416153">
        <w:rPr>
          <w:rFonts w:ascii="Times New Roman" w:eastAsia="Times New Roman" w:hAnsi="Times New Roman" w:cs="Times New Roman"/>
          <w:sz w:val="24"/>
          <w:szCs w:val="24"/>
        </w:rPr>
        <w:t>lý</w:t>
      </w:r>
      <w:proofErr w:type="spellEnd"/>
      <w:r w:rsidRPr="00416153">
        <w:rPr>
          <w:rFonts w:ascii="Times New Roman" w:eastAsia="Times New Roman" w:hAnsi="Times New Roman" w:cs="Times New Roman"/>
          <w:sz w:val="24"/>
          <w:szCs w:val="24"/>
        </w:rPr>
        <w:t xml:space="preserve"> </w:t>
      </w:r>
      <w:proofErr w:type="spellStart"/>
      <w:r w:rsidRPr="00416153">
        <w:rPr>
          <w:rFonts w:ascii="Times New Roman" w:eastAsia="Times New Roman" w:hAnsi="Times New Roman" w:cs="Times New Roman"/>
          <w:sz w:val="24"/>
          <w:szCs w:val="24"/>
        </w:rPr>
        <w:t>dứt</w:t>
      </w:r>
      <w:proofErr w:type="spellEnd"/>
      <w:r w:rsidRPr="00416153">
        <w:rPr>
          <w:rFonts w:ascii="Times New Roman" w:eastAsia="Times New Roman" w:hAnsi="Times New Roman" w:cs="Times New Roman"/>
          <w:sz w:val="24"/>
          <w:szCs w:val="24"/>
        </w:rPr>
        <w:t xml:space="preserve"> </w:t>
      </w:r>
      <w:proofErr w:type="spellStart"/>
      <w:r w:rsidRPr="00416153">
        <w:rPr>
          <w:rFonts w:ascii="Times New Roman" w:eastAsia="Times New Roman" w:hAnsi="Times New Roman" w:cs="Times New Roman"/>
          <w:sz w:val="24"/>
          <w:szCs w:val="24"/>
        </w:rPr>
        <w:t>điểm</w:t>
      </w:r>
      <w:proofErr w:type="spellEnd"/>
      <w:r w:rsidRPr="00416153">
        <w:rPr>
          <w:rFonts w:ascii="Times New Roman" w:eastAsia="Times New Roman" w:hAnsi="Times New Roman" w:cs="Times New Roman"/>
          <w:sz w:val="24"/>
          <w:szCs w:val="24"/>
        </w:rPr>
        <w:t xml:space="preserve">, </w:t>
      </w:r>
      <w:proofErr w:type="spellStart"/>
      <w:r w:rsidRPr="00416153">
        <w:rPr>
          <w:rFonts w:ascii="Times New Roman" w:eastAsia="Times New Roman" w:hAnsi="Times New Roman" w:cs="Times New Roman"/>
          <w:sz w:val="24"/>
          <w:szCs w:val="24"/>
        </w:rPr>
        <w:t>nhà</w:t>
      </w:r>
      <w:proofErr w:type="spellEnd"/>
      <w:r w:rsidRPr="00416153">
        <w:rPr>
          <w:rFonts w:ascii="Times New Roman" w:eastAsia="Times New Roman" w:hAnsi="Times New Roman" w:cs="Times New Roman"/>
          <w:sz w:val="24"/>
          <w:szCs w:val="24"/>
        </w:rPr>
        <w:t xml:space="preserve"> </w:t>
      </w:r>
      <w:proofErr w:type="spellStart"/>
      <w:r w:rsidRPr="00416153">
        <w:rPr>
          <w:rFonts w:ascii="Times New Roman" w:eastAsia="Times New Roman" w:hAnsi="Times New Roman" w:cs="Times New Roman"/>
          <w:sz w:val="24"/>
          <w:szCs w:val="24"/>
        </w:rPr>
        <w:t>máy</w:t>
      </w:r>
      <w:proofErr w:type="spellEnd"/>
      <w:r w:rsidRPr="00416153">
        <w:rPr>
          <w:rFonts w:ascii="Times New Roman" w:eastAsia="Times New Roman" w:hAnsi="Times New Roman" w:cs="Times New Roman"/>
          <w:sz w:val="24"/>
          <w:szCs w:val="24"/>
        </w:rPr>
        <w:t xml:space="preserve"> </w:t>
      </w:r>
      <w:proofErr w:type="spellStart"/>
      <w:r w:rsidRPr="00416153">
        <w:rPr>
          <w:rFonts w:ascii="Times New Roman" w:eastAsia="Times New Roman" w:hAnsi="Times New Roman" w:cs="Times New Roman"/>
          <w:sz w:val="24"/>
          <w:szCs w:val="24"/>
        </w:rPr>
        <w:t>ký</w:t>
      </w:r>
      <w:proofErr w:type="spellEnd"/>
      <w:r w:rsidRPr="00416153">
        <w:rPr>
          <w:rFonts w:ascii="Times New Roman" w:eastAsia="Times New Roman" w:hAnsi="Times New Roman" w:cs="Times New Roman"/>
          <w:sz w:val="24"/>
          <w:szCs w:val="24"/>
        </w:rPr>
        <w:t xml:space="preserve"> </w:t>
      </w:r>
      <w:proofErr w:type="spellStart"/>
      <w:r w:rsidRPr="00416153">
        <w:rPr>
          <w:rFonts w:ascii="Times New Roman" w:eastAsia="Times New Roman" w:hAnsi="Times New Roman" w:cs="Times New Roman"/>
          <w:sz w:val="24"/>
          <w:szCs w:val="24"/>
        </w:rPr>
        <w:t>xác</w:t>
      </w:r>
      <w:proofErr w:type="spellEnd"/>
      <w:r w:rsidRPr="00416153">
        <w:rPr>
          <w:rFonts w:ascii="Times New Roman" w:eastAsia="Times New Roman" w:hAnsi="Times New Roman" w:cs="Times New Roman"/>
          <w:sz w:val="24"/>
          <w:szCs w:val="24"/>
        </w:rPr>
        <w:t xml:space="preserve"> </w:t>
      </w:r>
      <w:proofErr w:type="spellStart"/>
      <w:r w:rsidRPr="00416153">
        <w:rPr>
          <w:rFonts w:ascii="Times New Roman" w:eastAsia="Times New Roman" w:hAnsi="Times New Roman" w:cs="Times New Roman"/>
          <w:sz w:val="24"/>
          <w:szCs w:val="24"/>
        </w:rPr>
        <w:t>nhận</w:t>
      </w:r>
      <w:proofErr w:type="spellEnd"/>
      <w:r w:rsidRPr="00416153">
        <w:rPr>
          <w:rFonts w:ascii="Times New Roman" w:eastAsia="Times New Roman" w:hAnsi="Times New Roman" w:cs="Times New Roman"/>
          <w:sz w:val="24"/>
          <w:szCs w:val="24"/>
        </w:rPr>
        <w:t xml:space="preserve"> sản phẩm </w:t>
      </w:r>
      <w:proofErr w:type="spellStart"/>
      <w:r w:rsidRPr="00416153">
        <w:rPr>
          <w:rFonts w:ascii="Times New Roman" w:eastAsia="Times New Roman" w:hAnsi="Times New Roman" w:cs="Times New Roman"/>
          <w:sz w:val="24"/>
          <w:szCs w:val="24"/>
        </w:rPr>
        <w:t>cho</w:t>
      </w:r>
      <w:proofErr w:type="spellEnd"/>
      <w:r w:rsidRPr="00416153">
        <w:rPr>
          <w:rFonts w:ascii="Times New Roman" w:eastAsia="Times New Roman" w:hAnsi="Times New Roman" w:cs="Times New Roman"/>
          <w:sz w:val="24"/>
          <w:szCs w:val="24"/>
        </w:rPr>
        <w:t xml:space="preserve"> </w:t>
      </w:r>
      <w:proofErr w:type="spellStart"/>
      <w:r w:rsidRPr="00416153">
        <w:rPr>
          <w:rFonts w:ascii="Times New Roman" w:eastAsia="Times New Roman" w:hAnsi="Times New Roman" w:cs="Times New Roman"/>
          <w:sz w:val="24"/>
          <w:szCs w:val="24"/>
        </w:rPr>
        <w:t>lên</w:t>
      </w:r>
      <w:proofErr w:type="spellEnd"/>
      <w:r w:rsidRPr="00416153">
        <w:rPr>
          <w:rFonts w:ascii="Times New Roman" w:eastAsia="Times New Roman" w:hAnsi="Times New Roman" w:cs="Times New Roman"/>
          <w:sz w:val="24"/>
          <w:szCs w:val="24"/>
        </w:rPr>
        <w:t xml:space="preserve"> </w:t>
      </w:r>
      <w:proofErr w:type="spellStart"/>
      <w:r w:rsidRPr="00416153">
        <w:rPr>
          <w:rFonts w:ascii="Times New Roman" w:eastAsia="Times New Roman" w:hAnsi="Times New Roman" w:cs="Times New Roman"/>
          <w:sz w:val="24"/>
          <w:szCs w:val="24"/>
        </w:rPr>
        <w:t>chuyền</w:t>
      </w:r>
      <w:proofErr w:type="spellEnd"/>
      <w:r w:rsidRPr="00416153">
        <w:rPr>
          <w:rFonts w:ascii="Times New Roman" w:eastAsia="Times New Roman" w:hAnsi="Times New Roman" w:cs="Times New Roman"/>
          <w:sz w:val="24"/>
          <w:szCs w:val="24"/>
        </w:rPr>
        <w:t xml:space="preserve"> sản </w:t>
      </w:r>
      <w:proofErr w:type="spellStart"/>
      <w:r w:rsidRPr="00416153">
        <w:rPr>
          <w:rFonts w:ascii="Times New Roman" w:eastAsia="Times New Roman" w:hAnsi="Times New Roman" w:cs="Times New Roman"/>
          <w:sz w:val="24"/>
          <w:szCs w:val="24"/>
        </w:rPr>
        <w:t>xuất</w:t>
      </w:r>
      <w:proofErr w:type="spellEnd"/>
      <w:r w:rsidRPr="00416153">
        <w:rPr>
          <w:rFonts w:ascii="Times New Roman" w:eastAsia="Times New Roman" w:hAnsi="Times New Roman" w:cs="Times New Roman"/>
          <w:sz w:val="24"/>
          <w:szCs w:val="24"/>
        </w:rPr>
        <w:t>.</w:t>
      </w:r>
    </w:p>
    <w:p w14:paraId="61C6A247" w14:textId="77777777" w:rsidR="00416153" w:rsidRPr="00416153" w:rsidRDefault="008D547B" w:rsidP="00416153">
      <w:pPr>
        <w:pStyle w:val="ListParagraph"/>
        <w:numPr>
          <w:ilvl w:val="0"/>
          <w:numId w:val="10"/>
        </w:numPr>
        <w:spacing w:before="40" w:after="80"/>
      </w:pPr>
      <w:proofErr w:type="spellStart"/>
      <w:r w:rsidRPr="00416153">
        <w:rPr>
          <w:rFonts w:ascii="Times New Roman" w:eastAsia="Times New Roman" w:hAnsi="Times New Roman" w:cs="Times New Roman"/>
          <w:sz w:val="24"/>
          <w:szCs w:val="24"/>
        </w:rPr>
        <w:t>Màu</w:t>
      </w:r>
      <w:proofErr w:type="spellEnd"/>
      <w:r w:rsidRPr="00416153">
        <w:rPr>
          <w:rFonts w:ascii="Times New Roman" w:eastAsia="Times New Roman" w:hAnsi="Times New Roman" w:cs="Times New Roman"/>
          <w:sz w:val="24"/>
          <w:szCs w:val="24"/>
        </w:rPr>
        <w:t xml:space="preserve"> DLO 34H: </w:t>
      </w:r>
      <w:proofErr w:type="spellStart"/>
      <w:r w:rsidRPr="00416153">
        <w:rPr>
          <w:rFonts w:ascii="Times New Roman" w:eastAsia="Times New Roman" w:hAnsi="Times New Roman" w:cs="Times New Roman"/>
          <w:sz w:val="24"/>
          <w:szCs w:val="24"/>
        </w:rPr>
        <w:t>Đã</w:t>
      </w:r>
      <w:proofErr w:type="spellEnd"/>
      <w:r w:rsidRPr="00416153">
        <w:rPr>
          <w:rFonts w:ascii="Times New Roman" w:eastAsia="Times New Roman" w:hAnsi="Times New Roman" w:cs="Times New Roman"/>
          <w:sz w:val="24"/>
          <w:szCs w:val="24"/>
        </w:rPr>
        <w:t xml:space="preserve"> </w:t>
      </w:r>
      <w:proofErr w:type="spellStart"/>
      <w:r w:rsidRPr="00416153">
        <w:rPr>
          <w:rFonts w:ascii="Times New Roman" w:eastAsia="Times New Roman" w:hAnsi="Times New Roman" w:cs="Times New Roman"/>
          <w:sz w:val="24"/>
          <w:szCs w:val="24"/>
        </w:rPr>
        <w:t>chạy</w:t>
      </w:r>
      <w:proofErr w:type="spellEnd"/>
      <w:r w:rsidRPr="00416153">
        <w:rPr>
          <w:rFonts w:ascii="Times New Roman" w:eastAsia="Times New Roman" w:hAnsi="Times New Roman" w:cs="Times New Roman"/>
          <w:sz w:val="24"/>
          <w:szCs w:val="24"/>
        </w:rPr>
        <w:t xml:space="preserve"> </w:t>
      </w:r>
      <w:proofErr w:type="spellStart"/>
      <w:r w:rsidRPr="00416153">
        <w:rPr>
          <w:rFonts w:ascii="Times New Roman" w:eastAsia="Times New Roman" w:hAnsi="Times New Roman" w:cs="Times New Roman"/>
          <w:sz w:val="24"/>
          <w:szCs w:val="24"/>
        </w:rPr>
        <w:t>cont</w:t>
      </w:r>
      <w:proofErr w:type="spellEnd"/>
      <w:r w:rsidRPr="00416153">
        <w:rPr>
          <w:rFonts w:ascii="Times New Roman" w:eastAsia="Times New Roman" w:hAnsi="Times New Roman" w:cs="Times New Roman"/>
          <w:sz w:val="24"/>
          <w:szCs w:val="24"/>
        </w:rPr>
        <w:t xml:space="preserve"> </w:t>
      </w:r>
      <w:proofErr w:type="spellStart"/>
      <w:r w:rsidRPr="00416153">
        <w:rPr>
          <w:rFonts w:ascii="Times New Roman" w:eastAsia="Times New Roman" w:hAnsi="Times New Roman" w:cs="Times New Roman"/>
          <w:sz w:val="24"/>
          <w:szCs w:val="24"/>
        </w:rPr>
        <w:t>đầu</w:t>
      </w:r>
      <w:proofErr w:type="spellEnd"/>
      <w:r w:rsidRPr="00416153">
        <w:rPr>
          <w:rFonts w:ascii="Times New Roman" w:eastAsia="Times New Roman" w:hAnsi="Times New Roman" w:cs="Times New Roman"/>
          <w:sz w:val="24"/>
          <w:szCs w:val="24"/>
        </w:rPr>
        <w:t xml:space="preserve"> </w:t>
      </w:r>
      <w:proofErr w:type="spellStart"/>
      <w:r w:rsidRPr="00416153">
        <w:rPr>
          <w:rFonts w:ascii="Times New Roman" w:eastAsia="Times New Roman" w:hAnsi="Times New Roman" w:cs="Times New Roman"/>
          <w:sz w:val="24"/>
          <w:szCs w:val="24"/>
        </w:rPr>
        <w:t>thành</w:t>
      </w:r>
      <w:proofErr w:type="spellEnd"/>
      <w:r w:rsidRPr="00416153">
        <w:rPr>
          <w:rFonts w:ascii="Times New Roman" w:eastAsia="Times New Roman" w:hAnsi="Times New Roman" w:cs="Times New Roman"/>
          <w:sz w:val="24"/>
          <w:szCs w:val="24"/>
        </w:rPr>
        <w:t xml:space="preserve"> </w:t>
      </w:r>
      <w:proofErr w:type="spellStart"/>
      <w:r w:rsidRPr="00416153">
        <w:rPr>
          <w:rFonts w:ascii="Times New Roman" w:eastAsia="Times New Roman" w:hAnsi="Times New Roman" w:cs="Times New Roman"/>
          <w:sz w:val="24"/>
          <w:szCs w:val="24"/>
        </w:rPr>
        <w:t>công</w:t>
      </w:r>
      <w:proofErr w:type="spellEnd"/>
      <w:r w:rsidRPr="00416153">
        <w:rPr>
          <w:rFonts w:ascii="Times New Roman" w:eastAsia="Times New Roman" w:hAnsi="Times New Roman" w:cs="Times New Roman"/>
          <w:sz w:val="24"/>
          <w:szCs w:val="24"/>
        </w:rPr>
        <w:t xml:space="preserve">, </w:t>
      </w:r>
      <w:proofErr w:type="spellStart"/>
      <w:r w:rsidRPr="00416153">
        <w:rPr>
          <w:rFonts w:ascii="Times New Roman" w:eastAsia="Times New Roman" w:hAnsi="Times New Roman" w:cs="Times New Roman"/>
          <w:sz w:val="24"/>
          <w:szCs w:val="24"/>
        </w:rPr>
        <w:t>đang</w:t>
      </w:r>
      <w:proofErr w:type="spellEnd"/>
      <w:r w:rsidRPr="00416153">
        <w:rPr>
          <w:rFonts w:ascii="Times New Roman" w:eastAsia="Times New Roman" w:hAnsi="Times New Roman" w:cs="Times New Roman"/>
          <w:sz w:val="24"/>
          <w:szCs w:val="24"/>
        </w:rPr>
        <w:t xml:space="preserve"> </w:t>
      </w:r>
      <w:proofErr w:type="spellStart"/>
      <w:r w:rsidRPr="00416153">
        <w:rPr>
          <w:rFonts w:ascii="Times New Roman" w:eastAsia="Times New Roman" w:hAnsi="Times New Roman" w:cs="Times New Roman"/>
          <w:sz w:val="24"/>
          <w:szCs w:val="24"/>
        </w:rPr>
        <w:t>tính</w:t>
      </w:r>
      <w:proofErr w:type="spellEnd"/>
      <w:r w:rsidRPr="00416153">
        <w:rPr>
          <w:rFonts w:ascii="Times New Roman" w:eastAsia="Times New Roman" w:hAnsi="Times New Roman" w:cs="Times New Roman"/>
          <w:sz w:val="24"/>
          <w:szCs w:val="24"/>
        </w:rPr>
        <w:t xml:space="preserve"> </w:t>
      </w:r>
      <w:proofErr w:type="spellStart"/>
      <w:r w:rsidRPr="00416153">
        <w:rPr>
          <w:rFonts w:ascii="Times New Roman" w:eastAsia="Times New Roman" w:hAnsi="Times New Roman" w:cs="Times New Roman"/>
          <w:sz w:val="24"/>
          <w:szCs w:val="24"/>
        </w:rPr>
        <w:t>định</w:t>
      </w:r>
      <w:proofErr w:type="spellEnd"/>
      <w:r w:rsidRPr="00416153">
        <w:rPr>
          <w:rFonts w:ascii="Times New Roman" w:eastAsia="Times New Roman" w:hAnsi="Times New Roman" w:cs="Times New Roman"/>
          <w:sz w:val="24"/>
          <w:szCs w:val="24"/>
        </w:rPr>
        <w:t xml:space="preserve"> </w:t>
      </w:r>
      <w:proofErr w:type="spellStart"/>
      <w:r w:rsidRPr="00416153">
        <w:rPr>
          <w:rFonts w:ascii="Times New Roman" w:eastAsia="Times New Roman" w:hAnsi="Times New Roman" w:cs="Times New Roman"/>
          <w:sz w:val="24"/>
          <w:szCs w:val="24"/>
        </w:rPr>
        <w:t>mức</w:t>
      </w:r>
      <w:proofErr w:type="spellEnd"/>
      <w:r w:rsidRPr="00416153">
        <w:rPr>
          <w:rFonts w:ascii="Times New Roman" w:eastAsia="Times New Roman" w:hAnsi="Times New Roman" w:cs="Times New Roman"/>
          <w:sz w:val="24"/>
          <w:szCs w:val="24"/>
        </w:rPr>
        <w:t xml:space="preserve"> </w:t>
      </w:r>
      <w:proofErr w:type="spellStart"/>
      <w:r w:rsidRPr="00416153">
        <w:rPr>
          <w:rFonts w:ascii="Times New Roman" w:eastAsia="Times New Roman" w:hAnsi="Times New Roman" w:cs="Times New Roman"/>
          <w:sz w:val="24"/>
          <w:szCs w:val="24"/>
        </w:rPr>
        <w:t>giá</w:t>
      </w:r>
      <w:proofErr w:type="spellEnd"/>
      <w:r w:rsidRPr="00416153">
        <w:rPr>
          <w:rFonts w:ascii="Times New Roman" w:eastAsia="Times New Roman" w:hAnsi="Times New Roman" w:cs="Times New Roman"/>
          <w:sz w:val="24"/>
          <w:szCs w:val="24"/>
        </w:rPr>
        <w:t>.</w:t>
      </w:r>
    </w:p>
    <w:p w14:paraId="0E46B0F8" w14:textId="1C4C6B1E" w:rsidR="008D547B" w:rsidRDefault="008D547B" w:rsidP="00416153">
      <w:pPr>
        <w:pStyle w:val="ListParagraph"/>
        <w:numPr>
          <w:ilvl w:val="0"/>
          <w:numId w:val="10"/>
        </w:numPr>
        <w:spacing w:before="40" w:after="80"/>
      </w:pPr>
      <w:r w:rsidRPr="00416153">
        <w:rPr>
          <w:rFonts w:ascii="Times New Roman" w:eastAsia="Times New Roman" w:hAnsi="Times New Roman" w:cs="Times New Roman"/>
          <w:sz w:val="24"/>
          <w:szCs w:val="24"/>
        </w:rPr>
        <w:t xml:space="preserve"> </w:t>
      </w:r>
      <w:proofErr w:type="spellStart"/>
      <w:r w:rsidRPr="00416153">
        <w:rPr>
          <w:rFonts w:ascii="Times New Roman" w:eastAsia="Times New Roman" w:hAnsi="Times New Roman" w:cs="Times New Roman"/>
          <w:sz w:val="24"/>
          <w:szCs w:val="24"/>
        </w:rPr>
        <w:t>Màu</w:t>
      </w:r>
      <w:proofErr w:type="spellEnd"/>
      <w:r w:rsidRPr="00416153">
        <w:rPr>
          <w:rFonts w:ascii="Times New Roman" w:eastAsia="Times New Roman" w:hAnsi="Times New Roman" w:cs="Times New Roman"/>
          <w:sz w:val="24"/>
          <w:szCs w:val="24"/>
        </w:rPr>
        <w:t xml:space="preserve"> DLO 10K: </w:t>
      </w:r>
      <w:proofErr w:type="spellStart"/>
      <w:r w:rsidRPr="00416153">
        <w:rPr>
          <w:rFonts w:ascii="Times New Roman" w:eastAsia="Times New Roman" w:hAnsi="Times New Roman" w:cs="Times New Roman"/>
          <w:sz w:val="24"/>
          <w:szCs w:val="24"/>
        </w:rPr>
        <w:t>Đã</w:t>
      </w:r>
      <w:proofErr w:type="spellEnd"/>
      <w:r w:rsidRPr="00416153">
        <w:rPr>
          <w:rFonts w:ascii="Times New Roman" w:eastAsia="Times New Roman" w:hAnsi="Times New Roman" w:cs="Times New Roman"/>
          <w:sz w:val="24"/>
          <w:szCs w:val="24"/>
        </w:rPr>
        <w:t xml:space="preserve"> SX </w:t>
      </w:r>
      <w:proofErr w:type="spellStart"/>
      <w:r w:rsidRPr="00416153">
        <w:rPr>
          <w:rFonts w:ascii="Times New Roman" w:eastAsia="Times New Roman" w:hAnsi="Times New Roman" w:cs="Times New Roman"/>
          <w:sz w:val="24"/>
          <w:szCs w:val="24"/>
        </w:rPr>
        <w:t>lô</w:t>
      </w:r>
      <w:proofErr w:type="spellEnd"/>
      <w:r w:rsidRPr="00416153">
        <w:rPr>
          <w:rFonts w:ascii="Times New Roman" w:eastAsia="Times New Roman" w:hAnsi="Times New Roman" w:cs="Times New Roman"/>
          <w:sz w:val="24"/>
          <w:szCs w:val="24"/>
        </w:rPr>
        <w:t xml:space="preserve"> </w:t>
      </w:r>
      <w:proofErr w:type="spellStart"/>
      <w:r w:rsidRPr="00416153">
        <w:rPr>
          <w:rFonts w:ascii="Times New Roman" w:eastAsia="Times New Roman" w:hAnsi="Times New Roman" w:cs="Times New Roman"/>
          <w:sz w:val="24"/>
          <w:szCs w:val="24"/>
        </w:rPr>
        <w:t>đầu</w:t>
      </w:r>
      <w:proofErr w:type="spellEnd"/>
      <w:r w:rsidRPr="00416153">
        <w:rPr>
          <w:rFonts w:ascii="Times New Roman" w:eastAsia="Times New Roman" w:hAnsi="Times New Roman" w:cs="Times New Roman"/>
          <w:sz w:val="24"/>
          <w:szCs w:val="24"/>
        </w:rPr>
        <w:t xml:space="preserve"> </w:t>
      </w:r>
      <w:proofErr w:type="spellStart"/>
      <w:r w:rsidRPr="00416153">
        <w:rPr>
          <w:rFonts w:ascii="Times New Roman" w:eastAsia="Times New Roman" w:hAnsi="Times New Roman" w:cs="Times New Roman"/>
          <w:sz w:val="24"/>
          <w:szCs w:val="24"/>
        </w:rPr>
        <w:t>thành</w:t>
      </w:r>
      <w:proofErr w:type="spellEnd"/>
      <w:r w:rsidRPr="00416153">
        <w:rPr>
          <w:rFonts w:ascii="Times New Roman" w:eastAsia="Times New Roman" w:hAnsi="Times New Roman" w:cs="Times New Roman"/>
          <w:sz w:val="24"/>
          <w:szCs w:val="24"/>
        </w:rPr>
        <w:t xml:space="preserve"> </w:t>
      </w:r>
      <w:proofErr w:type="spellStart"/>
      <w:r w:rsidRPr="00416153">
        <w:rPr>
          <w:rFonts w:ascii="Times New Roman" w:eastAsia="Times New Roman" w:hAnsi="Times New Roman" w:cs="Times New Roman"/>
          <w:sz w:val="24"/>
          <w:szCs w:val="24"/>
        </w:rPr>
        <w:t>công</w:t>
      </w:r>
      <w:proofErr w:type="spellEnd"/>
      <w:r w:rsidRPr="00416153">
        <w:rPr>
          <w:rFonts w:ascii="Times New Roman" w:eastAsia="Times New Roman" w:hAnsi="Times New Roman" w:cs="Times New Roman"/>
          <w:sz w:val="24"/>
          <w:szCs w:val="24"/>
        </w:rPr>
        <w:t>.</w:t>
      </w:r>
    </w:p>
    <w:p w14:paraId="48FFD1FD" w14:textId="12F44492" w:rsidR="008D547B" w:rsidRDefault="008D547B" w:rsidP="008D547B">
      <w:pPr>
        <w:spacing w:before="40" w:after="80"/>
      </w:pPr>
      <w:r>
        <w:rPr>
          <w:rFonts w:ascii="Times New Roman" w:eastAsia="Times New Roman" w:hAnsi="Times New Roman" w:cs="Times New Roman"/>
          <w:b/>
          <w:bCs/>
          <w:sz w:val="24"/>
          <w:szCs w:val="24"/>
        </w:rPr>
        <w:t xml:space="preserve">3. ĐÁNH GIÁ KHÁCH QUAN </w:t>
      </w:r>
    </w:p>
    <w:p w14:paraId="1927C415" w14:textId="77777777" w:rsidR="008D547B" w:rsidRDefault="008D547B" w:rsidP="008D547B">
      <w:pPr>
        <w:spacing w:before="40" w:after="40"/>
      </w:pPr>
      <w:proofErr w:type="spellStart"/>
      <w:r>
        <w:rPr>
          <w:rFonts w:ascii="Times New Roman" w:eastAsia="Times New Roman" w:hAnsi="Times New Roman" w:cs="Times New Roman"/>
          <w:b/>
          <w:bCs/>
          <w:sz w:val="24"/>
          <w:szCs w:val="24"/>
        </w:rPr>
        <w:t>Đánh</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giá</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chung</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về</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nhà</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máy</w:t>
      </w:r>
      <w:proofErr w:type="spellEnd"/>
      <w:r>
        <w:rPr>
          <w:rFonts w:ascii="Times New Roman" w:eastAsia="Times New Roman" w:hAnsi="Times New Roman" w:cs="Times New Roman"/>
          <w:b/>
          <w:bCs/>
          <w:sz w:val="24"/>
          <w:szCs w:val="24"/>
        </w:rPr>
        <w:t>:</w:t>
      </w:r>
    </w:p>
    <w:p w14:paraId="259A260F" w14:textId="77777777" w:rsidR="008D547B" w:rsidRDefault="008D547B" w:rsidP="008D547B">
      <w:pPr>
        <w:spacing w:before="40" w:after="80"/>
      </w:pPr>
      <w:r>
        <w:rPr>
          <w:rFonts w:ascii="Times New Roman" w:eastAsia="Times New Roman" w:hAnsi="Times New Roman" w:cs="Times New Roman"/>
          <w:sz w:val="24"/>
          <w:szCs w:val="24"/>
        </w:rPr>
        <w:t xml:space="preserve">Sản </w:t>
      </w:r>
      <w:proofErr w:type="spellStart"/>
      <w:r>
        <w:rPr>
          <w:rFonts w:ascii="Times New Roman" w:eastAsia="Times New Roman" w:hAnsi="Times New Roman" w:cs="Times New Roman"/>
          <w:sz w:val="24"/>
          <w:szCs w:val="24"/>
        </w:rPr>
        <w:t>lượng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tuần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ổn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định</w:t>
      </w:r>
      <w:proofErr w:type="spellEnd"/>
      <w:r>
        <w:rPr>
          <w:rFonts w:ascii="Times New Roman" w:eastAsia="Times New Roman" w:hAnsi="Times New Roman" w:cs="Times New Roman"/>
          <w:sz w:val="24"/>
          <w:szCs w:val="24"/>
        </w:rPr>
        <w:t xml:space="preserve">. Các </w:t>
      </w:r>
      <w:proofErr w:type="spellStart"/>
      <w:r>
        <w:rPr>
          <w:rFonts w:ascii="Times New Roman" w:eastAsia="Times New Roman" w:hAnsi="Times New Roman" w:cs="Times New Roman"/>
          <w:sz w:val="24"/>
          <w:szCs w:val="24"/>
        </w:rPr>
        <w:t>màu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mới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hệ</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nước</w:t>
      </w:r>
      <w:proofErr w:type="spellEnd"/>
      <w:r>
        <w:rPr>
          <w:rFonts w:ascii="Times New Roman" w:eastAsia="Times New Roman" w:hAnsi="Times New Roman" w:cs="Times New Roman"/>
          <w:sz w:val="24"/>
          <w:szCs w:val="24"/>
        </w:rPr>
        <w:t xml:space="preserve"> (DLO 34H) </w:t>
      </w:r>
      <w:proofErr w:type="spellStart"/>
      <w:r>
        <w:rPr>
          <w:rFonts w:ascii="Times New Roman" w:eastAsia="Times New Roman" w:hAnsi="Times New Roman" w:cs="Times New Roman"/>
          <w:sz w:val="24"/>
          <w:szCs w:val="24"/>
        </w:rPr>
        <w:t>và</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hệ</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dầu</w:t>
      </w:r>
      <w:proofErr w:type="spellEnd"/>
      <w:r>
        <w:rPr>
          <w:rFonts w:ascii="Times New Roman" w:eastAsia="Times New Roman" w:hAnsi="Times New Roman" w:cs="Times New Roman"/>
          <w:sz w:val="24"/>
          <w:szCs w:val="24"/>
        </w:rPr>
        <w:t xml:space="preserve"> (DLO 10K) </w:t>
      </w:r>
      <w:proofErr w:type="spellStart"/>
      <w:r>
        <w:rPr>
          <w:rFonts w:ascii="Times New Roman" w:eastAsia="Times New Roman" w:hAnsi="Times New Roman" w:cs="Times New Roman"/>
          <w:sz w:val="24"/>
          <w:szCs w:val="24"/>
        </w:rPr>
        <w:t>đã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chạy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lô</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đầu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thành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công</w:t>
      </w:r>
      <w:proofErr w:type="spellEnd"/>
      <w:r>
        <w:rPr>
          <w:rFonts w:ascii="Times New Roman" w:eastAsia="Times New Roman" w:hAnsi="Times New Roman" w:cs="Times New Roman"/>
          <w:sz w:val="24"/>
          <w:szCs w:val="24"/>
        </w:rPr>
        <w:t xml:space="preserve">. Cạnh </w:t>
      </w:r>
      <w:proofErr w:type="spellStart"/>
      <w:r>
        <w:rPr>
          <w:rFonts w:ascii="Times New Roman" w:eastAsia="Times New Roman" w:hAnsi="Times New Roman" w:cs="Times New Roman"/>
          <w:sz w:val="24"/>
          <w:szCs w:val="24"/>
        </w:rPr>
        <w:t>tranh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từ</w:t>
      </w:r>
      <w:proofErr w:type="spellEnd"/>
      <w:r>
        <w:rPr>
          <w:rFonts w:ascii="Times New Roman" w:eastAsia="Times New Roman" w:hAnsi="Times New Roman" w:cs="Times New Roman"/>
          <w:sz w:val="24"/>
          <w:szCs w:val="24"/>
        </w:rPr>
        <w:t xml:space="preserve"> 20-45% </w:t>
      </w:r>
      <w:proofErr w:type="spellStart"/>
      <w:r>
        <w:rPr>
          <w:rFonts w:ascii="Times New Roman" w:eastAsia="Times New Roman" w:hAnsi="Times New Roman" w:cs="Times New Roman"/>
          <w:sz w:val="24"/>
          <w:szCs w:val="24"/>
        </w:rPr>
        <w:t>với</w:t>
      </w:r>
      <w:proofErr w:type="spellEnd"/>
      <w:r>
        <w:rPr>
          <w:rFonts w:ascii="Times New Roman" w:eastAsia="Times New Roman" w:hAnsi="Times New Roman" w:cs="Times New Roman"/>
          <w:sz w:val="24"/>
          <w:szCs w:val="24"/>
        </w:rPr>
        <w:t xml:space="preserve"> Tân Hồng </w:t>
      </w:r>
      <w:proofErr w:type="spellStart"/>
      <w:r>
        <w:rPr>
          <w:rFonts w:ascii="Times New Roman" w:eastAsia="Times New Roman" w:hAnsi="Times New Roman" w:cs="Times New Roman"/>
          <w:sz w:val="24"/>
          <w:szCs w:val="24"/>
        </w:rPr>
        <w:t>Phát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và</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Syncoates</w:t>
      </w:r>
      <w:proofErr w:type="spellEnd"/>
      <w:r>
        <w:rPr>
          <w:rFonts w:ascii="Times New Roman" w:eastAsia="Times New Roman" w:hAnsi="Times New Roman" w:cs="Times New Roman"/>
          <w:sz w:val="24"/>
          <w:szCs w:val="24"/>
        </w:rPr>
        <w:t>.</w:t>
      </w:r>
    </w:p>
    <w:p w14:paraId="25B2CB6B" w14:textId="77777777" w:rsidR="008D547B" w:rsidRDefault="008D547B" w:rsidP="008D547B">
      <w:pPr>
        <w:spacing w:before="40" w:after="80"/>
      </w:pPr>
      <w:r>
        <w:rPr>
          <w:rFonts w:ascii="Times New Roman" w:eastAsia="Times New Roman" w:hAnsi="Times New Roman" w:cs="Times New Roman"/>
          <w:b/>
          <w:bCs/>
          <w:sz w:val="24"/>
          <w:szCs w:val="24"/>
        </w:rPr>
        <w:t>4. ĐỀ XUẤT &amp; KIẾN NGHỊ (NẾU CÓ)</w:t>
      </w:r>
    </w:p>
    <w:p w14:paraId="573283AA" w14:textId="77777777" w:rsidR="008D547B" w:rsidRDefault="008D547B" w:rsidP="008D547B">
      <w:pPr>
        <w:spacing w:before="40" w:after="40"/>
      </w:pPr>
      <w:proofErr w:type="spellStart"/>
      <w:r>
        <w:rPr>
          <w:rFonts w:ascii="Times New Roman" w:eastAsia="Times New Roman" w:hAnsi="Times New Roman" w:cs="Times New Roman"/>
          <w:b/>
          <w:bCs/>
          <w:sz w:val="24"/>
          <w:szCs w:val="24"/>
        </w:rPr>
        <w:t>Đề</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xuất</w:t>
      </w:r>
      <w:proofErr w:type="spellEnd"/>
      <w:r>
        <w:rPr>
          <w:rFonts w:ascii="Times New Roman" w:eastAsia="Times New Roman" w:hAnsi="Times New Roman" w:cs="Times New Roman"/>
          <w:b/>
          <w:bCs/>
          <w:sz w:val="24"/>
          <w:szCs w:val="24"/>
        </w:rPr>
        <w:t xml:space="preserve"> Ban Giám </w:t>
      </w:r>
      <w:proofErr w:type="spellStart"/>
      <w:r>
        <w:rPr>
          <w:rFonts w:ascii="Times New Roman" w:eastAsia="Times New Roman" w:hAnsi="Times New Roman" w:cs="Times New Roman"/>
          <w:b/>
          <w:bCs/>
          <w:sz w:val="24"/>
          <w:szCs w:val="24"/>
        </w:rPr>
        <w:t>đốc</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hoặc</w:t>
      </w:r>
      <w:proofErr w:type="spellEnd"/>
      <w:r>
        <w:rPr>
          <w:rFonts w:ascii="Times New Roman" w:eastAsia="Times New Roman" w:hAnsi="Times New Roman" w:cs="Times New Roman"/>
          <w:b/>
          <w:bCs/>
          <w:sz w:val="24"/>
          <w:szCs w:val="24"/>
        </w:rPr>
        <w:t xml:space="preserve"> Phòng </w:t>
      </w:r>
      <w:proofErr w:type="spellStart"/>
      <w:r>
        <w:rPr>
          <w:rFonts w:ascii="Times New Roman" w:eastAsia="Times New Roman" w:hAnsi="Times New Roman" w:cs="Times New Roman"/>
          <w:b/>
          <w:bCs/>
          <w:sz w:val="24"/>
          <w:szCs w:val="24"/>
        </w:rPr>
        <w:t>Kỹ</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thuật</w:t>
      </w:r>
      <w:proofErr w:type="spellEnd"/>
      <w:r>
        <w:rPr>
          <w:rFonts w:ascii="Times New Roman" w:eastAsia="Times New Roman" w:hAnsi="Times New Roman" w:cs="Times New Roman"/>
          <w:b/>
          <w:bCs/>
          <w:sz w:val="24"/>
          <w:szCs w:val="24"/>
        </w:rPr>
        <w:t>:</w:t>
      </w:r>
    </w:p>
    <w:p w14:paraId="47F1E8A6" w14:textId="77777777" w:rsidR="008D547B" w:rsidRDefault="008D547B" w:rsidP="008D547B">
      <w:pPr>
        <w:spacing w:before="40" w:after="80"/>
      </w:pPr>
      <w:proofErr w:type="spellStart"/>
      <w:r>
        <w:rPr>
          <w:rFonts w:ascii="Times New Roman" w:eastAsia="Times New Roman" w:hAnsi="Times New Roman" w:cs="Times New Roman"/>
          <w:sz w:val="24"/>
          <w:szCs w:val="24"/>
        </w:rPr>
        <w:t>Không</w:t>
      </w:r>
      <w:proofErr w:type="spellEnd"/>
      <w:r>
        <w:rPr>
          <w:rFonts w:ascii="Times New Roman" w:eastAsia="Times New Roman" w:hAnsi="Times New Roman" w:cs="Times New Roman"/>
          <w:sz w:val="24"/>
          <w:szCs w:val="24"/>
        </w:rPr>
        <w:t xml:space="preserve"> có </w:t>
      </w:r>
      <w:proofErr w:type="spellStart"/>
      <w:r>
        <w:rPr>
          <w:rFonts w:ascii="Times New Roman" w:eastAsia="Times New Roman" w:hAnsi="Times New Roman" w:cs="Times New Roman"/>
          <w:sz w:val="24"/>
          <w:szCs w:val="24"/>
        </w:rPr>
        <w:t>đề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xuất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đặc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biệt</w:t>
      </w:r>
      <w:proofErr w:type="spellEnd"/>
      <w:r>
        <w:rPr>
          <w:rFonts w:ascii="Times New Roman" w:eastAsia="Times New Roman" w:hAnsi="Times New Roman" w:cs="Times New Roman"/>
          <w:sz w:val="24"/>
          <w:szCs w:val="24"/>
        </w:rPr>
        <w:t>.</w:t>
      </w:r>
    </w:p>
    <w:p w14:paraId="6D6A1554" w14:textId="77777777" w:rsidR="008D547B" w:rsidRDefault="008D547B"/>
    <w:p w14:paraId="6E0B0E15" w14:textId="77777777" w:rsidR="008D547B" w:rsidRDefault="008D547B" w:rsidP="008D547B">
      <w:pPr>
        <w:spacing w:before="40" w:after="40"/>
        <w:jc w:val="center"/>
      </w:pPr>
      <w:r>
        <w:rPr>
          <w:rFonts w:ascii="Times New Roman" w:eastAsia="Times New Roman" w:hAnsi="Times New Roman" w:cs="Times New Roman"/>
          <w:b/>
          <w:bCs/>
          <w:sz w:val="28"/>
          <w:szCs w:val="28"/>
        </w:rPr>
        <w:t>BÁO CÁO CÔNG TÁC TUẦN</w:t>
      </w:r>
    </w:p>
    <w:p w14:paraId="39283610" w14:textId="77777777" w:rsidR="008D547B" w:rsidRDefault="008D547B" w:rsidP="008D547B">
      <w:pPr>
        <w:spacing w:before="40" w:after="160"/>
        <w:jc w:val="center"/>
      </w:pPr>
      <w:proofErr w:type="spellStart"/>
      <w:r>
        <w:rPr>
          <w:rFonts w:ascii="Times New Roman" w:eastAsia="Times New Roman" w:hAnsi="Times New Roman" w:cs="Times New Roman"/>
          <w:b/>
          <w:bCs/>
          <w:sz w:val="24"/>
          <w:szCs w:val="24"/>
        </w:rPr>
        <w:t>Họ</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và</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tên</w:t>
      </w:r>
      <w:proofErr w:type="spellEnd"/>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Nguyễn Văn Đen</w:t>
      </w:r>
      <w:r>
        <w:rPr>
          <w:sz w:val="12"/>
          <w:szCs w:val="12"/>
        </w:rPr>
        <w:br/>
      </w:r>
      <w:proofErr w:type="spellStart"/>
      <w:r>
        <w:rPr>
          <w:rFonts w:ascii="Times New Roman" w:eastAsia="Times New Roman" w:hAnsi="Times New Roman" w:cs="Times New Roman"/>
          <w:b/>
          <w:bCs/>
          <w:sz w:val="24"/>
          <w:szCs w:val="24"/>
        </w:rPr>
        <w:t>Nhà</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máy</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phụ</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trách</w:t>
      </w:r>
      <w:proofErr w:type="spellEnd"/>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HẠNH PHÚC</w:t>
      </w:r>
      <w:r>
        <w:rPr>
          <w:sz w:val="12"/>
          <w:szCs w:val="12"/>
        </w:rPr>
        <w:br/>
      </w:r>
      <w:proofErr w:type="spellStart"/>
      <w:r>
        <w:rPr>
          <w:rFonts w:ascii="Times New Roman" w:eastAsia="Times New Roman" w:hAnsi="Times New Roman" w:cs="Times New Roman"/>
          <w:b/>
          <w:bCs/>
          <w:sz w:val="24"/>
          <w:szCs w:val="24"/>
        </w:rPr>
        <w:t>Tuần</w:t>
      </w:r>
      <w:proofErr w:type="spellEnd"/>
      <w:r>
        <w:rPr>
          <w:rFonts w:ascii="Times New Roman" w:eastAsia="Times New Roman" w:hAnsi="Times New Roman" w:cs="Times New Roman"/>
          <w:b/>
          <w:bCs/>
          <w:sz w:val="24"/>
          <w:szCs w:val="24"/>
        </w:rPr>
        <w:t xml:space="preserve"> thứ: </w:t>
      </w:r>
      <w:r>
        <w:rPr>
          <w:rFonts w:ascii="Times New Roman" w:eastAsia="Times New Roman" w:hAnsi="Times New Roman" w:cs="Times New Roman"/>
          <w:sz w:val="24"/>
          <w:szCs w:val="24"/>
        </w:rPr>
        <w:t>30 (</w:t>
      </w:r>
      <w:proofErr w:type="spellStart"/>
      <w:r>
        <w:rPr>
          <w:rFonts w:ascii="Times New Roman" w:eastAsia="Times New Roman" w:hAnsi="Times New Roman" w:cs="Times New Roman"/>
          <w:sz w:val="24"/>
          <w:szCs w:val="24"/>
        </w:rPr>
        <w:t>Từ</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ngày</w:t>
      </w:r>
      <w:proofErr w:type="spellEnd"/>
      <w:r>
        <w:rPr>
          <w:rFonts w:ascii="Times New Roman" w:eastAsia="Times New Roman" w:hAnsi="Times New Roman" w:cs="Times New Roman"/>
          <w:sz w:val="24"/>
          <w:szCs w:val="24"/>
        </w:rPr>
        <w:t xml:space="preserve"> 20/07/2026 </w:t>
      </w:r>
      <w:proofErr w:type="spellStart"/>
      <w:r>
        <w:rPr>
          <w:rFonts w:ascii="Times New Roman" w:eastAsia="Times New Roman" w:hAnsi="Times New Roman" w:cs="Times New Roman"/>
          <w:sz w:val="24"/>
          <w:szCs w:val="24"/>
        </w:rPr>
        <w:t>đến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ngày</w:t>
      </w:r>
      <w:proofErr w:type="spellEnd"/>
      <w:r>
        <w:rPr>
          <w:rFonts w:ascii="Times New Roman" w:eastAsia="Times New Roman" w:hAnsi="Times New Roman" w:cs="Times New Roman"/>
          <w:sz w:val="24"/>
          <w:szCs w:val="24"/>
        </w:rPr>
        <w:t xml:space="preserve"> 25/07/2026)</w:t>
      </w:r>
      <w:r>
        <w:rPr>
          <w:sz w:val="12"/>
          <w:szCs w:val="12"/>
        </w:rPr>
        <w:br/>
      </w:r>
    </w:p>
    <w:p w14:paraId="56AED628" w14:textId="77777777" w:rsidR="008D547B" w:rsidRDefault="008D547B" w:rsidP="008D547B">
      <w:pPr>
        <w:spacing w:before="40" w:after="120"/>
      </w:pPr>
    </w:p>
    <w:p w14:paraId="0C5AAE47" w14:textId="77777777" w:rsidR="008D547B" w:rsidRDefault="008D547B" w:rsidP="008D547B">
      <w:pPr>
        <w:spacing w:before="40" w:after="120"/>
      </w:pPr>
    </w:p>
    <w:p w14:paraId="0DDC82EF" w14:textId="77777777" w:rsidR="008D547B" w:rsidRDefault="008D547B" w:rsidP="008D547B">
      <w:pPr>
        <w:spacing w:before="40" w:after="80"/>
      </w:pPr>
      <w:r>
        <w:rPr>
          <w:rFonts w:ascii="Times New Roman" w:eastAsia="Times New Roman" w:hAnsi="Times New Roman" w:cs="Times New Roman"/>
          <w:b/>
          <w:bCs/>
          <w:sz w:val="24"/>
          <w:szCs w:val="24"/>
        </w:rPr>
        <w:t>1. TÌNH HÌNH ĐƠN HÀNG &amp; PHẢN HỒI CỦA KHÁCH HÀNG</w:t>
      </w:r>
    </w:p>
    <w:p w14:paraId="5F97B395" w14:textId="77777777" w:rsidR="008D547B" w:rsidRDefault="008D547B" w:rsidP="008D547B">
      <w:pPr>
        <w:spacing w:before="40" w:after="40"/>
      </w:pPr>
      <w:r>
        <w:rPr>
          <w:rFonts w:ascii="Times New Roman" w:eastAsia="Times New Roman" w:hAnsi="Times New Roman" w:cs="Times New Roman"/>
          <w:b/>
          <w:bCs/>
          <w:sz w:val="24"/>
          <w:szCs w:val="24"/>
        </w:rPr>
        <w:t xml:space="preserve">Thông tin </w:t>
      </w:r>
      <w:proofErr w:type="spellStart"/>
      <w:r>
        <w:rPr>
          <w:rFonts w:ascii="Times New Roman" w:eastAsia="Times New Roman" w:hAnsi="Times New Roman" w:cs="Times New Roman"/>
          <w:b/>
          <w:bCs/>
          <w:sz w:val="24"/>
          <w:szCs w:val="24"/>
        </w:rPr>
        <w:t>từ</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khách</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hàng</w:t>
      </w:r>
      <w:proofErr w:type="spellEnd"/>
      <w:r>
        <w:rPr>
          <w:rFonts w:ascii="Times New Roman" w:eastAsia="Times New Roman" w:hAnsi="Times New Roman" w:cs="Times New Roman"/>
          <w:b/>
          <w:bCs/>
          <w:sz w:val="24"/>
          <w:szCs w:val="24"/>
        </w:rPr>
        <w:t>:</w:t>
      </w:r>
    </w:p>
    <w:p w14:paraId="59D15423" w14:textId="77777777" w:rsidR="008D547B" w:rsidRDefault="008D547B" w:rsidP="008D547B">
      <w:pPr>
        <w:spacing w:before="40" w:after="80"/>
      </w:pPr>
      <w:r>
        <w:rPr>
          <w:rFonts w:ascii="Times New Roman" w:eastAsia="Times New Roman" w:hAnsi="Times New Roman" w:cs="Times New Roman"/>
          <w:sz w:val="24"/>
          <w:szCs w:val="24"/>
        </w:rPr>
        <w:t xml:space="preserve">Trong </w:t>
      </w:r>
      <w:proofErr w:type="spellStart"/>
      <w:r>
        <w:rPr>
          <w:rFonts w:ascii="Times New Roman" w:eastAsia="Times New Roman" w:hAnsi="Times New Roman" w:cs="Times New Roman"/>
          <w:sz w:val="24"/>
          <w:szCs w:val="24"/>
        </w:rPr>
        <w:t>tuần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nhà</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máy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chạy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tổng</w:t>
      </w:r>
      <w:proofErr w:type="spellEnd"/>
      <w:r>
        <w:rPr>
          <w:rFonts w:ascii="Times New Roman" w:eastAsia="Times New Roman" w:hAnsi="Times New Roman" w:cs="Times New Roman"/>
          <w:sz w:val="24"/>
          <w:szCs w:val="24"/>
        </w:rPr>
        <w:t xml:space="preserve"> 17 cont.</w:t>
      </w:r>
      <w:r>
        <w:rPr>
          <w:rFonts w:ascii="Times New Roman" w:eastAsia="Times New Roman" w:hAnsi="Times New Roman" w:cs="Times New Roman"/>
          <w:sz w:val="24"/>
          <w:szCs w:val="24"/>
        </w:rPr>
        <w:br/>
        <w:t xml:space="preserve">Sơn bên </w:t>
      </w:r>
      <w:proofErr w:type="spellStart"/>
      <w:r>
        <w:rPr>
          <w:rFonts w:ascii="Times New Roman" w:eastAsia="Times New Roman" w:hAnsi="Times New Roman" w:cs="Times New Roman"/>
          <w:sz w:val="24"/>
          <w:szCs w:val="24"/>
        </w:rPr>
        <w:t>mình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chạy</w:t>
      </w:r>
      <w:proofErr w:type="spellEnd"/>
      <w:r>
        <w:rPr>
          <w:rFonts w:ascii="Times New Roman" w:eastAsia="Times New Roman" w:hAnsi="Times New Roman" w:cs="Times New Roman"/>
          <w:sz w:val="24"/>
          <w:szCs w:val="24"/>
        </w:rPr>
        <w:t xml:space="preserve"> 8,5 </w:t>
      </w:r>
      <w:proofErr w:type="spellStart"/>
      <w:r>
        <w:rPr>
          <w:rFonts w:ascii="Times New Roman" w:eastAsia="Times New Roman" w:hAnsi="Times New Roman" w:cs="Times New Roman"/>
          <w:sz w:val="24"/>
          <w:szCs w:val="24"/>
        </w:rPr>
        <w:t>cont</w:t>
      </w:r>
      <w:proofErr w:type="spellEnd"/>
      <w:r>
        <w:rPr>
          <w:rFonts w:ascii="Times New Roman" w:eastAsia="Times New Roman" w:hAnsi="Times New Roman" w:cs="Times New Roman"/>
          <w:sz w:val="24"/>
          <w:szCs w:val="24"/>
        </w:rPr>
        <w:t xml:space="preserve">, 8 </w:t>
      </w:r>
      <w:proofErr w:type="spellStart"/>
      <w:r>
        <w:rPr>
          <w:rFonts w:ascii="Times New Roman" w:eastAsia="Times New Roman" w:hAnsi="Times New Roman" w:cs="Times New Roman"/>
          <w:sz w:val="24"/>
          <w:szCs w:val="24"/>
        </w:rPr>
        <w:t>màu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Khách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hàng</w:t>
      </w:r>
      <w:proofErr w:type="spellEnd"/>
      <w:r>
        <w:rPr>
          <w:rFonts w:ascii="Times New Roman" w:eastAsia="Times New Roman" w:hAnsi="Times New Roman" w:cs="Times New Roman"/>
          <w:sz w:val="24"/>
          <w:szCs w:val="24"/>
        </w:rPr>
        <w:t xml:space="preserve"> Ashlay, Bảo Anh, Cotswold.</w:t>
      </w:r>
      <w:r>
        <w:rPr>
          <w:rFonts w:ascii="Times New Roman" w:eastAsia="Times New Roman" w:hAnsi="Times New Roman" w:cs="Times New Roman"/>
          <w:sz w:val="24"/>
          <w:szCs w:val="24"/>
        </w:rPr>
        <w:br/>
      </w:r>
      <w:proofErr w:type="spellStart"/>
      <w:r>
        <w:rPr>
          <w:rFonts w:ascii="Times New Roman" w:eastAsia="Times New Roman" w:hAnsi="Times New Roman" w:cs="Times New Roman"/>
          <w:sz w:val="24"/>
          <w:szCs w:val="24"/>
        </w:rPr>
        <w:t>Màu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sắc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chất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lượng</w:t>
      </w:r>
      <w:proofErr w:type="spellEnd"/>
      <w:r>
        <w:rPr>
          <w:rFonts w:ascii="Times New Roman" w:eastAsia="Times New Roman" w:hAnsi="Times New Roman" w:cs="Times New Roman"/>
          <w:sz w:val="24"/>
          <w:szCs w:val="24"/>
        </w:rPr>
        <w:t xml:space="preserve"> sản phẩm </w:t>
      </w:r>
      <w:proofErr w:type="spellStart"/>
      <w:r>
        <w:rPr>
          <w:rFonts w:ascii="Times New Roman" w:eastAsia="Times New Roman" w:hAnsi="Times New Roman" w:cs="Times New Roman"/>
          <w:sz w:val="24"/>
          <w:szCs w:val="24"/>
        </w:rPr>
        <w:t>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chuyền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đạt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yêu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cầu</w:t>
      </w:r>
      <w:proofErr w:type="spellEnd"/>
      <w:r>
        <w:rPr>
          <w:rFonts w:ascii="Times New Roman" w:eastAsia="Times New Roman" w:hAnsi="Times New Roman" w:cs="Times New Roman"/>
          <w:sz w:val="24"/>
          <w:szCs w:val="24"/>
        </w:rPr>
        <w:t xml:space="preserve">. Sản </w:t>
      </w:r>
      <w:proofErr w:type="spellStart"/>
      <w:r>
        <w:rPr>
          <w:rFonts w:ascii="Times New Roman" w:eastAsia="Times New Roman" w:hAnsi="Times New Roman" w:cs="Times New Roman"/>
          <w:sz w:val="24"/>
          <w:szCs w:val="24"/>
        </w:rPr>
        <w:t>xuất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ổn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định</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24"/>
          <w:szCs w:val="24"/>
        </w:rPr>
        <w:br/>
        <w:t xml:space="preserve">Sơn AkzoNobel </w:t>
      </w:r>
      <w:proofErr w:type="spellStart"/>
      <w:r>
        <w:rPr>
          <w:rFonts w:ascii="Times New Roman" w:eastAsia="Times New Roman" w:hAnsi="Times New Roman" w:cs="Times New Roman"/>
          <w:sz w:val="24"/>
          <w:szCs w:val="24"/>
        </w:rPr>
        <w:t>chạy</w:t>
      </w:r>
      <w:proofErr w:type="spellEnd"/>
      <w:r>
        <w:rPr>
          <w:rFonts w:ascii="Times New Roman" w:eastAsia="Times New Roman" w:hAnsi="Times New Roman" w:cs="Times New Roman"/>
          <w:sz w:val="24"/>
          <w:szCs w:val="24"/>
        </w:rPr>
        <w:t xml:space="preserve"> 8,5 </w:t>
      </w:r>
      <w:proofErr w:type="spellStart"/>
      <w:r>
        <w:rPr>
          <w:rFonts w:ascii="Times New Roman" w:eastAsia="Times New Roman" w:hAnsi="Times New Roman" w:cs="Times New Roman"/>
          <w:sz w:val="24"/>
          <w:szCs w:val="24"/>
        </w:rPr>
        <w:t>cont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khách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hàng</w:t>
      </w:r>
      <w:proofErr w:type="spellEnd"/>
      <w:r>
        <w:rPr>
          <w:rFonts w:ascii="Times New Roman" w:eastAsia="Times New Roman" w:hAnsi="Times New Roman" w:cs="Times New Roman"/>
          <w:sz w:val="24"/>
          <w:szCs w:val="24"/>
        </w:rPr>
        <w:t xml:space="preserve"> Ashlay 3,5 </w:t>
      </w:r>
      <w:proofErr w:type="spellStart"/>
      <w:r>
        <w:rPr>
          <w:rFonts w:ascii="Times New Roman" w:eastAsia="Times New Roman" w:hAnsi="Times New Roman" w:cs="Times New Roman"/>
          <w:sz w:val="24"/>
          <w:szCs w:val="24"/>
        </w:rPr>
        <w:t>cont</w:t>
      </w:r>
      <w:proofErr w:type="spellEnd"/>
      <w:r>
        <w:rPr>
          <w:rFonts w:ascii="Times New Roman" w:eastAsia="Times New Roman" w:hAnsi="Times New Roman" w:cs="Times New Roman"/>
          <w:sz w:val="24"/>
          <w:szCs w:val="24"/>
        </w:rPr>
        <w:t xml:space="preserve">, Bảo Anh 2 </w:t>
      </w:r>
      <w:proofErr w:type="spellStart"/>
      <w:r>
        <w:rPr>
          <w:rFonts w:ascii="Times New Roman" w:eastAsia="Times New Roman" w:hAnsi="Times New Roman" w:cs="Times New Roman"/>
          <w:sz w:val="24"/>
          <w:szCs w:val="24"/>
        </w:rPr>
        <w:t>cont</w:t>
      </w:r>
      <w:proofErr w:type="spellEnd"/>
      <w:r>
        <w:rPr>
          <w:rFonts w:ascii="Times New Roman" w:eastAsia="Times New Roman" w:hAnsi="Times New Roman" w:cs="Times New Roman"/>
          <w:sz w:val="24"/>
          <w:szCs w:val="24"/>
        </w:rPr>
        <w:t>, Cotswold 3 cont.</w:t>
      </w:r>
    </w:p>
    <w:p w14:paraId="4E95A9F7" w14:textId="77777777" w:rsidR="008D547B" w:rsidRDefault="008D547B" w:rsidP="008D547B">
      <w:pPr>
        <w:spacing w:before="40" w:after="40"/>
      </w:pPr>
      <w:r>
        <w:rPr>
          <w:rFonts w:ascii="Times New Roman" w:eastAsia="Times New Roman" w:hAnsi="Times New Roman" w:cs="Times New Roman"/>
          <w:b/>
          <w:bCs/>
          <w:sz w:val="24"/>
          <w:szCs w:val="24"/>
        </w:rPr>
        <w:t xml:space="preserve">Tiến </w:t>
      </w:r>
      <w:proofErr w:type="spellStart"/>
      <w:r>
        <w:rPr>
          <w:rFonts w:ascii="Times New Roman" w:eastAsia="Times New Roman" w:hAnsi="Times New Roman" w:cs="Times New Roman"/>
          <w:b/>
          <w:bCs/>
          <w:sz w:val="24"/>
          <w:szCs w:val="24"/>
        </w:rPr>
        <w:t>độ</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hàng</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mẫu</w:t>
      </w:r>
      <w:proofErr w:type="spellEnd"/>
      <w:r>
        <w:rPr>
          <w:rFonts w:ascii="Times New Roman" w:eastAsia="Times New Roman" w:hAnsi="Times New Roman" w:cs="Times New Roman"/>
          <w:b/>
          <w:bCs/>
          <w:sz w:val="24"/>
          <w:szCs w:val="24"/>
        </w:rPr>
        <w:t>:</w:t>
      </w:r>
    </w:p>
    <w:p w14:paraId="5EA64E1B" w14:textId="77777777" w:rsidR="008D547B" w:rsidRDefault="008D547B" w:rsidP="008D547B">
      <w:pPr>
        <w:spacing w:before="40" w:after="80"/>
      </w:pPr>
      <w:proofErr w:type="spellStart"/>
      <w:r>
        <w:rPr>
          <w:rFonts w:ascii="Times New Roman" w:eastAsia="Times New Roman" w:hAnsi="Times New Roman" w:cs="Times New Roman"/>
          <w:sz w:val="24"/>
          <w:szCs w:val="24"/>
        </w:rPr>
        <w:t>Mẫu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mới</w:t>
      </w:r>
      <w:proofErr w:type="spellEnd"/>
      <w:r>
        <w:rPr>
          <w:rFonts w:ascii="Times New Roman" w:eastAsia="Times New Roman" w:hAnsi="Times New Roman" w:cs="Times New Roman"/>
          <w:sz w:val="24"/>
          <w:szCs w:val="24"/>
        </w:rPr>
        <w:t xml:space="preserve"> làm 2 </w:t>
      </w:r>
      <w:proofErr w:type="spellStart"/>
      <w:r>
        <w:rPr>
          <w:rFonts w:ascii="Times New Roman" w:eastAsia="Times New Roman" w:hAnsi="Times New Roman" w:cs="Times New Roman"/>
          <w:sz w:val="24"/>
          <w:szCs w:val="24"/>
        </w:rPr>
        <w:t>màu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Khách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hàng</w:t>
      </w:r>
      <w:proofErr w:type="spellEnd"/>
      <w:r>
        <w:rPr>
          <w:rFonts w:ascii="Times New Roman" w:eastAsia="Times New Roman" w:hAnsi="Times New Roman" w:cs="Times New Roman"/>
          <w:sz w:val="24"/>
          <w:szCs w:val="24"/>
        </w:rPr>
        <w:t xml:space="preserve"> Bảo Anh, Vilo.</w:t>
      </w:r>
      <w:r>
        <w:rPr>
          <w:rFonts w:ascii="Times New Roman" w:eastAsia="Times New Roman" w:hAnsi="Times New Roman" w:cs="Times New Roman"/>
          <w:sz w:val="24"/>
          <w:szCs w:val="24"/>
        </w:rPr>
        <w:br/>
      </w:r>
      <w:proofErr w:type="spellStart"/>
      <w:r>
        <w:rPr>
          <w:rFonts w:ascii="Times New Roman" w:eastAsia="Times New Roman" w:hAnsi="Times New Roman" w:cs="Times New Roman"/>
          <w:sz w:val="24"/>
          <w:szCs w:val="24"/>
        </w:rPr>
        <w:t>Màu</w:t>
      </w:r>
      <w:proofErr w:type="spellEnd"/>
      <w:r>
        <w:rPr>
          <w:rFonts w:ascii="Times New Roman" w:eastAsia="Times New Roman" w:hAnsi="Times New Roman" w:cs="Times New Roman"/>
          <w:sz w:val="24"/>
          <w:szCs w:val="24"/>
        </w:rPr>
        <w:t xml:space="preserve"> HP 644: làm 8 </w:t>
      </w:r>
      <w:proofErr w:type="spellStart"/>
      <w:r>
        <w:rPr>
          <w:rFonts w:ascii="Times New Roman" w:eastAsia="Times New Roman" w:hAnsi="Times New Roman" w:cs="Times New Roman"/>
          <w:sz w:val="24"/>
          <w:szCs w:val="24"/>
        </w:rPr>
        <w:t>thẻ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khách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hàng</w:t>
      </w:r>
      <w:proofErr w:type="spellEnd"/>
      <w:r>
        <w:rPr>
          <w:rFonts w:ascii="Times New Roman" w:eastAsia="Times New Roman" w:hAnsi="Times New Roman" w:cs="Times New Roman"/>
          <w:sz w:val="24"/>
          <w:szCs w:val="24"/>
        </w:rPr>
        <w:t xml:space="preserve"> Bảo Anh.</w:t>
      </w:r>
      <w:r>
        <w:rPr>
          <w:rFonts w:ascii="Times New Roman" w:eastAsia="Times New Roman" w:hAnsi="Times New Roman" w:cs="Times New Roman"/>
          <w:sz w:val="24"/>
          <w:szCs w:val="24"/>
        </w:rPr>
        <w:br/>
      </w:r>
      <w:proofErr w:type="spellStart"/>
      <w:r>
        <w:rPr>
          <w:rFonts w:ascii="Times New Roman" w:eastAsia="Times New Roman" w:hAnsi="Times New Roman" w:cs="Times New Roman"/>
          <w:sz w:val="24"/>
          <w:szCs w:val="24"/>
        </w:rPr>
        <w:t>Khách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hàng</w:t>
      </w:r>
      <w:proofErr w:type="spellEnd"/>
      <w:r>
        <w:rPr>
          <w:rFonts w:ascii="Times New Roman" w:eastAsia="Times New Roman" w:hAnsi="Times New Roman" w:cs="Times New Roman"/>
          <w:sz w:val="24"/>
          <w:szCs w:val="24"/>
        </w:rPr>
        <w:t xml:space="preserve"> Vilo: 1 </w:t>
      </w:r>
      <w:proofErr w:type="spellStart"/>
      <w:r>
        <w:rPr>
          <w:rFonts w:ascii="Times New Roman" w:eastAsia="Times New Roman" w:hAnsi="Times New Roman" w:cs="Times New Roman"/>
          <w:sz w:val="24"/>
          <w:szCs w:val="24"/>
        </w:rPr>
        <w:t>màu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mới</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24"/>
          <w:szCs w:val="24"/>
        </w:rPr>
        <w:br/>
      </w:r>
      <w:proofErr w:type="spellStart"/>
      <w:r>
        <w:rPr>
          <w:rFonts w:ascii="Times New Roman" w:eastAsia="Times New Roman" w:hAnsi="Times New Roman" w:cs="Times New Roman"/>
          <w:sz w:val="24"/>
          <w:szCs w:val="24"/>
        </w:rPr>
        <w:t>Màu</w:t>
      </w:r>
      <w:proofErr w:type="spellEnd"/>
      <w:r>
        <w:rPr>
          <w:rFonts w:ascii="Times New Roman" w:eastAsia="Times New Roman" w:hAnsi="Times New Roman" w:cs="Times New Roman"/>
          <w:sz w:val="24"/>
          <w:szCs w:val="24"/>
        </w:rPr>
        <w:t xml:space="preserve"> HP 621: 20 </w:t>
      </w:r>
      <w:proofErr w:type="spellStart"/>
      <w:r>
        <w:rPr>
          <w:rFonts w:ascii="Times New Roman" w:eastAsia="Times New Roman" w:hAnsi="Times New Roman" w:cs="Times New Roman"/>
          <w:sz w:val="24"/>
          <w:szCs w:val="24"/>
        </w:rPr>
        <w:t>thẻ</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24"/>
          <w:szCs w:val="24"/>
        </w:rPr>
        <w:br/>
      </w:r>
      <w:proofErr w:type="spellStart"/>
      <w:r>
        <w:rPr>
          <w:rFonts w:ascii="Times New Roman" w:eastAsia="Times New Roman" w:hAnsi="Times New Roman" w:cs="Times New Roman"/>
          <w:sz w:val="24"/>
          <w:szCs w:val="24"/>
        </w:rPr>
        <w:t>Mẫu</w:t>
      </w:r>
      <w:proofErr w:type="spellEnd"/>
      <w:r>
        <w:rPr>
          <w:rFonts w:ascii="Times New Roman" w:eastAsia="Times New Roman" w:hAnsi="Times New Roman" w:cs="Times New Roman"/>
          <w:sz w:val="24"/>
          <w:szCs w:val="24"/>
        </w:rPr>
        <w:t xml:space="preserve"> sản phẩm </w:t>
      </w:r>
      <w:proofErr w:type="spellStart"/>
      <w:r>
        <w:rPr>
          <w:rFonts w:ascii="Times New Roman" w:eastAsia="Times New Roman" w:hAnsi="Times New Roman" w:cs="Times New Roman"/>
          <w:sz w:val="24"/>
          <w:szCs w:val="24"/>
        </w:rPr>
        <w:t>màu</w:t>
      </w:r>
      <w:proofErr w:type="spellEnd"/>
      <w:r>
        <w:rPr>
          <w:rFonts w:ascii="Times New Roman" w:eastAsia="Times New Roman" w:hAnsi="Times New Roman" w:cs="Times New Roman"/>
          <w:sz w:val="24"/>
          <w:szCs w:val="24"/>
        </w:rPr>
        <w:t xml:space="preserve"> HP 591: làm 8 </w:t>
      </w:r>
      <w:proofErr w:type="spellStart"/>
      <w:r>
        <w:rPr>
          <w:rFonts w:ascii="Times New Roman" w:eastAsia="Times New Roman" w:hAnsi="Times New Roman" w:cs="Times New Roman"/>
          <w:sz w:val="24"/>
          <w:szCs w:val="24"/>
        </w:rPr>
        <w:t>giường</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24"/>
          <w:szCs w:val="24"/>
        </w:rPr>
        <w:br/>
      </w:r>
      <w:proofErr w:type="spellStart"/>
      <w:r>
        <w:rPr>
          <w:rFonts w:ascii="Times New Roman" w:eastAsia="Times New Roman" w:hAnsi="Times New Roman" w:cs="Times New Roman"/>
          <w:sz w:val="24"/>
          <w:szCs w:val="24"/>
        </w:rPr>
        <w:t>Màu</w:t>
      </w:r>
      <w:proofErr w:type="spellEnd"/>
      <w:r>
        <w:rPr>
          <w:rFonts w:ascii="Times New Roman" w:eastAsia="Times New Roman" w:hAnsi="Times New Roman" w:cs="Times New Roman"/>
          <w:sz w:val="24"/>
          <w:szCs w:val="24"/>
        </w:rPr>
        <w:t xml:space="preserve"> 646: làm 1 </w:t>
      </w:r>
      <w:proofErr w:type="spellStart"/>
      <w:r>
        <w:rPr>
          <w:rFonts w:ascii="Times New Roman" w:eastAsia="Times New Roman" w:hAnsi="Times New Roman" w:cs="Times New Roman"/>
          <w:sz w:val="24"/>
          <w:szCs w:val="24"/>
        </w:rPr>
        <w:t>tủ</w:t>
      </w:r>
      <w:proofErr w:type="spellEnd"/>
      <w:r>
        <w:rPr>
          <w:rFonts w:ascii="Times New Roman" w:eastAsia="Times New Roman" w:hAnsi="Times New Roman" w:cs="Times New Roman"/>
          <w:sz w:val="24"/>
          <w:szCs w:val="24"/>
        </w:rPr>
        <w:t>.</w:t>
      </w:r>
    </w:p>
    <w:p w14:paraId="2D0F58CC" w14:textId="77777777" w:rsidR="008D547B" w:rsidRDefault="008D547B" w:rsidP="008D547B">
      <w:pPr>
        <w:spacing w:before="40" w:after="80"/>
      </w:pPr>
      <w:r>
        <w:rPr>
          <w:rFonts w:ascii="Times New Roman" w:eastAsia="Times New Roman" w:hAnsi="Times New Roman" w:cs="Times New Roman"/>
          <w:b/>
          <w:bCs/>
          <w:sz w:val="24"/>
          <w:szCs w:val="24"/>
        </w:rPr>
        <w:t>2. CÁC VẤN ĐỀ PHÁT SINH &amp; KẾT QUẢ XỬ LÝ TẠI HIỆN TRƯỜNG</w:t>
      </w:r>
    </w:p>
    <w:p w14:paraId="40CE4EAB" w14:textId="77777777" w:rsidR="008D547B" w:rsidRDefault="008D547B" w:rsidP="008D547B">
      <w:pPr>
        <w:spacing w:before="40" w:after="40"/>
      </w:pPr>
      <w:r>
        <w:rPr>
          <w:rFonts w:ascii="Times New Roman" w:eastAsia="Times New Roman" w:hAnsi="Times New Roman" w:cs="Times New Roman"/>
          <w:b/>
          <w:bCs/>
          <w:sz w:val="24"/>
          <w:szCs w:val="24"/>
        </w:rPr>
        <w:t xml:space="preserve">Các </w:t>
      </w:r>
      <w:proofErr w:type="spellStart"/>
      <w:r>
        <w:rPr>
          <w:rFonts w:ascii="Times New Roman" w:eastAsia="Times New Roman" w:hAnsi="Times New Roman" w:cs="Times New Roman"/>
          <w:b/>
          <w:bCs/>
          <w:sz w:val="24"/>
          <w:szCs w:val="24"/>
        </w:rPr>
        <w:t>sự</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cố</w:t>
      </w:r>
      <w:proofErr w:type="spellEnd"/>
      <w:r>
        <w:rPr>
          <w:rFonts w:ascii="Times New Roman" w:eastAsia="Times New Roman" w:hAnsi="Times New Roman" w:cs="Times New Roman"/>
          <w:b/>
          <w:bCs/>
          <w:sz w:val="24"/>
          <w:szCs w:val="24"/>
        </w:rPr>
        <w:t>/</w:t>
      </w:r>
      <w:proofErr w:type="spellStart"/>
      <w:r>
        <w:rPr>
          <w:rFonts w:ascii="Times New Roman" w:eastAsia="Times New Roman" w:hAnsi="Times New Roman" w:cs="Times New Roman"/>
          <w:b/>
          <w:bCs/>
          <w:sz w:val="24"/>
          <w:szCs w:val="24"/>
        </w:rPr>
        <w:t>khó</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khăn</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phát</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sinh</w:t>
      </w:r>
      <w:proofErr w:type="spellEnd"/>
      <w:r>
        <w:rPr>
          <w:rFonts w:ascii="Times New Roman" w:eastAsia="Times New Roman" w:hAnsi="Times New Roman" w:cs="Times New Roman"/>
          <w:b/>
          <w:bCs/>
          <w:sz w:val="24"/>
          <w:szCs w:val="24"/>
        </w:rPr>
        <w:t>:</w:t>
      </w:r>
    </w:p>
    <w:p w14:paraId="45ACD7AD" w14:textId="77777777" w:rsidR="008D547B" w:rsidRDefault="008D547B" w:rsidP="008D547B">
      <w:pPr>
        <w:spacing w:before="40" w:after="80"/>
      </w:pPr>
      <w:r>
        <w:rPr>
          <w:rFonts w:ascii="Times New Roman" w:eastAsia="Times New Roman" w:hAnsi="Times New Roman" w:cs="Times New Roman"/>
          <w:sz w:val="24"/>
          <w:szCs w:val="24"/>
        </w:rPr>
        <w:t xml:space="preserve">(1) </w:t>
      </w:r>
      <w:proofErr w:type="spellStart"/>
      <w:r>
        <w:rPr>
          <w:rFonts w:ascii="Times New Roman" w:eastAsia="Times New Roman" w:hAnsi="Times New Roman" w:cs="Times New Roman"/>
          <w:sz w:val="24"/>
          <w:szCs w:val="24"/>
        </w:rPr>
        <w:t>Đã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thử</w:t>
      </w:r>
      <w:proofErr w:type="spellEnd"/>
      <w:r>
        <w:rPr>
          <w:rFonts w:ascii="Times New Roman" w:eastAsia="Times New Roman" w:hAnsi="Times New Roman" w:cs="Times New Roman"/>
          <w:sz w:val="24"/>
          <w:szCs w:val="24"/>
        </w:rPr>
        <w:t xml:space="preserve"> UV </w:t>
      </w:r>
      <w:proofErr w:type="spellStart"/>
      <w:r>
        <w:rPr>
          <w:rFonts w:ascii="Times New Roman" w:eastAsia="Times New Roman" w:hAnsi="Times New Roman" w:cs="Times New Roman"/>
          <w:sz w:val="24"/>
          <w:szCs w:val="24"/>
        </w:rPr>
        <w:t>tăng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trắng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yêu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cầu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nhà</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máy</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kết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quả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thử</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chất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lượng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đạt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độ</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trắng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độ</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láng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đạt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yêu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cầu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nhà</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máy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thuật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đã</w:t>
      </w:r>
      <w:proofErr w:type="spellEnd"/>
      <w:r>
        <w:rPr>
          <w:rFonts w:ascii="Times New Roman" w:eastAsia="Times New Roman" w:hAnsi="Times New Roman" w:cs="Times New Roman"/>
          <w:sz w:val="24"/>
          <w:szCs w:val="24"/>
        </w:rPr>
        <w:t xml:space="preserve"> làm </w:t>
      </w:r>
      <w:proofErr w:type="spellStart"/>
      <w:r>
        <w:rPr>
          <w:rFonts w:ascii="Times New Roman" w:eastAsia="Times New Roman" w:hAnsi="Times New Roman" w:cs="Times New Roman"/>
          <w:sz w:val="24"/>
          <w:szCs w:val="24"/>
        </w:rPr>
        <w:t>báo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cáo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nhà</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máy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xác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nhận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Hiện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tại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đã</w:t>
      </w:r>
      <w:proofErr w:type="spellEnd"/>
      <w:r>
        <w:rPr>
          <w:rFonts w:ascii="Times New Roman" w:eastAsia="Times New Roman" w:hAnsi="Times New Roman" w:cs="Times New Roman"/>
          <w:sz w:val="24"/>
          <w:szCs w:val="24"/>
        </w:rPr>
        <w:t xml:space="preserve"> sản </w:t>
      </w:r>
      <w:proofErr w:type="spellStart"/>
      <w:r>
        <w:rPr>
          <w:rFonts w:ascii="Times New Roman" w:eastAsia="Times New Roman" w:hAnsi="Times New Roman" w:cs="Times New Roman"/>
          <w:sz w:val="24"/>
          <w:szCs w:val="24"/>
        </w:rPr>
        <w:t>xuất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lô</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đầu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tiên</w:t>
      </w:r>
      <w:proofErr w:type="spellEnd"/>
      <w:r>
        <w:rPr>
          <w:rFonts w:ascii="Times New Roman" w:eastAsia="Times New Roman" w:hAnsi="Times New Roman" w:cs="Times New Roman"/>
          <w:sz w:val="24"/>
          <w:szCs w:val="24"/>
        </w:rPr>
        <w:t xml:space="preserve"> để </w:t>
      </w:r>
      <w:proofErr w:type="spellStart"/>
      <w:r>
        <w:rPr>
          <w:rFonts w:ascii="Times New Roman" w:eastAsia="Times New Roman" w:hAnsi="Times New Roman" w:cs="Times New Roman"/>
          <w:sz w:val="24"/>
          <w:szCs w:val="24"/>
        </w:rPr>
        <w:t>chạy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đánh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giá</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chất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lượng</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24"/>
          <w:szCs w:val="24"/>
        </w:rPr>
        <w:br/>
        <w:t xml:space="preserve">(2) </w:t>
      </w:r>
      <w:proofErr w:type="spellStart"/>
      <w:r>
        <w:rPr>
          <w:rFonts w:ascii="Times New Roman" w:eastAsia="Times New Roman" w:hAnsi="Times New Roman" w:cs="Times New Roman"/>
          <w:sz w:val="24"/>
          <w:szCs w:val="24"/>
        </w:rPr>
        <w:t>Mẫu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màu</w:t>
      </w:r>
      <w:proofErr w:type="spellEnd"/>
      <w:r>
        <w:rPr>
          <w:rFonts w:ascii="Times New Roman" w:eastAsia="Times New Roman" w:hAnsi="Times New Roman" w:cs="Times New Roman"/>
          <w:sz w:val="24"/>
          <w:szCs w:val="24"/>
        </w:rPr>
        <w:t xml:space="preserve"> gửi đi test </w:t>
      </w:r>
      <w:proofErr w:type="spellStart"/>
      <w:r>
        <w:rPr>
          <w:rFonts w:ascii="Times New Roman" w:eastAsia="Times New Roman" w:hAnsi="Times New Roman" w:cs="Times New Roman"/>
          <w:sz w:val="24"/>
          <w:szCs w:val="24"/>
        </w:rPr>
        <w:t>chì</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yêu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cầu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khách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hàng</w:t>
      </w:r>
      <w:proofErr w:type="spellEnd"/>
      <w:r>
        <w:rPr>
          <w:rFonts w:ascii="Times New Roman" w:eastAsia="Times New Roman" w:hAnsi="Times New Roman" w:cs="Times New Roman"/>
          <w:sz w:val="24"/>
          <w:szCs w:val="24"/>
        </w:rPr>
        <w:t xml:space="preserve"> Bảo Anh — ban </w:t>
      </w:r>
      <w:proofErr w:type="spellStart"/>
      <w:r>
        <w:rPr>
          <w:rFonts w:ascii="Times New Roman" w:eastAsia="Times New Roman" w:hAnsi="Times New Roman" w:cs="Times New Roman"/>
          <w:sz w:val="24"/>
          <w:szCs w:val="24"/>
        </w:rPr>
        <w:t>đầu</w:t>
      </w:r>
      <w:proofErr w:type="spellEnd"/>
      <w:r>
        <w:rPr>
          <w:rFonts w:ascii="Times New Roman" w:eastAsia="Times New Roman" w:hAnsi="Times New Roman" w:cs="Times New Roman"/>
          <w:sz w:val="24"/>
          <w:szCs w:val="24"/>
        </w:rPr>
        <w:t xml:space="preserve"> bên </w:t>
      </w:r>
      <w:proofErr w:type="spellStart"/>
      <w:r>
        <w:rPr>
          <w:rFonts w:ascii="Times New Roman" w:eastAsia="Times New Roman" w:hAnsi="Times New Roman" w:cs="Times New Roman"/>
          <w:sz w:val="24"/>
          <w:szCs w:val="24"/>
        </w:rPr>
        <w:t>mình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thống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nhất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với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nhà</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máy</w:t>
      </w:r>
      <w:proofErr w:type="spellEnd"/>
      <w:r>
        <w:rPr>
          <w:rFonts w:ascii="Times New Roman" w:eastAsia="Times New Roman" w:hAnsi="Times New Roman" w:cs="Times New Roman"/>
          <w:sz w:val="24"/>
          <w:szCs w:val="24"/>
        </w:rPr>
        <w:t xml:space="preserve"> test </w:t>
      </w:r>
      <w:proofErr w:type="spellStart"/>
      <w:r>
        <w:rPr>
          <w:rFonts w:ascii="Times New Roman" w:eastAsia="Times New Roman" w:hAnsi="Times New Roman" w:cs="Times New Roman"/>
          <w:sz w:val="24"/>
          <w:szCs w:val="24"/>
        </w:rPr>
        <w:t>gộp</w:t>
      </w:r>
      <w:proofErr w:type="spellEnd"/>
      <w:r>
        <w:rPr>
          <w:rFonts w:ascii="Times New Roman" w:eastAsia="Times New Roman" w:hAnsi="Times New Roman" w:cs="Times New Roman"/>
          <w:sz w:val="24"/>
          <w:szCs w:val="24"/>
        </w:rPr>
        <w:t xml:space="preserve"> 3 </w:t>
      </w:r>
      <w:proofErr w:type="spellStart"/>
      <w:r>
        <w:rPr>
          <w:rFonts w:ascii="Times New Roman" w:eastAsia="Times New Roman" w:hAnsi="Times New Roman" w:cs="Times New Roman"/>
          <w:sz w:val="24"/>
          <w:szCs w:val="24"/>
        </w:rPr>
        <w:t>màu</w:t>
      </w:r>
      <w:proofErr w:type="spellEnd"/>
      <w:r>
        <w:rPr>
          <w:rFonts w:ascii="Times New Roman" w:eastAsia="Times New Roman" w:hAnsi="Times New Roman" w:cs="Times New Roman"/>
          <w:sz w:val="24"/>
          <w:szCs w:val="24"/>
        </w:rPr>
        <w:t xml:space="preserve"> 1 </w:t>
      </w:r>
      <w:proofErr w:type="spellStart"/>
      <w:r>
        <w:rPr>
          <w:rFonts w:ascii="Times New Roman" w:eastAsia="Times New Roman" w:hAnsi="Times New Roman" w:cs="Times New Roman"/>
          <w:sz w:val="24"/>
          <w:szCs w:val="24"/>
        </w:rPr>
        <w:t>bản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kết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quả</w:t>
      </w:r>
      <w:proofErr w:type="spellEnd"/>
      <w:r>
        <w:rPr>
          <w:rFonts w:ascii="Times New Roman" w:eastAsia="Times New Roman" w:hAnsi="Times New Roman" w:cs="Times New Roman"/>
          <w:sz w:val="24"/>
          <w:szCs w:val="24"/>
        </w:rPr>
        <w:t xml:space="preserve"> để </w:t>
      </w:r>
      <w:proofErr w:type="spellStart"/>
      <w:r>
        <w:rPr>
          <w:rFonts w:ascii="Times New Roman" w:eastAsia="Times New Roman" w:hAnsi="Times New Roman" w:cs="Times New Roman"/>
          <w:sz w:val="24"/>
          <w:szCs w:val="24"/>
        </w:rPr>
        <w:t>giảm</w:t>
      </w:r>
      <w:proofErr w:type="spellEnd"/>
      <w:r>
        <w:rPr>
          <w:rFonts w:ascii="Times New Roman" w:eastAsia="Times New Roman" w:hAnsi="Times New Roman" w:cs="Times New Roman"/>
          <w:sz w:val="24"/>
          <w:szCs w:val="24"/>
        </w:rPr>
        <w:t xml:space="preserve"> chi </w:t>
      </w:r>
      <w:proofErr w:type="spellStart"/>
      <w:r>
        <w:rPr>
          <w:rFonts w:ascii="Times New Roman" w:eastAsia="Times New Roman" w:hAnsi="Times New Roman" w:cs="Times New Roman"/>
          <w:sz w:val="24"/>
          <w:szCs w:val="24"/>
        </w:rPr>
        <w:t>phí</w:t>
      </w:r>
      <w:proofErr w:type="spellEnd"/>
      <w:r>
        <w:rPr>
          <w:rFonts w:ascii="Times New Roman" w:eastAsia="Times New Roman" w:hAnsi="Times New Roman" w:cs="Times New Roman"/>
          <w:sz w:val="24"/>
          <w:szCs w:val="24"/>
        </w:rPr>
        <w:t xml:space="preserve">. Nay </w:t>
      </w:r>
      <w:proofErr w:type="spellStart"/>
      <w:r>
        <w:rPr>
          <w:rFonts w:ascii="Times New Roman" w:eastAsia="Times New Roman" w:hAnsi="Times New Roman" w:cs="Times New Roman"/>
          <w:sz w:val="24"/>
          <w:szCs w:val="24"/>
        </w:rPr>
        <w:t>anh</w:t>
      </w:r>
      <w:proofErr w:type="spellEnd"/>
      <w:r>
        <w:rPr>
          <w:rFonts w:ascii="Times New Roman" w:eastAsia="Times New Roman" w:hAnsi="Times New Roman" w:cs="Times New Roman"/>
          <w:sz w:val="24"/>
          <w:szCs w:val="24"/>
        </w:rPr>
        <w:t xml:space="preserve"> Cường </w:t>
      </w:r>
      <w:proofErr w:type="spellStart"/>
      <w:r>
        <w:rPr>
          <w:rFonts w:ascii="Times New Roman" w:eastAsia="Times New Roman" w:hAnsi="Times New Roman" w:cs="Times New Roman"/>
          <w:sz w:val="24"/>
          <w:szCs w:val="24"/>
        </w:rPr>
        <w:t>cho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biết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khách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hàng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yêu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cầu</w:t>
      </w:r>
      <w:proofErr w:type="spellEnd"/>
      <w:r>
        <w:rPr>
          <w:rFonts w:ascii="Times New Roman" w:eastAsia="Times New Roman" w:hAnsi="Times New Roman" w:cs="Times New Roman"/>
          <w:sz w:val="24"/>
          <w:szCs w:val="24"/>
        </w:rPr>
        <w:t xml:space="preserve"> 1 </w:t>
      </w:r>
      <w:proofErr w:type="spellStart"/>
      <w:r>
        <w:rPr>
          <w:rFonts w:ascii="Times New Roman" w:eastAsia="Times New Roman" w:hAnsi="Times New Roman" w:cs="Times New Roman"/>
          <w:sz w:val="24"/>
          <w:szCs w:val="24"/>
        </w:rPr>
        <w:t>màu</w:t>
      </w:r>
      <w:proofErr w:type="spellEnd"/>
      <w:r>
        <w:rPr>
          <w:rFonts w:ascii="Times New Roman" w:eastAsia="Times New Roman" w:hAnsi="Times New Roman" w:cs="Times New Roman"/>
          <w:sz w:val="24"/>
          <w:szCs w:val="24"/>
        </w:rPr>
        <w:t xml:space="preserve"> test </w:t>
      </w:r>
      <w:proofErr w:type="spellStart"/>
      <w:r>
        <w:rPr>
          <w:rFonts w:ascii="Times New Roman" w:eastAsia="Times New Roman" w:hAnsi="Times New Roman" w:cs="Times New Roman"/>
          <w:sz w:val="24"/>
          <w:szCs w:val="24"/>
        </w:rPr>
        <w:t>riêng</w:t>
      </w:r>
      <w:proofErr w:type="spellEnd"/>
      <w:r>
        <w:rPr>
          <w:rFonts w:ascii="Times New Roman" w:eastAsia="Times New Roman" w:hAnsi="Times New Roman" w:cs="Times New Roman"/>
          <w:sz w:val="24"/>
          <w:szCs w:val="24"/>
        </w:rPr>
        <w:t xml:space="preserve"> 1 </w:t>
      </w:r>
      <w:proofErr w:type="spellStart"/>
      <w:r>
        <w:rPr>
          <w:rFonts w:ascii="Times New Roman" w:eastAsia="Times New Roman" w:hAnsi="Times New Roman" w:cs="Times New Roman"/>
          <w:sz w:val="24"/>
          <w:szCs w:val="24"/>
        </w:rPr>
        <w:t>bản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kết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quả</w:t>
      </w:r>
      <w:proofErr w:type="spellEnd"/>
      <w:r>
        <w:rPr>
          <w:rFonts w:ascii="Times New Roman" w:eastAsia="Times New Roman" w:hAnsi="Times New Roman" w:cs="Times New Roman"/>
          <w:sz w:val="24"/>
          <w:szCs w:val="24"/>
        </w:rPr>
        <w:t>.</w:t>
      </w:r>
    </w:p>
    <w:p w14:paraId="12DAF4B9" w14:textId="77777777" w:rsidR="008D547B" w:rsidRDefault="008D547B" w:rsidP="008D547B">
      <w:pPr>
        <w:spacing w:before="40" w:after="40"/>
      </w:pPr>
      <w:proofErr w:type="spellStart"/>
      <w:r>
        <w:rPr>
          <w:rFonts w:ascii="Times New Roman" w:eastAsia="Times New Roman" w:hAnsi="Times New Roman" w:cs="Times New Roman"/>
          <w:b/>
          <w:bCs/>
          <w:sz w:val="24"/>
          <w:szCs w:val="24"/>
        </w:rPr>
        <w:t>Kết</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quả</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phối</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hợp</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xử</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lý</w:t>
      </w:r>
      <w:proofErr w:type="spellEnd"/>
      <w:r>
        <w:rPr>
          <w:rFonts w:ascii="Times New Roman" w:eastAsia="Times New Roman" w:hAnsi="Times New Roman" w:cs="Times New Roman"/>
          <w:b/>
          <w:bCs/>
          <w:sz w:val="24"/>
          <w:szCs w:val="24"/>
        </w:rPr>
        <w:t>:</w:t>
      </w:r>
    </w:p>
    <w:p w14:paraId="74EB0DC2" w14:textId="77777777" w:rsidR="008D547B" w:rsidRDefault="008D547B" w:rsidP="008D547B">
      <w:pPr>
        <w:spacing w:before="40" w:after="80"/>
      </w:pPr>
      <w:r>
        <w:rPr>
          <w:rFonts w:ascii="Times New Roman" w:eastAsia="Times New Roman" w:hAnsi="Times New Roman" w:cs="Times New Roman"/>
          <w:sz w:val="24"/>
          <w:szCs w:val="24"/>
        </w:rPr>
        <w:t xml:space="preserve">(1) UV </w:t>
      </w:r>
      <w:proofErr w:type="spellStart"/>
      <w:r>
        <w:rPr>
          <w:rFonts w:ascii="Times New Roman" w:eastAsia="Times New Roman" w:hAnsi="Times New Roman" w:cs="Times New Roman"/>
          <w:sz w:val="24"/>
          <w:szCs w:val="24"/>
        </w:rPr>
        <w:t>tăng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trắng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Đã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thử</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nghiệm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thành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công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xác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nhận</w:t>
      </w:r>
      <w:proofErr w:type="spellEnd"/>
      <w:r>
        <w:rPr>
          <w:rFonts w:ascii="Times New Roman" w:eastAsia="Times New Roman" w:hAnsi="Times New Roman" w:cs="Times New Roman"/>
          <w:sz w:val="24"/>
          <w:szCs w:val="24"/>
        </w:rPr>
        <w:t xml:space="preserve">, sản </w:t>
      </w:r>
      <w:proofErr w:type="spellStart"/>
      <w:r>
        <w:rPr>
          <w:rFonts w:ascii="Times New Roman" w:eastAsia="Times New Roman" w:hAnsi="Times New Roman" w:cs="Times New Roman"/>
          <w:sz w:val="24"/>
          <w:szCs w:val="24"/>
        </w:rPr>
        <w:t>xuất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lô</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đầu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đánh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giá</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chất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lượng</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24"/>
          <w:szCs w:val="24"/>
        </w:rPr>
        <w:br/>
        <w:t xml:space="preserve">(2) Test </w:t>
      </w:r>
      <w:proofErr w:type="spellStart"/>
      <w:r>
        <w:rPr>
          <w:rFonts w:ascii="Times New Roman" w:eastAsia="Times New Roman" w:hAnsi="Times New Roman" w:cs="Times New Roman"/>
          <w:sz w:val="24"/>
          <w:szCs w:val="24"/>
        </w:rPr>
        <w:t>chì</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thuật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đã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yêu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cầu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anh</w:t>
      </w:r>
      <w:proofErr w:type="spellEnd"/>
      <w:r>
        <w:rPr>
          <w:rFonts w:ascii="Times New Roman" w:eastAsia="Times New Roman" w:hAnsi="Times New Roman" w:cs="Times New Roman"/>
          <w:sz w:val="24"/>
          <w:szCs w:val="24"/>
        </w:rPr>
        <w:t xml:space="preserve"> Cường làm </w:t>
      </w:r>
      <w:proofErr w:type="spellStart"/>
      <w:r>
        <w:rPr>
          <w:rFonts w:ascii="Times New Roman" w:eastAsia="Times New Roman" w:hAnsi="Times New Roman" w:cs="Times New Roman"/>
          <w:sz w:val="24"/>
          <w:szCs w:val="24"/>
        </w:rPr>
        <w:t>việc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lại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với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nhà</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máy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thống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nhất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cách</w:t>
      </w:r>
      <w:proofErr w:type="spellEnd"/>
      <w:r>
        <w:rPr>
          <w:rFonts w:ascii="Times New Roman" w:eastAsia="Times New Roman" w:hAnsi="Times New Roman" w:cs="Times New Roman"/>
          <w:sz w:val="24"/>
          <w:szCs w:val="24"/>
        </w:rPr>
        <w:t xml:space="preserve"> làm </w:t>
      </w:r>
      <w:proofErr w:type="spellStart"/>
      <w:r>
        <w:rPr>
          <w:rFonts w:ascii="Times New Roman" w:eastAsia="Times New Roman" w:hAnsi="Times New Roman" w:cs="Times New Roman"/>
          <w:sz w:val="24"/>
          <w:szCs w:val="24"/>
        </w:rPr>
        <w:t>sau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đó</w:t>
      </w:r>
      <w:proofErr w:type="spellEnd"/>
      <w:r>
        <w:rPr>
          <w:rFonts w:ascii="Times New Roman" w:eastAsia="Times New Roman" w:hAnsi="Times New Roman" w:cs="Times New Roman"/>
          <w:sz w:val="24"/>
          <w:szCs w:val="24"/>
        </w:rPr>
        <w:t xml:space="preserve"> gửi </w:t>
      </w:r>
      <w:proofErr w:type="spellStart"/>
      <w:r>
        <w:rPr>
          <w:rFonts w:ascii="Times New Roman" w:eastAsia="Times New Roman" w:hAnsi="Times New Roman" w:cs="Times New Roman"/>
          <w:sz w:val="24"/>
          <w:szCs w:val="24"/>
        </w:rPr>
        <w:t>yêu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cầu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về</w:t>
      </w:r>
      <w:proofErr w:type="spellEnd"/>
      <w:r>
        <w:rPr>
          <w:rFonts w:ascii="Times New Roman" w:eastAsia="Times New Roman" w:hAnsi="Times New Roman" w:cs="Times New Roman"/>
          <w:sz w:val="24"/>
          <w:szCs w:val="24"/>
        </w:rPr>
        <w:t xml:space="preserve"> Công ty </w:t>
      </w:r>
      <w:proofErr w:type="spellStart"/>
      <w:r>
        <w:rPr>
          <w:rFonts w:ascii="Times New Roman" w:eastAsia="Times New Roman" w:hAnsi="Times New Roman" w:cs="Times New Roman"/>
          <w:sz w:val="24"/>
          <w:szCs w:val="24"/>
        </w:rPr>
        <w:t>mình</w:t>
      </w:r>
      <w:proofErr w:type="spellEnd"/>
      <w:r>
        <w:rPr>
          <w:rFonts w:ascii="Times New Roman" w:eastAsia="Times New Roman" w:hAnsi="Times New Roman" w:cs="Times New Roman"/>
          <w:sz w:val="24"/>
          <w:szCs w:val="24"/>
        </w:rPr>
        <w:t xml:space="preserve"> để </w:t>
      </w:r>
      <w:proofErr w:type="spellStart"/>
      <w:r>
        <w:rPr>
          <w:rFonts w:ascii="Times New Roman" w:eastAsia="Times New Roman" w:hAnsi="Times New Roman" w:cs="Times New Roman"/>
          <w:sz w:val="24"/>
          <w:szCs w:val="24"/>
        </w:rPr>
        <w:t>xác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nhận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cách</w:t>
      </w:r>
      <w:proofErr w:type="spellEnd"/>
      <w:r>
        <w:rPr>
          <w:rFonts w:ascii="Times New Roman" w:eastAsia="Times New Roman" w:hAnsi="Times New Roman" w:cs="Times New Roman"/>
          <w:sz w:val="24"/>
          <w:szCs w:val="24"/>
        </w:rPr>
        <w:t xml:space="preserve"> làm.</w:t>
      </w:r>
    </w:p>
    <w:p w14:paraId="787BC049" w14:textId="77777777" w:rsidR="008D547B" w:rsidRDefault="008D547B" w:rsidP="008D547B">
      <w:pPr>
        <w:spacing w:before="40" w:after="40"/>
      </w:pPr>
      <w:proofErr w:type="spellStart"/>
      <w:r>
        <w:rPr>
          <w:rFonts w:ascii="Times New Roman" w:eastAsia="Times New Roman" w:hAnsi="Times New Roman" w:cs="Times New Roman"/>
          <w:b/>
          <w:bCs/>
          <w:sz w:val="24"/>
          <w:szCs w:val="24"/>
        </w:rPr>
        <w:t>Tình</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trạng</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hiện</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tại</w:t>
      </w:r>
      <w:proofErr w:type="spellEnd"/>
      <w:r>
        <w:rPr>
          <w:rFonts w:ascii="Times New Roman" w:eastAsia="Times New Roman" w:hAnsi="Times New Roman" w:cs="Times New Roman"/>
          <w:b/>
          <w:bCs/>
          <w:sz w:val="24"/>
          <w:szCs w:val="24"/>
        </w:rPr>
        <w:t>:</w:t>
      </w:r>
    </w:p>
    <w:p w14:paraId="71466DF1" w14:textId="77777777" w:rsidR="00416153" w:rsidRPr="00416153" w:rsidRDefault="008D547B" w:rsidP="00416153">
      <w:pPr>
        <w:pStyle w:val="ListParagraph"/>
        <w:numPr>
          <w:ilvl w:val="0"/>
          <w:numId w:val="11"/>
        </w:numPr>
        <w:spacing w:before="40" w:after="80"/>
      </w:pPr>
      <w:r w:rsidRPr="00416153">
        <w:rPr>
          <w:rFonts w:ascii="Times New Roman" w:eastAsia="Times New Roman" w:hAnsi="Times New Roman" w:cs="Times New Roman"/>
          <w:sz w:val="24"/>
          <w:szCs w:val="24"/>
        </w:rPr>
        <w:t xml:space="preserve">UV </w:t>
      </w:r>
      <w:proofErr w:type="spellStart"/>
      <w:r w:rsidRPr="00416153">
        <w:rPr>
          <w:rFonts w:ascii="Times New Roman" w:eastAsia="Times New Roman" w:hAnsi="Times New Roman" w:cs="Times New Roman"/>
          <w:sz w:val="24"/>
          <w:szCs w:val="24"/>
        </w:rPr>
        <w:t>tăng</w:t>
      </w:r>
      <w:proofErr w:type="spellEnd"/>
      <w:r w:rsidRPr="00416153">
        <w:rPr>
          <w:rFonts w:ascii="Times New Roman" w:eastAsia="Times New Roman" w:hAnsi="Times New Roman" w:cs="Times New Roman"/>
          <w:sz w:val="24"/>
          <w:szCs w:val="24"/>
        </w:rPr>
        <w:t xml:space="preserve"> </w:t>
      </w:r>
      <w:proofErr w:type="spellStart"/>
      <w:r w:rsidRPr="00416153">
        <w:rPr>
          <w:rFonts w:ascii="Times New Roman" w:eastAsia="Times New Roman" w:hAnsi="Times New Roman" w:cs="Times New Roman"/>
          <w:sz w:val="24"/>
          <w:szCs w:val="24"/>
        </w:rPr>
        <w:t>trắng</w:t>
      </w:r>
      <w:proofErr w:type="spellEnd"/>
      <w:r w:rsidRPr="00416153">
        <w:rPr>
          <w:rFonts w:ascii="Times New Roman" w:eastAsia="Times New Roman" w:hAnsi="Times New Roman" w:cs="Times New Roman"/>
          <w:sz w:val="24"/>
          <w:szCs w:val="24"/>
        </w:rPr>
        <w:t xml:space="preserve">: </w:t>
      </w:r>
      <w:proofErr w:type="spellStart"/>
      <w:r w:rsidRPr="00416153">
        <w:rPr>
          <w:rFonts w:ascii="Times New Roman" w:eastAsia="Times New Roman" w:hAnsi="Times New Roman" w:cs="Times New Roman"/>
          <w:sz w:val="24"/>
          <w:szCs w:val="24"/>
        </w:rPr>
        <w:t>Đã</w:t>
      </w:r>
      <w:proofErr w:type="spellEnd"/>
      <w:r w:rsidRPr="00416153">
        <w:rPr>
          <w:rFonts w:ascii="Times New Roman" w:eastAsia="Times New Roman" w:hAnsi="Times New Roman" w:cs="Times New Roman"/>
          <w:sz w:val="24"/>
          <w:szCs w:val="24"/>
        </w:rPr>
        <w:t xml:space="preserve"> SX </w:t>
      </w:r>
      <w:proofErr w:type="spellStart"/>
      <w:r w:rsidRPr="00416153">
        <w:rPr>
          <w:rFonts w:ascii="Times New Roman" w:eastAsia="Times New Roman" w:hAnsi="Times New Roman" w:cs="Times New Roman"/>
          <w:sz w:val="24"/>
          <w:szCs w:val="24"/>
        </w:rPr>
        <w:t>lô</w:t>
      </w:r>
      <w:proofErr w:type="spellEnd"/>
      <w:r w:rsidRPr="00416153">
        <w:rPr>
          <w:rFonts w:ascii="Times New Roman" w:eastAsia="Times New Roman" w:hAnsi="Times New Roman" w:cs="Times New Roman"/>
          <w:sz w:val="24"/>
          <w:szCs w:val="24"/>
        </w:rPr>
        <w:t xml:space="preserve"> </w:t>
      </w:r>
      <w:proofErr w:type="spellStart"/>
      <w:r w:rsidRPr="00416153">
        <w:rPr>
          <w:rFonts w:ascii="Times New Roman" w:eastAsia="Times New Roman" w:hAnsi="Times New Roman" w:cs="Times New Roman"/>
          <w:sz w:val="24"/>
          <w:szCs w:val="24"/>
        </w:rPr>
        <w:t>đầu</w:t>
      </w:r>
      <w:proofErr w:type="spellEnd"/>
      <w:r w:rsidRPr="00416153">
        <w:rPr>
          <w:rFonts w:ascii="Times New Roman" w:eastAsia="Times New Roman" w:hAnsi="Times New Roman" w:cs="Times New Roman"/>
          <w:sz w:val="24"/>
          <w:szCs w:val="24"/>
        </w:rPr>
        <w:t xml:space="preserve">, </w:t>
      </w:r>
      <w:proofErr w:type="spellStart"/>
      <w:r w:rsidRPr="00416153">
        <w:rPr>
          <w:rFonts w:ascii="Times New Roman" w:eastAsia="Times New Roman" w:hAnsi="Times New Roman" w:cs="Times New Roman"/>
          <w:sz w:val="24"/>
          <w:szCs w:val="24"/>
        </w:rPr>
        <w:t>đang</w:t>
      </w:r>
      <w:proofErr w:type="spellEnd"/>
      <w:r w:rsidRPr="00416153">
        <w:rPr>
          <w:rFonts w:ascii="Times New Roman" w:eastAsia="Times New Roman" w:hAnsi="Times New Roman" w:cs="Times New Roman"/>
          <w:sz w:val="24"/>
          <w:szCs w:val="24"/>
        </w:rPr>
        <w:t xml:space="preserve"> </w:t>
      </w:r>
      <w:proofErr w:type="spellStart"/>
      <w:r w:rsidRPr="00416153">
        <w:rPr>
          <w:rFonts w:ascii="Times New Roman" w:eastAsia="Times New Roman" w:hAnsi="Times New Roman" w:cs="Times New Roman"/>
          <w:sz w:val="24"/>
          <w:szCs w:val="24"/>
        </w:rPr>
        <w:t>chờ</w:t>
      </w:r>
      <w:proofErr w:type="spellEnd"/>
      <w:r w:rsidRPr="00416153">
        <w:rPr>
          <w:rFonts w:ascii="Times New Roman" w:eastAsia="Times New Roman" w:hAnsi="Times New Roman" w:cs="Times New Roman"/>
          <w:sz w:val="24"/>
          <w:szCs w:val="24"/>
        </w:rPr>
        <w:t xml:space="preserve"> </w:t>
      </w:r>
      <w:proofErr w:type="spellStart"/>
      <w:r w:rsidRPr="00416153">
        <w:rPr>
          <w:rFonts w:ascii="Times New Roman" w:eastAsia="Times New Roman" w:hAnsi="Times New Roman" w:cs="Times New Roman"/>
          <w:sz w:val="24"/>
          <w:szCs w:val="24"/>
        </w:rPr>
        <w:t>đánh</w:t>
      </w:r>
      <w:proofErr w:type="spellEnd"/>
      <w:r w:rsidRPr="00416153">
        <w:rPr>
          <w:rFonts w:ascii="Times New Roman" w:eastAsia="Times New Roman" w:hAnsi="Times New Roman" w:cs="Times New Roman"/>
          <w:sz w:val="24"/>
          <w:szCs w:val="24"/>
        </w:rPr>
        <w:t xml:space="preserve"> </w:t>
      </w:r>
      <w:proofErr w:type="spellStart"/>
      <w:r w:rsidRPr="00416153">
        <w:rPr>
          <w:rFonts w:ascii="Times New Roman" w:eastAsia="Times New Roman" w:hAnsi="Times New Roman" w:cs="Times New Roman"/>
          <w:sz w:val="24"/>
          <w:szCs w:val="24"/>
        </w:rPr>
        <w:t>giá</w:t>
      </w:r>
      <w:proofErr w:type="spellEnd"/>
      <w:r w:rsidRPr="00416153">
        <w:rPr>
          <w:rFonts w:ascii="Times New Roman" w:eastAsia="Times New Roman" w:hAnsi="Times New Roman" w:cs="Times New Roman"/>
          <w:sz w:val="24"/>
          <w:szCs w:val="24"/>
        </w:rPr>
        <w:t xml:space="preserve"> </w:t>
      </w:r>
      <w:proofErr w:type="spellStart"/>
      <w:r w:rsidRPr="00416153">
        <w:rPr>
          <w:rFonts w:ascii="Times New Roman" w:eastAsia="Times New Roman" w:hAnsi="Times New Roman" w:cs="Times New Roman"/>
          <w:sz w:val="24"/>
          <w:szCs w:val="24"/>
        </w:rPr>
        <w:t>chất</w:t>
      </w:r>
      <w:proofErr w:type="spellEnd"/>
      <w:r w:rsidRPr="00416153">
        <w:rPr>
          <w:rFonts w:ascii="Times New Roman" w:eastAsia="Times New Roman" w:hAnsi="Times New Roman" w:cs="Times New Roman"/>
          <w:sz w:val="24"/>
          <w:szCs w:val="24"/>
        </w:rPr>
        <w:t xml:space="preserve"> </w:t>
      </w:r>
      <w:proofErr w:type="spellStart"/>
      <w:r w:rsidRPr="00416153">
        <w:rPr>
          <w:rFonts w:ascii="Times New Roman" w:eastAsia="Times New Roman" w:hAnsi="Times New Roman" w:cs="Times New Roman"/>
          <w:sz w:val="24"/>
          <w:szCs w:val="24"/>
        </w:rPr>
        <w:t>lượng.</w:t>
      </w:r>
      <w:proofErr w:type="spellEnd"/>
    </w:p>
    <w:p w14:paraId="3E8CB79E" w14:textId="46DEED67" w:rsidR="008D547B" w:rsidRPr="00416153" w:rsidRDefault="008D547B" w:rsidP="00416153">
      <w:pPr>
        <w:pStyle w:val="ListParagraph"/>
        <w:numPr>
          <w:ilvl w:val="0"/>
          <w:numId w:val="11"/>
        </w:numPr>
        <w:spacing w:before="40" w:after="80"/>
      </w:pPr>
      <w:r w:rsidRPr="00416153">
        <w:rPr>
          <w:rFonts w:ascii="Times New Roman" w:eastAsia="Times New Roman" w:hAnsi="Times New Roman" w:cs="Times New Roman"/>
          <w:sz w:val="24"/>
          <w:szCs w:val="24"/>
        </w:rPr>
        <w:t xml:space="preserve">Test </w:t>
      </w:r>
      <w:proofErr w:type="spellStart"/>
      <w:r w:rsidRPr="00416153">
        <w:rPr>
          <w:rFonts w:ascii="Times New Roman" w:eastAsia="Times New Roman" w:hAnsi="Times New Roman" w:cs="Times New Roman"/>
          <w:sz w:val="24"/>
          <w:szCs w:val="24"/>
        </w:rPr>
        <w:t>chì</w:t>
      </w:r>
      <w:proofErr w:type="spellEnd"/>
      <w:r w:rsidRPr="00416153">
        <w:rPr>
          <w:rFonts w:ascii="Times New Roman" w:eastAsia="Times New Roman" w:hAnsi="Times New Roman" w:cs="Times New Roman"/>
          <w:sz w:val="24"/>
          <w:szCs w:val="24"/>
        </w:rPr>
        <w:t xml:space="preserve">: </w:t>
      </w:r>
      <w:proofErr w:type="spellStart"/>
      <w:r w:rsidRPr="00416153">
        <w:rPr>
          <w:rFonts w:ascii="Times New Roman" w:eastAsia="Times New Roman" w:hAnsi="Times New Roman" w:cs="Times New Roman"/>
          <w:sz w:val="24"/>
          <w:szCs w:val="24"/>
        </w:rPr>
        <w:t>Đang</w:t>
      </w:r>
      <w:proofErr w:type="spellEnd"/>
      <w:r w:rsidRPr="00416153">
        <w:rPr>
          <w:rFonts w:ascii="Times New Roman" w:eastAsia="Times New Roman" w:hAnsi="Times New Roman" w:cs="Times New Roman"/>
          <w:sz w:val="24"/>
          <w:szCs w:val="24"/>
        </w:rPr>
        <w:t xml:space="preserve"> </w:t>
      </w:r>
      <w:proofErr w:type="spellStart"/>
      <w:r w:rsidRPr="00416153">
        <w:rPr>
          <w:rFonts w:ascii="Times New Roman" w:eastAsia="Times New Roman" w:hAnsi="Times New Roman" w:cs="Times New Roman"/>
          <w:sz w:val="24"/>
          <w:szCs w:val="24"/>
        </w:rPr>
        <w:t>chờ</w:t>
      </w:r>
      <w:proofErr w:type="spellEnd"/>
      <w:r w:rsidRPr="00416153">
        <w:rPr>
          <w:rFonts w:ascii="Times New Roman" w:eastAsia="Times New Roman" w:hAnsi="Times New Roman" w:cs="Times New Roman"/>
          <w:sz w:val="24"/>
          <w:szCs w:val="24"/>
        </w:rPr>
        <w:t xml:space="preserve"> </w:t>
      </w:r>
      <w:proofErr w:type="spellStart"/>
      <w:r w:rsidRPr="00416153">
        <w:rPr>
          <w:rFonts w:ascii="Times New Roman" w:eastAsia="Times New Roman" w:hAnsi="Times New Roman" w:cs="Times New Roman"/>
          <w:sz w:val="24"/>
          <w:szCs w:val="24"/>
        </w:rPr>
        <w:t>thống</w:t>
      </w:r>
      <w:proofErr w:type="spellEnd"/>
      <w:r w:rsidRPr="00416153">
        <w:rPr>
          <w:rFonts w:ascii="Times New Roman" w:eastAsia="Times New Roman" w:hAnsi="Times New Roman" w:cs="Times New Roman"/>
          <w:sz w:val="24"/>
          <w:szCs w:val="24"/>
        </w:rPr>
        <w:t xml:space="preserve"> </w:t>
      </w:r>
      <w:proofErr w:type="spellStart"/>
      <w:r w:rsidRPr="00416153">
        <w:rPr>
          <w:rFonts w:ascii="Times New Roman" w:eastAsia="Times New Roman" w:hAnsi="Times New Roman" w:cs="Times New Roman"/>
          <w:sz w:val="24"/>
          <w:szCs w:val="24"/>
        </w:rPr>
        <w:t>nhất</w:t>
      </w:r>
      <w:proofErr w:type="spellEnd"/>
      <w:r w:rsidRPr="00416153">
        <w:rPr>
          <w:rFonts w:ascii="Times New Roman" w:eastAsia="Times New Roman" w:hAnsi="Times New Roman" w:cs="Times New Roman"/>
          <w:sz w:val="24"/>
          <w:szCs w:val="24"/>
        </w:rPr>
        <w:t xml:space="preserve"> </w:t>
      </w:r>
      <w:proofErr w:type="spellStart"/>
      <w:r w:rsidRPr="00416153">
        <w:rPr>
          <w:rFonts w:ascii="Times New Roman" w:eastAsia="Times New Roman" w:hAnsi="Times New Roman" w:cs="Times New Roman"/>
          <w:sz w:val="24"/>
          <w:szCs w:val="24"/>
        </w:rPr>
        <w:t>cách</w:t>
      </w:r>
      <w:proofErr w:type="spellEnd"/>
      <w:r w:rsidRPr="00416153">
        <w:rPr>
          <w:rFonts w:ascii="Times New Roman" w:eastAsia="Times New Roman" w:hAnsi="Times New Roman" w:cs="Times New Roman"/>
          <w:sz w:val="24"/>
          <w:szCs w:val="24"/>
        </w:rPr>
        <w:t xml:space="preserve"> làm </w:t>
      </w:r>
      <w:proofErr w:type="spellStart"/>
      <w:r w:rsidRPr="00416153">
        <w:rPr>
          <w:rFonts w:ascii="Times New Roman" w:eastAsia="Times New Roman" w:hAnsi="Times New Roman" w:cs="Times New Roman"/>
          <w:sz w:val="24"/>
          <w:szCs w:val="24"/>
        </w:rPr>
        <w:t>giữa</w:t>
      </w:r>
      <w:proofErr w:type="spellEnd"/>
      <w:r w:rsidRPr="00416153">
        <w:rPr>
          <w:rFonts w:ascii="Times New Roman" w:eastAsia="Times New Roman" w:hAnsi="Times New Roman" w:cs="Times New Roman"/>
          <w:sz w:val="24"/>
          <w:szCs w:val="24"/>
        </w:rPr>
        <w:t xml:space="preserve"> </w:t>
      </w:r>
      <w:proofErr w:type="spellStart"/>
      <w:r w:rsidRPr="00416153">
        <w:rPr>
          <w:rFonts w:ascii="Times New Roman" w:eastAsia="Times New Roman" w:hAnsi="Times New Roman" w:cs="Times New Roman"/>
          <w:sz w:val="24"/>
          <w:szCs w:val="24"/>
        </w:rPr>
        <w:t>nhà</w:t>
      </w:r>
      <w:proofErr w:type="spellEnd"/>
      <w:r w:rsidRPr="00416153">
        <w:rPr>
          <w:rFonts w:ascii="Times New Roman" w:eastAsia="Times New Roman" w:hAnsi="Times New Roman" w:cs="Times New Roman"/>
          <w:sz w:val="24"/>
          <w:szCs w:val="24"/>
        </w:rPr>
        <w:t xml:space="preserve"> </w:t>
      </w:r>
      <w:proofErr w:type="spellStart"/>
      <w:r w:rsidRPr="00416153">
        <w:rPr>
          <w:rFonts w:ascii="Times New Roman" w:eastAsia="Times New Roman" w:hAnsi="Times New Roman" w:cs="Times New Roman"/>
          <w:sz w:val="24"/>
          <w:szCs w:val="24"/>
        </w:rPr>
        <w:t>máy</w:t>
      </w:r>
      <w:proofErr w:type="spellEnd"/>
      <w:r w:rsidRPr="00416153">
        <w:rPr>
          <w:rFonts w:ascii="Times New Roman" w:eastAsia="Times New Roman" w:hAnsi="Times New Roman" w:cs="Times New Roman"/>
          <w:sz w:val="24"/>
          <w:szCs w:val="24"/>
        </w:rPr>
        <w:t xml:space="preserve"> </w:t>
      </w:r>
      <w:proofErr w:type="spellStart"/>
      <w:r w:rsidRPr="00416153">
        <w:rPr>
          <w:rFonts w:ascii="Times New Roman" w:eastAsia="Times New Roman" w:hAnsi="Times New Roman" w:cs="Times New Roman"/>
          <w:sz w:val="24"/>
          <w:szCs w:val="24"/>
        </w:rPr>
        <w:t>và</w:t>
      </w:r>
      <w:proofErr w:type="spellEnd"/>
      <w:r w:rsidRPr="00416153">
        <w:rPr>
          <w:rFonts w:ascii="Times New Roman" w:eastAsia="Times New Roman" w:hAnsi="Times New Roman" w:cs="Times New Roman"/>
          <w:sz w:val="24"/>
          <w:szCs w:val="24"/>
        </w:rPr>
        <w:t xml:space="preserve"> </w:t>
      </w:r>
      <w:proofErr w:type="spellStart"/>
      <w:r w:rsidRPr="00416153">
        <w:rPr>
          <w:rFonts w:ascii="Times New Roman" w:eastAsia="Times New Roman" w:hAnsi="Times New Roman" w:cs="Times New Roman"/>
          <w:sz w:val="24"/>
          <w:szCs w:val="24"/>
        </w:rPr>
        <w:t>khách</w:t>
      </w:r>
      <w:proofErr w:type="spellEnd"/>
      <w:r w:rsidRPr="00416153">
        <w:rPr>
          <w:rFonts w:ascii="Times New Roman" w:eastAsia="Times New Roman" w:hAnsi="Times New Roman" w:cs="Times New Roman"/>
          <w:sz w:val="24"/>
          <w:szCs w:val="24"/>
        </w:rPr>
        <w:t xml:space="preserve"> </w:t>
      </w:r>
      <w:proofErr w:type="spellStart"/>
      <w:r w:rsidRPr="00416153">
        <w:rPr>
          <w:rFonts w:ascii="Times New Roman" w:eastAsia="Times New Roman" w:hAnsi="Times New Roman" w:cs="Times New Roman"/>
          <w:sz w:val="24"/>
          <w:szCs w:val="24"/>
        </w:rPr>
        <w:t>hàng</w:t>
      </w:r>
      <w:proofErr w:type="spellEnd"/>
      <w:r w:rsidRPr="00416153">
        <w:rPr>
          <w:rFonts w:ascii="Times New Roman" w:eastAsia="Times New Roman" w:hAnsi="Times New Roman" w:cs="Times New Roman"/>
          <w:sz w:val="24"/>
          <w:szCs w:val="24"/>
        </w:rPr>
        <w:t xml:space="preserve"> Bảo Anh.</w:t>
      </w:r>
    </w:p>
    <w:p w14:paraId="08C8F3CB" w14:textId="77777777" w:rsidR="00416153" w:rsidRDefault="00416153" w:rsidP="00416153">
      <w:pPr>
        <w:spacing w:before="40" w:after="80"/>
      </w:pPr>
    </w:p>
    <w:p w14:paraId="4537AFDD" w14:textId="77777777" w:rsidR="00416153" w:rsidRDefault="00416153" w:rsidP="00416153">
      <w:pPr>
        <w:spacing w:before="40" w:after="80"/>
      </w:pPr>
    </w:p>
    <w:p w14:paraId="526668F8" w14:textId="77777777" w:rsidR="00416153" w:rsidRDefault="00416153" w:rsidP="00416153">
      <w:pPr>
        <w:spacing w:before="40" w:after="80"/>
      </w:pPr>
    </w:p>
    <w:p w14:paraId="376CEF0F" w14:textId="3DD5DFB7" w:rsidR="008D547B" w:rsidRDefault="008D547B" w:rsidP="008D547B">
      <w:pPr>
        <w:spacing w:before="40" w:after="80"/>
      </w:pPr>
      <w:r>
        <w:rPr>
          <w:rFonts w:ascii="Times New Roman" w:eastAsia="Times New Roman" w:hAnsi="Times New Roman" w:cs="Times New Roman"/>
          <w:b/>
          <w:bCs/>
          <w:sz w:val="24"/>
          <w:szCs w:val="24"/>
        </w:rPr>
        <w:lastRenderedPageBreak/>
        <w:t xml:space="preserve">3. ĐÁNH GIÁ KHÁCH QUAN </w:t>
      </w:r>
    </w:p>
    <w:p w14:paraId="691BD0F0" w14:textId="77777777" w:rsidR="008D547B" w:rsidRDefault="008D547B" w:rsidP="008D547B">
      <w:pPr>
        <w:spacing w:before="40" w:after="40"/>
      </w:pPr>
      <w:proofErr w:type="spellStart"/>
      <w:r>
        <w:rPr>
          <w:rFonts w:ascii="Times New Roman" w:eastAsia="Times New Roman" w:hAnsi="Times New Roman" w:cs="Times New Roman"/>
          <w:b/>
          <w:bCs/>
          <w:sz w:val="24"/>
          <w:szCs w:val="24"/>
        </w:rPr>
        <w:t>Đánh</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giá</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chung</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về</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nhà</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máy</w:t>
      </w:r>
      <w:proofErr w:type="spellEnd"/>
      <w:r>
        <w:rPr>
          <w:rFonts w:ascii="Times New Roman" w:eastAsia="Times New Roman" w:hAnsi="Times New Roman" w:cs="Times New Roman"/>
          <w:b/>
          <w:bCs/>
          <w:sz w:val="24"/>
          <w:szCs w:val="24"/>
        </w:rPr>
        <w:t>:</w:t>
      </w:r>
    </w:p>
    <w:p w14:paraId="6B2B73C2" w14:textId="77777777" w:rsidR="008D547B" w:rsidRDefault="008D547B" w:rsidP="008D547B">
      <w:pPr>
        <w:spacing w:before="40" w:after="80"/>
      </w:pPr>
      <w:r>
        <w:rPr>
          <w:rFonts w:ascii="Times New Roman" w:eastAsia="Times New Roman" w:hAnsi="Times New Roman" w:cs="Times New Roman"/>
          <w:sz w:val="24"/>
          <w:szCs w:val="24"/>
        </w:rPr>
        <w:t xml:space="preserve">Sản </w:t>
      </w:r>
      <w:proofErr w:type="spellStart"/>
      <w:r>
        <w:rPr>
          <w:rFonts w:ascii="Times New Roman" w:eastAsia="Times New Roman" w:hAnsi="Times New Roman" w:cs="Times New Roman"/>
          <w:sz w:val="24"/>
          <w:szCs w:val="24"/>
        </w:rPr>
        <w:t>lượng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ổn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định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Nhà</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máy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đang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phát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triển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mẫu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mới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nhiều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khách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hàng</w:t>
      </w:r>
      <w:proofErr w:type="spellEnd"/>
      <w:r>
        <w:rPr>
          <w:rFonts w:ascii="Times New Roman" w:eastAsia="Times New Roman" w:hAnsi="Times New Roman" w:cs="Times New Roman"/>
          <w:sz w:val="24"/>
          <w:szCs w:val="24"/>
        </w:rPr>
        <w:t xml:space="preserve">. Cạnh </w:t>
      </w:r>
      <w:proofErr w:type="spellStart"/>
      <w:r>
        <w:rPr>
          <w:rFonts w:ascii="Times New Roman" w:eastAsia="Times New Roman" w:hAnsi="Times New Roman" w:cs="Times New Roman"/>
          <w:sz w:val="24"/>
          <w:szCs w:val="24"/>
        </w:rPr>
        <w:t>tranh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nhẹ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dưới</w:t>
      </w:r>
      <w:proofErr w:type="spellEnd"/>
      <w:r>
        <w:rPr>
          <w:rFonts w:ascii="Times New Roman" w:eastAsia="Times New Roman" w:hAnsi="Times New Roman" w:cs="Times New Roman"/>
          <w:sz w:val="24"/>
          <w:szCs w:val="24"/>
        </w:rPr>
        <w:t xml:space="preserve"> 20%) </w:t>
      </w:r>
      <w:proofErr w:type="spellStart"/>
      <w:r>
        <w:rPr>
          <w:rFonts w:ascii="Times New Roman" w:eastAsia="Times New Roman" w:hAnsi="Times New Roman" w:cs="Times New Roman"/>
          <w:sz w:val="24"/>
          <w:szCs w:val="24"/>
        </w:rPr>
        <w:t>với</w:t>
      </w:r>
      <w:proofErr w:type="spellEnd"/>
      <w:r>
        <w:rPr>
          <w:rFonts w:ascii="Times New Roman" w:eastAsia="Times New Roman" w:hAnsi="Times New Roman" w:cs="Times New Roman"/>
          <w:sz w:val="24"/>
          <w:szCs w:val="24"/>
        </w:rPr>
        <w:t xml:space="preserve"> AkzoNobel.</w:t>
      </w:r>
    </w:p>
    <w:p w14:paraId="7D04BAE1" w14:textId="77777777" w:rsidR="008D547B" w:rsidRDefault="008D547B" w:rsidP="008D547B">
      <w:pPr>
        <w:spacing w:before="40" w:after="80"/>
      </w:pPr>
      <w:r>
        <w:rPr>
          <w:rFonts w:ascii="Times New Roman" w:eastAsia="Times New Roman" w:hAnsi="Times New Roman" w:cs="Times New Roman"/>
          <w:b/>
          <w:bCs/>
          <w:sz w:val="24"/>
          <w:szCs w:val="24"/>
        </w:rPr>
        <w:t>4. ĐỀ XUẤT &amp; KIẾN NGHỊ (NẾU CÓ)</w:t>
      </w:r>
    </w:p>
    <w:p w14:paraId="39824F09" w14:textId="77777777" w:rsidR="008D547B" w:rsidRDefault="008D547B" w:rsidP="008D547B">
      <w:pPr>
        <w:spacing w:before="40" w:after="40"/>
      </w:pPr>
      <w:proofErr w:type="spellStart"/>
      <w:r>
        <w:rPr>
          <w:rFonts w:ascii="Times New Roman" w:eastAsia="Times New Roman" w:hAnsi="Times New Roman" w:cs="Times New Roman"/>
          <w:b/>
          <w:bCs/>
          <w:sz w:val="24"/>
          <w:szCs w:val="24"/>
        </w:rPr>
        <w:t>Đề</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xuất</w:t>
      </w:r>
      <w:proofErr w:type="spellEnd"/>
      <w:r>
        <w:rPr>
          <w:rFonts w:ascii="Times New Roman" w:eastAsia="Times New Roman" w:hAnsi="Times New Roman" w:cs="Times New Roman"/>
          <w:b/>
          <w:bCs/>
          <w:sz w:val="24"/>
          <w:szCs w:val="24"/>
        </w:rPr>
        <w:t xml:space="preserve"> Ban Giám </w:t>
      </w:r>
      <w:proofErr w:type="spellStart"/>
      <w:r>
        <w:rPr>
          <w:rFonts w:ascii="Times New Roman" w:eastAsia="Times New Roman" w:hAnsi="Times New Roman" w:cs="Times New Roman"/>
          <w:b/>
          <w:bCs/>
          <w:sz w:val="24"/>
          <w:szCs w:val="24"/>
        </w:rPr>
        <w:t>đốc</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hoặc</w:t>
      </w:r>
      <w:proofErr w:type="spellEnd"/>
      <w:r>
        <w:rPr>
          <w:rFonts w:ascii="Times New Roman" w:eastAsia="Times New Roman" w:hAnsi="Times New Roman" w:cs="Times New Roman"/>
          <w:b/>
          <w:bCs/>
          <w:sz w:val="24"/>
          <w:szCs w:val="24"/>
        </w:rPr>
        <w:t xml:space="preserve"> Phòng </w:t>
      </w:r>
      <w:proofErr w:type="spellStart"/>
      <w:r>
        <w:rPr>
          <w:rFonts w:ascii="Times New Roman" w:eastAsia="Times New Roman" w:hAnsi="Times New Roman" w:cs="Times New Roman"/>
          <w:b/>
          <w:bCs/>
          <w:sz w:val="24"/>
          <w:szCs w:val="24"/>
        </w:rPr>
        <w:t>Kỹ</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thuật</w:t>
      </w:r>
      <w:proofErr w:type="spellEnd"/>
      <w:r>
        <w:rPr>
          <w:rFonts w:ascii="Times New Roman" w:eastAsia="Times New Roman" w:hAnsi="Times New Roman" w:cs="Times New Roman"/>
          <w:b/>
          <w:bCs/>
          <w:sz w:val="24"/>
          <w:szCs w:val="24"/>
        </w:rPr>
        <w:t>:</w:t>
      </w:r>
    </w:p>
    <w:p w14:paraId="571EEB81" w14:textId="77777777" w:rsidR="008D547B" w:rsidRDefault="008D547B" w:rsidP="008D547B">
      <w:pPr>
        <w:spacing w:before="40" w:after="80"/>
      </w:pPr>
      <w:proofErr w:type="spellStart"/>
      <w:r>
        <w:rPr>
          <w:rFonts w:ascii="Times New Roman" w:eastAsia="Times New Roman" w:hAnsi="Times New Roman" w:cs="Times New Roman"/>
          <w:sz w:val="24"/>
          <w:szCs w:val="24"/>
        </w:rPr>
        <w:t>Cần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xác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nhận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cách</w:t>
      </w:r>
      <w:proofErr w:type="spellEnd"/>
      <w:r>
        <w:rPr>
          <w:rFonts w:ascii="Times New Roman" w:eastAsia="Times New Roman" w:hAnsi="Times New Roman" w:cs="Times New Roman"/>
          <w:sz w:val="24"/>
          <w:szCs w:val="24"/>
        </w:rPr>
        <w:t xml:space="preserve"> làm test </w:t>
      </w:r>
      <w:proofErr w:type="spellStart"/>
      <w:r>
        <w:rPr>
          <w:rFonts w:ascii="Times New Roman" w:eastAsia="Times New Roman" w:hAnsi="Times New Roman" w:cs="Times New Roman"/>
          <w:sz w:val="24"/>
          <w:szCs w:val="24"/>
        </w:rPr>
        <w:t>chì</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với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khách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hàng</w:t>
      </w:r>
      <w:proofErr w:type="spellEnd"/>
      <w:r>
        <w:rPr>
          <w:rFonts w:ascii="Times New Roman" w:eastAsia="Times New Roman" w:hAnsi="Times New Roman" w:cs="Times New Roman"/>
          <w:sz w:val="24"/>
          <w:szCs w:val="24"/>
        </w:rPr>
        <w:t xml:space="preserve"> Bảo Anh: test </w:t>
      </w:r>
      <w:proofErr w:type="spellStart"/>
      <w:r>
        <w:rPr>
          <w:rFonts w:ascii="Times New Roman" w:eastAsia="Times New Roman" w:hAnsi="Times New Roman" w:cs="Times New Roman"/>
          <w:sz w:val="24"/>
          <w:szCs w:val="24"/>
        </w:rPr>
        <w:t>riêng</w:t>
      </w:r>
      <w:proofErr w:type="spellEnd"/>
      <w:r>
        <w:rPr>
          <w:rFonts w:ascii="Times New Roman" w:eastAsia="Times New Roman" w:hAnsi="Times New Roman" w:cs="Times New Roman"/>
          <w:sz w:val="24"/>
          <w:szCs w:val="24"/>
        </w:rPr>
        <w:t xml:space="preserve"> 1 </w:t>
      </w:r>
      <w:proofErr w:type="spellStart"/>
      <w:r>
        <w:rPr>
          <w:rFonts w:ascii="Times New Roman" w:eastAsia="Times New Roman" w:hAnsi="Times New Roman" w:cs="Times New Roman"/>
          <w:sz w:val="24"/>
          <w:szCs w:val="24"/>
        </w:rPr>
        <w:t>màu</w:t>
      </w:r>
      <w:proofErr w:type="spellEnd"/>
      <w:r>
        <w:rPr>
          <w:rFonts w:ascii="Times New Roman" w:eastAsia="Times New Roman" w:hAnsi="Times New Roman" w:cs="Times New Roman"/>
          <w:sz w:val="24"/>
          <w:szCs w:val="24"/>
        </w:rPr>
        <w:t xml:space="preserve">/1 </w:t>
      </w:r>
      <w:proofErr w:type="spellStart"/>
      <w:r>
        <w:rPr>
          <w:rFonts w:ascii="Times New Roman" w:eastAsia="Times New Roman" w:hAnsi="Times New Roman" w:cs="Times New Roman"/>
          <w:sz w:val="24"/>
          <w:szCs w:val="24"/>
        </w:rPr>
        <w:t>bản</w:t>
      </w:r>
      <w:proofErr w:type="spellEnd"/>
      <w:r>
        <w:rPr>
          <w:rFonts w:ascii="Times New Roman" w:eastAsia="Times New Roman" w:hAnsi="Times New Roman" w:cs="Times New Roman"/>
          <w:sz w:val="24"/>
          <w:szCs w:val="24"/>
        </w:rPr>
        <w:t xml:space="preserve"> hay </w:t>
      </w:r>
      <w:proofErr w:type="spellStart"/>
      <w:r>
        <w:rPr>
          <w:rFonts w:ascii="Times New Roman" w:eastAsia="Times New Roman" w:hAnsi="Times New Roman" w:cs="Times New Roman"/>
          <w:sz w:val="24"/>
          <w:szCs w:val="24"/>
        </w:rPr>
        <w:t>gộp</w:t>
      </w:r>
      <w:proofErr w:type="spellEnd"/>
      <w:r>
        <w:rPr>
          <w:rFonts w:ascii="Times New Roman" w:eastAsia="Times New Roman" w:hAnsi="Times New Roman" w:cs="Times New Roman"/>
          <w:sz w:val="24"/>
          <w:szCs w:val="24"/>
        </w:rPr>
        <w:t xml:space="preserve"> 3 </w:t>
      </w:r>
      <w:proofErr w:type="spellStart"/>
      <w:r>
        <w:rPr>
          <w:rFonts w:ascii="Times New Roman" w:eastAsia="Times New Roman" w:hAnsi="Times New Roman" w:cs="Times New Roman"/>
          <w:sz w:val="24"/>
          <w:szCs w:val="24"/>
        </w:rPr>
        <w:t>màu</w:t>
      </w:r>
      <w:proofErr w:type="spellEnd"/>
      <w:r>
        <w:rPr>
          <w:rFonts w:ascii="Times New Roman" w:eastAsia="Times New Roman" w:hAnsi="Times New Roman" w:cs="Times New Roman"/>
          <w:sz w:val="24"/>
          <w:szCs w:val="24"/>
        </w:rPr>
        <w:t xml:space="preserve">/1 </w:t>
      </w:r>
      <w:proofErr w:type="spellStart"/>
      <w:r>
        <w:rPr>
          <w:rFonts w:ascii="Times New Roman" w:eastAsia="Times New Roman" w:hAnsi="Times New Roman" w:cs="Times New Roman"/>
          <w:sz w:val="24"/>
          <w:szCs w:val="24"/>
        </w:rPr>
        <w:t>bản</w:t>
      </w:r>
      <w:proofErr w:type="spellEnd"/>
      <w:r>
        <w:rPr>
          <w:rFonts w:ascii="Times New Roman" w:eastAsia="Times New Roman" w:hAnsi="Times New Roman" w:cs="Times New Roman"/>
          <w:sz w:val="24"/>
          <w:szCs w:val="24"/>
        </w:rPr>
        <w:t xml:space="preserve"> để </w:t>
      </w:r>
      <w:proofErr w:type="spellStart"/>
      <w:r>
        <w:rPr>
          <w:rFonts w:ascii="Times New Roman" w:eastAsia="Times New Roman" w:hAnsi="Times New Roman" w:cs="Times New Roman"/>
          <w:sz w:val="24"/>
          <w:szCs w:val="24"/>
        </w:rPr>
        <w:t>thống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nhất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với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nhà</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máy</w:t>
      </w:r>
      <w:proofErr w:type="spellEnd"/>
      <w:r>
        <w:rPr>
          <w:rFonts w:ascii="Times New Roman" w:eastAsia="Times New Roman" w:hAnsi="Times New Roman" w:cs="Times New Roman"/>
          <w:sz w:val="24"/>
          <w:szCs w:val="24"/>
        </w:rPr>
        <w:t>.</w:t>
      </w:r>
    </w:p>
    <w:p w14:paraId="69F255EE" w14:textId="77777777" w:rsidR="008D547B" w:rsidRDefault="008D547B"/>
    <w:sectPr w:rsidR="008D547B" w:rsidSect="00034616">
      <w:pgSz w:w="12240" w:h="15840"/>
      <w:pgMar w:top="850" w:right="1134"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FD23E55"/>
    <w:multiLevelType w:val="hybridMultilevel"/>
    <w:tmpl w:val="1AB87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7DC6894"/>
    <w:multiLevelType w:val="hybridMultilevel"/>
    <w:tmpl w:val="7AA4424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1822892095">
    <w:abstractNumId w:val="8"/>
  </w:num>
  <w:num w:numId="2" w16cid:durableId="56057151">
    <w:abstractNumId w:val="6"/>
  </w:num>
  <w:num w:numId="3" w16cid:durableId="2118597198">
    <w:abstractNumId w:val="5"/>
  </w:num>
  <w:num w:numId="4" w16cid:durableId="17780137">
    <w:abstractNumId w:val="4"/>
  </w:num>
  <w:num w:numId="5" w16cid:durableId="276838593">
    <w:abstractNumId w:val="7"/>
  </w:num>
  <w:num w:numId="6" w16cid:durableId="1778669748">
    <w:abstractNumId w:val="3"/>
  </w:num>
  <w:num w:numId="7" w16cid:durableId="266427197">
    <w:abstractNumId w:val="2"/>
  </w:num>
  <w:num w:numId="8" w16cid:durableId="208491513">
    <w:abstractNumId w:val="1"/>
  </w:num>
  <w:num w:numId="9" w16cid:durableId="590359603">
    <w:abstractNumId w:val="0"/>
  </w:num>
  <w:num w:numId="10" w16cid:durableId="495536844">
    <w:abstractNumId w:val="9"/>
  </w:num>
  <w:num w:numId="11" w16cid:durableId="109605327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1BB8"/>
    <w:rsid w:val="0006063C"/>
    <w:rsid w:val="0006689D"/>
    <w:rsid w:val="0015074B"/>
    <w:rsid w:val="0029639D"/>
    <w:rsid w:val="00326F90"/>
    <w:rsid w:val="00396126"/>
    <w:rsid w:val="00416153"/>
    <w:rsid w:val="004D4DCF"/>
    <w:rsid w:val="006B2330"/>
    <w:rsid w:val="008515F3"/>
    <w:rsid w:val="008D547B"/>
    <w:rsid w:val="00AA1D8D"/>
    <w:rsid w:val="00B05720"/>
    <w:rsid w:val="00B47730"/>
    <w:rsid w:val="00B67D0E"/>
    <w:rsid w:val="00C27C6C"/>
    <w:rsid w:val="00C6649F"/>
    <w:rsid w:val="00CB0664"/>
    <w:rsid w:val="00CE5AAC"/>
    <w:rsid w:val="00E51555"/>
    <w:rsid w:val="00E626A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A820B3"/>
  <w14:defaultImageDpi w14:val="300"/>
  <w15:docId w15:val="{4550363B-F3F6-42CD-8082-ABED425CA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7</Pages>
  <Words>1748</Words>
  <Characters>9964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11689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Ngô Đức Minh</cp:lastModifiedBy>
  <cp:revision>12</cp:revision>
  <dcterms:created xsi:type="dcterms:W3CDTF">2013-12-23T23:15:00Z</dcterms:created>
  <dcterms:modified xsi:type="dcterms:W3CDTF">2026-07-26T10:59:00Z</dcterms:modified>
  <cp:category/>
</cp:coreProperties>
</file>