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59410" w14:textId="77777777" w:rsidR="002218EE" w:rsidRDefault="00000000">
      <w:pPr>
        <w:spacing w:after="40" w:line="300" w:lineRule="auto"/>
        <w:jc w:val="center"/>
      </w:pPr>
      <w:r>
        <w:rPr>
          <w:rFonts w:ascii="Times New Roman" w:hAnsi="Times New Roman"/>
          <w:b/>
          <w:color w:val="000000"/>
          <w:sz w:val="32"/>
        </w:rPr>
        <w:t>BÁO CÁO TỔNG HỢP CÔNG TÁC KỸ THUẬT &amp; SẢN XUẤT TUẦN 32</w:t>
      </w:r>
    </w:p>
    <w:p w14:paraId="456DEE39" w14:textId="77777777" w:rsidR="002218EE" w:rsidRDefault="00000000">
      <w:pPr>
        <w:spacing w:after="120" w:line="300" w:lineRule="auto"/>
        <w:jc w:val="center"/>
      </w:pPr>
      <w:r>
        <w:rPr>
          <w:rFonts w:ascii="Times New Roman" w:hAnsi="Times New Roman"/>
          <w:b/>
          <w:color w:val="000000"/>
          <w:sz w:val="26"/>
        </w:rPr>
        <w:t>(Từ ngày 03/08/2026 đến ngày 08/08/2026)</w:t>
      </w:r>
    </w:p>
    <w:p w14:paraId="5BD66944" w14:textId="77777777" w:rsidR="002218EE" w:rsidRDefault="00000000">
      <w:pPr>
        <w:spacing w:after="120" w:line="300" w:lineRule="auto"/>
      </w:pPr>
      <w:r>
        <w:rPr>
          <w:rFonts w:ascii="Times New Roman" w:hAnsi="Times New Roman"/>
          <w:b/>
          <w:color w:val="000000"/>
          <w:sz w:val="28"/>
        </w:rPr>
        <w:t>PHẦN I: NÊU BẬT CÁC VẤN ĐỀ NÓNG</w:t>
      </w:r>
    </w:p>
    <w:p w14:paraId="4B912BDF" w14:textId="77777777" w:rsidR="002218EE" w:rsidRDefault="00000000">
      <w:pPr>
        <w:spacing w:after="40" w:line="300" w:lineRule="auto"/>
      </w:pPr>
      <w:r>
        <w:rPr>
          <w:rFonts w:ascii="Times New Roman" w:hAnsi="Times New Roman"/>
          <w:b/>
          <w:color w:val="000000"/>
          <w:sz w:val="24"/>
        </w:rPr>
        <w:t>1. Sự cố / vấn đề cần ưu tiên xử lý:</w:t>
      </w:r>
    </w:p>
    <w:p w14:paraId="1B4CDF82" w14:textId="77777777" w:rsidR="002218EE" w:rsidRDefault="00000000">
      <w:pPr>
        <w:pStyle w:val="ListBullet"/>
        <w:spacing w:after="40" w:line="300" w:lineRule="auto"/>
      </w:pPr>
      <w:r>
        <w:rPr>
          <w:rFonts w:ascii="Times New Roman" w:hAnsi="Times New Roman"/>
          <w:color w:val="000000"/>
        </w:rPr>
        <w:t>🔴 MEKONG (Nguyễn Văn Linh): nhà máy yêu cầu kiểm tra lại hóa chất — khi phun sơn lót primer BT 02-2203H (white primer) + 1,5% PGTB, một số công nhân bị dị ứng ngứa, khó thở. Liên quan an toàn sức khỏe — cần kiểm tra gấp.</w:t>
      </w:r>
    </w:p>
    <w:p w14:paraId="6F273B5E" w14:textId="77777777" w:rsidR="002218EE" w:rsidRDefault="00000000">
      <w:pPr>
        <w:pStyle w:val="ListBullet"/>
        <w:spacing w:after="40" w:line="300" w:lineRule="auto"/>
      </w:pPr>
      <w:r>
        <w:rPr>
          <w:rFonts w:ascii="Times New Roman" w:hAnsi="Times New Roman"/>
          <w:color w:val="000000"/>
        </w:rPr>
        <w:t>🔴 Anh Khoa (Nguyễn Đăng Hiệp): mẫu AX 123 (khách SIMLY) nứt sơn, răng cưa màng sơn 4 chi tiết — nguyên nhân lây nhiễm sơn NCC Vina; đã báo cáo PKT, đề xuất khuyến cáo cảnh báo về pha chế, sử dụng sơn (yêu cầu gửi gấp). AX 126 (60 bộ Thịnh An) đã sửa xong, đạt.</w:t>
      </w:r>
    </w:p>
    <w:p w14:paraId="4F1D6761" w14:textId="77777777" w:rsidR="002218EE" w:rsidRDefault="00000000">
      <w:pPr>
        <w:pStyle w:val="ListBullet"/>
        <w:spacing w:after="40" w:line="300" w:lineRule="auto"/>
      </w:pPr>
      <w:r>
        <w:rPr>
          <w:rFonts w:ascii="Times New Roman" w:hAnsi="Times New Roman"/>
          <w:color w:val="000000"/>
        </w:rPr>
        <w:t>🟡 Demeyer (Nguyễn Văn Linh): quy trình thực tế vẫn đang xử lý tạm thời: Lót trắng SUB-0909t CRM + 20% bóng BVTX 03-2406H trắng 30% — theo dõi, chờ phương án chính thức.</w:t>
      </w:r>
    </w:p>
    <w:p w14:paraId="3613D32C" w14:textId="77777777" w:rsidR="002218EE" w:rsidRDefault="00000000">
      <w:pPr>
        <w:pStyle w:val="ListBullet"/>
        <w:spacing w:after="40" w:line="300" w:lineRule="auto"/>
      </w:pPr>
      <w:r>
        <w:rPr>
          <w:rFonts w:ascii="Times New Roman" w:hAnsi="Times New Roman"/>
          <w:color w:val="000000"/>
        </w:rPr>
        <w:t>🟡 Geuther (Nguyễn Văn Linh): thử sơn tumbling chưa đạt do nhà máy thiếu máy sấy.</w:t>
      </w:r>
    </w:p>
    <w:p w14:paraId="31991E25" w14:textId="77777777" w:rsidR="002218EE" w:rsidRDefault="00000000">
      <w:pPr>
        <w:pStyle w:val="ListBullet"/>
        <w:spacing w:after="40" w:line="300" w:lineRule="auto"/>
      </w:pPr>
      <w:r>
        <w:rPr>
          <w:rFonts w:ascii="Times New Roman" w:hAnsi="Times New Roman"/>
          <w:color w:val="000000"/>
        </w:rPr>
        <w:t>🟡 Kim Huy (Nguyễn Đức Thăng): mẫu KH Cherry — QC1 đã kiểm tra, xử lý xong và chốt phương án, chờ BGĐ và Phòng kỹ thuật xét duyệt. Do phôi gỗ Kim Phong đậm lợt khác nhau, buộc thêm 1 lần stain màu dặm lại — nhà máy yêu cầu kỹ thuật dặm bù công đoạn trên.</w:t>
      </w:r>
    </w:p>
    <w:p w14:paraId="5A263F24" w14:textId="77777777" w:rsidR="002218EE" w:rsidRDefault="00000000">
      <w:pPr>
        <w:pStyle w:val="ListBullet"/>
        <w:spacing w:after="40" w:line="300" w:lineRule="auto"/>
      </w:pPr>
      <w:r>
        <w:rPr>
          <w:rFonts w:ascii="Times New Roman" w:hAnsi="Times New Roman"/>
          <w:color w:val="000000"/>
        </w:rPr>
        <w:t>🟡 Minh Dương (Lê Quang Khải): nhà máy yêu cầu tăng cường kỹ thuật (mẫu và màu SX nhiều, chia nhiều xưởng, kỹ thuật không kịp tiến độ); tháng tới kế hoạch SX 2 màu khách Cotswolds mới.</w:t>
      </w:r>
    </w:p>
    <w:p w14:paraId="08512FC8" w14:textId="77777777" w:rsidR="002218EE" w:rsidRDefault="00000000">
      <w:pPr>
        <w:pStyle w:val="ListBullet"/>
        <w:spacing w:after="40" w:line="300" w:lineRule="auto"/>
      </w:pPr>
      <w:r>
        <w:rPr>
          <w:rFonts w:ascii="Times New Roman" w:hAnsi="Times New Roman"/>
          <w:color w:val="000000"/>
        </w:rPr>
        <w:t>🟡 MHT (Nguyễn Minh Thoại): 3 màu bị sai màu đang điều chỉnh lại (màu 66 chỉnh tại MHT; 2 màu 69, 71 chỉnh tại nhà máy); MHT yêu cầu màu pigment lô đầu sai màu chỉnh tại nhà máy, từ lô thứ 2 sai sẽ thu hồi về công ty chỉnh.</w:t>
      </w:r>
    </w:p>
    <w:p w14:paraId="2DA2CE1E" w14:textId="77777777" w:rsidR="002218EE" w:rsidRDefault="00000000">
      <w:pPr>
        <w:pStyle w:val="ListBullet"/>
        <w:spacing w:after="40" w:line="300" w:lineRule="auto"/>
      </w:pPr>
      <w:r>
        <w:rPr>
          <w:rFonts w:ascii="Times New Roman" w:hAnsi="Times New Roman"/>
          <w:color w:val="000000"/>
        </w:rPr>
        <w:t>🟡 Hố Nai (Bùi Đức Nam): quy trình HN1 khó chạy — đã cùng Tổ trưởng Đạt test lại, làm việc với nhà máy, làm lại lưu trình mới áp dụng cho SX lô tới.</w:t>
      </w:r>
    </w:p>
    <w:p w14:paraId="59CA3328" w14:textId="77777777" w:rsidR="002218EE" w:rsidRDefault="00000000">
      <w:pPr>
        <w:spacing w:after="40" w:line="300" w:lineRule="auto"/>
      </w:pPr>
      <w:r>
        <w:rPr>
          <w:rFonts w:ascii="Times New Roman" w:hAnsi="Times New Roman"/>
          <w:b/>
          <w:color w:val="000000"/>
          <w:sz w:val="24"/>
        </w:rPr>
        <w:t>2. Mẫu gấp / đơn hàng quan trọng:</w:t>
      </w:r>
    </w:p>
    <w:p w14:paraId="3D1972B4" w14:textId="77777777" w:rsidR="002218EE" w:rsidRDefault="00000000">
      <w:pPr>
        <w:pStyle w:val="ListBullet"/>
        <w:spacing w:after="40" w:line="300" w:lineRule="auto"/>
      </w:pPr>
      <w:r>
        <w:rPr>
          <w:rFonts w:ascii="Times New Roman" w:hAnsi="Times New Roman"/>
          <w:color w:val="000000"/>
        </w:rPr>
        <w:t>Anh Khoa — pilot run mã T614 (màu mới, khách Ashley) thứ 2 ngày 10/08/2026: chạy thử 5 bộ, tiền đề SX đại trà 1.800 bộ — đề xuất tăng cường 1 kỹ thuật xem chuyền các công đoạn.</w:t>
      </w:r>
    </w:p>
    <w:p w14:paraId="14522FD2" w14:textId="77777777" w:rsidR="002218EE" w:rsidRDefault="00000000">
      <w:pPr>
        <w:pStyle w:val="ListBullet"/>
        <w:spacing w:after="40" w:line="300" w:lineRule="auto"/>
      </w:pPr>
      <w:r>
        <w:rPr>
          <w:rFonts w:ascii="Times New Roman" w:hAnsi="Times New Roman"/>
          <w:color w:val="000000"/>
        </w:rPr>
        <w:t>Bảo Hưng — 2 mẫu gộp khách Castlery (đã có đơn hàng): màu đã duyệt, đang lên thêm thẻ và sản phẩm, phải hoàn thành trước 13/08.</w:t>
      </w:r>
    </w:p>
    <w:p w14:paraId="30014942" w14:textId="77777777" w:rsidR="002218EE" w:rsidRDefault="00000000">
      <w:pPr>
        <w:pStyle w:val="ListBullet"/>
        <w:spacing w:after="40" w:line="300" w:lineRule="auto"/>
      </w:pPr>
      <w:r>
        <w:rPr>
          <w:rFonts w:ascii="Times New Roman" w:hAnsi="Times New Roman"/>
          <w:color w:val="000000"/>
        </w:rPr>
        <w:t>Kim Phong — hàng công trình (Đà Lạt) KP 25031 OAK (10 thẻ + 10 tủ) đang làm; mẫu KP 23116 MQ (đi test đóng gói) đã hoàn thành.</w:t>
      </w:r>
    </w:p>
    <w:p w14:paraId="3C6424C5" w14:textId="77777777" w:rsidR="002218EE" w:rsidRDefault="00000000">
      <w:pPr>
        <w:pStyle w:val="ListBullet"/>
        <w:spacing w:after="40" w:line="300" w:lineRule="auto"/>
      </w:pPr>
      <w:r>
        <w:rPr>
          <w:rFonts w:ascii="Times New Roman" w:hAnsi="Times New Roman"/>
          <w:color w:val="000000"/>
        </w:rPr>
        <w:t>Minh Dương / Trường Thành — triển khai làm lại toàn bộ mẫu thẻ công đoạn của 3 nhà máy sản xuất màu ART-19 (đã nhận phôi gỗ, đang làm).</w:t>
      </w:r>
    </w:p>
    <w:p w14:paraId="68E37175" w14:textId="77777777" w:rsidR="002218EE" w:rsidRDefault="00000000">
      <w:pPr>
        <w:pStyle w:val="ListBullet"/>
        <w:spacing w:after="40" w:line="300" w:lineRule="auto"/>
      </w:pPr>
      <w:r>
        <w:rPr>
          <w:rFonts w:ascii="Times New Roman" w:hAnsi="Times New Roman"/>
          <w:color w:val="000000"/>
        </w:rPr>
        <w:t>MHT — màu MHT-74 (khách Tây Ban Nha) đã làm xong gửi khách; TVT — mẫu quan trọng VTC-108 đang làm, nhà máy OK, yêu cầu copy bảng màu gửi khách.</w:t>
      </w:r>
    </w:p>
    <w:p w14:paraId="788471D0" w14:textId="77777777" w:rsidR="002218EE" w:rsidRDefault="00000000">
      <w:pPr>
        <w:pStyle w:val="ListBullet"/>
        <w:spacing w:after="40" w:line="300" w:lineRule="auto"/>
      </w:pPr>
      <w:r>
        <w:rPr>
          <w:rFonts w:ascii="Times New Roman" w:hAnsi="Times New Roman"/>
          <w:color w:val="000000"/>
        </w:rPr>
        <w:t>MEKONG — mẫu đã hoàn thành: Mekong 3: 5 mẫu nhân; Mekong 1: 7 bộ sản phẩm; Cần Thơ: 3 bộ mẫu.</w:t>
      </w:r>
    </w:p>
    <w:p w14:paraId="0C0F3060" w14:textId="77777777" w:rsidR="002218EE" w:rsidRDefault="00000000">
      <w:pPr>
        <w:spacing w:after="40" w:line="300" w:lineRule="auto"/>
      </w:pPr>
      <w:r>
        <w:rPr>
          <w:rFonts w:ascii="Times New Roman" w:hAnsi="Times New Roman"/>
          <w:b/>
          <w:color w:val="000000"/>
          <w:sz w:val="24"/>
        </w:rPr>
        <w:t>3. Đề xuất kiến nghị chung:</w:t>
      </w:r>
    </w:p>
    <w:p w14:paraId="3DBF976F" w14:textId="77777777" w:rsidR="002218EE" w:rsidRDefault="00000000">
      <w:pPr>
        <w:pStyle w:val="ListBullet"/>
        <w:spacing w:after="40" w:line="300" w:lineRule="auto"/>
      </w:pPr>
      <w:r>
        <w:rPr>
          <w:rFonts w:ascii="Times New Roman" w:hAnsi="Times New Roman"/>
          <w:color w:val="000000"/>
        </w:rPr>
        <w:lastRenderedPageBreak/>
        <w:t>Ban hành khuyến cáo cảnh báo về quy định pha chế và sử dụng sơn cho Cty Anh Khoa (vụ lây nhiễm sơn NCC Vina).</w:t>
      </w:r>
    </w:p>
    <w:p w14:paraId="7A215EE1" w14:textId="77777777" w:rsidR="002218EE" w:rsidRDefault="00000000">
      <w:pPr>
        <w:pStyle w:val="ListBullet"/>
        <w:spacing w:after="40" w:line="300" w:lineRule="auto"/>
      </w:pPr>
      <w:r>
        <w:rPr>
          <w:rFonts w:ascii="Times New Roman" w:hAnsi="Times New Roman"/>
          <w:color w:val="000000"/>
        </w:rPr>
        <w:t>MEKONG: kiểm tra lại hóa chất lót primer BT 02-2203H + 1,5% PGTB (phản ánh dị ứng của công nhân) — ưu tiên cao.</w:t>
      </w:r>
    </w:p>
    <w:p w14:paraId="6D41CA9B" w14:textId="77777777" w:rsidR="002218EE" w:rsidRDefault="00000000">
      <w:pPr>
        <w:pStyle w:val="ListBullet"/>
        <w:spacing w:after="40" w:line="300" w:lineRule="auto"/>
      </w:pPr>
      <w:r>
        <w:rPr>
          <w:rFonts w:ascii="Times New Roman" w:hAnsi="Times New Roman"/>
          <w:color w:val="000000"/>
        </w:rPr>
        <w:t>Kim Phong: bổ sung 2 kỹ thuật còn thiếu.</w:t>
      </w:r>
    </w:p>
    <w:p w14:paraId="100699AB" w14:textId="77777777" w:rsidR="002218EE" w:rsidRDefault="00000000">
      <w:pPr>
        <w:pStyle w:val="ListBullet"/>
        <w:spacing w:after="40" w:line="300" w:lineRule="auto"/>
      </w:pPr>
      <w:r>
        <w:rPr>
          <w:rFonts w:ascii="Times New Roman" w:hAnsi="Times New Roman"/>
          <w:color w:val="000000"/>
        </w:rPr>
        <w:t>Minh Dương: tăng cường kỹ thuật hỗ trợ (chuẩn bị SX 2 màu Cotswolds mới).</w:t>
      </w:r>
    </w:p>
    <w:p w14:paraId="6841E440" w14:textId="77777777" w:rsidR="002218EE" w:rsidRDefault="00000000">
      <w:pPr>
        <w:spacing w:after="120" w:line="300" w:lineRule="auto"/>
      </w:pPr>
      <w:r>
        <w:rPr>
          <w:rFonts w:ascii="Times New Roman" w:hAnsi="Times New Roman"/>
          <w:b/>
          <w:color w:val="000000"/>
          <w:sz w:val="28"/>
        </w:rPr>
        <w:t>PHẦN II: BÁO CÁO CHI TIẾT TỪNG PHÁI VIÊN</w:t>
      </w:r>
    </w:p>
    <w:p w14:paraId="42DE4EC1" w14:textId="77777777" w:rsidR="002218EE" w:rsidRDefault="00000000">
      <w:pPr>
        <w:spacing w:after="60" w:line="300" w:lineRule="auto"/>
      </w:pPr>
      <w:r>
        <w:rPr>
          <w:rFonts w:ascii="Times New Roman" w:hAnsi="Times New Roman"/>
          <w:b/>
          <w:color w:val="000000"/>
          <w:sz w:val="26"/>
        </w:rPr>
        <w:t>Báo cáo của Bùi Đức Nam (Hố Nai 1 + Hố Nai 2)</w:t>
      </w:r>
    </w:p>
    <w:p w14:paraId="65802458" w14:textId="77777777" w:rsidR="002218EE" w:rsidRDefault="00000000">
      <w:pPr>
        <w:spacing w:after="40" w:line="300" w:lineRule="auto"/>
      </w:pPr>
      <w:r>
        <w:rPr>
          <w:rFonts w:ascii="Times New Roman" w:hAnsi="Times New Roman"/>
          <w:b/>
          <w:color w:val="000000"/>
        </w:rPr>
        <w:t>I/ Tình hình đơn hàng &amp; phản hồi KH:</w:t>
      </w:r>
    </w:p>
    <w:p w14:paraId="7FFF22D3" w14:textId="77777777" w:rsidR="002218EE" w:rsidRDefault="00000000">
      <w:pPr>
        <w:pStyle w:val="ListBullet"/>
        <w:spacing w:after="20" w:line="300" w:lineRule="auto"/>
      </w:pPr>
      <w:r>
        <w:rPr>
          <w:rFonts w:ascii="Times New Roman" w:hAnsi="Times New Roman"/>
          <w:color w:val="000000"/>
          <w:sz w:val="20"/>
        </w:rPr>
        <w:t>Mặt hàng SX: HN1 — AQ 1155, AQ 1050, AQ 1032, AQ 1037, AQ 003H, AQ 006H, AQ 1055, AQ 1042. HN2 — AQ 1150, AQ 1118, AQ 381, AQ 380, HN 21, AQ 1081, AQ 061.</w:t>
      </w:r>
    </w:p>
    <w:p w14:paraId="79E7F734" w14:textId="77777777" w:rsidR="002218EE" w:rsidRDefault="00000000">
      <w:pPr>
        <w:pStyle w:val="ListBullet"/>
        <w:spacing w:after="20" w:line="300" w:lineRule="auto"/>
      </w:pPr>
      <w:r>
        <w:rPr>
          <w:rFonts w:ascii="Times New Roman" w:hAnsi="Times New Roman"/>
          <w:color w:val="000000"/>
          <w:sz w:val="20"/>
        </w:rPr>
        <w:t>Mẫu: HN1 nhận lại 2 mẫu (AQ 665, AQ 381); HN2 trong tuần nhận lại 6 mẫu. Mẫu mới: 2 mẫu. Mẫu bộ sản phẩm = 7 tủ + 4 bàn ghế (pt 659, pt 663, pt 628, pt AQ 1120, pt 671, pt 672) và bộ mẫu pt 638 gồm 15 sản phẩm đang làm tại công đoạn ghép 1.</w:t>
      </w:r>
    </w:p>
    <w:p w14:paraId="53037E26" w14:textId="77777777" w:rsidR="002218EE" w:rsidRDefault="00000000">
      <w:pPr>
        <w:spacing w:after="40" w:line="300" w:lineRule="auto"/>
      </w:pPr>
      <w:r>
        <w:rPr>
          <w:rFonts w:ascii="Times New Roman" w:hAnsi="Times New Roman"/>
          <w:b/>
          <w:color w:val="000000"/>
        </w:rPr>
        <w:t>II/ Vấn đề phát sinh &amp; kết quả xử lý:</w:t>
      </w:r>
    </w:p>
    <w:p w14:paraId="480B662D" w14:textId="77777777" w:rsidR="002218EE" w:rsidRDefault="00000000">
      <w:pPr>
        <w:pStyle w:val="ListBullet"/>
        <w:spacing w:after="20" w:line="300" w:lineRule="auto"/>
      </w:pPr>
      <w:r>
        <w:rPr>
          <w:rFonts w:ascii="Times New Roman" w:hAnsi="Times New Roman"/>
          <w:color w:val="000000"/>
          <w:sz w:val="20"/>
        </w:rPr>
        <w:t>Quy trình HN1 khó chạy: đã cùng Tổ trưởng Đạt test lại, làm việc với nhà máy, làm lại lưu trình mới gửi cho nhà máy áp dụng cho SX lô tới.</w:t>
      </w:r>
    </w:p>
    <w:p w14:paraId="785B952D" w14:textId="77777777" w:rsidR="002218EE" w:rsidRDefault="00000000">
      <w:pPr>
        <w:pStyle w:val="ListBullet"/>
        <w:spacing w:after="20" w:line="300" w:lineRule="auto"/>
      </w:pPr>
      <w:r>
        <w:rPr>
          <w:rFonts w:ascii="Times New Roman" w:hAnsi="Times New Roman"/>
          <w:color w:val="000000"/>
          <w:sz w:val="20"/>
        </w:rPr>
        <w:t>Phân công KT: HN1 — Hòa làm mẫu đầu chuyền, Thiện coi chuyền, Đồng coi chung + làm mẫu đồng, Đoan KT màu, Thuận coi chuyền, Vinh tăng cường coi chuyền; tổ mẫu — Thái, Thủy, Phong làm mẫu thẻ + mẫu bộ chung, Sỹ làm mẫu bộ. HN2 — Đạt test màu, Nhân mẫu, Mẫn đầu chuyền, Vinh coi chuyền.</w:t>
      </w:r>
    </w:p>
    <w:p w14:paraId="6C76CE77" w14:textId="77777777" w:rsidR="002218EE" w:rsidRDefault="00000000">
      <w:pPr>
        <w:spacing w:after="40" w:line="300" w:lineRule="auto"/>
      </w:pPr>
      <w:r>
        <w:rPr>
          <w:rFonts w:ascii="Times New Roman" w:hAnsi="Times New Roman"/>
          <w:b/>
          <w:color w:val="000000"/>
        </w:rPr>
        <w:t>III/ Đánh giá:</w:t>
      </w:r>
    </w:p>
    <w:p w14:paraId="24DB9375" w14:textId="77777777" w:rsidR="002218EE" w:rsidRDefault="00000000">
      <w:pPr>
        <w:pStyle w:val="ListBullet"/>
        <w:spacing w:after="20" w:line="300" w:lineRule="auto"/>
      </w:pPr>
      <w:r>
        <w:rPr>
          <w:rFonts w:ascii="Times New Roman" w:hAnsi="Times New Roman"/>
          <w:color w:val="000000"/>
          <w:sz w:val="20"/>
        </w:rPr>
        <w:t>Tình hình sản xuất các nhà máy ổn định.</w:t>
      </w:r>
    </w:p>
    <w:p w14:paraId="16B4BC75" w14:textId="77777777" w:rsidR="002218EE" w:rsidRDefault="002218EE">
      <w:pPr>
        <w:spacing w:after="80" w:line="300" w:lineRule="auto"/>
      </w:pPr>
    </w:p>
    <w:p w14:paraId="2EAE9CE3" w14:textId="77777777" w:rsidR="002218EE" w:rsidRDefault="00000000">
      <w:pPr>
        <w:spacing w:after="60" w:line="300" w:lineRule="auto"/>
      </w:pPr>
      <w:r>
        <w:rPr>
          <w:rFonts w:ascii="Times New Roman" w:hAnsi="Times New Roman"/>
          <w:b/>
          <w:color w:val="000000"/>
          <w:sz w:val="26"/>
        </w:rPr>
        <w:t>Báo cáo của Nguyễn Duy Tài (Bảo Hưng, Thiết Đan)</w:t>
      </w:r>
    </w:p>
    <w:p w14:paraId="7BC575C5" w14:textId="77777777" w:rsidR="002218EE" w:rsidRDefault="00000000">
      <w:pPr>
        <w:spacing w:after="40" w:line="300" w:lineRule="auto"/>
      </w:pPr>
      <w:r>
        <w:rPr>
          <w:rFonts w:ascii="Times New Roman" w:hAnsi="Times New Roman"/>
          <w:b/>
          <w:color w:val="000000"/>
        </w:rPr>
        <w:t>I/ Tình hình đơn hàng &amp; phản hồi KH:</w:t>
      </w:r>
    </w:p>
    <w:p w14:paraId="61440771" w14:textId="77777777" w:rsidR="002218EE" w:rsidRDefault="00000000">
      <w:pPr>
        <w:pStyle w:val="ListBullet"/>
        <w:spacing w:after="20" w:line="300" w:lineRule="auto"/>
      </w:pPr>
      <w:r>
        <w:rPr>
          <w:rFonts w:ascii="Times New Roman" w:hAnsi="Times New Roman"/>
          <w:color w:val="000000"/>
          <w:sz w:val="20"/>
        </w:rPr>
        <w:t>Mặt hàng SX: BẢO HƯNG (LBH): TN/327, 242/297, 298/4307 — tổng 8,5 cont. THIẾT ĐAN (KWW): 05/08/09, 41/42/51/52/58/59/75, 81; (TĐ): 03/15, 07/12/1, 11/16, 12/14 — tổng 7 cont.</w:t>
      </w:r>
    </w:p>
    <w:p w14:paraId="09DE6414" w14:textId="77777777" w:rsidR="002218EE" w:rsidRDefault="00000000">
      <w:pPr>
        <w:pStyle w:val="ListBullet"/>
        <w:spacing w:after="20" w:line="300" w:lineRule="auto"/>
      </w:pPr>
      <w:r>
        <w:rPr>
          <w:rFonts w:ascii="Times New Roman" w:hAnsi="Times New Roman"/>
          <w:color w:val="000000"/>
          <w:sz w:val="20"/>
        </w:rPr>
        <w:t>Mẫu: BẢO HƯNG nhận 3 mẫu phát triển khách hàng MDE'S, Castlery (chưa đạt mã số) — đã hoàn thành 3 mẫu (gồm màu thẻ và mẫu sản phẩm). THIẾT ĐAN: không có mẫu thẻ và mẫu bộ phát sinh.</w:t>
      </w:r>
    </w:p>
    <w:p w14:paraId="33B20791" w14:textId="77777777" w:rsidR="002218EE" w:rsidRDefault="00000000">
      <w:pPr>
        <w:pStyle w:val="ListBullet"/>
        <w:spacing w:after="20" w:line="300" w:lineRule="auto"/>
      </w:pPr>
      <w:r>
        <w:rPr>
          <w:rFonts w:ascii="Times New Roman" w:hAnsi="Times New Roman"/>
          <w:color w:val="000000"/>
          <w:sz w:val="20"/>
        </w:rPr>
        <w:t>Mẫu quan trọng: BẢO HƯNG phát triển 2 mẫu gộp của khách Castlery (đã có đơn hàng) — màu sắc khách đã duyệt, đang lên thêm thẻ và sản phẩm, trước ngày 13/08 phải hoàn thành.</w:t>
      </w:r>
    </w:p>
    <w:p w14:paraId="4FD91746" w14:textId="77777777" w:rsidR="002218EE" w:rsidRDefault="00000000">
      <w:pPr>
        <w:spacing w:after="40" w:line="300" w:lineRule="auto"/>
      </w:pPr>
      <w:r>
        <w:rPr>
          <w:rFonts w:ascii="Times New Roman" w:hAnsi="Times New Roman"/>
          <w:b/>
          <w:color w:val="000000"/>
        </w:rPr>
        <w:t>II/ Vấn đề phát sinh &amp; kết quả xử lý:</w:t>
      </w:r>
    </w:p>
    <w:p w14:paraId="565EAADA" w14:textId="77777777" w:rsidR="002218EE" w:rsidRDefault="00000000">
      <w:pPr>
        <w:pStyle w:val="ListBullet"/>
        <w:spacing w:after="20" w:line="300" w:lineRule="auto"/>
      </w:pPr>
      <w:r>
        <w:rPr>
          <w:rFonts w:ascii="Times New Roman" w:hAnsi="Times New Roman"/>
          <w:color w:val="000000"/>
          <w:sz w:val="20"/>
        </w:rPr>
        <w:t>Phân công KT: BẢO HƯNG — Hóa Em phụ trách sản xuất, nhận thông tin mẫu; Minh Tuấn hỗ trợ mẫu. THIẾT ĐAN — Văn Bụng quản lý, Công Vĩ kiểm tra màu, hỗ trợ sản xuất; Văn Hân xem chuyền.</w:t>
      </w:r>
    </w:p>
    <w:p w14:paraId="08CD3F8C" w14:textId="77777777" w:rsidR="002218EE" w:rsidRDefault="00000000">
      <w:pPr>
        <w:spacing w:after="40" w:line="300" w:lineRule="auto"/>
      </w:pPr>
      <w:r>
        <w:rPr>
          <w:rFonts w:ascii="Times New Roman" w:hAnsi="Times New Roman"/>
          <w:b/>
          <w:color w:val="000000"/>
        </w:rPr>
        <w:t>III/ Đánh giá:</w:t>
      </w:r>
    </w:p>
    <w:p w14:paraId="450B82E0" w14:textId="77777777" w:rsidR="002218EE" w:rsidRDefault="00000000">
      <w:pPr>
        <w:pStyle w:val="ListBullet"/>
        <w:spacing w:after="20" w:line="300" w:lineRule="auto"/>
      </w:pPr>
      <w:r>
        <w:rPr>
          <w:rFonts w:ascii="Times New Roman" w:hAnsi="Times New Roman"/>
          <w:color w:val="000000"/>
          <w:sz w:val="20"/>
        </w:rPr>
        <w:t>2 nhà máy ổn định; kiểm tra các công đoạn, ghi chép và báo cáo đầy đủ.</w:t>
      </w:r>
    </w:p>
    <w:p w14:paraId="65A89ADF" w14:textId="77777777" w:rsidR="002218EE" w:rsidRDefault="002218EE">
      <w:pPr>
        <w:spacing w:after="80" w:line="300" w:lineRule="auto"/>
      </w:pPr>
    </w:p>
    <w:p w14:paraId="534407B8" w14:textId="77777777" w:rsidR="003F4D4B" w:rsidRDefault="003F4D4B">
      <w:pPr>
        <w:spacing w:after="80" w:line="300" w:lineRule="auto"/>
      </w:pPr>
    </w:p>
    <w:p w14:paraId="4C58BBE6" w14:textId="77777777" w:rsidR="003F4D4B" w:rsidRDefault="003F4D4B">
      <w:pPr>
        <w:spacing w:after="80" w:line="300" w:lineRule="auto"/>
      </w:pPr>
    </w:p>
    <w:p w14:paraId="104A5281" w14:textId="77777777" w:rsidR="002218EE" w:rsidRDefault="00000000">
      <w:pPr>
        <w:spacing w:after="60" w:line="300" w:lineRule="auto"/>
      </w:pPr>
      <w:r>
        <w:rPr>
          <w:rFonts w:ascii="Times New Roman" w:hAnsi="Times New Roman"/>
          <w:b/>
          <w:color w:val="000000"/>
          <w:sz w:val="26"/>
        </w:rPr>
        <w:lastRenderedPageBreak/>
        <w:t>Báo cáo của Lê Văn Hòa (Liên Minh – Đất Mới – An Cường)</w:t>
      </w:r>
    </w:p>
    <w:p w14:paraId="0E4BCB26" w14:textId="77777777" w:rsidR="002218EE" w:rsidRDefault="00000000">
      <w:pPr>
        <w:spacing w:after="40" w:line="300" w:lineRule="auto"/>
      </w:pPr>
      <w:r>
        <w:rPr>
          <w:rFonts w:ascii="Times New Roman" w:hAnsi="Times New Roman"/>
          <w:b/>
          <w:color w:val="000000"/>
        </w:rPr>
        <w:t>I/ Tình hình đơn hàng &amp; phản hồi KH:</w:t>
      </w:r>
    </w:p>
    <w:p w14:paraId="0CBD31B2" w14:textId="77777777" w:rsidR="002218EE" w:rsidRDefault="00000000">
      <w:pPr>
        <w:pStyle w:val="ListBullet"/>
        <w:spacing w:after="20" w:line="300" w:lineRule="auto"/>
      </w:pPr>
      <w:r>
        <w:rPr>
          <w:rFonts w:ascii="Times New Roman" w:hAnsi="Times New Roman"/>
          <w:color w:val="000000"/>
          <w:sz w:val="20"/>
        </w:rPr>
        <w:t>Mặt hàng SX: Liên Minh SX hàng công trình Lạc Hồng, Nam Long, Quận 7, Thanh Xuân. Đất Mới SX hàng xuất khẩu TOV, Opiti.</w:t>
      </w:r>
    </w:p>
    <w:p w14:paraId="512838AE" w14:textId="77777777" w:rsidR="002218EE" w:rsidRDefault="00000000">
      <w:pPr>
        <w:pStyle w:val="ListBullet"/>
        <w:spacing w:after="20" w:line="300" w:lineRule="auto"/>
      </w:pPr>
      <w:r>
        <w:rPr>
          <w:rFonts w:ascii="Times New Roman" w:hAnsi="Times New Roman"/>
          <w:color w:val="000000"/>
          <w:sz w:val="20"/>
        </w:rPr>
        <w:t>Mẫu: Liên Minh 9 mẫu (3 mẫu nhân bản + 6 mẫu phát triển) đã làm xong. Đất Mới 7 mẫu (2 mẫu PT + 5 mẫu nhân) — đã làm xong 3 mẫu, 4 mẫu đang tiếp tục làm.</w:t>
      </w:r>
    </w:p>
    <w:p w14:paraId="0F133BD6" w14:textId="77777777" w:rsidR="002218EE" w:rsidRDefault="00000000">
      <w:pPr>
        <w:spacing w:after="40" w:line="300" w:lineRule="auto"/>
      </w:pPr>
      <w:r>
        <w:rPr>
          <w:rFonts w:ascii="Times New Roman" w:hAnsi="Times New Roman"/>
          <w:b/>
          <w:color w:val="000000"/>
        </w:rPr>
        <w:t>II/ Vấn đề phát sinh &amp; kết quả xử lý:</w:t>
      </w:r>
    </w:p>
    <w:p w14:paraId="6FEB454D" w14:textId="77777777" w:rsidR="002218EE" w:rsidRDefault="00000000">
      <w:pPr>
        <w:pStyle w:val="ListBullet"/>
        <w:spacing w:after="20" w:line="300" w:lineRule="auto"/>
      </w:pPr>
      <w:r>
        <w:rPr>
          <w:rFonts w:ascii="Times New Roman" w:hAnsi="Times New Roman"/>
          <w:color w:val="000000"/>
          <w:sz w:val="20"/>
        </w:rPr>
        <w:t>Phân công KT: Liên Minh 3 KT (2 KT pha màu, 1 KT làm mẫu). Đất Mới 2 KT (1 KT kiểm tra màu + xem chuyền, 1 KT làm mẫu).</w:t>
      </w:r>
    </w:p>
    <w:p w14:paraId="2FCE7C88" w14:textId="77777777" w:rsidR="002218EE" w:rsidRDefault="00000000">
      <w:pPr>
        <w:pStyle w:val="ListBullet"/>
        <w:spacing w:after="20" w:line="300" w:lineRule="auto"/>
      </w:pPr>
      <w:r>
        <w:rPr>
          <w:rFonts w:ascii="Times New Roman" w:hAnsi="Times New Roman"/>
          <w:color w:val="000000"/>
          <w:sz w:val="20"/>
        </w:rPr>
        <w:t>Đất Mới — khách Opiti đang nhân lại mẫu: kỹ thuật cơ động cùng KT nhà máy nhân lại.</w:t>
      </w:r>
    </w:p>
    <w:p w14:paraId="1F8C3411" w14:textId="77777777" w:rsidR="002218EE" w:rsidRDefault="00000000">
      <w:pPr>
        <w:pStyle w:val="ListBullet"/>
        <w:spacing w:after="20" w:line="300" w:lineRule="auto"/>
      </w:pPr>
      <w:r>
        <w:rPr>
          <w:rFonts w:ascii="Times New Roman" w:hAnsi="Times New Roman"/>
          <w:color w:val="000000"/>
          <w:sz w:val="20"/>
        </w:rPr>
        <w:t>Công tác khác 1: làm mẫu tại Công ty Bình Thạnh màu MHT 66 — đã làm xong.</w:t>
      </w:r>
    </w:p>
    <w:p w14:paraId="60B62EAA" w14:textId="77777777" w:rsidR="002218EE" w:rsidRDefault="00000000">
      <w:pPr>
        <w:pStyle w:val="ListBullet"/>
        <w:spacing w:after="20" w:line="300" w:lineRule="auto"/>
      </w:pPr>
      <w:r>
        <w:rPr>
          <w:rFonts w:ascii="Times New Roman" w:hAnsi="Times New Roman"/>
          <w:color w:val="000000"/>
          <w:sz w:val="20"/>
        </w:rPr>
        <w:t>Công tác khác 2: Đất Mới ngày 07/08 — hỗ trợ sản xuất khách hàng TOV.</w:t>
      </w:r>
    </w:p>
    <w:p w14:paraId="48291C54" w14:textId="77777777" w:rsidR="002218EE" w:rsidRDefault="00000000">
      <w:pPr>
        <w:spacing w:after="40" w:line="300" w:lineRule="auto"/>
      </w:pPr>
      <w:r>
        <w:rPr>
          <w:rFonts w:ascii="Times New Roman" w:hAnsi="Times New Roman"/>
          <w:b/>
          <w:color w:val="000000"/>
        </w:rPr>
        <w:t>III/ Đánh giá:</w:t>
      </w:r>
    </w:p>
    <w:p w14:paraId="6C30A3EC" w14:textId="77777777" w:rsidR="002218EE" w:rsidRDefault="00000000">
      <w:pPr>
        <w:pStyle w:val="ListBullet"/>
        <w:spacing w:after="20" w:line="300" w:lineRule="auto"/>
      </w:pPr>
      <w:r>
        <w:rPr>
          <w:rFonts w:ascii="Times New Roman" w:hAnsi="Times New Roman"/>
          <w:color w:val="000000"/>
          <w:sz w:val="20"/>
        </w:rPr>
        <w:t>Trước khi vào SX kỹ thuật kiểm tra màu sát độ hơn đầu chuyền, đạt mới cho nhà máy xác nhận trước khi SX — sản xuất ổn định.</w:t>
      </w:r>
    </w:p>
    <w:p w14:paraId="210D73AC" w14:textId="77777777" w:rsidR="002218EE" w:rsidRDefault="002218EE">
      <w:pPr>
        <w:spacing w:after="80" w:line="300" w:lineRule="auto"/>
      </w:pPr>
    </w:p>
    <w:p w14:paraId="1C1B465C" w14:textId="77777777" w:rsidR="002218EE" w:rsidRDefault="00000000">
      <w:pPr>
        <w:spacing w:after="60" w:line="300" w:lineRule="auto"/>
      </w:pPr>
      <w:r>
        <w:rPr>
          <w:rFonts w:ascii="Times New Roman" w:hAnsi="Times New Roman"/>
          <w:b/>
          <w:color w:val="000000"/>
          <w:sz w:val="26"/>
        </w:rPr>
        <w:t>Báo cáo của Nguyễn Văn Linh (MEKONG 1, 3; GEUTHER; DEMEYER)</w:t>
      </w:r>
    </w:p>
    <w:p w14:paraId="5D66E5BA" w14:textId="77777777" w:rsidR="002218EE" w:rsidRDefault="00000000">
      <w:pPr>
        <w:spacing w:after="40" w:line="300" w:lineRule="auto"/>
      </w:pPr>
      <w:r>
        <w:rPr>
          <w:rFonts w:ascii="Times New Roman" w:hAnsi="Times New Roman"/>
          <w:b/>
          <w:color w:val="000000"/>
        </w:rPr>
        <w:t>I/ Tình hình đơn hàng &amp; phản hồi KH:</w:t>
      </w:r>
    </w:p>
    <w:p w14:paraId="4F87F426" w14:textId="77777777" w:rsidR="002218EE" w:rsidRDefault="00000000">
      <w:pPr>
        <w:pStyle w:val="ListBullet"/>
        <w:spacing w:after="20" w:line="300" w:lineRule="auto"/>
      </w:pPr>
      <w:r>
        <w:rPr>
          <w:rFonts w:ascii="Times New Roman" w:hAnsi="Times New Roman"/>
          <w:color w:val="000000"/>
          <w:sz w:val="20"/>
        </w:rPr>
        <w:t>Mặt hàng SX: Mekong 1 — 160H, 151H, 152H, 167H, 1217H, 137H. Mekong 3 — 1247H, 1947H, 62H, nôi 62H, 42H, nôi 42H, 39H, 111H, 116H, 57H, 58H, 124H, 119H, 137H, 155H, 151/18H. Geuther — white09H, CAT MAL COH, Black COH. Demeyer — 110602H, 5575CH, 5507H.</w:t>
      </w:r>
    </w:p>
    <w:p w14:paraId="2DAE3F01" w14:textId="77777777" w:rsidR="002218EE" w:rsidRDefault="00000000">
      <w:pPr>
        <w:pStyle w:val="ListBullet"/>
        <w:spacing w:after="20" w:line="300" w:lineRule="auto"/>
      </w:pPr>
      <w:r>
        <w:rPr>
          <w:rFonts w:ascii="Times New Roman" w:hAnsi="Times New Roman"/>
          <w:color w:val="000000"/>
          <w:sz w:val="20"/>
        </w:rPr>
        <w:t>Demeyer: quy trình thực tế vẫn đang xử lý tạm thời — Lót trắng SUB-0909t CRM + 20% bóng BVTX 03-2406H trắng 30%.</w:t>
      </w:r>
    </w:p>
    <w:p w14:paraId="10B3E41B" w14:textId="77777777" w:rsidR="002218EE" w:rsidRDefault="00000000">
      <w:pPr>
        <w:pStyle w:val="ListBullet"/>
        <w:spacing w:after="20" w:line="300" w:lineRule="auto"/>
      </w:pPr>
      <w:r>
        <w:rPr>
          <w:rFonts w:ascii="Times New Roman" w:hAnsi="Times New Roman"/>
          <w:color w:val="000000"/>
          <w:sz w:val="20"/>
        </w:rPr>
        <w:t>Mẫu: Mekong 3 — 5 mẫu nhân đã hoàn thành; Mekong 1 — 7 bộ sản phẩm mẫu đã hoàn thành; Cần Thơ — 3 bộ mẫu đã hoàn thành; Demeyer — không có mẫu. Mẫu quan trọng: không.</w:t>
      </w:r>
    </w:p>
    <w:p w14:paraId="60429202" w14:textId="77777777" w:rsidR="002218EE" w:rsidRDefault="00000000">
      <w:pPr>
        <w:spacing w:after="40" w:line="300" w:lineRule="auto"/>
      </w:pPr>
      <w:r>
        <w:rPr>
          <w:rFonts w:ascii="Times New Roman" w:hAnsi="Times New Roman"/>
          <w:b/>
          <w:color w:val="000000"/>
        </w:rPr>
        <w:t>II/ Vấn đề phát sinh &amp; kết quả xử lý:</w:t>
      </w:r>
    </w:p>
    <w:p w14:paraId="74E84B63" w14:textId="77777777" w:rsidR="002218EE" w:rsidRDefault="00000000">
      <w:pPr>
        <w:pStyle w:val="ListBullet"/>
        <w:spacing w:after="20" w:line="300" w:lineRule="auto"/>
      </w:pPr>
      <w:r>
        <w:rPr>
          <w:rFonts w:ascii="Times New Roman" w:hAnsi="Times New Roman"/>
          <w:color w:val="000000"/>
          <w:sz w:val="20"/>
        </w:rPr>
        <w:t>Phân công KT: Mekong 1 — Ninh làm mẫu + coi chung, Tiến coi chuyền, Quyến coi chuyền. Mekong 3 — Nhân coi chung, Hiền coi chuyền, Tam pha sơn, Trường làm mẫu. Cần Thơ — Tảo làm mẫu, Chất coi chuyền. Demeyer — Thạch làm mẫu, Vũ coi chuyền.</w:t>
      </w:r>
    </w:p>
    <w:p w14:paraId="0EA10E0D" w14:textId="77777777" w:rsidR="002218EE" w:rsidRDefault="00000000">
      <w:pPr>
        <w:pStyle w:val="ListBullet"/>
        <w:spacing w:after="20" w:line="300" w:lineRule="auto"/>
      </w:pPr>
      <w:r>
        <w:rPr>
          <w:rFonts w:ascii="Times New Roman" w:hAnsi="Times New Roman"/>
          <w:color w:val="000000"/>
          <w:sz w:val="20"/>
        </w:rPr>
        <w:t>Geuther: trong tuần cùng nhà máy thử sơn tumbling nhưng do thiếu máy sấy nên chưa đạt.</w:t>
      </w:r>
    </w:p>
    <w:p w14:paraId="53A4D094" w14:textId="77777777" w:rsidR="002218EE" w:rsidRDefault="00000000">
      <w:pPr>
        <w:pStyle w:val="ListBullet"/>
        <w:spacing w:after="20" w:line="300" w:lineRule="auto"/>
      </w:pPr>
      <w:r>
        <w:rPr>
          <w:rFonts w:ascii="Times New Roman" w:hAnsi="Times New Roman"/>
          <w:color w:val="000000"/>
          <w:sz w:val="20"/>
        </w:rPr>
        <w:t>Ghi nhận nhà máy: 🔴 MEKONG yêu cầu kiểm tra lại hóa chất — khi phun sơn lót primer BT 02-2203H (white primer) + 1,5% PGTB, một số công nhân bị dị ứng ngứa, gây khó thở.</w:t>
      </w:r>
    </w:p>
    <w:p w14:paraId="74E29F05" w14:textId="77777777" w:rsidR="002218EE" w:rsidRDefault="00000000">
      <w:pPr>
        <w:spacing w:after="40" w:line="300" w:lineRule="auto"/>
      </w:pPr>
      <w:r>
        <w:rPr>
          <w:rFonts w:ascii="Times New Roman" w:hAnsi="Times New Roman"/>
          <w:b/>
          <w:color w:val="000000"/>
        </w:rPr>
        <w:t>III/ Đánh giá:</w:t>
      </w:r>
    </w:p>
    <w:p w14:paraId="34FB7A2E" w14:textId="77777777" w:rsidR="002218EE" w:rsidRDefault="00000000">
      <w:pPr>
        <w:pStyle w:val="ListBullet"/>
        <w:spacing w:after="20" w:line="300" w:lineRule="auto"/>
      </w:pPr>
      <w:r>
        <w:rPr>
          <w:rFonts w:ascii="Times New Roman" w:hAnsi="Times New Roman"/>
          <w:color w:val="000000"/>
          <w:sz w:val="20"/>
        </w:rPr>
        <w:t>Tình hình sản xuất các nhà máy ổn định.</w:t>
      </w:r>
    </w:p>
    <w:p w14:paraId="2E8AF7D3" w14:textId="77777777" w:rsidR="002218EE" w:rsidRDefault="002218EE">
      <w:pPr>
        <w:spacing w:after="80" w:line="300" w:lineRule="auto"/>
      </w:pPr>
    </w:p>
    <w:p w14:paraId="24522D93" w14:textId="77777777" w:rsidR="002218EE" w:rsidRDefault="00000000">
      <w:pPr>
        <w:spacing w:after="60" w:line="300" w:lineRule="auto"/>
      </w:pPr>
      <w:r>
        <w:rPr>
          <w:rFonts w:ascii="Times New Roman" w:hAnsi="Times New Roman"/>
          <w:b/>
          <w:color w:val="000000"/>
          <w:sz w:val="26"/>
        </w:rPr>
        <w:t>Báo cáo của Nguyễn Đức Thăng (Kim Huy, Kim Phong)</w:t>
      </w:r>
    </w:p>
    <w:p w14:paraId="7FAB24A9" w14:textId="77777777" w:rsidR="002218EE" w:rsidRDefault="00000000">
      <w:pPr>
        <w:spacing w:after="40" w:line="300" w:lineRule="auto"/>
      </w:pPr>
      <w:r>
        <w:rPr>
          <w:rFonts w:ascii="Times New Roman" w:hAnsi="Times New Roman"/>
          <w:b/>
          <w:color w:val="000000"/>
        </w:rPr>
        <w:t>I/ Tình hình đơn hàng &amp; phản hồi KH:</w:t>
      </w:r>
    </w:p>
    <w:p w14:paraId="63AA5370" w14:textId="77777777" w:rsidR="002218EE" w:rsidRDefault="00000000">
      <w:pPr>
        <w:pStyle w:val="ListBullet"/>
        <w:spacing w:after="20" w:line="300" w:lineRule="auto"/>
      </w:pPr>
      <w:r>
        <w:rPr>
          <w:rFonts w:ascii="Times New Roman" w:hAnsi="Times New Roman"/>
          <w:color w:val="000000"/>
          <w:sz w:val="20"/>
        </w:rPr>
        <w:t>Mặt hàng SX: Kim Huy — KH 3900, KH Cherry (vẫn SX theo quy trình xử lý stain mẫu NC KH cherry: chỉnh 15% Lót NC KH + 2% Phụ gia 08/22). Kim Phong — KP 23016 MO, 22090 WT, 22122 SK, 15001 WT, 24M2 SC, 25069 DV.</w:t>
      </w:r>
    </w:p>
    <w:p w14:paraId="184FED32" w14:textId="77777777" w:rsidR="002218EE" w:rsidRDefault="00000000">
      <w:pPr>
        <w:pStyle w:val="ListBullet"/>
        <w:spacing w:after="20" w:line="300" w:lineRule="auto"/>
      </w:pPr>
      <w:r>
        <w:rPr>
          <w:rFonts w:ascii="Times New Roman" w:hAnsi="Times New Roman"/>
          <w:color w:val="000000"/>
          <w:sz w:val="20"/>
        </w:rPr>
        <w:lastRenderedPageBreak/>
        <w:t>Mẫu: đã hoàn thành KP 23116 MQ (mẫu đi test đóng gói) hàng bộ; mẫu hàng giấy (chân, ván hậu); mẫu đang làm — hàng công trình (Đà Lạt) KP 25031 OAK (10 thẻ + 10 tủ).</w:t>
      </w:r>
    </w:p>
    <w:p w14:paraId="4D4B5428" w14:textId="77777777" w:rsidR="002218EE" w:rsidRDefault="00000000">
      <w:pPr>
        <w:spacing w:after="40" w:line="300" w:lineRule="auto"/>
      </w:pPr>
      <w:r>
        <w:rPr>
          <w:rFonts w:ascii="Times New Roman" w:hAnsi="Times New Roman"/>
          <w:b/>
          <w:color w:val="000000"/>
        </w:rPr>
        <w:t>II/ Vấn đề phát sinh &amp; kết quả xử lý:</w:t>
      </w:r>
    </w:p>
    <w:p w14:paraId="5DE856D3" w14:textId="77777777" w:rsidR="002218EE" w:rsidRDefault="00000000">
      <w:pPr>
        <w:pStyle w:val="ListBullet"/>
        <w:spacing w:after="20" w:line="300" w:lineRule="auto"/>
      </w:pPr>
      <w:r>
        <w:rPr>
          <w:rFonts w:ascii="Times New Roman" w:hAnsi="Times New Roman"/>
          <w:color w:val="000000"/>
          <w:sz w:val="20"/>
        </w:rPr>
        <w:t>QC1 qua kiểm tra chất lượng mẫu KH Cherry — đã xử lý xong và chốt phương án, chờ BGĐ và Phòng kỹ thuật xét duyệt.</w:t>
      </w:r>
    </w:p>
    <w:p w14:paraId="3557C3C1" w14:textId="77777777" w:rsidR="002218EE" w:rsidRDefault="00000000">
      <w:pPr>
        <w:pStyle w:val="ListBullet"/>
        <w:spacing w:after="20" w:line="300" w:lineRule="auto"/>
      </w:pPr>
      <w:r>
        <w:rPr>
          <w:rFonts w:ascii="Times New Roman" w:hAnsi="Times New Roman"/>
          <w:color w:val="000000"/>
          <w:sz w:val="20"/>
        </w:rPr>
        <w:t>Mẫu KH Cherry: do phôi gỗ bên Kim Phong đậm lợt khác nhau, buộc trên chuyền phải thêm 1 lần stain màu dặm lại.</w:t>
      </w:r>
    </w:p>
    <w:p w14:paraId="02FD9A8F" w14:textId="77777777" w:rsidR="002218EE" w:rsidRDefault="00000000">
      <w:pPr>
        <w:pStyle w:val="ListBullet"/>
        <w:spacing w:after="20" w:line="300" w:lineRule="auto"/>
      </w:pPr>
      <w:r>
        <w:rPr>
          <w:rFonts w:ascii="Times New Roman" w:hAnsi="Times New Roman"/>
          <w:color w:val="000000"/>
          <w:sz w:val="20"/>
        </w:rPr>
        <w:t>Phản ánh nhà máy: mẫu KH Cherry phát sinh thêm 1 công đoạn stain màu — nhà máy yêu cầu kỹ thuật phải dặm bù công đoạn trên.</w:t>
      </w:r>
    </w:p>
    <w:p w14:paraId="561F1273" w14:textId="77777777" w:rsidR="002218EE" w:rsidRDefault="00000000">
      <w:pPr>
        <w:pStyle w:val="ListBullet"/>
        <w:spacing w:after="20" w:line="300" w:lineRule="auto"/>
      </w:pPr>
      <w:r>
        <w:rPr>
          <w:rFonts w:ascii="Times New Roman" w:hAnsi="Times New Roman"/>
          <w:color w:val="000000"/>
          <w:sz w:val="20"/>
        </w:rPr>
        <w:t>Phân công KT: Kim Huy — A. Lợi QL chung; A. Hoàng kiểm tra màu, làm mẫu đầu chuyền, hàng bộ + hỗ trợ SX; A. Định kiểm soát chuyền. Kim Phong — A. Khang QL chung; A. Quyền làm mẫu; A. Quang sửa hàng + làm mẫu; A. Nhí kiểm soát chuyền; A. Phong kiểm tra màu, màu đầu chuyền + hỗ trợ SX.</w:t>
      </w:r>
    </w:p>
    <w:p w14:paraId="0113AFF5" w14:textId="77777777" w:rsidR="002218EE" w:rsidRDefault="00000000">
      <w:pPr>
        <w:pStyle w:val="ListBullet"/>
        <w:spacing w:after="20" w:line="300" w:lineRule="auto"/>
      </w:pPr>
      <w:r>
        <w:rPr>
          <w:rFonts w:ascii="Times New Roman" w:hAnsi="Times New Roman"/>
          <w:color w:val="000000"/>
          <w:sz w:val="20"/>
        </w:rPr>
        <w:t>Công tác khác: làm mẫu White 12024 (Walmart) Cty Scansia (theo chỉ đạo BGĐ) — đang thực hiện kiểm tra.</w:t>
      </w:r>
    </w:p>
    <w:p w14:paraId="6B51FCE1" w14:textId="77777777" w:rsidR="002218EE" w:rsidRDefault="00000000">
      <w:pPr>
        <w:spacing w:after="40" w:line="300" w:lineRule="auto"/>
      </w:pPr>
      <w:r>
        <w:rPr>
          <w:rFonts w:ascii="Times New Roman" w:hAnsi="Times New Roman"/>
          <w:b/>
          <w:color w:val="000000"/>
        </w:rPr>
        <w:t>III/ Đánh giá:</w:t>
      </w:r>
    </w:p>
    <w:p w14:paraId="435F2A64" w14:textId="77777777" w:rsidR="002218EE" w:rsidRDefault="00000000">
      <w:pPr>
        <w:pStyle w:val="ListBullet"/>
        <w:spacing w:after="20" w:line="300" w:lineRule="auto"/>
      </w:pPr>
      <w:r>
        <w:rPr>
          <w:rFonts w:ascii="Times New Roman" w:hAnsi="Times New Roman"/>
          <w:color w:val="000000"/>
          <w:sz w:val="20"/>
        </w:rPr>
        <w:t>Kim Phong, Kim Huy: sản xuất ổn định.</w:t>
      </w:r>
    </w:p>
    <w:p w14:paraId="34EA1DDD" w14:textId="77777777" w:rsidR="002218EE" w:rsidRDefault="00000000">
      <w:pPr>
        <w:spacing w:after="40" w:line="300" w:lineRule="auto"/>
      </w:pPr>
      <w:r>
        <w:rPr>
          <w:rFonts w:ascii="Times New Roman" w:hAnsi="Times New Roman"/>
          <w:b/>
          <w:color w:val="000000"/>
        </w:rPr>
        <w:t>IV/ Đề xuất:</w:t>
      </w:r>
    </w:p>
    <w:p w14:paraId="14887178" w14:textId="77777777" w:rsidR="002218EE" w:rsidRDefault="00000000">
      <w:pPr>
        <w:pStyle w:val="ListBullet"/>
        <w:spacing w:after="20" w:line="300" w:lineRule="auto"/>
      </w:pPr>
      <w:r>
        <w:rPr>
          <w:rFonts w:ascii="Times New Roman" w:hAnsi="Times New Roman"/>
          <w:color w:val="000000"/>
          <w:sz w:val="20"/>
        </w:rPr>
        <w:t>Hiện tại Công ty Kim Phong đang thiếu 2 kỹ thuật — đề nghị PKT xem xét.</w:t>
      </w:r>
    </w:p>
    <w:p w14:paraId="5175B553" w14:textId="77777777" w:rsidR="002218EE" w:rsidRDefault="002218EE">
      <w:pPr>
        <w:spacing w:after="80" w:line="300" w:lineRule="auto"/>
      </w:pPr>
    </w:p>
    <w:p w14:paraId="2BBA1BDA" w14:textId="77777777" w:rsidR="002218EE" w:rsidRDefault="00000000">
      <w:pPr>
        <w:spacing w:after="60" w:line="300" w:lineRule="auto"/>
      </w:pPr>
      <w:r>
        <w:rPr>
          <w:rFonts w:ascii="Times New Roman" w:hAnsi="Times New Roman"/>
          <w:b/>
          <w:color w:val="000000"/>
          <w:sz w:val="26"/>
        </w:rPr>
        <w:t>Báo cáo của Nguyễn Đăng Hiệp (Cty Anh Khoa)</w:t>
      </w:r>
    </w:p>
    <w:p w14:paraId="1DCB46D9" w14:textId="77777777" w:rsidR="002218EE" w:rsidRDefault="00000000">
      <w:pPr>
        <w:spacing w:after="40" w:line="300" w:lineRule="auto"/>
      </w:pPr>
      <w:r>
        <w:rPr>
          <w:rFonts w:ascii="Times New Roman" w:hAnsi="Times New Roman"/>
          <w:b/>
          <w:color w:val="000000"/>
        </w:rPr>
        <w:t>I/ Tình hình đơn hàng &amp; phản hồi KH:</w:t>
      </w:r>
    </w:p>
    <w:p w14:paraId="1A69C5B5" w14:textId="77777777" w:rsidR="002218EE" w:rsidRDefault="00000000">
      <w:pPr>
        <w:pStyle w:val="ListBullet"/>
        <w:spacing w:after="20" w:line="300" w:lineRule="auto"/>
      </w:pPr>
      <w:r>
        <w:rPr>
          <w:rFonts w:ascii="Times New Roman" w:hAnsi="Times New Roman"/>
          <w:color w:val="000000"/>
          <w:sz w:val="20"/>
        </w:rPr>
        <w:t>CTY Anh Khoa sản xuất 2 khách hàng: Ashley T 929 – T 678 sản xuất ổn định; SIMLY: AX 052, AX 145, AX 126, AX 924.</w:t>
      </w:r>
    </w:p>
    <w:p w14:paraId="66D2602E" w14:textId="77777777" w:rsidR="002218EE" w:rsidRDefault="00000000">
      <w:pPr>
        <w:pStyle w:val="ListBullet"/>
        <w:spacing w:after="20" w:line="300" w:lineRule="auto"/>
      </w:pPr>
      <w:r>
        <w:rPr>
          <w:rFonts w:ascii="Times New Roman" w:hAnsi="Times New Roman"/>
          <w:color w:val="000000"/>
          <w:sz w:val="20"/>
        </w:rPr>
        <w:t>Nhà máy gia công: Thịnh An (AX 126, AX 024, AX 123); Huy Phát (AX 126, AX 024); Thương Nhân (AX 141).</w:t>
      </w:r>
    </w:p>
    <w:p w14:paraId="2FC0C417" w14:textId="77777777" w:rsidR="002218EE" w:rsidRDefault="00000000">
      <w:pPr>
        <w:pStyle w:val="ListBullet"/>
        <w:spacing w:after="20" w:line="300" w:lineRule="auto"/>
      </w:pPr>
      <w:r>
        <w:rPr>
          <w:rFonts w:ascii="Times New Roman" w:hAnsi="Times New Roman"/>
          <w:color w:val="000000"/>
          <w:sz w:val="20"/>
        </w:rPr>
        <w:t>Mẫu: mẫu nhân AX 141 — 15 tấm, đã làm xong; mẫu nhân AX 123 — 15 tấm, đang làm xong; gửi khách Ashley (SIMLY) chờ duyệt.</w:t>
      </w:r>
    </w:p>
    <w:p w14:paraId="112F781B" w14:textId="77777777" w:rsidR="002218EE" w:rsidRDefault="00000000">
      <w:pPr>
        <w:spacing w:after="40" w:line="300" w:lineRule="auto"/>
      </w:pPr>
      <w:r>
        <w:rPr>
          <w:rFonts w:ascii="Times New Roman" w:hAnsi="Times New Roman"/>
          <w:b/>
          <w:color w:val="000000"/>
        </w:rPr>
        <w:t>II/ Vấn đề phát sinh &amp; kết quả xử lý:</w:t>
      </w:r>
    </w:p>
    <w:p w14:paraId="651F5DCD" w14:textId="77777777" w:rsidR="002218EE" w:rsidRDefault="00000000">
      <w:pPr>
        <w:pStyle w:val="ListBullet"/>
        <w:spacing w:after="20" w:line="300" w:lineRule="auto"/>
      </w:pPr>
      <w:r>
        <w:rPr>
          <w:rFonts w:ascii="Times New Roman" w:hAnsi="Times New Roman"/>
          <w:color w:val="000000"/>
          <w:sz w:val="20"/>
        </w:rPr>
        <w:t>Khách hàng SIMLY — SX tại Anh Khoa ngày 04/08/2026: mẫu AX 123 nứt sơn, răng cưa màng sơn 4 chi tiết sản phẩm. Thử nghiệm tìm ra nguyên nhân do lây nhiễm sơn NCC Vina — đã làm báo cáo gửi PKT và đề xuất khuyến cáo cảnh báo về việc pha chế, sử dụng sơn gửi Cty Anh Khoa.</w:t>
      </w:r>
    </w:p>
    <w:p w14:paraId="7F5E71F0" w14:textId="77777777" w:rsidR="002218EE" w:rsidRDefault="00000000">
      <w:pPr>
        <w:pStyle w:val="ListBullet"/>
        <w:spacing w:after="20" w:line="300" w:lineRule="auto"/>
      </w:pPr>
      <w:r>
        <w:rPr>
          <w:rFonts w:ascii="Times New Roman" w:hAnsi="Times New Roman"/>
          <w:color w:val="000000"/>
          <w:sz w:val="20"/>
        </w:rPr>
        <w:t>Mẫu AX 126 — 60 bộ nhà máy Thịnh An gia công kiểm tra màu không đạt: đã làm việc với quản đốc Thịnh An phân loại, sửa stain màu lại; A. Hiền (GĐSX) Anh Khoa đã xem và xác nhận đạt, cho xuống chuyền sửa lại toàn bộ hàng lỗi — đã sửa xong, đạt.</w:t>
      </w:r>
    </w:p>
    <w:p w14:paraId="6545F6AD" w14:textId="77777777" w:rsidR="002218EE" w:rsidRDefault="00000000">
      <w:pPr>
        <w:spacing w:after="40" w:line="300" w:lineRule="auto"/>
      </w:pPr>
      <w:r>
        <w:rPr>
          <w:rFonts w:ascii="Times New Roman" w:hAnsi="Times New Roman"/>
          <w:b/>
          <w:color w:val="000000"/>
        </w:rPr>
        <w:t>III/ Đánh giá:</w:t>
      </w:r>
    </w:p>
    <w:p w14:paraId="481539AB" w14:textId="77777777" w:rsidR="002218EE" w:rsidRDefault="00000000">
      <w:pPr>
        <w:pStyle w:val="ListBullet"/>
        <w:spacing w:after="20" w:line="300" w:lineRule="auto"/>
      </w:pPr>
      <w:r>
        <w:rPr>
          <w:rFonts w:ascii="Times New Roman" w:hAnsi="Times New Roman"/>
          <w:color w:val="000000"/>
          <w:sz w:val="20"/>
        </w:rPr>
        <w:t>Sản xuất khách Ashley ổn định; khách SIMLY đang kiểm soát chặt sự cố lây nhiễm sơn, đã xử lý xong hàng lỗi AX 126.</w:t>
      </w:r>
    </w:p>
    <w:p w14:paraId="71522165" w14:textId="77777777" w:rsidR="002218EE" w:rsidRDefault="00000000">
      <w:pPr>
        <w:spacing w:after="40" w:line="300" w:lineRule="auto"/>
      </w:pPr>
      <w:r>
        <w:rPr>
          <w:rFonts w:ascii="Times New Roman" w:hAnsi="Times New Roman"/>
          <w:b/>
          <w:color w:val="000000"/>
        </w:rPr>
        <w:t>IV/ Đề xuất:</w:t>
      </w:r>
    </w:p>
    <w:p w14:paraId="76D81C72" w14:textId="77777777" w:rsidR="002218EE" w:rsidRDefault="00000000">
      <w:pPr>
        <w:pStyle w:val="ListBullet"/>
        <w:spacing w:after="20" w:line="300" w:lineRule="auto"/>
      </w:pPr>
      <w:r>
        <w:rPr>
          <w:rFonts w:ascii="Times New Roman" w:hAnsi="Times New Roman"/>
          <w:color w:val="000000"/>
          <w:sz w:val="20"/>
        </w:rPr>
        <w:t>Thứ 2 ngày 10/08/2026 sẽ chạy thử pilot run 5 bộ SP mã màu T614 (khách Ashley, màu mới) để đánh giá chất lượng màu sắc, tiêu chuẩn Ashley trước khi SX đại trà 1.800 bộ đợt đầu — đề xuất tăng cường 1 kỹ thuật xem chuyền các công đoạn mã T614.</w:t>
      </w:r>
    </w:p>
    <w:p w14:paraId="5BC82BE3" w14:textId="77777777" w:rsidR="002218EE" w:rsidRDefault="00000000">
      <w:pPr>
        <w:pStyle w:val="ListBullet"/>
        <w:spacing w:after="20" w:line="300" w:lineRule="auto"/>
      </w:pPr>
      <w:r>
        <w:rPr>
          <w:rFonts w:ascii="Times New Roman" w:hAnsi="Times New Roman"/>
          <w:color w:val="000000"/>
          <w:sz w:val="20"/>
        </w:rPr>
        <w:t>Yêu cầu gửi gấp khuyến cáo cảnh báo về việc quy định pha chế và sử dụng sơn cho Cty Anh Khoa.</w:t>
      </w:r>
    </w:p>
    <w:p w14:paraId="294881A7" w14:textId="77777777" w:rsidR="002218EE" w:rsidRDefault="002218EE">
      <w:pPr>
        <w:spacing w:after="80" w:line="300" w:lineRule="auto"/>
      </w:pPr>
    </w:p>
    <w:p w14:paraId="6542798F" w14:textId="77777777" w:rsidR="00B24F8B" w:rsidRDefault="00B24F8B">
      <w:pPr>
        <w:spacing w:after="60" w:line="300" w:lineRule="auto"/>
        <w:rPr>
          <w:rFonts w:ascii="Times New Roman" w:hAnsi="Times New Roman"/>
          <w:b/>
          <w:color w:val="000000"/>
          <w:sz w:val="26"/>
        </w:rPr>
      </w:pPr>
    </w:p>
    <w:p w14:paraId="5DA2A381" w14:textId="71C6734E" w:rsidR="002218EE" w:rsidRDefault="00000000">
      <w:pPr>
        <w:spacing w:after="60" w:line="300" w:lineRule="auto"/>
      </w:pPr>
      <w:r>
        <w:rPr>
          <w:rFonts w:ascii="Times New Roman" w:hAnsi="Times New Roman"/>
          <w:b/>
          <w:color w:val="000000"/>
          <w:sz w:val="26"/>
        </w:rPr>
        <w:lastRenderedPageBreak/>
        <w:t xml:space="preserve">Báo </w:t>
      </w:r>
      <w:proofErr w:type="spellStart"/>
      <w:r>
        <w:rPr>
          <w:rFonts w:ascii="Times New Roman" w:hAnsi="Times New Roman"/>
          <w:b/>
          <w:color w:val="000000"/>
          <w:sz w:val="26"/>
        </w:rPr>
        <w:t>cáo</w:t>
      </w:r>
      <w:proofErr w:type="spellEnd"/>
      <w:r>
        <w:rPr>
          <w:rFonts w:ascii="Times New Roman" w:hAnsi="Times New Roman"/>
          <w:b/>
          <w:color w:val="000000"/>
          <w:sz w:val="26"/>
        </w:rPr>
        <w:t xml:space="preserve"> </w:t>
      </w:r>
      <w:proofErr w:type="spellStart"/>
      <w:r>
        <w:rPr>
          <w:rFonts w:ascii="Times New Roman" w:hAnsi="Times New Roman"/>
          <w:b/>
          <w:color w:val="000000"/>
          <w:sz w:val="26"/>
        </w:rPr>
        <w:t>của</w:t>
      </w:r>
      <w:proofErr w:type="spellEnd"/>
      <w:r>
        <w:rPr>
          <w:rFonts w:ascii="Times New Roman" w:hAnsi="Times New Roman"/>
          <w:b/>
          <w:color w:val="000000"/>
          <w:sz w:val="26"/>
        </w:rPr>
        <w:t xml:space="preserve"> Lê Quang Khải (Minh Dương, Trường Thành)</w:t>
      </w:r>
    </w:p>
    <w:p w14:paraId="436782C6" w14:textId="77777777" w:rsidR="002218EE" w:rsidRDefault="00000000">
      <w:pPr>
        <w:spacing w:after="40" w:line="300" w:lineRule="auto"/>
      </w:pPr>
      <w:r>
        <w:rPr>
          <w:rFonts w:ascii="Times New Roman" w:hAnsi="Times New Roman"/>
          <w:b/>
          <w:color w:val="000000"/>
        </w:rPr>
        <w:t>I/ Tình hình đơn hàng &amp; phản hồi KH:</w:t>
      </w:r>
    </w:p>
    <w:p w14:paraId="7510C9E2" w14:textId="77777777" w:rsidR="002218EE" w:rsidRDefault="00000000">
      <w:pPr>
        <w:pStyle w:val="ListBullet"/>
        <w:spacing w:after="20" w:line="300" w:lineRule="auto"/>
      </w:pPr>
      <w:r>
        <w:rPr>
          <w:rFonts w:ascii="Times New Roman" w:hAnsi="Times New Roman"/>
          <w:color w:val="000000"/>
          <w:sz w:val="20"/>
        </w:rPr>
        <w:t>Mặt hàng SX: MD-2050; MD-1259H; MD-1977; MD-1977H; MD-1937; MD-1588; MD-2236; MD-2237; MD-2129; MD-894; MD-2149; MD-1225B; ART-19; VIP-01; WSG-04; FDH Latte.</w:t>
      </w:r>
    </w:p>
    <w:p w14:paraId="201DC8C8" w14:textId="77777777" w:rsidR="002218EE" w:rsidRDefault="00000000">
      <w:pPr>
        <w:pStyle w:val="ListBullet"/>
        <w:spacing w:after="20" w:line="300" w:lineRule="auto"/>
      </w:pPr>
      <w:r>
        <w:rPr>
          <w:rFonts w:ascii="Times New Roman" w:hAnsi="Times New Roman"/>
          <w:color w:val="000000"/>
          <w:sz w:val="20"/>
        </w:rPr>
        <w:t>Mẫu: Trưởng, Phách, Trọng, Tuấn nhận 6 mẫu, hoàn thành 6 mẫu. Minh Dương: nhân 6 mẫu, làm xong 6 mẫu; Hoài thành 4 mẫu lót.</w:t>
      </w:r>
    </w:p>
    <w:p w14:paraId="31AC66DE" w14:textId="77777777" w:rsidR="002218EE" w:rsidRDefault="00000000">
      <w:pPr>
        <w:spacing w:after="40" w:line="300" w:lineRule="auto"/>
      </w:pPr>
      <w:r>
        <w:rPr>
          <w:rFonts w:ascii="Times New Roman" w:hAnsi="Times New Roman"/>
          <w:b/>
          <w:color w:val="000000"/>
        </w:rPr>
        <w:t>II/ Vấn đề phát sinh &amp; kết quả xử lý:</w:t>
      </w:r>
    </w:p>
    <w:p w14:paraId="3DF30DB1" w14:textId="77777777" w:rsidR="002218EE" w:rsidRDefault="00000000">
      <w:pPr>
        <w:pStyle w:val="ListBullet"/>
        <w:spacing w:after="20" w:line="300" w:lineRule="auto"/>
      </w:pPr>
      <w:r>
        <w:rPr>
          <w:rFonts w:ascii="Times New Roman" w:hAnsi="Times New Roman"/>
          <w:color w:val="000000"/>
          <w:sz w:val="20"/>
        </w:rPr>
        <w:t>Phân công KT: Minh Dương — Hoàng quản lý chung, làm mẫu; Vĩnh làm mẫu thẻ, bộ; Vịnh, Nghi hỗ trợ sản xuất 4 xưởng. Trường Thành — Quang quản lý chung, Khởi làm mẫu, Coi làm mẫu thẻ, mẫu bộ; Hậu hỗ trợ SX; PX 5: Kiều hỗ trợ SX; PX 1,10: Tạo hỗ trợ SX; PX 6.</w:t>
      </w:r>
    </w:p>
    <w:p w14:paraId="30611E3C" w14:textId="77777777" w:rsidR="002218EE" w:rsidRDefault="00000000">
      <w:pPr>
        <w:pStyle w:val="ListBullet"/>
        <w:spacing w:after="20" w:line="300" w:lineRule="auto"/>
      </w:pPr>
      <w:r>
        <w:rPr>
          <w:rFonts w:ascii="Times New Roman" w:hAnsi="Times New Roman"/>
          <w:color w:val="000000"/>
          <w:sz w:val="20"/>
        </w:rPr>
        <w:t>Triển khai làm lại toàn bộ mẫu thẻ công đoạn của cả 3 nhà máy sản xuất màu ART-19 — đã nhận phôi gỗ, đang làm.</w:t>
      </w:r>
    </w:p>
    <w:p w14:paraId="18D1C2F5" w14:textId="77777777" w:rsidR="002218EE" w:rsidRDefault="00000000">
      <w:pPr>
        <w:pStyle w:val="ListBullet"/>
        <w:spacing w:after="20" w:line="300" w:lineRule="auto"/>
      </w:pPr>
      <w:r>
        <w:rPr>
          <w:rFonts w:ascii="Times New Roman" w:hAnsi="Times New Roman"/>
          <w:color w:val="000000"/>
          <w:sz w:val="20"/>
        </w:rPr>
        <w:t>Ghi nhận nhà máy: Minh Dương yêu cầu tăng cường kỹ thuật hỗ trợ sản xuất — lý do mẫu và màu SX nhiều, chia ra nhiều xưởng, kỹ thuật không kịp tiến độ; trong tháng kế hoạch sẽ SX 2 màu khách Cotswolds mới, cần tăng cường KT hỗ trợ.</w:t>
      </w:r>
    </w:p>
    <w:p w14:paraId="4230FEB4" w14:textId="77777777" w:rsidR="002218EE" w:rsidRDefault="00000000">
      <w:pPr>
        <w:pStyle w:val="ListBullet"/>
        <w:spacing w:after="20" w:line="300" w:lineRule="auto"/>
      </w:pPr>
      <w:r>
        <w:rPr>
          <w:rFonts w:ascii="Times New Roman" w:hAnsi="Times New Roman"/>
          <w:color w:val="000000"/>
          <w:sz w:val="20"/>
        </w:rPr>
        <w:t>Công tác khác: CTY BT Chem (06–08/08/2026) — làm mẫu test MD-669 (hoàn thành), làm mẫu PMA Natural (hoàn thành), test sơn Scansia (đang làm).</w:t>
      </w:r>
    </w:p>
    <w:p w14:paraId="6CA82717" w14:textId="77777777" w:rsidR="002218EE" w:rsidRDefault="00000000">
      <w:pPr>
        <w:spacing w:after="40" w:line="300" w:lineRule="auto"/>
      </w:pPr>
      <w:r>
        <w:rPr>
          <w:rFonts w:ascii="Times New Roman" w:hAnsi="Times New Roman"/>
          <w:b/>
          <w:color w:val="000000"/>
        </w:rPr>
        <w:t>III/ Đánh giá:</w:t>
      </w:r>
    </w:p>
    <w:p w14:paraId="09F0862F" w14:textId="77777777" w:rsidR="002218EE" w:rsidRDefault="00000000">
      <w:pPr>
        <w:pStyle w:val="ListBullet"/>
        <w:spacing w:after="20" w:line="300" w:lineRule="auto"/>
      </w:pPr>
      <w:r>
        <w:rPr>
          <w:rFonts w:ascii="Times New Roman" w:hAnsi="Times New Roman"/>
          <w:color w:val="000000"/>
          <w:sz w:val="20"/>
        </w:rPr>
        <w:t>Chất lượng SX tốt, lỗi sơn rác công đoạn đồng đều, ghi chép sổ sách đầy đủ.</w:t>
      </w:r>
    </w:p>
    <w:p w14:paraId="6B58710B" w14:textId="77777777" w:rsidR="002218EE" w:rsidRDefault="002218EE">
      <w:pPr>
        <w:spacing w:after="80" w:line="300" w:lineRule="auto"/>
      </w:pPr>
    </w:p>
    <w:p w14:paraId="3AF5A723" w14:textId="77777777" w:rsidR="002218EE" w:rsidRDefault="00000000">
      <w:pPr>
        <w:spacing w:after="60" w:line="300" w:lineRule="auto"/>
      </w:pPr>
      <w:r>
        <w:rPr>
          <w:rFonts w:ascii="Times New Roman" w:hAnsi="Times New Roman"/>
          <w:b/>
          <w:color w:val="000000"/>
          <w:sz w:val="26"/>
        </w:rPr>
        <w:t>Báo cáo của Nguyễn Minh Thoại (MHT (Minh Hưng Tiền) &amp; TVT (Tân Việt Tiến))</w:t>
      </w:r>
    </w:p>
    <w:p w14:paraId="7D19B22B" w14:textId="77777777" w:rsidR="002218EE" w:rsidRDefault="00000000">
      <w:pPr>
        <w:spacing w:after="40" w:line="300" w:lineRule="auto"/>
      </w:pPr>
      <w:r>
        <w:rPr>
          <w:rFonts w:ascii="Times New Roman" w:hAnsi="Times New Roman"/>
          <w:b/>
          <w:color w:val="000000"/>
        </w:rPr>
        <w:t>I/ Tình hình đơn hàng &amp; phản hồi KH:</w:t>
      </w:r>
    </w:p>
    <w:p w14:paraId="5DD50E43" w14:textId="77777777" w:rsidR="002218EE" w:rsidRDefault="00000000">
      <w:pPr>
        <w:pStyle w:val="ListBullet"/>
        <w:spacing w:after="20" w:line="300" w:lineRule="auto"/>
      </w:pPr>
      <w:r>
        <w:rPr>
          <w:rFonts w:ascii="Times New Roman" w:hAnsi="Times New Roman"/>
          <w:color w:val="000000"/>
          <w:sz w:val="20"/>
        </w:rPr>
        <w:t>Cty MHT: tủ + kệ (hàng tối), các màu MHT-03, MHT-08, MHT-12, MHT-69, MHT-70, MHT-71, MHT-72, MHT-66 — khách Excess và Flexiload. Các màu SX ổn định, riêng 3 màu bị sai màu đang điều chỉnh lại (màu 66 chỉnh tại MHT; 2 màu 69, 71 chỉnh tại nhà máy).</w:t>
      </w:r>
    </w:p>
    <w:p w14:paraId="5190F6E2" w14:textId="77777777" w:rsidR="002218EE" w:rsidRDefault="00000000">
      <w:pPr>
        <w:pStyle w:val="ListBullet"/>
        <w:spacing w:after="20" w:line="300" w:lineRule="auto"/>
      </w:pPr>
      <w:r>
        <w:rPr>
          <w:rFonts w:ascii="Times New Roman" w:hAnsi="Times New Roman"/>
          <w:color w:val="000000"/>
          <w:sz w:val="20"/>
        </w:rPr>
        <w:t>Cty TVT: tủ và bàn; các màu TVT-White, TVT-092, TVT-07/23, TVT-84 — khách Sam. Các màu SX ổn định.</w:t>
      </w:r>
    </w:p>
    <w:p w14:paraId="415C0E13" w14:textId="77777777" w:rsidR="002218EE" w:rsidRDefault="00000000">
      <w:pPr>
        <w:pStyle w:val="ListBullet"/>
        <w:spacing w:after="20" w:line="300" w:lineRule="auto"/>
      </w:pPr>
      <w:r>
        <w:rPr>
          <w:rFonts w:ascii="Times New Roman" w:hAnsi="Times New Roman"/>
          <w:color w:val="000000"/>
          <w:sz w:val="20"/>
        </w:rPr>
        <w:t>Mẫu: MHT làm 1 mẫu khách hàng Tây Ban Nha màu MHT-74, đã làm xong gửi khách. TVT nhân SX 2 màu TVT-92 và TVT-07/23 — đã làm xong, chờ khách xem. TVT nhận 1 mẫu quan trọng mã màu VTC-108 đang làm tại Cty MHT (đã gửi mẫu – quy trình và giá) — nhà máy OK nên yêu cầu copy bảng màu gửi khách, mẫu làm chưa xong.</w:t>
      </w:r>
    </w:p>
    <w:p w14:paraId="0394BDCE" w14:textId="77777777" w:rsidR="002218EE" w:rsidRDefault="00000000">
      <w:pPr>
        <w:spacing w:after="40" w:line="300" w:lineRule="auto"/>
      </w:pPr>
      <w:r>
        <w:rPr>
          <w:rFonts w:ascii="Times New Roman" w:hAnsi="Times New Roman"/>
          <w:b/>
          <w:color w:val="000000"/>
        </w:rPr>
        <w:t>II/ Vấn đề phát sinh &amp; kết quả xử lý:</w:t>
      </w:r>
    </w:p>
    <w:p w14:paraId="7C424593" w14:textId="77777777" w:rsidR="002218EE" w:rsidRDefault="00000000">
      <w:pPr>
        <w:pStyle w:val="ListBullet"/>
        <w:spacing w:after="20" w:line="300" w:lineRule="auto"/>
      </w:pPr>
      <w:r>
        <w:rPr>
          <w:rFonts w:ascii="Times New Roman" w:hAnsi="Times New Roman"/>
          <w:color w:val="000000"/>
          <w:sz w:val="20"/>
        </w:rPr>
        <w:t>Phân công KT: MHT — Tròn Em tổ trưởng (coi chung), Ân (coi chuyền), Nghị (làm mẫu và test mẫu), Chí (test màu và coi chuyền). TVT — Nông tổ trưởng (làm mẫu – test màu), Chiến (coi chuyền).</w:t>
      </w:r>
    </w:p>
    <w:p w14:paraId="15740C05" w14:textId="77777777" w:rsidR="002218EE" w:rsidRDefault="00000000">
      <w:pPr>
        <w:pStyle w:val="ListBullet"/>
        <w:spacing w:after="20" w:line="300" w:lineRule="auto"/>
      </w:pPr>
      <w:r>
        <w:rPr>
          <w:rFonts w:ascii="Times New Roman" w:hAnsi="Times New Roman"/>
          <w:color w:val="000000"/>
          <w:sz w:val="20"/>
        </w:rPr>
        <w:t>Yêu cầu nhà máy: MHT yêu cầu màu pigment lô đầu sai màu được chỉnh tại nhà máy; từ lô thứ 2 nếu sai sẽ thu hồi về công ty chỉnh.</w:t>
      </w:r>
    </w:p>
    <w:p w14:paraId="1FFDD9C9" w14:textId="77777777" w:rsidR="002218EE" w:rsidRDefault="00000000">
      <w:pPr>
        <w:pStyle w:val="ListBullet"/>
        <w:spacing w:after="20" w:line="300" w:lineRule="auto"/>
      </w:pPr>
      <w:r>
        <w:rPr>
          <w:rFonts w:ascii="Times New Roman" w:hAnsi="Times New Roman"/>
          <w:color w:val="000000"/>
          <w:sz w:val="20"/>
        </w:rPr>
        <w:t>Test quy trình mới màu MHT-12/22 — đạt; đã gửi quy trình cho khách so sánh với quy trình cũ.</w:t>
      </w:r>
    </w:p>
    <w:p w14:paraId="6898AFCF" w14:textId="77777777" w:rsidR="002218EE" w:rsidRDefault="00000000">
      <w:pPr>
        <w:spacing w:after="40" w:line="300" w:lineRule="auto"/>
      </w:pPr>
      <w:r>
        <w:rPr>
          <w:rFonts w:ascii="Times New Roman" w:hAnsi="Times New Roman"/>
          <w:b/>
          <w:color w:val="000000"/>
        </w:rPr>
        <w:t>III/ Đánh giá:</w:t>
      </w:r>
    </w:p>
    <w:p w14:paraId="449D9674" w14:textId="77777777" w:rsidR="002218EE" w:rsidRDefault="00000000">
      <w:pPr>
        <w:pStyle w:val="ListBullet"/>
        <w:spacing w:after="20" w:line="300" w:lineRule="auto"/>
      </w:pPr>
      <w:r>
        <w:rPr>
          <w:rFonts w:ascii="Times New Roman" w:hAnsi="Times New Roman"/>
          <w:color w:val="000000"/>
          <w:sz w:val="20"/>
        </w:rPr>
        <w:t>Các màu SX tại MHT và TVT ổn định; riêng 3 màu sai tại MHT đang điều chỉnh theo yêu cầu khách hàng.</w:t>
      </w:r>
    </w:p>
    <w:p w14:paraId="6CA1BC73" w14:textId="77777777" w:rsidR="002218EE" w:rsidRDefault="002218EE">
      <w:pPr>
        <w:spacing w:after="80" w:line="300" w:lineRule="auto"/>
      </w:pPr>
    </w:p>
    <w:p w14:paraId="2FBE667E" w14:textId="7B7B252D" w:rsidR="002218EE" w:rsidRDefault="002218EE" w:rsidP="00AB704C">
      <w:pPr>
        <w:pStyle w:val="ListBullet"/>
        <w:numPr>
          <w:ilvl w:val="0"/>
          <w:numId w:val="0"/>
        </w:numPr>
        <w:spacing w:after="40" w:line="300" w:lineRule="auto"/>
        <w:ind w:left="360"/>
      </w:pPr>
    </w:p>
    <w:sectPr w:rsidR="002218EE"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8695597">
    <w:abstractNumId w:val="8"/>
  </w:num>
  <w:num w:numId="2" w16cid:durableId="1175388427">
    <w:abstractNumId w:val="6"/>
  </w:num>
  <w:num w:numId="3" w16cid:durableId="744761127">
    <w:abstractNumId w:val="5"/>
  </w:num>
  <w:num w:numId="4" w16cid:durableId="1159731917">
    <w:abstractNumId w:val="4"/>
  </w:num>
  <w:num w:numId="5" w16cid:durableId="1465386774">
    <w:abstractNumId w:val="7"/>
  </w:num>
  <w:num w:numId="6" w16cid:durableId="896664621">
    <w:abstractNumId w:val="3"/>
  </w:num>
  <w:num w:numId="7" w16cid:durableId="1046830654">
    <w:abstractNumId w:val="2"/>
  </w:num>
  <w:num w:numId="8" w16cid:durableId="2078819932">
    <w:abstractNumId w:val="1"/>
  </w:num>
  <w:num w:numId="9" w16cid:durableId="98649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18EE"/>
    <w:rsid w:val="0029639D"/>
    <w:rsid w:val="00326F90"/>
    <w:rsid w:val="003F4D4B"/>
    <w:rsid w:val="00AA1D8D"/>
    <w:rsid w:val="00AB704C"/>
    <w:rsid w:val="00B24F8B"/>
    <w:rsid w:val="00B47730"/>
    <w:rsid w:val="00CB0664"/>
    <w:rsid w:val="00E15EA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F134DA"/>
  <w14:defaultImageDpi w14:val="300"/>
  <w15:docId w15:val="{53FD3280-60F2-49FC-BF81-781446931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1850</Words>
  <Characters>10546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Đức Minh</cp:lastModifiedBy>
  <cp:revision>4</cp:revision>
  <dcterms:created xsi:type="dcterms:W3CDTF">2013-12-23T23:15:00Z</dcterms:created>
  <dcterms:modified xsi:type="dcterms:W3CDTF">2026-08-09T12:02:00Z</dcterms:modified>
  <cp:category/>
</cp:coreProperties>
</file>