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BB6C0" w14:textId="77777777" w:rsidR="00BD6531" w:rsidRDefault="00000000">
      <w:pPr>
        <w:spacing w:after="40"/>
        <w:jc w:val="center"/>
      </w:pPr>
      <w:r>
        <w:rPr>
          <w:rFonts w:ascii="Times New Roman" w:hAnsi="Times New Roman"/>
          <w:b/>
          <w:color w:val="000000"/>
          <w:sz w:val="32"/>
        </w:rPr>
        <w:t>BÁO CÁO TỔNG HỢP CÔNG TÁC KỸ THUẬT &amp; SẢN XUẤT TUẦN 32</w:t>
      </w:r>
    </w:p>
    <w:p w14:paraId="28DEBFC4" w14:textId="77777777" w:rsidR="00BD6531" w:rsidRDefault="00000000">
      <w:pPr>
        <w:spacing w:after="240"/>
        <w:jc w:val="center"/>
      </w:pPr>
      <w:r>
        <w:rPr>
          <w:rFonts w:ascii="Times New Roman" w:hAnsi="Times New Roman"/>
          <w:b/>
          <w:color w:val="000000"/>
          <w:sz w:val="26"/>
        </w:rPr>
        <w:t>(Từ ngày 03/08/2026 đến ngày 08/08/2026)</w:t>
      </w:r>
    </w:p>
    <w:p w14:paraId="046F77C8" w14:textId="0CE314C4" w:rsidR="00BD6531" w:rsidRDefault="00000000">
      <w:pPr>
        <w:spacing w:after="120"/>
      </w:pPr>
      <w:r>
        <w:rPr>
          <w:rFonts w:ascii="Times New Roman" w:hAnsi="Times New Roman"/>
          <w:b/>
          <w:color w:val="000000"/>
          <w:sz w:val="28"/>
        </w:rPr>
        <w:t xml:space="preserve">PHẦN I: NÊU BẬT CÁC VẤN ĐỀ NÓNG </w:t>
      </w:r>
    </w:p>
    <w:p w14:paraId="4352E243" w14:textId="77777777" w:rsidR="00BD6531" w:rsidRDefault="00000000">
      <w:pPr>
        <w:spacing w:after="120"/>
      </w:pPr>
      <w:r>
        <w:rPr>
          <w:rFonts w:ascii="Times New Roman" w:hAnsi="Times New Roman"/>
          <w:color w:val="000000"/>
          <w:sz w:val="24"/>
        </w:rPr>
        <w:t>Báo cáo này tổng hợp tình hình từ các Kỹ thuật viên (phái viên kỹ thuật) tại các nhà máy khách hàng trong tuần 32 (03/08 – 08/08/2026). Tuần này ghi nhận một số vấn đề cần Ban Giám Đốc và Phòng Kỹ thuật lưu ý:</w:t>
      </w:r>
    </w:p>
    <w:p w14:paraId="5DBEFD6E" w14:textId="77777777" w:rsidR="00BD6531" w:rsidRDefault="00000000">
      <w:pPr>
        <w:spacing w:after="40"/>
      </w:pPr>
      <w:r>
        <w:rPr>
          <w:rFonts w:ascii="Times New Roman" w:hAnsi="Times New Roman"/>
          <w:b/>
          <w:color w:val="000000"/>
          <w:sz w:val="24"/>
        </w:rPr>
        <w:t>Các sự cố kỹ thuật khẩn cấp, nổi bật và tiến độ xử lý:</w:t>
      </w:r>
    </w:p>
    <w:p w14:paraId="030D3DAE" w14:textId="77777777" w:rsidR="00BD6531" w:rsidRDefault="00000000">
      <w:pPr>
        <w:pStyle w:val="ListBullet"/>
        <w:spacing w:after="40"/>
      </w:pPr>
      <w:r>
        <w:rPr>
          <w:rFonts w:ascii="Times New Roman" w:hAnsi="Times New Roman"/>
          <w:color w:val="000000"/>
          <w:sz w:val="24"/>
        </w:rPr>
        <w:t>Anh Khoa – sự cố nứt sơn, rạn nứt màng sơn 4 chi tiết mã AX 123 (khách Sumly): thử nghiệm xác định nguyên nhân do lẫn nhiễm sơn NCC Vina. Đã làm báo cáo gửi PKT và đề xuất ban hành khuyến cáo cảnh báo về quy định pha chế, sử dụng sơn cho Cty Anh Khoa — yêu cầu gửi gấp.</w:t>
      </w:r>
    </w:p>
    <w:p w14:paraId="2E03F216" w14:textId="77777777" w:rsidR="00BD6531" w:rsidRDefault="00000000">
      <w:pPr>
        <w:pStyle w:val="ListBullet"/>
        <w:spacing w:after="40"/>
      </w:pPr>
      <w:r>
        <w:rPr>
          <w:rFonts w:ascii="Times New Roman" w:hAnsi="Times New Roman"/>
          <w:color w:val="000000"/>
          <w:sz w:val="24"/>
        </w:rPr>
        <w:t>Anh Khoa – mã AX 126: 60 bộ do nhà máy Thịnh An gia công kiểm tra màu không đạt. Đã làm việc với quản đốc Thịnh An phân loại, sửa stain màu lau; A. Hiệp (GĐSX Anh Khoa) xác nhận đạt, đã sửa xong toàn bộ hàng lỗi.</w:t>
      </w:r>
    </w:p>
    <w:p w14:paraId="686B0079" w14:textId="77777777" w:rsidR="00BD6531" w:rsidRDefault="00000000">
      <w:pPr>
        <w:pStyle w:val="ListBullet"/>
        <w:spacing w:after="40"/>
      </w:pPr>
      <w:r>
        <w:rPr>
          <w:rFonts w:ascii="Times New Roman" w:hAnsi="Times New Roman"/>
          <w:color w:val="000000"/>
          <w:sz w:val="24"/>
        </w:rPr>
        <w:t>Kim Huy – màu KH Cherry: QC đã kiểm tra xử lý cước lường, chốt thông số chờ Phòng Kỹ thuật xét duyệt. Mẫu KH Cherry phát sinh thêm 1 công đoạn stain màu đậm do phôi gỗ dăm lót khác nhau — nhà máy không cho Kỹ thuật pha màu bù công đoạn trên.</w:t>
      </w:r>
    </w:p>
    <w:p w14:paraId="2786B5B4" w14:textId="77777777" w:rsidR="00BD6531" w:rsidRDefault="00000000">
      <w:pPr>
        <w:spacing w:after="40"/>
      </w:pPr>
      <w:proofErr w:type="spellStart"/>
      <w:r>
        <w:rPr>
          <w:rFonts w:ascii="Times New Roman" w:hAnsi="Times New Roman"/>
          <w:b/>
          <w:color w:val="000000"/>
          <w:sz w:val="24"/>
        </w:rPr>
        <w:t>Mẫu</w:t>
      </w:r>
      <w:proofErr w:type="spellEnd"/>
      <w:r>
        <w:rPr>
          <w:rFonts w:ascii="Times New Roman" w:hAnsi="Times New Roman"/>
          <w:b/>
          <w:color w:val="000000"/>
          <w:sz w:val="24"/>
        </w:rPr>
        <w:t xml:space="preserve"> </w:t>
      </w:r>
      <w:proofErr w:type="spellStart"/>
      <w:r>
        <w:rPr>
          <w:rFonts w:ascii="Times New Roman" w:hAnsi="Times New Roman"/>
          <w:b/>
          <w:color w:val="000000"/>
          <w:sz w:val="24"/>
        </w:rPr>
        <w:t>hàng</w:t>
      </w:r>
      <w:proofErr w:type="spellEnd"/>
      <w:r>
        <w:rPr>
          <w:rFonts w:ascii="Times New Roman" w:hAnsi="Times New Roman"/>
          <w:b/>
          <w:color w:val="000000"/>
          <w:sz w:val="24"/>
        </w:rPr>
        <w:t xml:space="preserve"> </w:t>
      </w:r>
      <w:proofErr w:type="spellStart"/>
      <w:r>
        <w:rPr>
          <w:rFonts w:ascii="Times New Roman" w:hAnsi="Times New Roman"/>
          <w:b/>
          <w:color w:val="000000"/>
          <w:sz w:val="24"/>
        </w:rPr>
        <w:t>gấp</w:t>
      </w:r>
      <w:proofErr w:type="spellEnd"/>
      <w:r>
        <w:rPr>
          <w:rFonts w:ascii="Times New Roman" w:hAnsi="Times New Roman"/>
          <w:b/>
          <w:color w:val="000000"/>
          <w:sz w:val="24"/>
        </w:rPr>
        <w:t xml:space="preserve"> </w:t>
      </w:r>
      <w:proofErr w:type="spellStart"/>
      <w:r>
        <w:rPr>
          <w:rFonts w:ascii="Times New Roman" w:hAnsi="Times New Roman"/>
          <w:b/>
          <w:color w:val="000000"/>
          <w:sz w:val="24"/>
        </w:rPr>
        <w:t>hoặc</w:t>
      </w:r>
      <w:proofErr w:type="spellEnd"/>
      <w:r>
        <w:rPr>
          <w:rFonts w:ascii="Times New Roman" w:hAnsi="Times New Roman"/>
          <w:b/>
          <w:color w:val="000000"/>
          <w:sz w:val="24"/>
        </w:rPr>
        <w:t xml:space="preserve"> đơn hàng quan trọng cần lưu ý:</w:t>
      </w:r>
    </w:p>
    <w:p w14:paraId="75F58611" w14:textId="77777777" w:rsidR="00BD6531" w:rsidRDefault="00000000">
      <w:pPr>
        <w:pStyle w:val="ListBullet"/>
        <w:spacing w:after="40"/>
      </w:pPr>
      <w:r>
        <w:rPr>
          <w:rFonts w:ascii="Times New Roman" w:hAnsi="Times New Roman"/>
          <w:color w:val="000000"/>
          <w:sz w:val="24"/>
        </w:rPr>
        <w:t>Anh Khoa – pilot run mã T614 (màu mới khách Ashley): dự kiến chạy thử 5 bộ ngày 10/08/2026, tiền đề SX đại trà 1.800 bộ đợt đầu. Đề xuất tăng cường 1 kỹ thuật xem chuyền các công đoạn mã T614.</w:t>
      </w:r>
    </w:p>
    <w:p w14:paraId="6725258C" w14:textId="77777777" w:rsidR="00BD6531" w:rsidRDefault="00000000">
      <w:pPr>
        <w:pStyle w:val="ListBullet"/>
        <w:spacing w:after="40"/>
      </w:pPr>
      <w:r>
        <w:rPr>
          <w:rFonts w:ascii="Times New Roman" w:hAnsi="Times New Roman"/>
          <w:color w:val="000000"/>
          <w:sz w:val="24"/>
        </w:rPr>
        <w:t>Bảo Hưng – 2 mẫu gộp khách Castlery (đã có đơn hàng): màu sắc khách đã duyệt, đang lên thẻ vào sản phẩm, phải hoàn thành trước ngày 13/08.</w:t>
      </w:r>
    </w:p>
    <w:p w14:paraId="171E50F1" w14:textId="77777777" w:rsidR="00BD6531" w:rsidRDefault="00000000">
      <w:pPr>
        <w:pStyle w:val="ListBullet"/>
        <w:spacing w:after="40"/>
      </w:pPr>
      <w:r>
        <w:rPr>
          <w:rFonts w:ascii="Times New Roman" w:hAnsi="Times New Roman"/>
          <w:color w:val="000000"/>
          <w:sz w:val="24"/>
        </w:rPr>
        <w:t>Kim Phong – hàng công trình Lộc Phát (KP 25031 OAK – 110 thẻ + 10 tủ) đang làm; mẫu KP 23116 MO đã hoàn thành (đi test độ rỉ).</w:t>
      </w:r>
    </w:p>
    <w:p w14:paraId="0113E24E" w14:textId="77777777" w:rsidR="00BD6531" w:rsidRDefault="00000000">
      <w:pPr>
        <w:pStyle w:val="ListBullet"/>
        <w:spacing w:after="40"/>
      </w:pPr>
      <w:r>
        <w:rPr>
          <w:rFonts w:ascii="Times New Roman" w:hAnsi="Times New Roman"/>
          <w:color w:val="000000"/>
          <w:sz w:val="24"/>
        </w:rPr>
        <w:t>MHT – màu MHT-74 khách Tây Ban Nha đã làm xong gửi khách; TVT – mẫu quan trọng VTC-108 đang làm tại Cty HCBT, chờ copy bảng màu gửi khách.</w:t>
      </w:r>
    </w:p>
    <w:p w14:paraId="72DD7903" w14:textId="77777777" w:rsidR="00BD6531" w:rsidRDefault="00000000">
      <w:pPr>
        <w:spacing w:after="40"/>
      </w:pPr>
      <w:r>
        <w:rPr>
          <w:rFonts w:ascii="Times New Roman" w:hAnsi="Times New Roman"/>
          <w:b/>
          <w:color w:val="000000"/>
          <w:sz w:val="24"/>
        </w:rPr>
        <w:t>Phản hồi / yêu cầu của khách hàng:</w:t>
      </w:r>
    </w:p>
    <w:p w14:paraId="35786E83" w14:textId="77777777" w:rsidR="00BD6531" w:rsidRDefault="00000000">
      <w:pPr>
        <w:pStyle w:val="ListBullet"/>
        <w:spacing w:after="40"/>
      </w:pPr>
      <w:r>
        <w:rPr>
          <w:rFonts w:ascii="Times New Roman" w:hAnsi="Times New Roman"/>
          <w:color w:val="000000"/>
          <w:sz w:val="24"/>
        </w:rPr>
        <w:t>MHT (Minh Hưng Tiền): yêu cầu màu pigment lô đầu sai màu được chỉnh tại nhà máy; từ lô thứ 2 nếu sai sẽ thu hồi về công ty chỉnh. Hiện 3 màu sai màu đang điều chỉnh (MHT-66 chỉnh tại Cty HCBT; MHT-69 và MHT-71 chỉnh tại nhà máy).</w:t>
      </w:r>
    </w:p>
    <w:p w14:paraId="683477B9" w14:textId="77777777" w:rsidR="00BD6531" w:rsidRDefault="00000000">
      <w:pPr>
        <w:pStyle w:val="ListBullet"/>
        <w:spacing w:after="40"/>
      </w:pPr>
      <w:r>
        <w:rPr>
          <w:rFonts w:ascii="Times New Roman" w:hAnsi="Times New Roman"/>
          <w:color w:val="000000"/>
          <w:sz w:val="24"/>
        </w:rPr>
        <w:t>Minh Dương: yêu cầu tăng cường kỹ thuật hỗ trợ sản xuất do màu sắc nhiều, khi cao điểm sẽ SX 2 màu cùng lúc.</w:t>
      </w:r>
    </w:p>
    <w:p w14:paraId="3FE1CFC5" w14:textId="77777777" w:rsidR="00BD6531" w:rsidRDefault="00000000">
      <w:pPr>
        <w:pStyle w:val="ListBullet"/>
        <w:spacing w:after="40"/>
      </w:pPr>
      <w:r>
        <w:rPr>
          <w:rFonts w:ascii="Times New Roman" w:hAnsi="Times New Roman"/>
          <w:color w:val="000000"/>
          <w:sz w:val="24"/>
        </w:rPr>
        <w:t>Kim Phong: đang thiếu 2 kỹ thuật — đề nghị PKT xem xét bổ sung.</w:t>
      </w:r>
    </w:p>
    <w:p w14:paraId="6AAB260A" w14:textId="77777777" w:rsidR="00B96BF4" w:rsidRDefault="00B96BF4">
      <w:pPr>
        <w:spacing w:after="40"/>
        <w:rPr>
          <w:rFonts w:ascii="Times New Roman" w:hAnsi="Times New Roman"/>
          <w:b/>
          <w:color w:val="000000"/>
          <w:sz w:val="24"/>
        </w:rPr>
      </w:pPr>
    </w:p>
    <w:p w14:paraId="0BED9A17" w14:textId="77777777" w:rsidR="00B96BF4" w:rsidRDefault="00B96BF4">
      <w:pPr>
        <w:spacing w:after="40"/>
        <w:rPr>
          <w:rFonts w:ascii="Times New Roman" w:hAnsi="Times New Roman"/>
          <w:b/>
          <w:color w:val="000000"/>
          <w:sz w:val="24"/>
        </w:rPr>
      </w:pPr>
    </w:p>
    <w:p w14:paraId="0418946F" w14:textId="77777777" w:rsidR="00B96BF4" w:rsidRDefault="00B96BF4">
      <w:pPr>
        <w:spacing w:after="40"/>
        <w:rPr>
          <w:rFonts w:ascii="Times New Roman" w:hAnsi="Times New Roman"/>
          <w:b/>
          <w:color w:val="000000"/>
          <w:sz w:val="24"/>
        </w:rPr>
      </w:pPr>
    </w:p>
    <w:p w14:paraId="17E4E071" w14:textId="77777777" w:rsidR="00B96BF4" w:rsidRDefault="00B96BF4">
      <w:pPr>
        <w:spacing w:after="40"/>
        <w:rPr>
          <w:rFonts w:ascii="Times New Roman" w:hAnsi="Times New Roman"/>
          <w:b/>
          <w:color w:val="000000"/>
          <w:sz w:val="24"/>
        </w:rPr>
      </w:pPr>
    </w:p>
    <w:p w14:paraId="3760C294" w14:textId="77777777" w:rsidR="00B96BF4" w:rsidRDefault="00B96BF4">
      <w:pPr>
        <w:spacing w:after="40"/>
        <w:rPr>
          <w:rFonts w:ascii="Times New Roman" w:hAnsi="Times New Roman"/>
          <w:b/>
          <w:color w:val="000000"/>
          <w:sz w:val="24"/>
        </w:rPr>
      </w:pPr>
    </w:p>
    <w:p w14:paraId="54EC910E" w14:textId="428304ED" w:rsidR="00BD6531" w:rsidRDefault="00000000">
      <w:pPr>
        <w:spacing w:after="40"/>
      </w:pPr>
      <w:proofErr w:type="spellStart"/>
      <w:r>
        <w:rPr>
          <w:rFonts w:ascii="Times New Roman" w:hAnsi="Times New Roman"/>
          <w:b/>
          <w:color w:val="000000"/>
          <w:sz w:val="24"/>
        </w:rPr>
        <w:lastRenderedPageBreak/>
        <w:t>Đề</w:t>
      </w:r>
      <w:proofErr w:type="spellEnd"/>
      <w:r>
        <w:rPr>
          <w:rFonts w:ascii="Times New Roman" w:hAnsi="Times New Roman"/>
          <w:b/>
          <w:color w:val="000000"/>
          <w:sz w:val="24"/>
        </w:rPr>
        <w:t xml:space="preserve"> </w:t>
      </w:r>
      <w:proofErr w:type="spellStart"/>
      <w:r>
        <w:rPr>
          <w:rFonts w:ascii="Times New Roman" w:hAnsi="Times New Roman"/>
          <w:b/>
          <w:color w:val="000000"/>
          <w:sz w:val="24"/>
        </w:rPr>
        <w:t>xuất</w:t>
      </w:r>
      <w:proofErr w:type="spellEnd"/>
      <w:r>
        <w:rPr>
          <w:rFonts w:ascii="Times New Roman" w:hAnsi="Times New Roman"/>
          <w:b/>
          <w:color w:val="000000"/>
          <w:sz w:val="24"/>
        </w:rPr>
        <w:t xml:space="preserve"> </w:t>
      </w:r>
      <w:proofErr w:type="spellStart"/>
      <w:r>
        <w:rPr>
          <w:rFonts w:ascii="Times New Roman" w:hAnsi="Times New Roman"/>
          <w:b/>
          <w:color w:val="000000"/>
          <w:sz w:val="24"/>
        </w:rPr>
        <w:t>kiến</w:t>
      </w:r>
      <w:proofErr w:type="spellEnd"/>
      <w:r>
        <w:rPr>
          <w:rFonts w:ascii="Times New Roman" w:hAnsi="Times New Roman"/>
          <w:b/>
          <w:color w:val="000000"/>
          <w:sz w:val="24"/>
        </w:rPr>
        <w:t xml:space="preserve"> </w:t>
      </w:r>
      <w:proofErr w:type="spellStart"/>
      <w:r>
        <w:rPr>
          <w:rFonts w:ascii="Times New Roman" w:hAnsi="Times New Roman"/>
          <w:b/>
          <w:color w:val="000000"/>
          <w:sz w:val="24"/>
        </w:rPr>
        <w:t>nghị</w:t>
      </w:r>
      <w:proofErr w:type="spellEnd"/>
      <w:r>
        <w:rPr>
          <w:rFonts w:ascii="Times New Roman" w:hAnsi="Times New Roman"/>
          <w:b/>
          <w:color w:val="000000"/>
          <w:sz w:val="24"/>
        </w:rPr>
        <w:t xml:space="preserve"> chung trọng tâm:</w:t>
      </w:r>
    </w:p>
    <w:p w14:paraId="1285B3C9" w14:textId="77777777" w:rsidR="00BD6531" w:rsidRDefault="00000000">
      <w:pPr>
        <w:pStyle w:val="ListBullet"/>
        <w:spacing w:after="40"/>
      </w:pPr>
      <w:r>
        <w:rPr>
          <w:rFonts w:ascii="Times New Roman" w:hAnsi="Times New Roman"/>
          <w:color w:val="000000"/>
          <w:sz w:val="24"/>
        </w:rPr>
        <w:t>Ban hành khuyến cáo cảnh báo về quy định pha chế và sử dụng sơn cho Cty Anh Khoa (vụ lẫn nhiễm sơn NCC Vina gây nứt/rạn màng sơn).</w:t>
      </w:r>
    </w:p>
    <w:p w14:paraId="2E4ED680" w14:textId="77777777" w:rsidR="00BD6531" w:rsidRDefault="00000000">
      <w:pPr>
        <w:pStyle w:val="ListBullet"/>
        <w:spacing w:after="40"/>
      </w:pPr>
      <w:r>
        <w:rPr>
          <w:rFonts w:ascii="Times New Roman" w:hAnsi="Times New Roman"/>
          <w:color w:val="000000"/>
          <w:sz w:val="24"/>
        </w:rPr>
        <w:t>Đăng Long: bổ sung kỹ thuật đủ khả năng chỉnh màu, làm mẫu, coi chuyền để thay KT Tân — hiện KT chưa đáp ứng tiêu chí.</w:t>
      </w:r>
    </w:p>
    <w:p w14:paraId="2187B3FC" w14:textId="77777777" w:rsidR="00BD6531" w:rsidRDefault="00000000">
      <w:pPr>
        <w:pStyle w:val="ListBullet"/>
        <w:spacing w:after="40"/>
      </w:pPr>
      <w:r>
        <w:rPr>
          <w:rFonts w:ascii="Times New Roman" w:hAnsi="Times New Roman"/>
          <w:color w:val="000000"/>
          <w:sz w:val="24"/>
        </w:rPr>
        <w:t>Hạnh Phú: đánh giá lại tay nghề KT Xuân, Hiền; kiểm tra thống nhất công thức màu pha tại nhà máy so với công thức chuẩn BT.</w:t>
      </w:r>
    </w:p>
    <w:p w14:paraId="6E1088F6" w14:textId="77777777" w:rsidR="00BD6531" w:rsidRDefault="00000000">
      <w:pPr>
        <w:pStyle w:val="ListBullet"/>
        <w:spacing w:after="40"/>
      </w:pPr>
      <w:r>
        <w:rPr>
          <w:rFonts w:ascii="Times New Roman" w:hAnsi="Times New Roman"/>
          <w:color w:val="000000"/>
          <w:sz w:val="24"/>
        </w:rPr>
        <w:t>Bình Thạnh: mẫu White 18054 (Walmart) Cty Scandia đang kiểm tra theo chỉ đạo BGĐ — theo dõi tiến độ.</w:t>
      </w:r>
    </w:p>
    <w:p w14:paraId="0B632AF9" w14:textId="77777777" w:rsidR="00BD6531" w:rsidRDefault="00BD6531">
      <w:pPr>
        <w:spacing w:after="40"/>
      </w:pPr>
    </w:p>
    <w:p w14:paraId="7674519E" w14:textId="77777777" w:rsidR="00BD6531" w:rsidRDefault="00000000">
      <w:pPr>
        <w:spacing w:after="120"/>
      </w:pPr>
      <w:r>
        <w:rPr>
          <w:rFonts w:ascii="Times New Roman" w:hAnsi="Times New Roman"/>
          <w:b/>
          <w:color w:val="000000"/>
          <w:sz w:val="28"/>
        </w:rPr>
        <w:t>PHẦN II: CỤ THỂ CHI TIẾT TỪNG BÁO CÁO (DETAILED REPORTS)</w:t>
      </w:r>
    </w:p>
    <w:p w14:paraId="676C1F52" w14:textId="77777777" w:rsidR="00BD6531" w:rsidRDefault="00000000">
      <w:pPr>
        <w:spacing w:after="80"/>
      </w:pPr>
      <w:r>
        <w:rPr>
          <w:rFonts w:ascii="Times New Roman" w:hAnsi="Times New Roman"/>
          <w:b/>
          <w:color w:val="000000"/>
          <w:sz w:val="26"/>
        </w:rPr>
        <w:t>Báo cáo của Bùi Đức Nam</w:t>
      </w:r>
    </w:p>
    <w:p w14:paraId="46B79D14" w14:textId="77777777" w:rsidR="00BD6531" w:rsidRDefault="00000000">
      <w:pPr>
        <w:spacing w:after="40"/>
      </w:pPr>
      <w:proofErr w:type="spellStart"/>
      <w:r>
        <w:rPr>
          <w:rFonts w:ascii="Times New Roman" w:hAnsi="Times New Roman"/>
          <w:color w:val="000000"/>
          <w:sz w:val="24"/>
        </w:rPr>
        <w:t>Kính</w:t>
      </w:r>
      <w:proofErr w:type="spellEnd"/>
      <w:r>
        <w:rPr>
          <w:rFonts w:ascii="Times New Roman" w:hAnsi="Times New Roman"/>
          <w:color w:val="000000"/>
          <w:sz w:val="24"/>
        </w:rPr>
        <w:t xml:space="preserve"> gửi: Ban </w:t>
      </w:r>
      <w:proofErr w:type="spellStart"/>
      <w:r>
        <w:rPr>
          <w:rFonts w:ascii="Times New Roman" w:hAnsi="Times New Roman"/>
          <w:color w:val="000000"/>
          <w:sz w:val="24"/>
        </w:rPr>
        <w:t>giám</w:t>
      </w:r>
      <w:proofErr w:type="spellEnd"/>
      <w:r>
        <w:rPr>
          <w:rFonts w:ascii="Times New Roman" w:hAnsi="Times New Roman"/>
          <w:color w:val="000000"/>
          <w:sz w:val="24"/>
        </w:rPr>
        <w:t xml:space="preserve"> đốc, Phòng Kỹ thuật Công ty Bình Thạnh</w:t>
      </w:r>
    </w:p>
    <w:p w14:paraId="0D11D36C" w14:textId="77777777" w:rsidR="00BD6531" w:rsidRDefault="00000000">
      <w:pPr>
        <w:spacing w:after="40"/>
      </w:pPr>
      <w:r>
        <w:rPr>
          <w:rFonts w:ascii="Times New Roman" w:hAnsi="Times New Roman"/>
          <w:color w:val="000000"/>
          <w:sz w:val="24"/>
        </w:rPr>
        <w:t>Người viết báo cáo: Bùi Đức Nam</w:t>
      </w:r>
    </w:p>
    <w:p w14:paraId="7FE890D3" w14:textId="77777777" w:rsidR="00BD6531" w:rsidRDefault="00000000">
      <w:pPr>
        <w:spacing w:after="40"/>
      </w:pPr>
      <w:r>
        <w:rPr>
          <w:rFonts w:ascii="Times New Roman" w:hAnsi="Times New Roman"/>
          <w:color w:val="000000"/>
          <w:sz w:val="24"/>
        </w:rPr>
        <w:t>Ngày viết báo cáo: 08/08/2026</w:t>
      </w:r>
    </w:p>
    <w:p w14:paraId="1808F081" w14:textId="77777777" w:rsidR="00BD6531" w:rsidRDefault="00000000">
      <w:pPr>
        <w:spacing w:after="40"/>
      </w:pPr>
      <w:r>
        <w:rPr>
          <w:rFonts w:ascii="Times New Roman" w:hAnsi="Times New Roman"/>
          <w:color w:val="000000"/>
          <w:sz w:val="24"/>
        </w:rPr>
        <w:t>Tình hình sản xuất tại: Nhóm Hố Nai (Hố Nai I + Hố Nai II)</w:t>
      </w:r>
    </w:p>
    <w:p w14:paraId="29FF5676" w14:textId="77777777" w:rsidR="00BD6531" w:rsidRDefault="00000000">
      <w:pPr>
        <w:spacing w:after="40"/>
      </w:pPr>
      <w:r>
        <w:rPr>
          <w:rFonts w:ascii="Times New Roman" w:hAnsi="Times New Roman"/>
          <w:color w:val="000000"/>
          <w:sz w:val="24"/>
        </w:rPr>
        <w:t>Nhà máy phụ trách: Hố Nai I + Hố Nai II</w:t>
      </w:r>
    </w:p>
    <w:p w14:paraId="43A4BF4A" w14:textId="77777777" w:rsidR="00BD6531" w:rsidRDefault="00000000">
      <w:pPr>
        <w:spacing w:after="120"/>
      </w:pPr>
      <w:r>
        <w:rPr>
          <w:rFonts w:ascii="Times New Roman" w:hAnsi="Times New Roman"/>
          <w:color w:val="000000"/>
          <w:sz w:val="24"/>
        </w:rPr>
        <w:t>Tuần thứ: 32 (Từ ngày 03/08/2026 – 08/08/2026)</w:t>
      </w:r>
    </w:p>
    <w:p w14:paraId="224B4C3B" w14:textId="77777777" w:rsidR="00BD6531" w:rsidRDefault="00000000">
      <w:pPr>
        <w:spacing w:after="40"/>
      </w:pPr>
      <w:r>
        <w:rPr>
          <w:rFonts w:ascii="Times New Roman" w:hAnsi="Times New Roman"/>
          <w:b/>
          <w:color w:val="000000"/>
          <w:sz w:val="24"/>
        </w:rPr>
        <w:t>I/ Tình hình đơn hàng, phản ánh của khách hàng:</w:t>
      </w:r>
    </w:p>
    <w:p w14:paraId="3DB83ED0" w14:textId="77777777" w:rsidR="00BD6531" w:rsidRDefault="00000000">
      <w:pPr>
        <w:spacing w:after="40"/>
      </w:pPr>
      <w:r>
        <w:rPr>
          <w:rFonts w:ascii="Times New Roman" w:hAnsi="Times New Roman"/>
          <w:b/>
          <w:color w:val="000000"/>
          <w:sz w:val="24"/>
        </w:rPr>
        <w:t xml:space="preserve">Mặt hàng đang sản xuất trên chuyền: </w:t>
      </w:r>
      <w:r>
        <w:rPr>
          <w:rFonts w:ascii="Times New Roman" w:hAnsi="Times New Roman"/>
          <w:color w:val="000000"/>
          <w:sz w:val="24"/>
        </w:rPr>
        <w:t>HN I gồm mẫu AQ 1050, AQ 1032, AQ 1037, AQ 003H, AQ 006H, AQ 1055, AQ 1042. SX HN II: AQ 1050, AQ 1118, AQ 381, AQ 144, AQ 380, HN 21, AQ 1081, AQ 061.</w:t>
      </w:r>
    </w:p>
    <w:p w14:paraId="604E810F" w14:textId="77777777" w:rsidR="00BD6531" w:rsidRDefault="00000000">
      <w:pPr>
        <w:spacing w:after="40"/>
      </w:pPr>
      <w:r>
        <w:rPr>
          <w:rFonts w:ascii="Times New Roman" w:hAnsi="Times New Roman"/>
          <w:b/>
          <w:color w:val="000000"/>
          <w:sz w:val="24"/>
        </w:rPr>
        <w:t xml:space="preserve">Kế hoạch mẫu trong tuần: </w:t>
      </w:r>
      <w:r>
        <w:rPr>
          <w:rFonts w:ascii="Times New Roman" w:hAnsi="Times New Roman"/>
          <w:color w:val="000000"/>
          <w:sz w:val="24"/>
        </w:rPr>
        <w:t>HN II nhận lại 2 mẫu (AQ 665, AQ 381). HN I trong tuần nhận lại 6 màu mẫu mới (2 mẫu); mẫu bộ sản phẩm: 7 tủ + 4 bàn ghế cho các mẫu (pi 659, pi 663, pi 628, pi AQ 1120, pi 671, pi 672) và bộ mẫu pi 638 gồm 15 sản phẩm đang làm tại công đoạn ghép 1.</w:t>
      </w:r>
    </w:p>
    <w:p w14:paraId="3EBA11F0" w14:textId="77777777" w:rsidR="00BD6531" w:rsidRDefault="00000000">
      <w:pPr>
        <w:spacing w:after="40"/>
      </w:pPr>
      <w:r>
        <w:rPr>
          <w:rFonts w:ascii="Times New Roman" w:hAnsi="Times New Roman"/>
          <w:b/>
          <w:color w:val="000000"/>
          <w:sz w:val="24"/>
        </w:rPr>
        <w:t>II/ Các vấn đề phát sinh &amp; kết quả xử lý:</w:t>
      </w:r>
    </w:p>
    <w:p w14:paraId="034EF6D6" w14:textId="77777777" w:rsidR="00BD6531" w:rsidRDefault="00000000">
      <w:pPr>
        <w:pStyle w:val="ListBullet"/>
        <w:spacing w:after="40"/>
      </w:pPr>
      <w:r>
        <w:rPr>
          <w:rFonts w:ascii="Times New Roman" w:hAnsi="Times New Roman"/>
          <w:color w:val="000000"/>
          <w:sz w:val="24"/>
        </w:rPr>
        <w:t>Quy trình HN 51 khô chạy: đã cùng Tổ trưởng Đạt (Ts) làm việc với nhà máy làm lại, lưu hành mẫu gửi cho nhà máy áp dụng cho SX lô tới.</w:t>
      </w:r>
    </w:p>
    <w:p w14:paraId="076030A2" w14:textId="77777777" w:rsidR="00BD6531" w:rsidRDefault="00000000">
      <w:pPr>
        <w:spacing w:after="40"/>
      </w:pPr>
      <w:r>
        <w:rPr>
          <w:rFonts w:ascii="Times New Roman" w:hAnsi="Times New Roman"/>
          <w:b/>
          <w:color w:val="000000"/>
          <w:sz w:val="24"/>
        </w:rPr>
        <w:t xml:space="preserve">Phân công nhân viên kỹ thuật: </w:t>
      </w:r>
      <w:r>
        <w:rPr>
          <w:rFonts w:ascii="Times New Roman" w:hAnsi="Times New Roman"/>
          <w:color w:val="000000"/>
          <w:sz w:val="24"/>
        </w:rPr>
        <w:t>HN I: Hòa làm mẫu đầu chuyền, Thiện coi chuyền; Đạt coi chung, làm mẫu (BĐ); Đoan làm Ts mẫu; Thuận coi chuyền; Vinh tăng cường coi chuyền. Tổ mẫu: Thủy Phong làm mẫu thẻ mẫu bộ, dụng bộ lan mẫu bộ. HN II: Đạt làm Ts mẫu, nhận mẫu; Đoan chuyên; Vinh coi chuyền.</w:t>
      </w:r>
    </w:p>
    <w:p w14:paraId="103675DF" w14:textId="77777777" w:rsidR="00BD6531" w:rsidRDefault="00000000">
      <w:pPr>
        <w:spacing w:after="40"/>
      </w:pPr>
      <w:r>
        <w:rPr>
          <w:rFonts w:ascii="Times New Roman" w:hAnsi="Times New Roman"/>
          <w:b/>
          <w:color w:val="000000"/>
          <w:sz w:val="24"/>
        </w:rPr>
        <w:t>III/ Đánh giá khách quan:</w:t>
      </w:r>
    </w:p>
    <w:p w14:paraId="1454AD45" w14:textId="77777777" w:rsidR="00BD6531" w:rsidRDefault="00000000">
      <w:pPr>
        <w:pStyle w:val="ListBullet"/>
        <w:spacing w:after="40"/>
      </w:pPr>
      <w:r>
        <w:rPr>
          <w:rFonts w:ascii="Times New Roman" w:hAnsi="Times New Roman"/>
          <w:color w:val="000000"/>
          <w:sz w:val="24"/>
        </w:rPr>
        <w:t>Tình hình sản xuất các màu của các nhà máy ổn định.</w:t>
      </w:r>
    </w:p>
    <w:p w14:paraId="0F87DC51" w14:textId="77777777" w:rsidR="00BD6531" w:rsidRDefault="00000000">
      <w:pPr>
        <w:spacing w:after="40"/>
      </w:pPr>
      <w:r>
        <w:rPr>
          <w:rFonts w:ascii="Times New Roman" w:hAnsi="Times New Roman"/>
          <w:b/>
          <w:color w:val="000000"/>
          <w:sz w:val="24"/>
        </w:rPr>
        <w:t>IV/ Đề xuất và kiến nghị (nếu có):</w:t>
      </w:r>
    </w:p>
    <w:p w14:paraId="6A1BB9A5" w14:textId="77777777" w:rsidR="00BD6531" w:rsidRDefault="00000000">
      <w:pPr>
        <w:pStyle w:val="ListBullet"/>
        <w:spacing w:after="40"/>
      </w:pPr>
      <w:r>
        <w:rPr>
          <w:rFonts w:ascii="Times New Roman" w:hAnsi="Times New Roman"/>
          <w:color w:val="000000"/>
          <w:sz w:val="24"/>
        </w:rPr>
        <w:t>Không có.</w:t>
      </w:r>
    </w:p>
    <w:p w14:paraId="44ADE990" w14:textId="77777777" w:rsidR="00BD6531" w:rsidRDefault="00000000">
      <w:pPr>
        <w:spacing w:after="40"/>
      </w:pPr>
      <w:r>
        <w:rPr>
          <w:rFonts w:ascii="Times New Roman" w:hAnsi="Times New Roman"/>
          <w:color w:val="000000"/>
          <w:sz w:val="24"/>
        </w:rPr>
        <w:t>Người báo cáo:</w:t>
      </w:r>
    </w:p>
    <w:p w14:paraId="5EE609C9" w14:textId="77777777" w:rsidR="00BD6531" w:rsidRDefault="00000000">
      <w:pPr>
        <w:spacing w:after="240"/>
      </w:pPr>
      <w:r>
        <w:rPr>
          <w:rFonts w:ascii="Times New Roman" w:hAnsi="Times New Roman"/>
          <w:b/>
          <w:color w:val="000000"/>
          <w:sz w:val="24"/>
        </w:rPr>
        <w:t>(Đã ký) Bùi Đức Nam</w:t>
      </w:r>
    </w:p>
    <w:p w14:paraId="3A124102" w14:textId="77777777" w:rsidR="00BD6531" w:rsidRDefault="00000000">
      <w:pPr>
        <w:spacing w:after="80"/>
      </w:pPr>
      <w:r>
        <w:rPr>
          <w:rFonts w:ascii="Times New Roman" w:hAnsi="Times New Roman"/>
          <w:b/>
          <w:color w:val="000000"/>
          <w:sz w:val="26"/>
        </w:rPr>
        <w:lastRenderedPageBreak/>
        <w:t>Báo cáo của Nguyễn Duy Tài</w:t>
      </w:r>
    </w:p>
    <w:p w14:paraId="3FFFA8F5" w14:textId="77777777" w:rsidR="00BD6531" w:rsidRDefault="00000000">
      <w:pPr>
        <w:spacing w:after="40"/>
      </w:pPr>
      <w:proofErr w:type="spellStart"/>
      <w:r>
        <w:rPr>
          <w:rFonts w:ascii="Times New Roman" w:hAnsi="Times New Roman"/>
          <w:color w:val="000000"/>
          <w:sz w:val="24"/>
        </w:rPr>
        <w:t>Kính</w:t>
      </w:r>
      <w:proofErr w:type="spellEnd"/>
      <w:r>
        <w:rPr>
          <w:rFonts w:ascii="Times New Roman" w:hAnsi="Times New Roman"/>
          <w:color w:val="000000"/>
          <w:sz w:val="24"/>
        </w:rPr>
        <w:t xml:space="preserve"> gửi: Phòng </w:t>
      </w:r>
      <w:proofErr w:type="spellStart"/>
      <w:r>
        <w:rPr>
          <w:rFonts w:ascii="Times New Roman" w:hAnsi="Times New Roman"/>
          <w:color w:val="000000"/>
          <w:sz w:val="24"/>
        </w:rPr>
        <w:t>Kỹ</w:t>
      </w:r>
      <w:proofErr w:type="spellEnd"/>
      <w:r>
        <w:rPr>
          <w:rFonts w:ascii="Times New Roman" w:hAnsi="Times New Roman"/>
          <w:color w:val="000000"/>
          <w:sz w:val="24"/>
        </w:rPr>
        <w:t xml:space="preserve"> Thuật, Ban Giám Đốc Công ty Hóa Keo Bình Thạnh</w:t>
      </w:r>
    </w:p>
    <w:p w14:paraId="4E01837D" w14:textId="77777777" w:rsidR="00BD6531" w:rsidRDefault="00000000">
      <w:pPr>
        <w:spacing w:after="40"/>
      </w:pPr>
      <w:r>
        <w:rPr>
          <w:rFonts w:ascii="Times New Roman" w:hAnsi="Times New Roman"/>
          <w:color w:val="000000"/>
          <w:sz w:val="24"/>
        </w:rPr>
        <w:t>Người viết báo cáo: Nguyễn Duy Tài</w:t>
      </w:r>
    </w:p>
    <w:p w14:paraId="2B1E2D00" w14:textId="77777777" w:rsidR="00BD6531" w:rsidRDefault="00000000">
      <w:pPr>
        <w:spacing w:after="40"/>
      </w:pPr>
      <w:r>
        <w:rPr>
          <w:rFonts w:ascii="Times New Roman" w:hAnsi="Times New Roman"/>
          <w:color w:val="000000"/>
          <w:sz w:val="24"/>
        </w:rPr>
        <w:t>Ngày viết báo cáo: 08/08/2026</w:t>
      </w:r>
    </w:p>
    <w:p w14:paraId="3FB123A1" w14:textId="77777777" w:rsidR="00BD6531" w:rsidRDefault="00000000">
      <w:pPr>
        <w:spacing w:after="40"/>
      </w:pPr>
      <w:r>
        <w:rPr>
          <w:rFonts w:ascii="Times New Roman" w:hAnsi="Times New Roman"/>
          <w:color w:val="000000"/>
          <w:sz w:val="24"/>
        </w:rPr>
        <w:t>Tình hình sản xuất tại: Báo cáo công tác tuần</w:t>
      </w:r>
    </w:p>
    <w:p w14:paraId="09B0AE09" w14:textId="77777777" w:rsidR="00BD6531" w:rsidRDefault="00000000">
      <w:pPr>
        <w:spacing w:after="40"/>
      </w:pPr>
      <w:r>
        <w:rPr>
          <w:rFonts w:ascii="Times New Roman" w:hAnsi="Times New Roman"/>
          <w:color w:val="000000"/>
          <w:sz w:val="24"/>
        </w:rPr>
        <w:t>Nhà máy phụ trách: BẢO HƯNG, THIẾT ĐAN</w:t>
      </w:r>
    </w:p>
    <w:p w14:paraId="5A113AE0" w14:textId="77777777" w:rsidR="00BD6531" w:rsidRDefault="00000000">
      <w:pPr>
        <w:spacing w:after="120"/>
      </w:pPr>
      <w:r>
        <w:rPr>
          <w:rFonts w:ascii="Times New Roman" w:hAnsi="Times New Roman"/>
          <w:color w:val="000000"/>
          <w:sz w:val="24"/>
        </w:rPr>
        <w:t>Tuần thứ: 32 (Từ ngày 03/08/2026 – 08/08/2026)</w:t>
      </w:r>
    </w:p>
    <w:p w14:paraId="620C98A3" w14:textId="77777777" w:rsidR="00BD6531" w:rsidRDefault="00000000">
      <w:pPr>
        <w:spacing w:after="40"/>
      </w:pPr>
      <w:r>
        <w:rPr>
          <w:rFonts w:ascii="Times New Roman" w:hAnsi="Times New Roman"/>
          <w:b/>
          <w:color w:val="000000"/>
          <w:sz w:val="24"/>
        </w:rPr>
        <w:t>I/ Tình hình đơn hàng, phản ánh của khách hàng:</w:t>
      </w:r>
    </w:p>
    <w:p w14:paraId="18488952" w14:textId="77777777" w:rsidR="00BD6531" w:rsidRDefault="00000000">
      <w:pPr>
        <w:spacing w:after="40"/>
      </w:pPr>
      <w:r>
        <w:rPr>
          <w:rFonts w:ascii="Times New Roman" w:hAnsi="Times New Roman"/>
          <w:b/>
          <w:color w:val="000000"/>
          <w:sz w:val="24"/>
        </w:rPr>
        <w:t xml:space="preserve">Mặt hàng đang sản xuất trên chuyền: </w:t>
      </w:r>
      <w:r>
        <w:rPr>
          <w:rFonts w:ascii="Times New Roman" w:hAnsi="Times New Roman"/>
          <w:color w:val="000000"/>
          <w:sz w:val="24"/>
        </w:rPr>
        <w:t>BẢO HƯNG (L.BH): TN 1327, 2421, 297, 2981, 4307 — tổng 8,5 container. THIẾT ĐAN (L.WW): 05, 08, 09, 14, 11, 42, 51, 52, 58, 59, 75, 81; (T.R): 03, 15, 07, 12.1; 11, 16, 12.1, 14.7 — tổng 7 container.</w:t>
      </w:r>
    </w:p>
    <w:p w14:paraId="31C8DC0B" w14:textId="77777777" w:rsidR="00BD6531" w:rsidRDefault="00000000">
      <w:pPr>
        <w:spacing w:after="40"/>
      </w:pPr>
      <w:r>
        <w:rPr>
          <w:rFonts w:ascii="Times New Roman" w:hAnsi="Times New Roman"/>
          <w:b/>
          <w:color w:val="000000"/>
          <w:sz w:val="24"/>
        </w:rPr>
        <w:t xml:space="preserve">Kế hoạch mẫu trong tuần: </w:t>
      </w:r>
      <w:r>
        <w:rPr>
          <w:rFonts w:ascii="Times New Roman" w:hAnsi="Times New Roman"/>
          <w:color w:val="000000"/>
          <w:sz w:val="24"/>
        </w:rPr>
        <w:t>BẢO HƯNG: nhận 3 mẫu phát triển khách hàng MDE'S, Castlery (chưa đặt mã số) — đã hoàn thành 3 mẫu gồm mẫu thẻ và mẫu sản phẩm. THIẾT ĐAN: không có mẫu thẻ và mẫu bộ phát sinh.</w:t>
      </w:r>
    </w:p>
    <w:p w14:paraId="01AE4FE4" w14:textId="77777777" w:rsidR="00BD6531" w:rsidRDefault="00000000">
      <w:pPr>
        <w:spacing w:after="40"/>
      </w:pPr>
      <w:r>
        <w:rPr>
          <w:rFonts w:ascii="Times New Roman" w:hAnsi="Times New Roman"/>
          <w:b/>
          <w:color w:val="000000"/>
          <w:sz w:val="24"/>
        </w:rPr>
        <w:t xml:space="preserve">Mẫu quan trọng, mẫu khó: </w:t>
      </w:r>
      <w:r>
        <w:rPr>
          <w:rFonts w:ascii="Times New Roman" w:hAnsi="Times New Roman"/>
          <w:color w:val="000000"/>
          <w:sz w:val="24"/>
        </w:rPr>
        <w:t>Nhà máy BẢO HƯNG đang phát triển 2 mẫu gộp của khách hàng Castlery (đã có đơn hàng). Màu sắc khách hàng đã duyệt, hiện đang lên theo thẻ vào sản phẩm, trước ngày 13/08 phải hoàn thành.</w:t>
      </w:r>
    </w:p>
    <w:p w14:paraId="173B92A8" w14:textId="77777777" w:rsidR="00BD6531" w:rsidRDefault="00000000">
      <w:pPr>
        <w:spacing w:after="40"/>
      </w:pPr>
      <w:r>
        <w:rPr>
          <w:rFonts w:ascii="Times New Roman" w:hAnsi="Times New Roman"/>
          <w:b/>
          <w:color w:val="000000"/>
          <w:sz w:val="24"/>
        </w:rPr>
        <w:t>II/ Các vấn đề phát sinh &amp; kết quả xử lý:</w:t>
      </w:r>
    </w:p>
    <w:p w14:paraId="6375ECAE" w14:textId="77777777" w:rsidR="00BD6531" w:rsidRDefault="00000000">
      <w:pPr>
        <w:spacing w:after="40"/>
      </w:pPr>
      <w:r>
        <w:rPr>
          <w:rFonts w:ascii="Times New Roman" w:hAnsi="Times New Roman"/>
          <w:b/>
          <w:color w:val="000000"/>
          <w:sz w:val="24"/>
        </w:rPr>
        <w:t xml:space="preserve">Phân công nhân viên kỹ thuật: </w:t>
      </w:r>
      <w:r>
        <w:rPr>
          <w:rFonts w:ascii="Times New Roman" w:hAnsi="Times New Roman"/>
          <w:color w:val="000000"/>
          <w:sz w:val="24"/>
        </w:rPr>
        <w:t>BẢO HƯNG: Hóa Em phụ trách sản xuất, nhận thông tin mẫu; Minh Tuấn hỗ trợ mẫu. THIẾT ĐAN: Văn Bụng quản lý, Công Vi kiểm tra màu, hỗ trợ sản xuất; Văn Hậu xem chuyền.</w:t>
      </w:r>
    </w:p>
    <w:p w14:paraId="3E05C227" w14:textId="77777777" w:rsidR="00BD6531" w:rsidRDefault="00000000">
      <w:pPr>
        <w:spacing w:after="40"/>
      </w:pPr>
      <w:r>
        <w:rPr>
          <w:rFonts w:ascii="Times New Roman" w:hAnsi="Times New Roman"/>
          <w:b/>
          <w:color w:val="000000"/>
          <w:sz w:val="24"/>
        </w:rPr>
        <w:t>III/ Đánh giá khách quan:</w:t>
      </w:r>
    </w:p>
    <w:p w14:paraId="7DF61E11" w14:textId="77777777" w:rsidR="00BD6531" w:rsidRDefault="00000000">
      <w:pPr>
        <w:pStyle w:val="ListBullet"/>
        <w:spacing w:after="40"/>
      </w:pPr>
      <w:r>
        <w:rPr>
          <w:rFonts w:ascii="Times New Roman" w:hAnsi="Times New Roman"/>
          <w:color w:val="000000"/>
          <w:sz w:val="24"/>
        </w:rPr>
        <w:t>2 nhà máy ổn định; kiểm tra các công đoạn, ghi chép sổ báo cáo đầy đủ.</w:t>
      </w:r>
    </w:p>
    <w:p w14:paraId="65EC7273" w14:textId="77777777" w:rsidR="00BD6531" w:rsidRDefault="00000000">
      <w:pPr>
        <w:spacing w:after="40"/>
      </w:pPr>
      <w:r>
        <w:rPr>
          <w:rFonts w:ascii="Times New Roman" w:hAnsi="Times New Roman"/>
          <w:b/>
          <w:color w:val="000000"/>
          <w:sz w:val="24"/>
        </w:rPr>
        <w:t>IV/ Đề xuất và kiến nghị (nếu có):</w:t>
      </w:r>
    </w:p>
    <w:p w14:paraId="3AEFA4C8" w14:textId="77777777" w:rsidR="00BD6531" w:rsidRDefault="00000000">
      <w:pPr>
        <w:pStyle w:val="ListBullet"/>
        <w:spacing w:after="40"/>
      </w:pPr>
      <w:r>
        <w:rPr>
          <w:rFonts w:ascii="Times New Roman" w:hAnsi="Times New Roman"/>
          <w:color w:val="000000"/>
          <w:sz w:val="24"/>
        </w:rPr>
        <w:t>Không có.</w:t>
      </w:r>
    </w:p>
    <w:p w14:paraId="169161ED" w14:textId="77777777" w:rsidR="00BD6531" w:rsidRDefault="00000000">
      <w:pPr>
        <w:spacing w:after="40"/>
      </w:pPr>
      <w:r>
        <w:rPr>
          <w:rFonts w:ascii="Times New Roman" w:hAnsi="Times New Roman"/>
          <w:color w:val="000000"/>
          <w:sz w:val="24"/>
        </w:rPr>
        <w:t>Người báo cáo:</w:t>
      </w:r>
    </w:p>
    <w:p w14:paraId="62668FB2" w14:textId="77777777" w:rsidR="00BD6531" w:rsidRDefault="00000000">
      <w:pPr>
        <w:spacing w:after="240"/>
      </w:pPr>
      <w:r>
        <w:rPr>
          <w:rFonts w:ascii="Times New Roman" w:hAnsi="Times New Roman"/>
          <w:b/>
          <w:color w:val="000000"/>
          <w:sz w:val="24"/>
        </w:rPr>
        <w:t>(Đã ký) Nguyễn Duy Tài</w:t>
      </w:r>
    </w:p>
    <w:p w14:paraId="13A38E43" w14:textId="77777777" w:rsidR="00BD6531" w:rsidRDefault="00000000">
      <w:pPr>
        <w:spacing w:after="80"/>
      </w:pPr>
      <w:r>
        <w:rPr>
          <w:rFonts w:ascii="Times New Roman" w:hAnsi="Times New Roman"/>
          <w:b/>
          <w:color w:val="000000"/>
          <w:sz w:val="26"/>
        </w:rPr>
        <w:t>Báo cáo của Lê Văn Hòa</w:t>
      </w:r>
    </w:p>
    <w:p w14:paraId="2356714E" w14:textId="77777777" w:rsidR="00BD6531" w:rsidRDefault="00000000">
      <w:pPr>
        <w:spacing w:after="40"/>
      </w:pPr>
      <w:proofErr w:type="spellStart"/>
      <w:r>
        <w:rPr>
          <w:rFonts w:ascii="Times New Roman" w:hAnsi="Times New Roman"/>
          <w:color w:val="000000"/>
          <w:sz w:val="24"/>
        </w:rPr>
        <w:t>Kính</w:t>
      </w:r>
      <w:proofErr w:type="spellEnd"/>
      <w:r>
        <w:rPr>
          <w:rFonts w:ascii="Times New Roman" w:hAnsi="Times New Roman"/>
          <w:color w:val="000000"/>
          <w:sz w:val="24"/>
        </w:rPr>
        <w:t xml:space="preserve"> gửi: Ban </w:t>
      </w:r>
      <w:proofErr w:type="spellStart"/>
      <w:r>
        <w:rPr>
          <w:rFonts w:ascii="Times New Roman" w:hAnsi="Times New Roman"/>
          <w:color w:val="000000"/>
          <w:sz w:val="24"/>
        </w:rPr>
        <w:t>lãnh</w:t>
      </w:r>
      <w:proofErr w:type="spellEnd"/>
      <w:r>
        <w:rPr>
          <w:rFonts w:ascii="Times New Roman" w:hAnsi="Times New Roman"/>
          <w:color w:val="000000"/>
          <w:sz w:val="24"/>
        </w:rPr>
        <w:t xml:space="preserve"> đạo công ty BT-Chem</w:t>
      </w:r>
    </w:p>
    <w:p w14:paraId="46457263" w14:textId="77777777" w:rsidR="00BD6531" w:rsidRDefault="00000000">
      <w:pPr>
        <w:spacing w:after="40"/>
      </w:pPr>
      <w:r>
        <w:rPr>
          <w:rFonts w:ascii="Times New Roman" w:hAnsi="Times New Roman"/>
          <w:color w:val="000000"/>
          <w:sz w:val="24"/>
        </w:rPr>
        <w:t>Người viết báo cáo: Lê Văn Hòa</w:t>
      </w:r>
    </w:p>
    <w:p w14:paraId="71420A84" w14:textId="77777777" w:rsidR="00BD6531" w:rsidRDefault="00000000">
      <w:pPr>
        <w:spacing w:after="40"/>
      </w:pPr>
      <w:r>
        <w:rPr>
          <w:rFonts w:ascii="Times New Roman" w:hAnsi="Times New Roman"/>
          <w:color w:val="000000"/>
          <w:sz w:val="24"/>
        </w:rPr>
        <w:t>Ngày viết báo cáo: 08/08/2026</w:t>
      </w:r>
    </w:p>
    <w:p w14:paraId="0D9A5FE5" w14:textId="77777777" w:rsidR="00BD6531" w:rsidRDefault="00000000">
      <w:pPr>
        <w:spacing w:after="40"/>
      </w:pPr>
      <w:r>
        <w:rPr>
          <w:rFonts w:ascii="Times New Roman" w:hAnsi="Times New Roman"/>
          <w:color w:val="000000"/>
          <w:sz w:val="24"/>
        </w:rPr>
        <w:t>Tình hình sản xuất tại: Hỗ trợ tại các nhà máy khách hàng</w:t>
      </w:r>
    </w:p>
    <w:p w14:paraId="765D8411" w14:textId="77777777" w:rsidR="00BD6531" w:rsidRDefault="00000000">
      <w:pPr>
        <w:spacing w:after="40"/>
      </w:pPr>
      <w:r>
        <w:rPr>
          <w:rFonts w:ascii="Times New Roman" w:hAnsi="Times New Roman"/>
          <w:color w:val="000000"/>
          <w:sz w:val="24"/>
        </w:rPr>
        <w:t>Nhà máy phụ trách: Liên Minh – Đổi Mới – An Cường</w:t>
      </w:r>
    </w:p>
    <w:p w14:paraId="7CA082FF" w14:textId="77777777" w:rsidR="00BD6531" w:rsidRDefault="00000000">
      <w:pPr>
        <w:spacing w:after="120"/>
      </w:pPr>
      <w:r>
        <w:rPr>
          <w:rFonts w:ascii="Times New Roman" w:hAnsi="Times New Roman"/>
          <w:color w:val="000000"/>
          <w:sz w:val="24"/>
        </w:rPr>
        <w:t>Tuần thứ: 32 (Từ ngày 03/08/2026 – 08/08/2026)</w:t>
      </w:r>
    </w:p>
    <w:p w14:paraId="34CE7689" w14:textId="77777777" w:rsidR="00BD6531" w:rsidRDefault="00000000">
      <w:pPr>
        <w:spacing w:after="40"/>
      </w:pPr>
      <w:r>
        <w:rPr>
          <w:rFonts w:ascii="Times New Roman" w:hAnsi="Times New Roman"/>
          <w:b/>
          <w:color w:val="000000"/>
          <w:sz w:val="24"/>
        </w:rPr>
        <w:t>I/ Tình hình đơn hàng, phản ánh của khách hàng:</w:t>
      </w:r>
    </w:p>
    <w:p w14:paraId="6FA63005" w14:textId="77777777" w:rsidR="00BD6531" w:rsidRDefault="00000000">
      <w:pPr>
        <w:spacing w:after="40"/>
      </w:pPr>
      <w:r>
        <w:rPr>
          <w:rFonts w:ascii="Times New Roman" w:hAnsi="Times New Roman"/>
          <w:b/>
          <w:color w:val="000000"/>
          <w:sz w:val="24"/>
        </w:rPr>
        <w:t xml:space="preserve">Mặt hàng đang sản xuất trên chuyền: </w:t>
      </w:r>
      <w:r>
        <w:rPr>
          <w:rFonts w:ascii="Times New Roman" w:hAnsi="Times New Roman"/>
          <w:color w:val="000000"/>
          <w:sz w:val="24"/>
        </w:rPr>
        <w:t>Liên Minh SX hàng cây Lãnh, Lạc Hân, Nam Khang, Quận 7. Đổi Mới SX hàng xuất khẩu TOV, PE, Ti...</w:t>
      </w:r>
    </w:p>
    <w:p w14:paraId="558D303E" w14:textId="77777777" w:rsidR="00BD6531" w:rsidRDefault="00000000">
      <w:pPr>
        <w:spacing w:after="40"/>
      </w:pPr>
      <w:r>
        <w:rPr>
          <w:rFonts w:ascii="Times New Roman" w:hAnsi="Times New Roman"/>
          <w:b/>
          <w:color w:val="000000"/>
          <w:sz w:val="24"/>
        </w:rPr>
        <w:lastRenderedPageBreak/>
        <w:t xml:space="preserve">Kế hoạch mẫu trong tuần: </w:t>
      </w:r>
      <w:r>
        <w:rPr>
          <w:rFonts w:ascii="Times New Roman" w:hAnsi="Times New Roman"/>
          <w:color w:val="000000"/>
          <w:sz w:val="24"/>
        </w:rPr>
        <w:t>Liên Minh 9 mẫu gồm 2 mẫu nhựa đúc và 4 mẫu phớt trăn đã làm xong. Đổi Mới 7 mẫu gồm 2 mẫu PT và 5 mẫu nhăn đỏ làm xong. 3 mẫu vỗ 4 màu đang tiếp tục làm.</w:t>
      </w:r>
    </w:p>
    <w:p w14:paraId="2480A141" w14:textId="77777777" w:rsidR="00BD6531" w:rsidRDefault="00000000">
      <w:pPr>
        <w:spacing w:after="40"/>
      </w:pPr>
      <w:r>
        <w:rPr>
          <w:rFonts w:ascii="Times New Roman" w:hAnsi="Times New Roman"/>
          <w:b/>
          <w:color w:val="000000"/>
          <w:sz w:val="24"/>
        </w:rPr>
        <w:t>II/ Các vấn đề phát sinh &amp; kết quả xử lý:</w:t>
      </w:r>
    </w:p>
    <w:p w14:paraId="75B6EF36" w14:textId="77777777" w:rsidR="00BD6531" w:rsidRDefault="00000000">
      <w:pPr>
        <w:spacing w:after="40"/>
      </w:pPr>
      <w:r>
        <w:rPr>
          <w:rFonts w:ascii="Times New Roman" w:hAnsi="Times New Roman"/>
          <w:b/>
          <w:color w:val="000000"/>
          <w:sz w:val="24"/>
        </w:rPr>
        <w:t xml:space="preserve">Phân công nhân viên kỹ thuật: </w:t>
      </w:r>
      <w:r>
        <w:rPr>
          <w:rFonts w:ascii="Times New Roman" w:hAnsi="Times New Roman"/>
          <w:color w:val="000000"/>
          <w:sz w:val="24"/>
        </w:rPr>
        <w:t>Liên Minh có 3 K.T (2 K.T pha màu và 1 K.T làm mẫu). Đổi Mới có 6 K.T (1 K.T kiểm tra màu và xem chuyền, 1 K.T làm mẫu).</w:t>
      </w:r>
    </w:p>
    <w:p w14:paraId="0603D817" w14:textId="77777777" w:rsidR="00BD6531" w:rsidRDefault="00000000">
      <w:pPr>
        <w:pStyle w:val="ListBullet"/>
        <w:spacing w:after="40"/>
      </w:pPr>
      <w:r>
        <w:rPr>
          <w:rFonts w:ascii="Times New Roman" w:hAnsi="Times New Roman"/>
          <w:color w:val="000000"/>
          <w:sz w:val="24"/>
        </w:rPr>
        <w:t>Đổi Mới, khách ORITI: dây chuyền đã đưa vào sản xuất — K.T có nhà máy nhận lên.</w:t>
      </w:r>
    </w:p>
    <w:p w14:paraId="5C85AC5E" w14:textId="77777777" w:rsidR="00BD6531" w:rsidRDefault="00000000">
      <w:pPr>
        <w:spacing w:after="40"/>
      </w:pPr>
      <w:r>
        <w:rPr>
          <w:rFonts w:ascii="Times New Roman" w:hAnsi="Times New Roman"/>
          <w:b/>
          <w:color w:val="000000"/>
          <w:sz w:val="24"/>
        </w:rPr>
        <w:t xml:space="preserve">Công tác khác 1: </w:t>
      </w:r>
      <w:r>
        <w:rPr>
          <w:rFonts w:ascii="Times New Roman" w:hAnsi="Times New Roman"/>
          <w:color w:val="000000"/>
          <w:sz w:val="24"/>
        </w:rPr>
        <w:t>Địa điểm Bình Thạnh – Đổi Mới, thời gian 06–08/08/2026: làm mẫu tại công ty Bình Thạnh, mẫu M.HT 66 đã làm xong.</w:t>
      </w:r>
    </w:p>
    <w:p w14:paraId="0F326CF7" w14:textId="77777777" w:rsidR="00BD6531" w:rsidRDefault="00000000">
      <w:pPr>
        <w:spacing w:after="40"/>
      </w:pPr>
      <w:r>
        <w:rPr>
          <w:rFonts w:ascii="Times New Roman" w:hAnsi="Times New Roman"/>
          <w:b/>
          <w:color w:val="000000"/>
          <w:sz w:val="24"/>
        </w:rPr>
        <w:t xml:space="preserve">Công tác khác 2: </w:t>
      </w:r>
      <w:r>
        <w:rPr>
          <w:rFonts w:ascii="Times New Roman" w:hAnsi="Times New Roman"/>
          <w:color w:val="000000"/>
          <w:sz w:val="24"/>
        </w:rPr>
        <w:t>Địa điểm Đổi Mới, thời gian 03–08/08/2026: hỗ trợ sản xuất khách hàng IOX.</w:t>
      </w:r>
    </w:p>
    <w:p w14:paraId="1C8AF8E7" w14:textId="77777777" w:rsidR="00BD6531" w:rsidRDefault="00000000">
      <w:pPr>
        <w:spacing w:after="40"/>
      </w:pPr>
      <w:r>
        <w:rPr>
          <w:rFonts w:ascii="Times New Roman" w:hAnsi="Times New Roman"/>
          <w:b/>
          <w:color w:val="000000"/>
          <w:sz w:val="24"/>
        </w:rPr>
        <w:t>III/ Đánh giá khách quan:</w:t>
      </w:r>
    </w:p>
    <w:p w14:paraId="1A7B8019" w14:textId="77777777" w:rsidR="00BD6531" w:rsidRDefault="00000000">
      <w:pPr>
        <w:pStyle w:val="ListBullet"/>
        <w:spacing w:after="40"/>
      </w:pPr>
      <w:r>
        <w:rPr>
          <w:rFonts w:ascii="Times New Roman" w:hAnsi="Times New Roman"/>
          <w:color w:val="000000"/>
          <w:sz w:val="24"/>
        </w:rPr>
        <w:t>Tuần qua vào sản xuất, kỹ thuật có xoay pha màu sắc, độ bóng đều chuyền đạt, có qua cho nhà máy test nhám trước khi sản xuất — sản xuất ổn định.</w:t>
      </w:r>
    </w:p>
    <w:p w14:paraId="0EEE122E" w14:textId="77777777" w:rsidR="00BD6531" w:rsidRDefault="00000000">
      <w:pPr>
        <w:spacing w:after="40"/>
      </w:pPr>
      <w:r>
        <w:rPr>
          <w:rFonts w:ascii="Times New Roman" w:hAnsi="Times New Roman"/>
          <w:b/>
          <w:color w:val="000000"/>
          <w:sz w:val="24"/>
        </w:rPr>
        <w:t>IV/ Đề xuất và kiến nghị (nếu có):</w:t>
      </w:r>
    </w:p>
    <w:p w14:paraId="5E3C330B" w14:textId="77777777" w:rsidR="00BD6531" w:rsidRDefault="00000000">
      <w:pPr>
        <w:pStyle w:val="ListBullet"/>
        <w:spacing w:after="40"/>
      </w:pPr>
      <w:r>
        <w:rPr>
          <w:rFonts w:ascii="Times New Roman" w:hAnsi="Times New Roman"/>
          <w:color w:val="000000"/>
          <w:sz w:val="24"/>
        </w:rPr>
        <w:t>Không có.</w:t>
      </w:r>
    </w:p>
    <w:p w14:paraId="467F2003" w14:textId="77777777" w:rsidR="00BD6531" w:rsidRDefault="00000000">
      <w:pPr>
        <w:spacing w:after="40"/>
      </w:pPr>
      <w:r>
        <w:rPr>
          <w:rFonts w:ascii="Times New Roman" w:hAnsi="Times New Roman"/>
          <w:color w:val="000000"/>
          <w:sz w:val="24"/>
        </w:rPr>
        <w:t>Người báo cáo:</w:t>
      </w:r>
    </w:p>
    <w:p w14:paraId="15FBE5F7" w14:textId="77777777" w:rsidR="00BD6531" w:rsidRDefault="00000000">
      <w:pPr>
        <w:spacing w:after="240"/>
      </w:pPr>
      <w:r>
        <w:rPr>
          <w:rFonts w:ascii="Times New Roman" w:hAnsi="Times New Roman"/>
          <w:b/>
          <w:color w:val="000000"/>
          <w:sz w:val="24"/>
        </w:rPr>
        <w:t>(Đã ký) Lê Văn Hòa</w:t>
      </w:r>
    </w:p>
    <w:p w14:paraId="7BB1E428" w14:textId="77777777" w:rsidR="00BD6531" w:rsidRDefault="00000000">
      <w:pPr>
        <w:spacing w:after="80"/>
      </w:pPr>
      <w:r>
        <w:rPr>
          <w:rFonts w:ascii="Times New Roman" w:hAnsi="Times New Roman"/>
          <w:b/>
          <w:color w:val="000000"/>
          <w:sz w:val="26"/>
        </w:rPr>
        <w:t>Báo cáo của Nguyễn Đức Thăng</w:t>
      </w:r>
    </w:p>
    <w:p w14:paraId="6435A6E9" w14:textId="77777777" w:rsidR="00BD6531" w:rsidRDefault="00000000">
      <w:pPr>
        <w:spacing w:after="40"/>
      </w:pPr>
      <w:proofErr w:type="spellStart"/>
      <w:r>
        <w:rPr>
          <w:rFonts w:ascii="Times New Roman" w:hAnsi="Times New Roman"/>
          <w:color w:val="000000"/>
          <w:sz w:val="24"/>
        </w:rPr>
        <w:t>Kính</w:t>
      </w:r>
      <w:proofErr w:type="spellEnd"/>
      <w:r>
        <w:rPr>
          <w:rFonts w:ascii="Times New Roman" w:hAnsi="Times New Roman"/>
          <w:color w:val="000000"/>
          <w:sz w:val="24"/>
        </w:rPr>
        <w:t xml:space="preserve"> gửi: Ban </w:t>
      </w:r>
      <w:proofErr w:type="spellStart"/>
      <w:r>
        <w:rPr>
          <w:rFonts w:ascii="Times New Roman" w:hAnsi="Times New Roman"/>
          <w:color w:val="000000"/>
          <w:sz w:val="24"/>
        </w:rPr>
        <w:t>Giám</w:t>
      </w:r>
      <w:proofErr w:type="spellEnd"/>
      <w:r>
        <w:rPr>
          <w:rFonts w:ascii="Times New Roman" w:hAnsi="Times New Roman"/>
          <w:color w:val="000000"/>
          <w:sz w:val="24"/>
        </w:rPr>
        <w:t xml:space="preserve"> đốc và Ban Lãnh đạo Phòng Kỹ thuật</w:t>
      </w:r>
    </w:p>
    <w:p w14:paraId="79512729" w14:textId="77777777" w:rsidR="00BD6531" w:rsidRDefault="00000000">
      <w:pPr>
        <w:spacing w:after="40"/>
      </w:pPr>
      <w:r>
        <w:rPr>
          <w:rFonts w:ascii="Times New Roman" w:hAnsi="Times New Roman"/>
          <w:color w:val="000000"/>
          <w:sz w:val="24"/>
        </w:rPr>
        <w:t>Người viết báo cáo: Nguyễn Đức Thăng</w:t>
      </w:r>
    </w:p>
    <w:p w14:paraId="39584D07" w14:textId="77777777" w:rsidR="00BD6531" w:rsidRDefault="00000000">
      <w:pPr>
        <w:spacing w:after="40"/>
      </w:pPr>
      <w:r>
        <w:rPr>
          <w:rFonts w:ascii="Times New Roman" w:hAnsi="Times New Roman"/>
          <w:color w:val="000000"/>
          <w:sz w:val="24"/>
        </w:rPr>
        <w:t>Ngày viết báo cáo: 08/08/2026</w:t>
      </w:r>
    </w:p>
    <w:p w14:paraId="0B8FC636" w14:textId="77777777" w:rsidR="00BD6531" w:rsidRDefault="00000000">
      <w:pPr>
        <w:spacing w:after="40"/>
      </w:pPr>
      <w:r>
        <w:rPr>
          <w:rFonts w:ascii="Times New Roman" w:hAnsi="Times New Roman"/>
          <w:color w:val="000000"/>
          <w:sz w:val="24"/>
        </w:rPr>
        <w:t>Tình hình sản xuất tại: Báo cáo công tác tuần</w:t>
      </w:r>
    </w:p>
    <w:p w14:paraId="25B3AFBB" w14:textId="77777777" w:rsidR="00BD6531" w:rsidRDefault="00000000">
      <w:pPr>
        <w:spacing w:after="40"/>
      </w:pPr>
      <w:r>
        <w:rPr>
          <w:rFonts w:ascii="Times New Roman" w:hAnsi="Times New Roman"/>
          <w:color w:val="000000"/>
          <w:sz w:val="24"/>
        </w:rPr>
        <w:t>Nhà máy phụ trách: KIM HUY – KIM PHONG</w:t>
      </w:r>
    </w:p>
    <w:p w14:paraId="79694F8E" w14:textId="77777777" w:rsidR="00BD6531" w:rsidRDefault="00000000">
      <w:pPr>
        <w:spacing w:after="120"/>
      </w:pPr>
      <w:r>
        <w:rPr>
          <w:rFonts w:ascii="Times New Roman" w:hAnsi="Times New Roman"/>
          <w:color w:val="000000"/>
          <w:sz w:val="24"/>
        </w:rPr>
        <w:t>Tuần thứ: 32 (Từ ngày 03/08/2026 – 08/08/2026)</w:t>
      </w:r>
    </w:p>
    <w:p w14:paraId="581DE462" w14:textId="77777777" w:rsidR="00BD6531" w:rsidRDefault="00000000">
      <w:pPr>
        <w:spacing w:after="40"/>
      </w:pPr>
      <w:r>
        <w:rPr>
          <w:rFonts w:ascii="Times New Roman" w:hAnsi="Times New Roman"/>
          <w:b/>
          <w:color w:val="000000"/>
          <w:sz w:val="24"/>
        </w:rPr>
        <w:t>I/ Tình hình đơn hàng, phản ánh của khách hàng:</w:t>
      </w:r>
    </w:p>
    <w:p w14:paraId="0DCF6FBA" w14:textId="77777777" w:rsidR="00BD6531" w:rsidRDefault="00000000">
      <w:pPr>
        <w:spacing w:after="40"/>
      </w:pPr>
      <w:r>
        <w:rPr>
          <w:rFonts w:ascii="Times New Roman" w:hAnsi="Times New Roman"/>
          <w:b/>
          <w:color w:val="000000"/>
          <w:sz w:val="24"/>
        </w:rPr>
        <w:t xml:space="preserve">Mặt hàng đang sản xuất trên chuyền: </w:t>
      </w:r>
      <w:r>
        <w:rPr>
          <w:rFonts w:ascii="Times New Roman" w:hAnsi="Times New Roman"/>
          <w:color w:val="000000"/>
          <w:sz w:val="24"/>
        </w:rPr>
        <w:t>Kim Huy: KH 3900, KH Cherry. Kim Phong: KP 23016 MO, 22020 WT, 22122 BK, 15001 WT, 24112 BC, 25069 DU...</w:t>
      </w:r>
    </w:p>
    <w:p w14:paraId="69FDEA2A" w14:textId="77777777" w:rsidR="00BD6531" w:rsidRDefault="00000000">
      <w:pPr>
        <w:spacing w:after="40"/>
      </w:pPr>
      <w:r>
        <w:rPr>
          <w:rFonts w:ascii="Times New Roman" w:hAnsi="Times New Roman"/>
          <w:b/>
          <w:color w:val="000000"/>
          <w:sz w:val="24"/>
        </w:rPr>
        <w:t xml:space="preserve">Kế hoạch mẫu trong tuần: </w:t>
      </w:r>
      <w:r>
        <w:rPr>
          <w:rFonts w:ascii="Times New Roman" w:hAnsi="Times New Roman"/>
          <w:color w:val="000000"/>
          <w:sz w:val="24"/>
        </w:rPr>
        <w:t>Mẫu đã hoàn thành: KP 23116 MO (mẫu đi test độ rỉ). Đang bù mẫu bằng giấy (chiếc ván mộc). Mẫu đang làm: hàng công trình Lộc Phát (KP 25031 OAK – 110 thẻ + 10 tủ).</w:t>
      </w:r>
    </w:p>
    <w:p w14:paraId="4D0D44EB" w14:textId="77777777" w:rsidR="00BD6531" w:rsidRDefault="00000000">
      <w:pPr>
        <w:spacing w:after="40"/>
      </w:pPr>
      <w:r>
        <w:rPr>
          <w:rFonts w:ascii="Times New Roman" w:hAnsi="Times New Roman"/>
          <w:b/>
          <w:color w:val="000000"/>
          <w:sz w:val="24"/>
        </w:rPr>
        <w:t>II/ Các vấn đề phát sinh &amp; kết quả xử lý:</w:t>
      </w:r>
    </w:p>
    <w:p w14:paraId="1119C849" w14:textId="77777777" w:rsidR="00BD6531" w:rsidRDefault="00000000">
      <w:pPr>
        <w:pStyle w:val="ListBullet"/>
        <w:spacing w:after="40"/>
      </w:pPr>
      <w:r>
        <w:rPr>
          <w:rFonts w:ascii="Times New Roman" w:hAnsi="Times New Roman"/>
          <w:color w:val="000000"/>
          <w:sz w:val="24"/>
        </w:rPr>
        <w:t>Kim Huy: mẫu KH Cherry vẫn sản xuất theo quy trình xử lý stain màu 1L KH Cherry (chỉnh 15% lót NC mờ + 2% phụ gia QD122).</w:t>
      </w:r>
    </w:p>
    <w:p w14:paraId="252554FD" w14:textId="77777777" w:rsidR="00BD6531" w:rsidRDefault="00000000">
      <w:pPr>
        <w:pStyle w:val="ListBullet"/>
        <w:spacing w:after="40"/>
      </w:pPr>
      <w:r>
        <w:rPr>
          <w:rFonts w:ascii="Times New Roman" w:hAnsi="Times New Roman"/>
          <w:color w:val="000000"/>
          <w:sz w:val="24"/>
        </w:rPr>
        <w:t>QC Á đã qua kiểm tra cước lường màu KH Cherry — đã xử lý xong và chốt thông số, Phòng Kỹ thuật xét duyệt.</w:t>
      </w:r>
    </w:p>
    <w:p w14:paraId="243A37CB" w14:textId="77777777" w:rsidR="00BD6531" w:rsidRDefault="00000000">
      <w:pPr>
        <w:pStyle w:val="ListBullet"/>
        <w:spacing w:after="40"/>
      </w:pPr>
      <w:r>
        <w:rPr>
          <w:rFonts w:ascii="Times New Roman" w:hAnsi="Times New Roman"/>
          <w:color w:val="000000"/>
          <w:sz w:val="24"/>
        </w:rPr>
        <w:t>Mẫu KH Cherry: do căn bản Kim Phong phôi gỗ dăm lót khác nhau, bước trên chuyền phải thêm 1 lần stain màu đậm lại.</w:t>
      </w:r>
    </w:p>
    <w:p w14:paraId="687B1DF7" w14:textId="77777777" w:rsidR="00BD6531" w:rsidRDefault="00000000">
      <w:pPr>
        <w:spacing w:after="40"/>
      </w:pPr>
      <w:r>
        <w:rPr>
          <w:rFonts w:ascii="Times New Roman" w:hAnsi="Times New Roman"/>
          <w:b/>
          <w:color w:val="000000"/>
          <w:sz w:val="24"/>
        </w:rPr>
        <w:t xml:space="preserve">Phản ánh của nhà máy: </w:t>
      </w:r>
      <w:r>
        <w:rPr>
          <w:rFonts w:ascii="Times New Roman" w:hAnsi="Times New Roman"/>
          <w:color w:val="000000"/>
          <w:sz w:val="24"/>
        </w:rPr>
        <w:t>Mẫu KH Cherry phát sinh thêm 1 công đoạn stain màu — nhà máy không cho Kỹ thuật pha màu bù công đoạn trên.</w:t>
      </w:r>
    </w:p>
    <w:p w14:paraId="563987E9" w14:textId="77777777" w:rsidR="00BD6531" w:rsidRDefault="00000000">
      <w:pPr>
        <w:spacing w:after="40"/>
      </w:pPr>
      <w:r>
        <w:rPr>
          <w:rFonts w:ascii="Times New Roman" w:hAnsi="Times New Roman"/>
          <w:b/>
          <w:color w:val="000000"/>
          <w:sz w:val="24"/>
        </w:rPr>
        <w:lastRenderedPageBreak/>
        <w:t xml:space="preserve">Phân công nhân viên kỹ thuật: </w:t>
      </w:r>
      <w:r>
        <w:rPr>
          <w:rFonts w:ascii="Times New Roman" w:hAnsi="Times New Roman"/>
          <w:color w:val="000000"/>
          <w:sz w:val="24"/>
        </w:rPr>
        <w:t>Kim Huy: A. Lợi quản lý chung; A. Hoàng kiểm tra màu, làm mẫu đầu chuyền, màng bù; Hổ trợ sản xuất; A. Định kiểm soát chuyền. Kim Phong: A. Khang quản lý chung; A. Quý, Gia làm mẫu; A. Quang sửa hàng + làm mẫu; A. Nhí kiểm soát chuyền; A. Phong kiểm tra màu, mẫu đầu chuyền + hỗ trợ sản xuất.</w:t>
      </w:r>
    </w:p>
    <w:p w14:paraId="781FE728" w14:textId="77777777" w:rsidR="00BD6531" w:rsidRDefault="00000000">
      <w:pPr>
        <w:spacing w:after="40"/>
      </w:pPr>
      <w:r>
        <w:rPr>
          <w:rFonts w:ascii="Times New Roman" w:hAnsi="Times New Roman"/>
          <w:b/>
          <w:color w:val="000000"/>
          <w:sz w:val="24"/>
        </w:rPr>
        <w:t xml:space="preserve">Công tác khác: </w:t>
      </w:r>
      <w:r>
        <w:rPr>
          <w:rFonts w:ascii="Times New Roman" w:hAnsi="Times New Roman"/>
          <w:color w:val="000000"/>
          <w:sz w:val="24"/>
        </w:rPr>
        <w:t>Địa điểm Bình Thạnh, thời gian 07–08/08/2026: làm mẫu White 18054 (Walmart) Cty Scandia (theo chỉ đạo BGĐ) — đang thực hiện kiểm tra.</w:t>
      </w:r>
    </w:p>
    <w:p w14:paraId="7AF3F0D9" w14:textId="77777777" w:rsidR="00BD6531" w:rsidRDefault="00000000">
      <w:pPr>
        <w:spacing w:after="40"/>
      </w:pPr>
      <w:r>
        <w:rPr>
          <w:rFonts w:ascii="Times New Roman" w:hAnsi="Times New Roman"/>
          <w:b/>
          <w:color w:val="000000"/>
          <w:sz w:val="24"/>
        </w:rPr>
        <w:t>III/ Đánh giá khách quan:</w:t>
      </w:r>
    </w:p>
    <w:p w14:paraId="7B6BB6D4" w14:textId="77777777" w:rsidR="00BD6531" w:rsidRDefault="00000000">
      <w:pPr>
        <w:pStyle w:val="ListBullet"/>
        <w:spacing w:after="40"/>
      </w:pPr>
      <w:r>
        <w:rPr>
          <w:rFonts w:ascii="Times New Roman" w:hAnsi="Times New Roman"/>
          <w:color w:val="000000"/>
          <w:sz w:val="24"/>
        </w:rPr>
        <w:t>Sản xuất tại 2 nhà máy ổn định; vấn đề KH Cherry đang phối hợp xử lý, chờ Phòng Kỹ thuật xét duyệt thông số đã chốt.</w:t>
      </w:r>
    </w:p>
    <w:p w14:paraId="6E51E8E9" w14:textId="77777777" w:rsidR="00BD6531" w:rsidRDefault="00000000">
      <w:pPr>
        <w:spacing w:after="40"/>
      </w:pPr>
      <w:r>
        <w:rPr>
          <w:rFonts w:ascii="Times New Roman" w:hAnsi="Times New Roman"/>
          <w:b/>
          <w:color w:val="000000"/>
          <w:sz w:val="24"/>
        </w:rPr>
        <w:t>IV/ Đề xuất và kiến nghị (nếu có):</w:t>
      </w:r>
    </w:p>
    <w:p w14:paraId="57612343" w14:textId="77777777" w:rsidR="00BD6531" w:rsidRDefault="00000000">
      <w:pPr>
        <w:pStyle w:val="ListBullet"/>
        <w:spacing w:after="40"/>
      </w:pPr>
      <w:r>
        <w:rPr>
          <w:rFonts w:ascii="Times New Roman" w:hAnsi="Times New Roman"/>
          <w:color w:val="000000"/>
          <w:sz w:val="24"/>
        </w:rPr>
        <w:t>Hiện tại Công ty Kim Phong đang thiếu 2 kỹ thuật — đề nghị Phòng Kỹ thuật xem xét bổ sung.</w:t>
      </w:r>
    </w:p>
    <w:p w14:paraId="44929B7B" w14:textId="77777777" w:rsidR="00BD6531" w:rsidRDefault="00000000">
      <w:pPr>
        <w:spacing w:after="40"/>
      </w:pPr>
      <w:r>
        <w:rPr>
          <w:rFonts w:ascii="Times New Roman" w:hAnsi="Times New Roman"/>
          <w:color w:val="000000"/>
          <w:sz w:val="24"/>
        </w:rPr>
        <w:t>Người báo cáo:</w:t>
      </w:r>
    </w:p>
    <w:p w14:paraId="476384DE" w14:textId="77777777" w:rsidR="00BD6531" w:rsidRDefault="00000000">
      <w:pPr>
        <w:spacing w:after="240"/>
      </w:pPr>
      <w:r>
        <w:rPr>
          <w:rFonts w:ascii="Times New Roman" w:hAnsi="Times New Roman"/>
          <w:b/>
          <w:color w:val="000000"/>
          <w:sz w:val="24"/>
        </w:rPr>
        <w:t>(Đã ký) Nguyễn Đức Thăng</w:t>
      </w:r>
    </w:p>
    <w:p w14:paraId="6A7B1C6B" w14:textId="77777777" w:rsidR="00BD6531" w:rsidRDefault="00000000">
      <w:pPr>
        <w:spacing w:after="80"/>
      </w:pPr>
      <w:r>
        <w:rPr>
          <w:rFonts w:ascii="Times New Roman" w:hAnsi="Times New Roman"/>
          <w:b/>
          <w:color w:val="000000"/>
          <w:sz w:val="26"/>
        </w:rPr>
        <w:t xml:space="preserve">Báo </w:t>
      </w:r>
      <w:proofErr w:type="spellStart"/>
      <w:r>
        <w:rPr>
          <w:rFonts w:ascii="Times New Roman" w:hAnsi="Times New Roman"/>
          <w:b/>
          <w:color w:val="000000"/>
          <w:sz w:val="26"/>
        </w:rPr>
        <w:t>cáo</w:t>
      </w:r>
      <w:proofErr w:type="spellEnd"/>
      <w:r>
        <w:rPr>
          <w:rFonts w:ascii="Times New Roman" w:hAnsi="Times New Roman"/>
          <w:b/>
          <w:color w:val="000000"/>
          <w:sz w:val="26"/>
        </w:rPr>
        <w:t xml:space="preserve"> </w:t>
      </w:r>
      <w:proofErr w:type="spellStart"/>
      <w:r>
        <w:rPr>
          <w:rFonts w:ascii="Times New Roman" w:hAnsi="Times New Roman"/>
          <w:b/>
          <w:color w:val="000000"/>
          <w:sz w:val="26"/>
        </w:rPr>
        <w:t>của</w:t>
      </w:r>
      <w:proofErr w:type="spellEnd"/>
      <w:r>
        <w:rPr>
          <w:rFonts w:ascii="Times New Roman" w:hAnsi="Times New Roman"/>
          <w:b/>
          <w:color w:val="000000"/>
          <w:sz w:val="26"/>
        </w:rPr>
        <w:t xml:space="preserve"> Nguyễn Đăng Hiệp</w:t>
      </w:r>
    </w:p>
    <w:p w14:paraId="1BEC5190" w14:textId="77777777" w:rsidR="00BD6531" w:rsidRDefault="00000000">
      <w:pPr>
        <w:spacing w:after="40"/>
      </w:pPr>
      <w:proofErr w:type="spellStart"/>
      <w:r>
        <w:rPr>
          <w:rFonts w:ascii="Times New Roman" w:hAnsi="Times New Roman"/>
          <w:color w:val="000000"/>
          <w:sz w:val="24"/>
        </w:rPr>
        <w:t>Kính</w:t>
      </w:r>
      <w:proofErr w:type="spellEnd"/>
      <w:r>
        <w:rPr>
          <w:rFonts w:ascii="Times New Roman" w:hAnsi="Times New Roman"/>
          <w:color w:val="000000"/>
          <w:sz w:val="24"/>
        </w:rPr>
        <w:t xml:space="preserve"> gửi: BGĐ Công ty, BLĐ Phòng Kỹ thuật</w:t>
      </w:r>
    </w:p>
    <w:p w14:paraId="5401C918" w14:textId="77777777" w:rsidR="00BD6531" w:rsidRDefault="00000000">
      <w:pPr>
        <w:spacing w:after="40"/>
      </w:pPr>
      <w:r>
        <w:rPr>
          <w:rFonts w:ascii="Times New Roman" w:hAnsi="Times New Roman"/>
          <w:color w:val="000000"/>
          <w:sz w:val="24"/>
        </w:rPr>
        <w:t>Người viết báo cáo: Nguyễn Đăng Hiệp</w:t>
      </w:r>
    </w:p>
    <w:p w14:paraId="638C7801" w14:textId="77777777" w:rsidR="00BD6531" w:rsidRDefault="00000000">
      <w:pPr>
        <w:spacing w:after="40"/>
      </w:pPr>
      <w:r>
        <w:rPr>
          <w:rFonts w:ascii="Times New Roman" w:hAnsi="Times New Roman"/>
          <w:color w:val="000000"/>
          <w:sz w:val="24"/>
        </w:rPr>
        <w:t>Ngày viết báo cáo: 08/08/2026</w:t>
      </w:r>
    </w:p>
    <w:p w14:paraId="1EE4B9D9" w14:textId="77777777" w:rsidR="00BD6531" w:rsidRDefault="00000000">
      <w:pPr>
        <w:spacing w:after="40"/>
      </w:pPr>
      <w:r>
        <w:rPr>
          <w:rFonts w:ascii="Times New Roman" w:hAnsi="Times New Roman"/>
          <w:color w:val="000000"/>
          <w:sz w:val="24"/>
        </w:rPr>
        <w:t>Tình hình sản xuất tại: CTY Anh Khoa</w:t>
      </w:r>
    </w:p>
    <w:p w14:paraId="47BA7A7F" w14:textId="77777777" w:rsidR="00BD6531" w:rsidRDefault="00000000">
      <w:pPr>
        <w:spacing w:after="40"/>
      </w:pPr>
      <w:r>
        <w:rPr>
          <w:rFonts w:ascii="Times New Roman" w:hAnsi="Times New Roman"/>
          <w:color w:val="000000"/>
          <w:sz w:val="24"/>
        </w:rPr>
        <w:t>Nhà máy phụ trách: CTY ANH KHOA</w:t>
      </w:r>
    </w:p>
    <w:p w14:paraId="57FA2A9C" w14:textId="77777777" w:rsidR="00BD6531" w:rsidRDefault="00000000">
      <w:pPr>
        <w:spacing w:after="120"/>
      </w:pPr>
      <w:r>
        <w:rPr>
          <w:rFonts w:ascii="Times New Roman" w:hAnsi="Times New Roman"/>
          <w:color w:val="000000"/>
          <w:sz w:val="24"/>
        </w:rPr>
        <w:t>Tuần thứ: 32 (Từ ngày 03/08/2026 – 08/08/2026)</w:t>
      </w:r>
    </w:p>
    <w:p w14:paraId="33417FA9" w14:textId="77777777" w:rsidR="00BD6531" w:rsidRDefault="00000000">
      <w:pPr>
        <w:spacing w:after="40"/>
      </w:pPr>
      <w:r>
        <w:rPr>
          <w:rFonts w:ascii="Times New Roman" w:hAnsi="Times New Roman"/>
          <w:b/>
          <w:color w:val="000000"/>
          <w:sz w:val="24"/>
        </w:rPr>
        <w:t>I/ Tình hình đơn hàng, phản ánh của khách hàng:</w:t>
      </w:r>
    </w:p>
    <w:p w14:paraId="72CB39D4" w14:textId="77777777" w:rsidR="00BD6531" w:rsidRDefault="00000000">
      <w:pPr>
        <w:pStyle w:val="ListBullet"/>
        <w:spacing w:after="40"/>
      </w:pPr>
      <w:r>
        <w:rPr>
          <w:rFonts w:ascii="Times New Roman" w:hAnsi="Times New Roman"/>
          <w:color w:val="000000"/>
          <w:sz w:val="24"/>
        </w:rPr>
        <w:t>Cty Anh Khoa sản xuất 2 khách hàng: Ashley T 929 – T 678 sản xuất ổn định. Sumly: AX 052, AX 145, AX 126, AX 124 ("Anh Khoa").</w:t>
      </w:r>
    </w:p>
    <w:p w14:paraId="79766622" w14:textId="77777777" w:rsidR="00BD6531" w:rsidRDefault="00000000">
      <w:pPr>
        <w:spacing w:after="40"/>
      </w:pPr>
      <w:r>
        <w:rPr>
          <w:rFonts w:ascii="Times New Roman" w:hAnsi="Times New Roman"/>
          <w:b/>
          <w:color w:val="000000"/>
          <w:sz w:val="24"/>
        </w:rPr>
        <w:t xml:space="preserve">Nhà máy gia công: </w:t>
      </w:r>
      <w:r>
        <w:rPr>
          <w:rFonts w:ascii="Times New Roman" w:hAnsi="Times New Roman"/>
          <w:color w:val="000000"/>
          <w:sz w:val="24"/>
        </w:rPr>
        <w:t>Thịnh An: AX 126, AX 124, AX 123. Huy Phát: AX 126, AX 124. Thương Nhân: AX 141.</w:t>
      </w:r>
    </w:p>
    <w:p w14:paraId="4E392AC0" w14:textId="77777777" w:rsidR="00BD6531" w:rsidRDefault="00000000">
      <w:pPr>
        <w:spacing w:after="40"/>
      </w:pPr>
      <w:r>
        <w:rPr>
          <w:rFonts w:ascii="Times New Roman" w:hAnsi="Times New Roman"/>
          <w:b/>
          <w:color w:val="000000"/>
          <w:sz w:val="24"/>
        </w:rPr>
        <w:t xml:space="preserve">Mẫu: </w:t>
      </w:r>
      <w:r>
        <w:rPr>
          <w:rFonts w:ascii="Times New Roman" w:hAnsi="Times New Roman"/>
          <w:color w:val="000000"/>
          <w:sz w:val="24"/>
        </w:rPr>
        <w:t>Màu nhận AX 141 15 tấm đã làm xong. Màu nhận AX 123 15 tấm đã làm xong. Gửi khách Ashset "Sumly" chờ duyệt.</w:t>
      </w:r>
    </w:p>
    <w:p w14:paraId="0229E018" w14:textId="77777777" w:rsidR="00BD6531" w:rsidRDefault="00000000">
      <w:pPr>
        <w:spacing w:after="40"/>
      </w:pPr>
      <w:r>
        <w:rPr>
          <w:rFonts w:ascii="Times New Roman" w:hAnsi="Times New Roman"/>
          <w:b/>
          <w:color w:val="000000"/>
          <w:sz w:val="24"/>
        </w:rPr>
        <w:t>II/ Các vấn đề phát sinh &amp; kết quả xử lý:</w:t>
      </w:r>
    </w:p>
    <w:p w14:paraId="1B86B21E" w14:textId="77777777" w:rsidR="00BD6531" w:rsidRDefault="00000000">
      <w:pPr>
        <w:pStyle w:val="ListBullet"/>
        <w:spacing w:after="40"/>
      </w:pPr>
      <w:r>
        <w:rPr>
          <w:rFonts w:ascii="Times New Roman" w:hAnsi="Times New Roman"/>
          <w:color w:val="000000"/>
          <w:sz w:val="24"/>
        </w:rPr>
        <w:t>Khách hàng Sumly — SX tại Anh Khoa ngày 04/08/2026: sản xuất mẫu AX 123 kiểm tra nứt sơn, rạn nứt màng sơn 4 chi tiết sản phẩm. Thử nghiệm và tìm ra nguyên nhân do lẫn nhiễm sơn NCC Vina — đã làm báo cáo gửi PKT và đề xuất làm yêu cầu khuyến cáo cảnh báo về việc pha chế, sử dụng sơn gửi Cty Anh Khoa.</w:t>
      </w:r>
    </w:p>
    <w:p w14:paraId="196BE1A0" w14:textId="77777777" w:rsidR="00BD6531" w:rsidRDefault="00000000">
      <w:pPr>
        <w:pStyle w:val="ListBullet"/>
        <w:spacing w:after="40"/>
      </w:pPr>
      <w:r>
        <w:rPr>
          <w:rFonts w:ascii="Times New Roman" w:hAnsi="Times New Roman"/>
          <w:color w:val="000000"/>
          <w:sz w:val="24"/>
        </w:rPr>
        <w:t>Mẫu AX 126: 60 bộ nhà máy Thịnh An gia công kiểm tra màu không đạt — đã làm việc với quản đốc Thịnh An cho phân loại sửa stain màu lau; A. Hiệp (GĐSX) Anh Khoa đã xem và xác nhận đạt, cho xuống chuyền sửa lại toàn bộ hàng lỗi — đã sửa xong đạt.</w:t>
      </w:r>
    </w:p>
    <w:p w14:paraId="5ABB6E7F" w14:textId="77777777" w:rsidR="00BD6531" w:rsidRDefault="00000000">
      <w:pPr>
        <w:spacing w:after="40"/>
      </w:pPr>
      <w:r>
        <w:rPr>
          <w:rFonts w:ascii="Times New Roman" w:hAnsi="Times New Roman"/>
          <w:b/>
          <w:color w:val="000000"/>
          <w:sz w:val="24"/>
        </w:rPr>
        <w:t>III/ Đánh giá khách quan:</w:t>
      </w:r>
    </w:p>
    <w:p w14:paraId="638AE0E4" w14:textId="77777777" w:rsidR="00BD6531" w:rsidRDefault="00000000">
      <w:pPr>
        <w:pStyle w:val="ListBullet"/>
        <w:spacing w:after="40"/>
      </w:pPr>
      <w:r>
        <w:rPr>
          <w:rFonts w:ascii="Times New Roman" w:hAnsi="Times New Roman"/>
          <w:color w:val="000000"/>
          <w:sz w:val="24"/>
        </w:rPr>
        <w:t>Sản xuất khách Ashley ổn định; khách Sumly đang kiểm soát chặt sự cố lẫn nhiễm sơn, đã xử lý xong hàng lỗi AX 126.</w:t>
      </w:r>
    </w:p>
    <w:p w14:paraId="61E2741A" w14:textId="77777777" w:rsidR="00BD6531" w:rsidRDefault="00000000">
      <w:pPr>
        <w:spacing w:after="40"/>
      </w:pPr>
      <w:r>
        <w:rPr>
          <w:rFonts w:ascii="Times New Roman" w:hAnsi="Times New Roman"/>
          <w:b/>
          <w:color w:val="000000"/>
          <w:sz w:val="24"/>
        </w:rPr>
        <w:lastRenderedPageBreak/>
        <w:t>IV/ Đề xuất và kiến nghị (nếu có):</w:t>
      </w:r>
    </w:p>
    <w:p w14:paraId="478CEB27" w14:textId="77777777" w:rsidR="00BD6531" w:rsidRDefault="00000000">
      <w:pPr>
        <w:pStyle w:val="ListBullet"/>
        <w:spacing w:after="40"/>
      </w:pPr>
      <w:r>
        <w:rPr>
          <w:rFonts w:ascii="Times New Roman" w:hAnsi="Times New Roman"/>
          <w:color w:val="000000"/>
          <w:sz w:val="24"/>
        </w:rPr>
        <w:t>Thứ 2 ngày 10/08/2026 sẽ chạy thử pilot run 5 bộ sản phẩm mã màu T614 (khách Ashley — màu mới) để đánh giá chất lượng màu sắc, tiêu chuẩn Ashley trước khi sản xuất đại trà 1.800 bộ đợt đầu. Đề xuất xin tăng cường 1 kỹ thuật để xem chuyền các công đoạn mã T614, đảm bảo pilot run màu sắc đạt.</w:t>
      </w:r>
    </w:p>
    <w:p w14:paraId="04260B9E" w14:textId="77777777" w:rsidR="00BD6531" w:rsidRDefault="00000000">
      <w:pPr>
        <w:pStyle w:val="ListBullet"/>
        <w:spacing w:after="40"/>
      </w:pPr>
      <w:r>
        <w:rPr>
          <w:rFonts w:ascii="Times New Roman" w:hAnsi="Times New Roman"/>
          <w:color w:val="000000"/>
          <w:sz w:val="24"/>
        </w:rPr>
        <w:t>Như đã báo cáo vấn đề nứt, rạn cước màng sơn: yêu cầu gửi gấp khuyến cáo cảnh báo về việc quy định pha chế và sử dụng sơn cho Cty Anh Khoa để chỉ đạo thực hiện.</w:t>
      </w:r>
    </w:p>
    <w:p w14:paraId="429854B6" w14:textId="77777777" w:rsidR="00BD6531" w:rsidRDefault="00000000">
      <w:pPr>
        <w:spacing w:after="40"/>
      </w:pPr>
      <w:r>
        <w:rPr>
          <w:rFonts w:ascii="Times New Roman" w:hAnsi="Times New Roman"/>
          <w:color w:val="000000"/>
          <w:sz w:val="24"/>
        </w:rPr>
        <w:t>Người báo cáo:</w:t>
      </w:r>
    </w:p>
    <w:p w14:paraId="68F69950" w14:textId="77777777" w:rsidR="00BD6531" w:rsidRDefault="00000000">
      <w:pPr>
        <w:spacing w:after="240"/>
      </w:pPr>
      <w:r>
        <w:rPr>
          <w:rFonts w:ascii="Times New Roman" w:hAnsi="Times New Roman"/>
          <w:b/>
          <w:color w:val="000000"/>
          <w:sz w:val="24"/>
        </w:rPr>
        <w:t>(Đã ký) Nguyễn Đăng Hiệp</w:t>
      </w:r>
    </w:p>
    <w:p w14:paraId="5764920A" w14:textId="77777777" w:rsidR="00BD6531" w:rsidRDefault="00000000">
      <w:pPr>
        <w:spacing w:after="80"/>
      </w:pPr>
      <w:r>
        <w:rPr>
          <w:rFonts w:ascii="Times New Roman" w:hAnsi="Times New Roman"/>
          <w:b/>
          <w:color w:val="000000"/>
          <w:sz w:val="26"/>
        </w:rPr>
        <w:t>Báo cáo của Lê Quang Khải</w:t>
      </w:r>
    </w:p>
    <w:p w14:paraId="26E68E1C" w14:textId="77777777" w:rsidR="00BD6531" w:rsidRDefault="00000000">
      <w:pPr>
        <w:spacing w:after="40"/>
      </w:pPr>
      <w:proofErr w:type="spellStart"/>
      <w:r>
        <w:rPr>
          <w:rFonts w:ascii="Times New Roman" w:hAnsi="Times New Roman"/>
          <w:color w:val="000000"/>
          <w:sz w:val="24"/>
        </w:rPr>
        <w:t>Kính</w:t>
      </w:r>
      <w:proofErr w:type="spellEnd"/>
      <w:r>
        <w:rPr>
          <w:rFonts w:ascii="Times New Roman" w:hAnsi="Times New Roman"/>
          <w:color w:val="000000"/>
          <w:sz w:val="24"/>
        </w:rPr>
        <w:t xml:space="preserve"> gửi: Ban </w:t>
      </w:r>
      <w:proofErr w:type="spellStart"/>
      <w:r>
        <w:rPr>
          <w:rFonts w:ascii="Times New Roman" w:hAnsi="Times New Roman"/>
          <w:color w:val="000000"/>
          <w:sz w:val="24"/>
        </w:rPr>
        <w:t>lãnh</w:t>
      </w:r>
      <w:proofErr w:type="spellEnd"/>
      <w:r>
        <w:rPr>
          <w:rFonts w:ascii="Times New Roman" w:hAnsi="Times New Roman"/>
          <w:color w:val="000000"/>
          <w:sz w:val="24"/>
        </w:rPr>
        <w:t xml:space="preserve"> đạo Công ty BT-Chem</w:t>
      </w:r>
    </w:p>
    <w:p w14:paraId="75E6853C" w14:textId="77777777" w:rsidR="00BD6531" w:rsidRDefault="00000000">
      <w:pPr>
        <w:spacing w:after="40"/>
      </w:pPr>
      <w:r>
        <w:rPr>
          <w:rFonts w:ascii="Times New Roman" w:hAnsi="Times New Roman"/>
          <w:color w:val="000000"/>
          <w:sz w:val="24"/>
        </w:rPr>
        <w:t>Người viết báo cáo: Lê Quang Khải</w:t>
      </w:r>
    </w:p>
    <w:p w14:paraId="2792506D" w14:textId="77777777" w:rsidR="00BD6531" w:rsidRDefault="00000000">
      <w:pPr>
        <w:spacing w:after="40"/>
      </w:pPr>
      <w:r>
        <w:rPr>
          <w:rFonts w:ascii="Times New Roman" w:hAnsi="Times New Roman"/>
          <w:color w:val="000000"/>
          <w:sz w:val="24"/>
        </w:rPr>
        <w:t>Ngày viết báo cáo: 08/08/2026</w:t>
      </w:r>
    </w:p>
    <w:p w14:paraId="3324225E" w14:textId="77777777" w:rsidR="00BD6531" w:rsidRDefault="00000000">
      <w:pPr>
        <w:spacing w:after="40"/>
      </w:pPr>
      <w:r>
        <w:rPr>
          <w:rFonts w:ascii="Times New Roman" w:hAnsi="Times New Roman"/>
          <w:color w:val="000000"/>
          <w:sz w:val="24"/>
        </w:rPr>
        <w:t>Tình hình sản xuất tại: Báo cáo công tác tuần</w:t>
      </w:r>
    </w:p>
    <w:p w14:paraId="0C472F8B" w14:textId="77777777" w:rsidR="00BD6531" w:rsidRDefault="00000000">
      <w:pPr>
        <w:spacing w:after="40"/>
      </w:pPr>
      <w:r>
        <w:rPr>
          <w:rFonts w:ascii="Times New Roman" w:hAnsi="Times New Roman"/>
          <w:color w:val="000000"/>
          <w:sz w:val="24"/>
        </w:rPr>
        <w:t>Nhà máy phụ trách: Minh Dương – Trường Thành – Triển</w:t>
      </w:r>
    </w:p>
    <w:p w14:paraId="21F78E3C" w14:textId="77777777" w:rsidR="00BD6531" w:rsidRDefault="00000000">
      <w:pPr>
        <w:spacing w:after="120"/>
      </w:pPr>
      <w:r>
        <w:rPr>
          <w:rFonts w:ascii="Times New Roman" w:hAnsi="Times New Roman"/>
          <w:color w:val="000000"/>
          <w:sz w:val="24"/>
        </w:rPr>
        <w:t>Tuần thứ: 32 (Từ ngày 03/08/2026 – 08/08/2026)</w:t>
      </w:r>
    </w:p>
    <w:p w14:paraId="31186A1E" w14:textId="77777777" w:rsidR="00BD6531" w:rsidRDefault="00000000">
      <w:pPr>
        <w:spacing w:after="40"/>
      </w:pPr>
      <w:r>
        <w:rPr>
          <w:rFonts w:ascii="Times New Roman" w:hAnsi="Times New Roman"/>
          <w:b/>
          <w:color w:val="000000"/>
          <w:sz w:val="24"/>
        </w:rPr>
        <w:t>I/ Tình hình đơn hàng, phản ánh của khách hàng:</w:t>
      </w:r>
    </w:p>
    <w:p w14:paraId="10ABBDF8" w14:textId="77777777" w:rsidR="00BD6531" w:rsidRDefault="00000000">
      <w:pPr>
        <w:spacing w:after="40"/>
      </w:pPr>
      <w:r>
        <w:rPr>
          <w:rFonts w:ascii="Times New Roman" w:hAnsi="Times New Roman"/>
          <w:b/>
          <w:color w:val="000000"/>
          <w:sz w:val="24"/>
        </w:rPr>
        <w:t xml:space="preserve">Mặt hàng đang sản xuất trên chuyền: </w:t>
      </w:r>
      <w:r>
        <w:rPr>
          <w:rFonts w:ascii="Times New Roman" w:hAnsi="Times New Roman"/>
          <w:color w:val="000000"/>
          <w:sz w:val="24"/>
        </w:rPr>
        <w:t>MD-2050; MD-12521; MD-1977; MD-1077H; MD-1931; MD-1588; MD-2296; MD-2239; MD-2313; MD-891; MD-2149; MD-1235B; ART-19; VP-01; MS-01; FUH Mote.</w:t>
      </w:r>
    </w:p>
    <w:p w14:paraId="27A387FF" w14:textId="77777777" w:rsidR="00BD6531" w:rsidRDefault="00000000">
      <w:pPr>
        <w:spacing w:after="40"/>
      </w:pPr>
      <w:r>
        <w:rPr>
          <w:rFonts w:ascii="Times New Roman" w:hAnsi="Times New Roman"/>
          <w:b/>
          <w:color w:val="000000"/>
          <w:sz w:val="24"/>
        </w:rPr>
        <w:t xml:space="preserve">Kế hoạch mẫu trong tuần: </w:t>
      </w:r>
      <w:r>
        <w:rPr>
          <w:rFonts w:ascii="Times New Roman" w:hAnsi="Times New Roman"/>
          <w:color w:val="000000"/>
          <w:sz w:val="24"/>
        </w:rPr>
        <w:t>Trường, Thạch: trong tuần nhận 6 mẫu, hoàn thành 6 mẫu. Minh Dương: nhận 6 mẫu, làm xong 4 mẫu (Thảo, Thiên lê màu bỏ).</w:t>
      </w:r>
    </w:p>
    <w:p w14:paraId="47A4FE41" w14:textId="77777777" w:rsidR="00BD6531" w:rsidRDefault="00000000">
      <w:pPr>
        <w:spacing w:after="40"/>
      </w:pPr>
      <w:r>
        <w:rPr>
          <w:rFonts w:ascii="Times New Roman" w:hAnsi="Times New Roman"/>
          <w:b/>
          <w:color w:val="000000"/>
          <w:sz w:val="24"/>
        </w:rPr>
        <w:t>II/ Các vấn đề phát sinh &amp; kết quả xử lý:</w:t>
      </w:r>
    </w:p>
    <w:p w14:paraId="1FBADB6E" w14:textId="77777777" w:rsidR="00BD6531" w:rsidRDefault="00000000">
      <w:pPr>
        <w:spacing w:after="40"/>
      </w:pPr>
      <w:r>
        <w:rPr>
          <w:rFonts w:ascii="Times New Roman" w:hAnsi="Times New Roman"/>
          <w:b/>
          <w:color w:val="000000"/>
          <w:sz w:val="24"/>
        </w:rPr>
        <w:t xml:space="preserve">Phân công nhân viên kỹ thuật: </w:t>
      </w:r>
      <w:r>
        <w:rPr>
          <w:rFonts w:ascii="Times New Roman" w:hAnsi="Times New Roman"/>
          <w:color w:val="000000"/>
          <w:sz w:val="24"/>
        </w:rPr>
        <w:t>Minh Dương: Toàn quản lý chung, làm mẫu, kiểm... Thổ, Thảo, Lịch, Lĩnh, Mỹ, Sơn, Sú — 14 người. Trường Thành: Dương quản lý chung, thiết kế mẫu, hỗ trợ kỹ thuật, kiểm soát màu SX PX 5; Niệm, Hổ, Dũng, Sư PX 1; (Tạo bé) PX 6. Triển: Khải làm lại Đôn đợt 2, mẫu Công Đoàn Xưa; 2 nhà máy đang sản xuất mẫu ART-19 (theo yêu cầu của KT và nhà máy) — đã nhận phôi đang làm.</w:t>
      </w:r>
    </w:p>
    <w:p w14:paraId="5E80E04D" w14:textId="77777777" w:rsidR="00BD6531" w:rsidRDefault="00000000">
      <w:pPr>
        <w:spacing w:after="40"/>
      </w:pPr>
      <w:r>
        <w:rPr>
          <w:rFonts w:ascii="Times New Roman" w:hAnsi="Times New Roman"/>
          <w:b/>
          <w:color w:val="000000"/>
          <w:sz w:val="24"/>
        </w:rPr>
        <w:t xml:space="preserve">Ghi nhận ý kiến nhà máy: </w:t>
      </w:r>
      <w:r>
        <w:rPr>
          <w:rFonts w:ascii="Times New Roman" w:hAnsi="Times New Roman"/>
          <w:color w:val="000000"/>
          <w:sz w:val="24"/>
        </w:rPr>
        <w:t>Minh Dương: yêu cầu tăng cường kỹ thuật hỗ trợ sản xuất, lý do màu sắc nhiều, lúc cao điểm sẽ SX 2 màu cùng lúc. Cals Wolds mới cần tăng cường KT hỗ trợ.</w:t>
      </w:r>
    </w:p>
    <w:p w14:paraId="1129E5E8" w14:textId="77777777" w:rsidR="00BD6531" w:rsidRDefault="00000000">
      <w:pPr>
        <w:spacing w:after="40"/>
      </w:pPr>
      <w:r>
        <w:rPr>
          <w:rFonts w:ascii="Times New Roman" w:hAnsi="Times New Roman"/>
          <w:b/>
          <w:color w:val="000000"/>
          <w:sz w:val="24"/>
        </w:rPr>
        <w:t xml:space="preserve">Công tác khác: </w:t>
      </w:r>
      <w:r>
        <w:rPr>
          <w:rFonts w:ascii="Times New Roman" w:hAnsi="Times New Roman"/>
          <w:color w:val="000000"/>
          <w:sz w:val="24"/>
        </w:rPr>
        <w:t>Địa điểm C.TY BT Chem, thời gian 06/08/2026 – 08/08/2026: làm mẫu test MP-669 (hoàn thành), làm mẫu PMA Natural (hoàn thành), test sơn Stansia (đang làm).</w:t>
      </w:r>
    </w:p>
    <w:p w14:paraId="0F65B965" w14:textId="77777777" w:rsidR="00BD6531" w:rsidRDefault="00000000">
      <w:pPr>
        <w:spacing w:after="40"/>
      </w:pPr>
      <w:r>
        <w:rPr>
          <w:rFonts w:ascii="Times New Roman" w:hAnsi="Times New Roman"/>
          <w:b/>
          <w:color w:val="000000"/>
          <w:sz w:val="24"/>
        </w:rPr>
        <w:t>III/ Đánh giá khách quan:</w:t>
      </w:r>
    </w:p>
    <w:p w14:paraId="4C860F70" w14:textId="77777777" w:rsidR="00BD6531" w:rsidRDefault="00000000">
      <w:pPr>
        <w:pStyle w:val="ListBullet"/>
        <w:spacing w:after="40"/>
      </w:pPr>
      <w:r>
        <w:rPr>
          <w:rFonts w:ascii="Times New Roman" w:hAnsi="Times New Roman"/>
          <w:color w:val="000000"/>
          <w:sz w:val="24"/>
        </w:rPr>
        <w:t>Sản xuất ổn định, kiểm soát cẩn thận, đồng đều; ghi chép sổ sách cẩn thận.</w:t>
      </w:r>
    </w:p>
    <w:p w14:paraId="4E0B1AEC" w14:textId="77777777" w:rsidR="00BD6531" w:rsidRDefault="00000000">
      <w:pPr>
        <w:spacing w:after="40"/>
      </w:pPr>
      <w:r>
        <w:rPr>
          <w:rFonts w:ascii="Times New Roman" w:hAnsi="Times New Roman"/>
          <w:b/>
          <w:color w:val="000000"/>
          <w:sz w:val="24"/>
        </w:rPr>
        <w:t>IV/ Đề xuất và kiến nghị (nếu có):</w:t>
      </w:r>
    </w:p>
    <w:p w14:paraId="1B14A468" w14:textId="77777777" w:rsidR="00BD6531" w:rsidRDefault="00000000">
      <w:pPr>
        <w:pStyle w:val="ListBullet"/>
        <w:spacing w:after="40"/>
      </w:pPr>
      <w:r>
        <w:rPr>
          <w:rFonts w:ascii="Times New Roman" w:hAnsi="Times New Roman"/>
          <w:color w:val="000000"/>
          <w:sz w:val="24"/>
        </w:rPr>
        <w:t>Không có.</w:t>
      </w:r>
    </w:p>
    <w:p w14:paraId="46A6C57C" w14:textId="77777777" w:rsidR="00BD6531" w:rsidRDefault="00000000">
      <w:pPr>
        <w:spacing w:after="80"/>
      </w:pPr>
      <w:r>
        <w:rPr>
          <w:rFonts w:ascii="Times New Roman" w:hAnsi="Times New Roman"/>
          <w:b/>
          <w:color w:val="000000"/>
          <w:sz w:val="26"/>
        </w:rPr>
        <w:t xml:space="preserve">Báo </w:t>
      </w:r>
      <w:proofErr w:type="spellStart"/>
      <w:r>
        <w:rPr>
          <w:rFonts w:ascii="Times New Roman" w:hAnsi="Times New Roman"/>
          <w:b/>
          <w:color w:val="000000"/>
          <w:sz w:val="26"/>
        </w:rPr>
        <w:t>cáo</w:t>
      </w:r>
      <w:proofErr w:type="spellEnd"/>
      <w:r>
        <w:rPr>
          <w:rFonts w:ascii="Times New Roman" w:hAnsi="Times New Roman"/>
          <w:b/>
          <w:color w:val="000000"/>
          <w:sz w:val="26"/>
        </w:rPr>
        <w:t xml:space="preserve"> </w:t>
      </w:r>
      <w:proofErr w:type="spellStart"/>
      <w:r>
        <w:rPr>
          <w:rFonts w:ascii="Times New Roman" w:hAnsi="Times New Roman"/>
          <w:b/>
          <w:color w:val="000000"/>
          <w:sz w:val="26"/>
        </w:rPr>
        <w:t>của</w:t>
      </w:r>
      <w:proofErr w:type="spellEnd"/>
      <w:r>
        <w:rPr>
          <w:rFonts w:ascii="Times New Roman" w:hAnsi="Times New Roman"/>
          <w:b/>
          <w:color w:val="000000"/>
          <w:sz w:val="26"/>
        </w:rPr>
        <w:t xml:space="preserve"> Nguyễn Minh Thoại</w:t>
      </w:r>
    </w:p>
    <w:p w14:paraId="06FD144A" w14:textId="77777777" w:rsidR="00BD6531" w:rsidRDefault="00000000">
      <w:pPr>
        <w:spacing w:after="40"/>
      </w:pPr>
      <w:proofErr w:type="spellStart"/>
      <w:r>
        <w:rPr>
          <w:rFonts w:ascii="Times New Roman" w:hAnsi="Times New Roman"/>
          <w:color w:val="000000"/>
          <w:sz w:val="24"/>
        </w:rPr>
        <w:t>Kính</w:t>
      </w:r>
      <w:proofErr w:type="spellEnd"/>
      <w:r>
        <w:rPr>
          <w:rFonts w:ascii="Times New Roman" w:hAnsi="Times New Roman"/>
          <w:color w:val="000000"/>
          <w:sz w:val="24"/>
        </w:rPr>
        <w:t xml:space="preserve"> gửi: Ban </w:t>
      </w:r>
      <w:proofErr w:type="spellStart"/>
      <w:r>
        <w:rPr>
          <w:rFonts w:ascii="Times New Roman" w:hAnsi="Times New Roman"/>
          <w:color w:val="000000"/>
          <w:sz w:val="24"/>
        </w:rPr>
        <w:t>lãnh</w:t>
      </w:r>
      <w:proofErr w:type="spellEnd"/>
      <w:r>
        <w:rPr>
          <w:rFonts w:ascii="Times New Roman" w:hAnsi="Times New Roman"/>
          <w:color w:val="000000"/>
          <w:sz w:val="24"/>
        </w:rPr>
        <w:t xml:space="preserve"> đạo Công ty</w:t>
      </w:r>
    </w:p>
    <w:p w14:paraId="36000F1C" w14:textId="77777777" w:rsidR="00BD6531" w:rsidRDefault="00000000">
      <w:pPr>
        <w:spacing w:after="40"/>
      </w:pPr>
      <w:r>
        <w:rPr>
          <w:rFonts w:ascii="Times New Roman" w:hAnsi="Times New Roman"/>
          <w:color w:val="000000"/>
          <w:sz w:val="24"/>
        </w:rPr>
        <w:lastRenderedPageBreak/>
        <w:t>Người viết báo cáo: Nguyễn Minh Thoại</w:t>
      </w:r>
    </w:p>
    <w:p w14:paraId="3B506FCD" w14:textId="77777777" w:rsidR="00BD6531" w:rsidRDefault="00000000">
      <w:pPr>
        <w:spacing w:after="40"/>
      </w:pPr>
      <w:r>
        <w:rPr>
          <w:rFonts w:ascii="Times New Roman" w:hAnsi="Times New Roman"/>
          <w:color w:val="000000"/>
          <w:sz w:val="24"/>
        </w:rPr>
        <w:t>Ngày viết báo cáo: 08/08/2026</w:t>
      </w:r>
    </w:p>
    <w:p w14:paraId="17DDE205" w14:textId="77777777" w:rsidR="00BD6531" w:rsidRDefault="00000000">
      <w:pPr>
        <w:spacing w:after="40"/>
      </w:pPr>
      <w:r>
        <w:rPr>
          <w:rFonts w:ascii="Times New Roman" w:hAnsi="Times New Roman"/>
          <w:color w:val="000000"/>
          <w:sz w:val="24"/>
        </w:rPr>
        <w:t>Tình hình sản xuất tại: Cty MHT và TVT</w:t>
      </w:r>
    </w:p>
    <w:p w14:paraId="3634856D" w14:textId="77777777" w:rsidR="00BD6531" w:rsidRDefault="00000000">
      <w:pPr>
        <w:spacing w:after="40"/>
      </w:pPr>
      <w:r>
        <w:rPr>
          <w:rFonts w:ascii="Times New Roman" w:hAnsi="Times New Roman"/>
          <w:color w:val="000000"/>
          <w:sz w:val="24"/>
        </w:rPr>
        <w:t>Nhà máy phụ trách: MHT (Minh Hưng Tiền) &amp; TVT (Tân Việt Tiến)</w:t>
      </w:r>
    </w:p>
    <w:p w14:paraId="17EF7580" w14:textId="77777777" w:rsidR="00BD6531" w:rsidRDefault="00000000">
      <w:pPr>
        <w:spacing w:after="120"/>
      </w:pPr>
      <w:r>
        <w:rPr>
          <w:rFonts w:ascii="Times New Roman" w:hAnsi="Times New Roman"/>
          <w:color w:val="000000"/>
          <w:sz w:val="24"/>
        </w:rPr>
        <w:t>Tuần thứ: 32 (Từ ngày 03/08/2026 – 08/08/2026)</w:t>
      </w:r>
    </w:p>
    <w:p w14:paraId="587B6D3D" w14:textId="77777777" w:rsidR="00BD6531" w:rsidRDefault="00000000">
      <w:pPr>
        <w:spacing w:after="40"/>
      </w:pPr>
      <w:r>
        <w:rPr>
          <w:rFonts w:ascii="Times New Roman" w:hAnsi="Times New Roman"/>
          <w:b/>
          <w:color w:val="000000"/>
          <w:sz w:val="24"/>
        </w:rPr>
        <w:t>I/ Tình hình đơn hàng, phản ánh của khách hàng:</w:t>
      </w:r>
    </w:p>
    <w:p w14:paraId="121AB0C7" w14:textId="77777777" w:rsidR="00BD6531" w:rsidRDefault="00000000">
      <w:pPr>
        <w:spacing w:after="40"/>
      </w:pPr>
      <w:r>
        <w:rPr>
          <w:rFonts w:ascii="Times New Roman" w:hAnsi="Times New Roman"/>
          <w:b/>
          <w:color w:val="000000"/>
          <w:sz w:val="24"/>
        </w:rPr>
        <w:t xml:space="preserve">Cty MHT: </w:t>
      </w:r>
      <w:r>
        <w:rPr>
          <w:rFonts w:ascii="Times New Roman" w:hAnsi="Times New Roman"/>
          <w:color w:val="000000"/>
          <w:sz w:val="24"/>
        </w:rPr>
        <w:t>Tủ + kệ (hàng gói), các mã MHT-03, MHT-08, MHT-12, MHT-69, MHT-70, MHT-71, MHT-72, MHT-66 — khách Excess và Flexilead. Các màu sản xuất ổn định; riêng 3 màu bị sai màu đang điều chỉnh lại (màu 66 chỉnh tại Cty HCBT; 2 màu 69 và 71 chỉnh tại nhà máy).</w:t>
      </w:r>
    </w:p>
    <w:p w14:paraId="24FC8030" w14:textId="77777777" w:rsidR="00BD6531" w:rsidRDefault="00000000">
      <w:pPr>
        <w:spacing w:after="40"/>
      </w:pPr>
      <w:r>
        <w:rPr>
          <w:rFonts w:ascii="Times New Roman" w:hAnsi="Times New Roman"/>
          <w:b/>
          <w:color w:val="000000"/>
          <w:sz w:val="24"/>
        </w:rPr>
        <w:t xml:space="preserve">Cty TVT: </w:t>
      </w:r>
      <w:r>
        <w:rPr>
          <w:rFonts w:ascii="Times New Roman" w:hAnsi="Times New Roman"/>
          <w:color w:val="000000"/>
          <w:sz w:val="24"/>
        </w:rPr>
        <w:t>Tủ và bàn; các mã TVT-White, TVT-92, TVT-07/23, TVT-84 — khách Sam. Các màu sản xuất ổn định.</w:t>
      </w:r>
    </w:p>
    <w:p w14:paraId="05CE6644" w14:textId="77777777" w:rsidR="00BD6531" w:rsidRDefault="00000000">
      <w:pPr>
        <w:spacing w:after="40"/>
      </w:pPr>
      <w:r>
        <w:rPr>
          <w:rFonts w:ascii="Times New Roman" w:hAnsi="Times New Roman"/>
          <w:b/>
          <w:color w:val="000000"/>
          <w:sz w:val="24"/>
        </w:rPr>
        <w:t xml:space="preserve">Kế hoạch mẫu trong tuần: </w:t>
      </w:r>
      <w:r>
        <w:rPr>
          <w:rFonts w:ascii="Times New Roman" w:hAnsi="Times New Roman"/>
          <w:color w:val="000000"/>
          <w:sz w:val="24"/>
        </w:rPr>
        <w:t>Cty MHT: làm 1 màu khách hàng Tây Ban Nha màu MHT-74, đã làm xong gửi khách. Cty TVT: nhận sản xuất 2 mẫu TVT-92 và TVT-07/23 — đã làm xong chờ khách xem. Cty TVT có nhận 1 mẫu quan trọng mã màu VTC-108 đang làm tại Cty HCBT (đã gửi mẫu + quy trình ra Gia), nhà máy OK nên yêu cầu copy bảng màu gửi khách — mẫu làm chưa xong.</w:t>
      </w:r>
    </w:p>
    <w:p w14:paraId="5A35F45A" w14:textId="77777777" w:rsidR="00BD6531" w:rsidRDefault="00000000">
      <w:pPr>
        <w:spacing w:after="40"/>
      </w:pPr>
      <w:r>
        <w:rPr>
          <w:rFonts w:ascii="Times New Roman" w:hAnsi="Times New Roman"/>
          <w:b/>
          <w:color w:val="000000"/>
          <w:sz w:val="24"/>
        </w:rPr>
        <w:t>II/ Các vấn đề phát sinh &amp; kết quả xử lý:</w:t>
      </w:r>
    </w:p>
    <w:p w14:paraId="62EBFCA1" w14:textId="77777777" w:rsidR="00BD6531" w:rsidRDefault="00000000">
      <w:pPr>
        <w:spacing w:after="40"/>
      </w:pPr>
      <w:r>
        <w:rPr>
          <w:rFonts w:ascii="Times New Roman" w:hAnsi="Times New Roman"/>
          <w:b/>
          <w:color w:val="000000"/>
          <w:sz w:val="24"/>
        </w:rPr>
        <w:t xml:space="preserve">Phân công nhân viên kỹ thuật: </w:t>
      </w:r>
      <w:r>
        <w:rPr>
          <w:rFonts w:ascii="Times New Roman" w:hAnsi="Times New Roman"/>
          <w:color w:val="000000"/>
          <w:sz w:val="24"/>
        </w:rPr>
        <w:t>Cty MHT: Trần Lâm tổ trưởng (coi chung), Ân (coi chuyền), Nghị (làm mẫu và test màu), Chí (test màu và coi chuyền). Cty TVT: Hồng tổ trưởng (làm mẫu – test màu), Chiến (coi chuyền).</w:t>
      </w:r>
    </w:p>
    <w:p w14:paraId="1247A7D3" w14:textId="77777777" w:rsidR="00BD6531" w:rsidRDefault="00000000">
      <w:pPr>
        <w:spacing w:after="40"/>
      </w:pPr>
      <w:r>
        <w:rPr>
          <w:rFonts w:ascii="Times New Roman" w:hAnsi="Times New Roman"/>
          <w:b/>
          <w:color w:val="000000"/>
          <w:sz w:val="24"/>
        </w:rPr>
        <w:t xml:space="preserve">Yêu cầu của nhà máy: </w:t>
      </w:r>
      <w:r>
        <w:rPr>
          <w:rFonts w:ascii="Times New Roman" w:hAnsi="Times New Roman"/>
          <w:color w:val="000000"/>
          <w:sz w:val="24"/>
        </w:rPr>
        <w:t>Cty MHT yêu cầu màu pigment lô đầu sai màu được chỉnh tại nhà máy; từ lô thứ 2 nếu sai sẽ thu hồi về công ty chỉnh.</w:t>
      </w:r>
    </w:p>
    <w:p w14:paraId="61FDFC61" w14:textId="77777777" w:rsidR="00BD6531" w:rsidRDefault="00000000">
      <w:pPr>
        <w:pStyle w:val="ListBullet"/>
        <w:spacing w:after="40"/>
      </w:pPr>
      <w:r>
        <w:rPr>
          <w:rFonts w:ascii="Times New Roman" w:hAnsi="Times New Roman"/>
          <w:color w:val="000000"/>
          <w:sz w:val="24"/>
        </w:rPr>
        <w:t>Test quy trình mới màu MHT-12/22 — đạt. Đã gửi quy trình cho khách so sánh với quy trình cũ.</w:t>
      </w:r>
    </w:p>
    <w:p w14:paraId="67C7EDF4" w14:textId="77777777" w:rsidR="00BD6531" w:rsidRDefault="00000000">
      <w:pPr>
        <w:spacing w:after="40"/>
      </w:pPr>
      <w:r>
        <w:rPr>
          <w:rFonts w:ascii="Times New Roman" w:hAnsi="Times New Roman"/>
          <w:b/>
          <w:color w:val="000000"/>
          <w:sz w:val="24"/>
        </w:rPr>
        <w:t>III/ Đánh giá khách quan:</w:t>
      </w:r>
    </w:p>
    <w:p w14:paraId="7C0085E0" w14:textId="77777777" w:rsidR="00BD6531" w:rsidRDefault="00000000">
      <w:pPr>
        <w:pStyle w:val="ListBullet"/>
        <w:spacing w:after="40"/>
      </w:pPr>
      <w:r>
        <w:rPr>
          <w:rFonts w:ascii="Times New Roman" w:hAnsi="Times New Roman"/>
          <w:color w:val="000000"/>
          <w:sz w:val="24"/>
        </w:rPr>
        <w:t>Các màu sản xuất tại MHT và TVT ổn định; riêng 3 màu sai màu tại MHT đang được điều chỉnh theo yêu cầu khách hàng.</w:t>
      </w:r>
    </w:p>
    <w:p w14:paraId="2760B903" w14:textId="59109162" w:rsidR="00BD6531" w:rsidRDefault="00BD6531" w:rsidP="00EE1ABF">
      <w:pPr>
        <w:pStyle w:val="ListBullet"/>
        <w:numPr>
          <w:ilvl w:val="0"/>
          <w:numId w:val="0"/>
        </w:numPr>
        <w:spacing w:after="40"/>
        <w:ind w:left="360"/>
      </w:pPr>
    </w:p>
    <w:sectPr w:rsidR="00BD6531" w:rsidSect="00034616">
      <w:pgSz w:w="12240" w:h="15840"/>
      <w:pgMar w:top="1134"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1284268">
    <w:abstractNumId w:val="8"/>
  </w:num>
  <w:num w:numId="2" w16cid:durableId="1715692518">
    <w:abstractNumId w:val="6"/>
  </w:num>
  <w:num w:numId="3" w16cid:durableId="904753299">
    <w:abstractNumId w:val="5"/>
  </w:num>
  <w:num w:numId="4" w16cid:durableId="575940393">
    <w:abstractNumId w:val="4"/>
  </w:num>
  <w:num w:numId="5" w16cid:durableId="305471153">
    <w:abstractNumId w:val="7"/>
  </w:num>
  <w:num w:numId="6" w16cid:durableId="1266690459">
    <w:abstractNumId w:val="3"/>
  </w:num>
  <w:num w:numId="7" w16cid:durableId="1856725291">
    <w:abstractNumId w:val="2"/>
  </w:num>
  <w:num w:numId="8" w16cid:durableId="868687204">
    <w:abstractNumId w:val="1"/>
  </w:num>
  <w:num w:numId="9" w16cid:durableId="1167751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55B2"/>
    <w:rsid w:val="00326F90"/>
    <w:rsid w:val="00AA1D8D"/>
    <w:rsid w:val="00B47730"/>
    <w:rsid w:val="00B96BF4"/>
    <w:rsid w:val="00BD6531"/>
    <w:rsid w:val="00CB0664"/>
    <w:rsid w:val="00EE1ABF"/>
    <w:rsid w:val="00F1422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72E01C"/>
  <w14:defaultImageDpi w14:val="300"/>
  <w15:docId w15:val="{43C4456E-EBDE-443E-9DEA-BBFE91C74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2103</Words>
  <Characters>11989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4</cp:revision>
  <dcterms:created xsi:type="dcterms:W3CDTF">2013-12-23T23:15:00Z</dcterms:created>
  <dcterms:modified xsi:type="dcterms:W3CDTF">2026-08-09T03:20:00Z</dcterms:modified>
  <cp:category/>
</cp:coreProperties>
</file>