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6CB0" w14:textId="77777777" w:rsidR="000A70C8" w:rsidRDefault="00000000">
      <w:pPr>
        <w:spacing w:before="40" w:after="40"/>
        <w:jc w:val="center"/>
      </w:pPr>
      <w:r>
        <w:rPr>
          <w:b/>
          <w:sz w:val="26"/>
        </w:rPr>
        <w:t>CÔNG TY TNHH SX - TM HÓA KEO BÌNH THẠNH (BT CHEM)</w:t>
      </w:r>
    </w:p>
    <w:p w14:paraId="216E678B" w14:textId="77777777" w:rsidR="000A70C8" w:rsidRDefault="00000000">
      <w:pPr>
        <w:spacing w:before="40" w:after="40"/>
        <w:jc w:val="center"/>
      </w:pPr>
      <w:r>
        <w:rPr>
          <w:b/>
          <w:sz w:val="28"/>
        </w:rPr>
        <w:t>BÁO CÁO TỔNG HỢP CÔNG TÁC KỸ THUẬT &amp; SẢN XUẤT TUẦN 31</w:t>
      </w:r>
    </w:p>
    <w:p w14:paraId="2386FD8A" w14:textId="77777777" w:rsidR="000A70C8" w:rsidRDefault="00000000">
      <w:pPr>
        <w:spacing w:before="40" w:after="160"/>
        <w:jc w:val="center"/>
      </w:pPr>
      <w:r>
        <w:t>(Từ ngày 27/07/2026 đến ngày 02/08/2026)</w:t>
      </w:r>
    </w:p>
    <w:p w14:paraId="0CB959E6" w14:textId="77777777" w:rsidR="000A70C8" w:rsidRDefault="00000000">
      <w:pPr>
        <w:spacing w:before="40" w:after="120"/>
      </w:pPr>
      <w:r>
        <w:rPr>
          <w:b/>
          <w:sz w:val="26"/>
        </w:rPr>
        <w:t>PHẦN I: BÁO CÁO TỔNG HỢP CHÍNH (EXECUTIVE SUMMARY)</w:t>
      </w:r>
    </w:p>
    <w:p w14:paraId="3DBA79F6" w14:textId="77777777" w:rsidR="000A70C8" w:rsidRDefault="00000000">
      <w:pPr>
        <w:spacing w:after="40"/>
        <w:ind w:left="227"/>
      </w:pPr>
      <w:r>
        <w:t>Báo cáo này được tổng hợp từ 09 bản báo cáo tuần của toàn bộ phái viên kỹ thuật phụ trách các cụm nhà máy khách hàng trong hệ thống BT CHEM trong Tuần 31 (27/07/2026 – 02/08/2026).</w:t>
      </w:r>
    </w:p>
    <w:p w14:paraId="35E5AF0E" w14:textId="77777777" w:rsidR="000A70C8" w:rsidRDefault="00000000">
      <w:pPr>
        <w:spacing w:before="40" w:after="80"/>
      </w:pPr>
      <w:r>
        <w:rPr>
          <w:b/>
        </w:rPr>
        <w:t>1. Tổng quan Tình hình Sản xuất &amp; Thị phần</w:t>
      </w:r>
    </w:p>
    <w:p w14:paraId="47797A03" w14:textId="77777777" w:rsidR="000A70C8" w:rsidRDefault="00000000">
      <w:pPr>
        <w:spacing w:after="40"/>
        <w:ind w:left="227"/>
      </w:pPr>
      <w:r>
        <w:t>- Đăng Long: Tuần 31 chạy 12 cont (BT CHEM: 11 cont/4 màu đạt chất lượng, Tân Hồng Phát: 1 cont, Syncoat: 0 cont). Tháng 7 tổng 55 cont (BT CHEM: 31 cont). Tháng 8 kế hoạch 48 cont (BT CHEM: 25 cont).</w:t>
      </w:r>
    </w:p>
    <w:p w14:paraId="1A4A9B56" w14:textId="77777777" w:rsidR="000A70C8" w:rsidRDefault="00000000">
      <w:pPr>
        <w:spacing w:after="40"/>
        <w:ind w:left="227"/>
      </w:pPr>
      <w:r>
        <w:t>- Hạnh Phúc: Tháng 7 tổng 55 cont (BT CHEM dẫn đầu 31,5 cont, Akzonobel: 15 cont, MTH: 8 cont). Tháng 8 dự kiến tăng mạnh lên 45–47 cont cho BT CHEM.</w:t>
      </w:r>
    </w:p>
    <w:p w14:paraId="3B35E857" w14:textId="77777777" w:rsidR="000A70C8" w:rsidRDefault="00000000">
      <w:pPr>
        <w:spacing w:after="40"/>
        <w:ind w:left="227"/>
      </w:pPr>
      <w:r>
        <w:t>- Kim Huy &amp; Kim Phong: Kim Huy đạt 8 cont/tuần (KH CKM); Kim Phong đạt 23 cont/tuần (KH FD, THD), kế hoạch tuần tới 18 cont.</w:t>
      </w:r>
    </w:p>
    <w:p w14:paraId="1E1F30FE" w14:textId="77777777" w:rsidR="000A70C8" w:rsidRDefault="00000000">
      <w:pPr>
        <w:spacing w:after="40"/>
        <w:ind w:left="227"/>
      </w:pPr>
      <w:r>
        <w:t>- Cụm Hố Nai: Hố Nai I sản xuất 14 cont (KH Rivesi, Nocnoc, Elyse; đối thủ SeWin 6 cont); Hố Nai II sản xuất 9 cont (sơn BT CHEM).</w:t>
      </w:r>
    </w:p>
    <w:p w14:paraId="2DA73C84" w14:textId="2C6AB53C" w:rsidR="000A70C8" w:rsidRDefault="00000000">
      <w:pPr>
        <w:spacing w:after="40"/>
        <w:ind w:left="227"/>
      </w:pPr>
      <w:r>
        <w:t>- Cụm Anh Khoa: Sản xuất ổn định các mã Ashley và Sim</w:t>
      </w:r>
      <w:r w:rsidR="0052615E">
        <w:t>p</w:t>
      </w:r>
      <w:r>
        <w:t>ly; đơn hàng gia công ngoài tăng  tại 3 nhà máy (Huy Phát: 4 cont, Thịnh An: 2 cont, Thương Nhân: 3 cont).</w:t>
      </w:r>
    </w:p>
    <w:p w14:paraId="03C96F4B" w14:textId="77777777" w:rsidR="000A70C8" w:rsidRDefault="00000000">
      <w:pPr>
        <w:spacing w:after="40"/>
        <w:ind w:left="227"/>
      </w:pPr>
      <w:r>
        <w:t>- Cụm Geuther &amp; MEKONG: Geuther ổn định 15 cont/tháng (chuẩn bị đầu tư máy sơn UV chân không cuối tháng 8); MEKONG đơn hàng tháng 8 giảm 5–10% do nghỉ hè bên Pháp.</w:t>
      </w:r>
    </w:p>
    <w:p w14:paraId="03FFE614" w14:textId="77777777" w:rsidR="000A70C8" w:rsidRDefault="00000000">
      <w:pPr>
        <w:spacing w:before="40" w:after="80"/>
      </w:pPr>
      <w:r>
        <w:rPr>
          <w:b/>
        </w:rPr>
        <w:t>2. Các Sự cố Kỹ thuật Nổi bật &amp; Hướng Xử lý</w:t>
      </w:r>
    </w:p>
    <w:p w14:paraId="0B2A3CA0" w14:textId="77777777" w:rsidR="000A70C8" w:rsidRDefault="00000000">
      <w:pPr>
        <w:spacing w:after="40"/>
        <w:ind w:left="227"/>
      </w:pPr>
      <w:r>
        <w:t>- Kim Huy (sọc bóng màu KH 3900): Tăng Lót NC KH từ 12" lên 16", khắc phục được 80%. Đã báo QC qua kiểm tra tìm nguyên nhân triệt để.</w:t>
      </w:r>
    </w:p>
    <w:p w14:paraId="6E6471CE" w14:textId="77777777" w:rsidR="000A70C8" w:rsidRDefault="00000000">
      <w:pPr>
        <w:spacing w:after="40"/>
        <w:ind w:left="227"/>
      </w:pPr>
      <w:r>
        <w:t>- Hố Nai II (màu HN 51 bị chà nát, thâm): Đã thử nghiệm xử lý lại 2 tủ thành công (KH duyệt OK), đang điều chỉnh lại sơn màu HN 51 cho phù hợp với chuyền.</w:t>
      </w:r>
    </w:p>
    <w:p w14:paraId="1E6EE812" w14:textId="77777777" w:rsidR="000A70C8" w:rsidRDefault="00000000">
      <w:pPr>
        <w:spacing w:after="40"/>
        <w:ind w:left="227"/>
      </w:pPr>
      <w:r>
        <w:t>- Hạnh Phúc (màu HP 311 vượt định mức &gt;40.000 đ/m²): Thống nhất sơn 5 sản phẩm trên chuyền thực tế để tính lại định mức chuẩn.</w:t>
      </w:r>
    </w:p>
    <w:p w14:paraId="1FC9B450" w14:textId="77777777" w:rsidR="000A70C8" w:rsidRDefault="00000000">
      <w:pPr>
        <w:spacing w:after="40"/>
        <w:ind w:left="227"/>
      </w:pPr>
      <w:r>
        <w:t>- Anh Khoa (mã AX 052 không đều màu, AX 163 phủ kém mặt nốc): Phân loại dậm màu + cào bù cước + lau bột + lót Stain cho AX 052; bổ sung 1 pass Lót NCT 2012 cho AX 163.</w:t>
      </w:r>
    </w:p>
    <w:p w14:paraId="18171644" w14:textId="6E12DD7F" w:rsidR="000A70C8" w:rsidRDefault="00000000">
      <w:pPr>
        <w:spacing w:after="40"/>
        <w:ind w:left="227"/>
      </w:pPr>
      <w:r>
        <w:t xml:space="preserve">- Bảo Hưng (mặt bàn Walnut in dấu tay &amp; lô mẫu BH-432 bị chà đen): Khui 100 sp chà nhám 400, dậm màu, phun bóng </w:t>
      </w:r>
      <w:r w:rsidR="0052615E">
        <w:t>cao( highgloss)</w:t>
      </w:r>
      <w:r>
        <w:t>. Ngày 30/07 Castlery đã kiểm tra duyệt 100% lô hàng.</w:t>
      </w:r>
    </w:p>
    <w:p w14:paraId="48BDE0D4" w14:textId="77777777" w:rsidR="000A70C8" w:rsidRDefault="00000000">
      <w:pPr>
        <w:spacing w:after="40"/>
        <w:ind w:left="227"/>
      </w:pPr>
      <w:r>
        <w:t>- Minh Hưng Tiến (màu MHT-66 sai màu hàng loạt): Xả nhám – phun bóng lại ~150 kg sơn, hàng đạt và đã xuất cont. Kết luận: lỗi do KTV cắm tại nhà máy không đối chiếu hàng với mẫu gốc.</w:t>
      </w:r>
    </w:p>
    <w:p w14:paraId="376712B6" w14:textId="77777777" w:rsidR="000A70C8" w:rsidRDefault="00000000">
      <w:pPr>
        <w:spacing w:after="40"/>
        <w:ind w:left="227"/>
      </w:pPr>
      <w:r>
        <w:t>- Geuther (máy quay tumbling ván chưa đạt): Do chưa có hệ thống sấy, nhà máy đang tiến hành nâng cấp cải tiến.</w:t>
      </w:r>
    </w:p>
    <w:p w14:paraId="10E72252" w14:textId="77777777" w:rsidR="009E3D6A" w:rsidRDefault="009E3D6A">
      <w:pPr>
        <w:spacing w:before="40" w:after="80"/>
        <w:rPr>
          <w:b/>
        </w:rPr>
      </w:pPr>
    </w:p>
    <w:p w14:paraId="6EABD020" w14:textId="77777777" w:rsidR="009E3D6A" w:rsidRDefault="009E3D6A">
      <w:pPr>
        <w:spacing w:before="40" w:after="80"/>
        <w:rPr>
          <w:b/>
        </w:rPr>
      </w:pPr>
    </w:p>
    <w:p w14:paraId="7FBAA286" w14:textId="77777777" w:rsidR="009E3D6A" w:rsidRDefault="009E3D6A">
      <w:pPr>
        <w:spacing w:before="40" w:after="80"/>
        <w:rPr>
          <w:b/>
        </w:rPr>
      </w:pPr>
    </w:p>
    <w:p w14:paraId="0845A6F6" w14:textId="505C4B1E" w:rsidR="000A70C8" w:rsidRDefault="00000000">
      <w:pPr>
        <w:spacing w:before="40" w:after="80"/>
      </w:pPr>
      <w:r>
        <w:rPr>
          <w:b/>
        </w:rPr>
        <w:lastRenderedPageBreak/>
        <w:t>3. Đề xuất &amp; Kiến nghị Trọng tâm</w:t>
      </w:r>
    </w:p>
    <w:p w14:paraId="7322F2D9" w14:textId="77777777" w:rsidR="000A70C8" w:rsidRDefault="00000000">
      <w:pPr>
        <w:spacing w:after="40"/>
        <w:ind w:left="227"/>
      </w:pPr>
      <w:r>
        <w:t>1. Đăng Long: Xuất vật tư sơn thử 10–20 sp màu đen DLO 03 lấy định mức so với Syncoat; ưu tiên chốt giá màu DLO 34H và DLO 10K.</w:t>
      </w:r>
    </w:p>
    <w:p w14:paraId="1ECB539D" w14:textId="77777777" w:rsidR="000A70C8" w:rsidRDefault="00000000">
      <w:pPr>
        <w:spacing w:after="40"/>
        <w:ind w:left="227"/>
      </w:pPr>
      <w:r>
        <w:t>2. Hạnh Phúc: Đưa Lót PU TBS 25 trắng sang chạy thử chuyền (phủ tốt hơn mã 0601 cũ) để báo giá m² so sánh với MTH; chuẩn hóa cách ghi quy trình (bước phụ gạch đầu dòng, bước chính đánh STT).</w:t>
      </w:r>
    </w:p>
    <w:p w14:paraId="79536D59" w14:textId="77777777" w:rsidR="000A70C8" w:rsidRDefault="00000000">
      <w:pPr>
        <w:spacing w:after="40"/>
        <w:ind w:left="227"/>
      </w:pPr>
      <w:r>
        <w:t>3. Trường Thành: Gom mẫu công đoạn về 1 nhà máy làm lại toàn bộ, QC duyệt triển khai phân xưởng để tránh lệch màu.</w:t>
      </w:r>
    </w:p>
    <w:p w14:paraId="1096DBD5" w14:textId="77777777" w:rsidR="000A70C8" w:rsidRDefault="00000000">
      <w:pPr>
        <w:spacing w:after="40"/>
        <w:ind w:left="227"/>
      </w:pPr>
      <w:r>
        <w:t>4. Geuther: Bổ sung Kỹ thuật UV hỗ trợ kiểm soát chuyền sản xuất màu GT Walnut 06# (quy trình không stain dăm).</w:t>
      </w:r>
    </w:p>
    <w:p w14:paraId="067C2E75" w14:textId="77777777" w:rsidR="000A70C8" w:rsidRDefault="00000000">
      <w:pPr>
        <w:spacing w:after="40"/>
        <w:ind w:left="227"/>
      </w:pPr>
      <w:r>
        <w:t>5. Kim Huy: Kiểm tra và xử lý triệt để hiện tượng sọc bóng màu KH-3900 (QC đã được BGĐ chỉ đạo hỗ trợ).</w:t>
      </w:r>
    </w:p>
    <w:p w14:paraId="650EFB32" w14:textId="77777777" w:rsidR="000A70C8" w:rsidRDefault="00000000">
      <w:r>
        <w:br w:type="page"/>
      </w:r>
    </w:p>
    <w:p w14:paraId="0AC78BF4" w14:textId="77777777" w:rsidR="000A70C8" w:rsidRDefault="00000000">
      <w:pPr>
        <w:spacing w:before="40" w:after="120"/>
      </w:pPr>
      <w:r>
        <w:rPr>
          <w:b/>
          <w:sz w:val="26"/>
        </w:rPr>
        <w:lastRenderedPageBreak/>
        <w:t>PHẦN II: VĂN BẢN CHI TIẾT 09 BÁO CÁO CỦA CÁC PHÁI VIÊN KỸ THUẬT</w:t>
      </w:r>
    </w:p>
    <w:p w14:paraId="2450BA80" w14:textId="77777777" w:rsidR="000A70C8" w:rsidRDefault="00000000">
      <w:pPr>
        <w:spacing w:before="40" w:after="80"/>
      </w:pPr>
      <w:r>
        <w:rPr>
          <w:b/>
        </w:rPr>
        <w:t>BÁO CÁO 1: BÁO CÁO CÔNG TÁC TUẦN 31 — NHÀ MÁY ĐĂNG LONG &amp; HẠNH PHÚC</w:t>
      </w:r>
    </w:p>
    <w:p w14:paraId="480F9671" w14:textId="77777777" w:rsidR="000A70C8" w:rsidRDefault="00000000">
      <w:pPr>
        <w:spacing w:before="40" w:after="120"/>
      </w:pPr>
      <w:r>
        <w:rPr>
          <w:i/>
        </w:rPr>
        <w:t>Phái viên phụ trách: Nguyễn Văn Đen | Thời gian: Tuần 31 (27/07/2026 – 02/08/2026)</w:t>
      </w:r>
    </w:p>
    <w:p w14:paraId="190B5401" w14:textId="77777777" w:rsidR="000A70C8" w:rsidRDefault="00000000">
      <w:pPr>
        <w:spacing w:before="40" w:after="80"/>
      </w:pPr>
      <w:r>
        <w:rPr>
          <w:b/>
        </w:rPr>
        <w:t>1. TÌNH HÌNH ĐƠN HÀNG &amp; PHẢN HỒI CỦA KHÁCH HÀNG</w:t>
      </w:r>
    </w:p>
    <w:p w14:paraId="62A273DE" w14:textId="77777777" w:rsidR="000A70C8" w:rsidRDefault="00000000">
      <w:pPr>
        <w:spacing w:before="40" w:after="80"/>
      </w:pPr>
      <w:r>
        <w:rPr>
          <w:b/>
        </w:rPr>
        <w:t>● Nhà máy Đăng Long (báo cáo 31/07/2026):</w:t>
      </w:r>
    </w:p>
    <w:p w14:paraId="0D43ECC2" w14:textId="77777777" w:rsidR="000A70C8" w:rsidRDefault="00000000">
      <w:pPr>
        <w:spacing w:after="40"/>
        <w:ind w:left="227"/>
      </w:pPr>
      <w:r>
        <w:t>- Thông tin từ khách hàng: Trong tuần nhà máy chạy tổng 12 cont. Sơn bên mình chạy 11 cont, 4 màu. Màu sắc chất lượng ra chuyền đạt. Sản xuất ổn định. Sơn Tân Hồng Phát chạy 1 cont. Sơn Syncoat không chạy.</w:t>
      </w:r>
    </w:p>
    <w:p w14:paraId="01DE918B" w14:textId="77777777" w:rsidR="000A70C8" w:rsidRDefault="00000000">
      <w:pPr>
        <w:spacing w:after="40"/>
        <w:ind w:left="227"/>
      </w:pPr>
      <w:r>
        <w:t>- Kế hoạch tháng 7: Nhà máy chạy tổng 55 cont — sơn bên mình 31 cont, sơn Syncoat 11 cont, sơn Tân Hồng Phát 13 cont.</w:t>
      </w:r>
    </w:p>
    <w:p w14:paraId="52822469" w14:textId="77777777" w:rsidR="000A70C8" w:rsidRDefault="00000000">
      <w:pPr>
        <w:spacing w:after="40"/>
        <w:ind w:left="227"/>
      </w:pPr>
      <w:r>
        <w:t>- Kế hoạch tháng 8: Dự kiến 48 cont — sơn bên mình 25 cont, sơn Tân Hồng Phát 12 cont, sơn Syncoat 11 cont.</w:t>
      </w:r>
    </w:p>
    <w:p w14:paraId="65BBC2B6" w14:textId="77777777" w:rsidR="000A70C8" w:rsidRDefault="00000000">
      <w:pPr>
        <w:spacing w:after="40"/>
        <w:ind w:left="227"/>
      </w:pPr>
      <w:r>
        <w:t>- Màu mới có đơn hàng trong tháng: Màu DLO 10K đã chạy 6 cont; màu DLO 34 đã chạy 1 cont; màu DLO 87 kế hoạch chạy 4 cont.</w:t>
      </w:r>
    </w:p>
    <w:p w14:paraId="6F29A68B" w14:textId="77777777" w:rsidR="000A70C8" w:rsidRDefault="00000000">
      <w:pPr>
        <w:spacing w:after="40"/>
        <w:ind w:left="227"/>
      </w:pPr>
      <w:r>
        <w:t>- Tiến độ hàng mẫu: Mẫu sản phẩm trong tuần: màu DLO 10K làm 2 tủ, DLO 87 làm 3 cái tủ, DLO 70H làm 1 cái tủ. Màu DLO 34H (màu mới) đã chạy 1 cont, đã gửi tiêu hao giá thành trên sản phẩm để nhà máy so sánh với Tân Hồng Phát và Syncoat. Màu đen DLO 03: đã làm quy trình lót dầu bóng nước, gửi báo giá quy trình cho nhà máy; đã đề xuất vật tư sơn chạy thử 10 sản phẩm để lấy định mức tiêu hao so sánh với Syncoat.</w:t>
      </w:r>
    </w:p>
    <w:p w14:paraId="2BE707F3" w14:textId="77777777" w:rsidR="000A70C8" w:rsidRDefault="00000000">
      <w:pPr>
        <w:spacing w:before="40" w:after="80"/>
      </w:pPr>
      <w:r>
        <w:rPr>
          <w:b/>
        </w:rPr>
        <w:t>● Nhà máy Hạnh Phúc (báo cáo 31/07/2026):</w:t>
      </w:r>
    </w:p>
    <w:p w14:paraId="5928CD04" w14:textId="77777777" w:rsidR="000A70C8" w:rsidRDefault="00000000">
      <w:pPr>
        <w:spacing w:after="40"/>
        <w:ind w:left="227"/>
      </w:pPr>
      <w:r>
        <w:t>- Thông tin từ khách hàng: Tổng tháng 7 nhà máy chạy 55 cont. Sơn bên mình chạy 31,5 cont. Sơn Akzonobel chạy 15 cont (khách hàng Living 8,5 cont; khách hàng Bảo Anh 6,5 cont). Sơn MTH chạy 8 cont (khách hàng chị Uyên 5 cont; khách hàng mới 085 chạy 3 cont).</w:t>
      </w:r>
    </w:p>
    <w:p w14:paraId="0D4E0732" w14:textId="77777777" w:rsidR="000A70C8" w:rsidRDefault="00000000">
      <w:pPr>
        <w:spacing w:after="40"/>
        <w:ind w:left="227"/>
      </w:pPr>
      <w:r>
        <w:t>- Kế hoạch tháng 8: Dự kiến chạy khoảng 55–57 cont; sơn bên mình khoảng 45–47 cont; sơn Akzonobel và MTH khoảng 10 cont.</w:t>
      </w:r>
    </w:p>
    <w:p w14:paraId="0576BC7E" w14:textId="77777777" w:rsidR="000A70C8" w:rsidRDefault="00000000">
      <w:pPr>
        <w:spacing w:after="40"/>
        <w:ind w:left="227"/>
      </w:pPr>
      <w:r>
        <w:t>- Anh Giang (QL kho sơn nhà máy) thông tin: Lót PU của sơn MTH cao hơn bên mình 18.000 đồng/kg; lót NC và bóng cao hơn 20.000 đồng.</w:t>
      </w:r>
    </w:p>
    <w:p w14:paraId="3729F182" w14:textId="77777777" w:rsidR="000A70C8" w:rsidRDefault="00000000">
      <w:pPr>
        <w:spacing w:after="40"/>
        <w:ind w:left="227"/>
      </w:pPr>
      <w:r>
        <w:t>- Tiến độ hàng mẫu: Copy màu HP 605: 2 thẻ trên veneer đỏ, khách hàng Cotswold. Màu HP 269, 270: copy mỗi màu 20 thẻ trên ván MDF dán veneer, khách hàng Bảo Anh. Mẫu sản phẩm màu tự nhiên: làm 1 tủ. Mẫu copy HP 621: KT Hoàng làm lần 2, 14 thẻ lên đến bước glaze 2 nhưng xem cước không được; đã ra ván mới, anh Sáng chỉ đạo ép cước lại, KT Hoàng đang làm lại. Sơn MTH đang làm bộ mẫu sản phẩm màu HP 653 (khách hàng Modus): 1 tủ 2 bàn. Sơn Akzonobel đang làm 2 sản phẩm giường 1 tủ, khách hàng BenH.</w:t>
      </w:r>
    </w:p>
    <w:p w14:paraId="5F22E9DB" w14:textId="77777777" w:rsidR="000A70C8" w:rsidRDefault="00000000">
      <w:pPr>
        <w:spacing w:before="40" w:after="80"/>
      </w:pPr>
      <w:r>
        <w:rPr>
          <w:b/>
        </w:rPr>
        <w:t>2. CÁC VẤN ĐỀ PHÁT SINH &amp; KẾT QUẢ XỬ LÝ TẠI HIỆN TRƯỜNG</w:t>
      </w:r>
    </w:p>
    <w:p w14:paraId="59726A66" w14:textId="77777777" w:rsidR="000A70C8" w:rsidRDefault="00000000">
      <w:pPr>
        <w:spacing w:after="40"/>
        <w:ind w:left="227"/>
      </w:pPr>
      <w:r>
        <w:t>- Sự cố/khó khăn phát sinh:</w:t>
      </w:r>
    </w:p>
    <w:p w14:paraId="15689DDA" w14:textId="77777777" w:rsidR="000A70C8" w:rsidRDefault="00000000">
      <w:pPr>
        <w:spacing w:after="40"/>
        <w:ind w:left="227"/>
      </w:pPr>
      <w:r>
        <w:t xml:space="preserve">  + Đăng Long: Sơn Syncoat trong tuần chạy màu DLO 28 bị sự cố tróc sơn. Ban giám đốc Syncoat xuống nhà máy làm việc với công ty; sản phẩm không xử lý lại mà vẫn đóng gói xuất cont.</w:t>
      </w:r>
    </w:p>
    <w:p w14:paraId="697C8305" w14:textId="77777777" w:rsidR="000A70C8" w:rsidRDefault="00000000">
      <w:pPr>
        <w:spacing w:after="40"/>
        <w:ind w:left="227"/>
      </w:pPr>
      <w:r>
        <w:lastRenderedPageBreak/>
        <w:t xml:space="preserve">  + Hạnh Phúc: Nhà máy phản hồi màu HP 311 đang chạy vượt định mức giá thành phẩm — hiện trên 40.000 đồng/m2, trong khi định mức của họ chỉ hơn 30.000 đồng/m2. KT hỏi anh Cường định mức lấy từ khi nào nhưng anh Cường không cho biết.</w:t>
      </w:r>
    </w:p>
    <w:p w14:paraId="68BB33F3" w14:textId="77777777" w:rsidR="000A70C8" w:rsidRDefault="00000000">
      <w:pPr>
        <w:spacing w:after="40"/>
        <w:ind w:left="227"/>
      </w:pPr>
      <w:r>
        <w:t>- Kết quả phối hợp xử lý:</w:t>
      </w:r>
    </w:p>
    <w:p w14:paraId="70C4E903" w14:textId="77777777" w:rsidR="000A70C8" w:rsidRDefault="00000000">
      <w:pPr>
        <w:spacing w:after="40"/>
        <w:ind w:left="227"/>
      </w:pPr>
      <w:r>
        <w:t xml:space="preserve">  + Hạnh Phúc — thử lót PU TBS 25 trắng: Trong tuần KT cùng KT Trung thử lót PU TBS 25 trắng trên 2 quy trình: (QT1) Lót PU TBS 25 trắng phần gỗ; Lót PU TBS 25 trắng MDF + phần gỗ; sơn màu NC họ 603; (QT2) Lót PU TBS 25 trắng phần gỗ; Lót PU TBS 25 trắng MDF + phần gỗ; lót màu NC trắng 2407; sơn màu NC. So sánh thực tế với quy trình màu HP 603 đang dùng lót PU trắng 0601, KT đánh giá lót PU TBS 25 trắng có độ phủ tốt hơn. Đã cho anh Cường (KT trưởng nhà máy) xem đánh giá — anh yêu cầu đưa sơn qua nhà máy chạy thử sản phẩm trên chuyền, lấy định mức đánh giá chất lượng. Đang làm lại quy trình gửi báo giá trên m2 để nhà máy so sánh với MTH.</w:t>
      </w:r>
    </w:p>
    <w:p w14:paraId="4D2BFBF8" w14:textId="77777777" w:rsidR="000A70C8" w:rsidRDefault="00000000">
      <w:pPr>
        <w:spacing w:after="40"/>
        <w:ind w:left="227"/>
      </w:pPr>
      <w:r>
        <w:t xml:space="preserve">  + Hạnh Phúc — vượt định mức HP 311: KT thống nhất với anh Cường và KT Trung: lô hàng sắp tới sẽ lấy 5 sản phẩm sơn thực hiện theo quy trình giống như trên chuyền, lấy định mức lại và đánh giá chất lượng cho rõ ràng. Anh Cường đồng ý cho người cùng KT phối hợp làm.</w:t>
      </w:r>
    </w:p>
    <w:p w14:paraId="2B6E37E1" w14:textId="77777777" w:rsidR="000A70C8" w:rsidRDefault="00000000">
      <w:pPr>
        <w:spacing w:after="40"/>
        <w:ind w:left="227"/>
      </w:pPr>
      <w:r>
        <w:t xml:space="preserve">  + Hạnh Phúc — thống nhất ghi quy trình: KT bàn với anh Cường từ nay về sau, trong quy trình những bước phụ (ngăn dầu, sửa gỗ, MDF cán UV) chỉ gạch đầu dòng ghi chú, chỉ bước chính mới ghi số thứ tự. Anh Cường đồng ý — vì sơn MTH không ghi các bước phụ này, nên nếu bên mình ghi số thứ tự ở bước phụ, ban giám đốc nhà máy (không chuyên sâu kỹ thuật) sẽ đánh giá quy trình bên mình dài hơn, gây thiệt thòi.</w:t>
      </w:r>
    </w:p>
    <w:p w14:paraId="3E6283F6" w14:textId="77777777" w:rsidR="000A70C8" w:rsidRDefault="00000000">
      <w:pPr>
        <w:spacing w:after="40"/>
        <w:ind w:left="227"/>
      </w:pPr>
      <w:r>
        <w:t xml:space="preserve">  + Hạnh Phúc — cạnh tranh mẫu MTH: KT nhận thông tin sơn MTH copy 3 màu HP 602, 603, 604 (khách hàng Cotswold); nhà máy dự kiến cho MTH chạy thử mỗi màu 5 sản phẩm lấy định mức, đánh giá chất lượng.</w:t>
      </w:r>
    </w:p>
    <w:p w14:paraId="646D4A4F" w14:textId="77777777" w:rsidR="000A70C8" w:rsidRDefault="00000000">
      <w:pPr>
        <w:spacing w:after="40"/>
        <w:ind w:left="227"/>
      </w:pPr>
      <w:r>
        <w:t>- Tình trạng hiện tại:</w:t>
      </w:r>
    </w:p>
    <w:p w14:paraId="4FC89FA6" w14:textId="77777777" w:rsidR="000A70C8" w:rsidRDefault="00000000">
      <w:pPr>
        <w:spacing w:after="40"/>
        <w:ind w:left="227"/>
      </w:pPr>
      <w:r>
        <w:t xml:space="preserve">  + Đăng Long: Sản xuất ổn định, sơn bên mình chiếm ưu thế (11/12 cont trong tuần; 31/55 cont tháng 7). Màu mới DLO 10K, DLO 34H đã chạy chuyền đạt; đang chờ nhà máy so sánh giá thành với Syncoat/Tân Hồng Phát.</w:t>
      </w:r>
    </w:p>
    <w:p w14:paraId="5EA1932C" w14:textId="77777777" w:rsidR="000A70C8" w:rsidRDefault="00000000">
      <w:pPr>
        <w:spacing w:after="40"/>
        <w:ind w:left="227"/>
      </w:pPr>
      <w:r>
        <w:t xml:space="preserve">  + Hạnh Phúc: Sản xuất ổn định, sơn bên mình chiếm thị phần lớn nhất (31,5/55 cont tháng 7). Tháng 8 dự kiến tăng mạnh (45–47 cont). Đang trong quá trình thử lót PU TBS 25 trắng, chờ nhà máy chạy thử trên chuyền.</w:t>
      </w:r>
    </w:p>
    <w:p w14:paraId="7797E017" w14:textId="77777777" w:rsidR="000A70C8" w:rsidRDefault="00000000">
      <w:pPr>
        <w:spacing w:before="40" w:after="80"/>
      </w:pPr>
      <w:r>
        <w:rPr>
          <w:b/>
        </w:rPr>
        <w:t>3. ĐÁNH GIÁ KHÁCH QUAN</w:t>
      </w:r>
    </w:p>
    <w:p w14:paraId="187CBBC8" w14:textId="77777777" w:rsidR="000A70C8" w:rsidRDefault="00000000">
      <w:pPr>
        <w:spacing w:after="40"/>
        <w:ind w:left="227"/>
      </w:pPr>
      <w:r>
        <w:t>- Đăng Long: Nhà máy hoạt động ổn định, màu sắc chất lượng ra chuyền đạt. Mức cạnh tranh từ 20–45% (Tân Hồng Phát + Syncoat) nhưng sơn bên mình đang dẫn đầu thị phần. Cơ hội: màu DLO 34H và màu đen DLO 03 đang mở rộng, chờ nhà máy chốt giá so sánh.</w:t>
      </w:r>
    </w:p>
    <w:p w14:paraId="043CB104" w14:textId="77777777" w:rsidR="000A70C8" w:rsidRDefault="00000000">
      <w:pPr>
        <w:spacing w:after="40"/>
        <w:ind w:left="227"/>
      </w:pPr>
      <w:r>
        <w:t>- Hạnh Phúc: Nhà máy hoạt động ổn định, cạnh tranh nhẹ (dưới 20%). Sơn bên mình chiếm ưu thế rõ (31,5/55 cont tháng 7; dự kiến 45–47 cont tháng 8). Giá thành sơn bên mình thấp hơn MTH (lót PU thấp hơn 18.000 đ/kg, lót NC + bóng thấp hơn 20.000 đ/kg) — lợi thế cạnh tranh tốt cần khai thác. Mẫu mã đang được phát triển tích cực cho Cotswold, Bảo Anh; cần theo dõi sát mẫu HP 621 (cước chưa đạt) và động thái copy mẫu của MTH (HP 602/603/604).</w:t>
      </w:r>
    </w:p>
    <w:p w14:paraId="275F9343" w14:textId="77777777" w:rsidR="000A70C8" w:rsidRDefault="00000000">
      <w:pPr>
        <w:spacing w:before="40" w:after="80"/>
      </w:pPr>
      <w:r>
        <w:rPr>
          <w:b/>
        </w:rPr>
        <w:t>4. ĐỀ XUẤT &amp; KIẾN NGHỊ</w:t>
      </w:r>
    </w:p>
    <w:p w14:paraId="18A13CA5" w14:textId="77777777" w:rsidR="000A70C8" w:rsidRDefault="00000000">
      <w:pPr>
        <w:spacing w:after="40"/>
        <w:ind w:left="227"/>
      </w:pPr>
      <w:r>
        <w:lastRenderedPageBreak/>
        <w:t>1. Đăng Long: Đề xuất vật tư sơn chạy thử 10–20 sản phẩm màu đen DLO 03 để lấy định mức tiêu hao so sánh với Syncoat — nhà máy đã đồng ý, cần KT Chinh xuất vật tư đầu tuần tới.</w:t>
      </w:r>
    </w:p>
    <w:p w14:paraId="7CA04E78" w14:textId="77777777" w:rsidR="000A70C8" w:rsidRDefault="00000000">
      <w:pPr>
        <w:spacing w:after="40"/>
        <w:ind w:left="227"/>
      </w:pPr>
      <w:r>
        <w:t>2. Đăng Long: Ưu tiên chốt giá màu DLO 34H và DLO 10K với nhà máy (đã chạy đạt trên chuyền) để giữ đơn hàng trước Tân Hồng Phát và Syncoat.</w:t>
      </w:r>
    </w:p>
    <w:p w14:paraId="2CEF4B34" w14:textId="77777777" w:rsidR="000A70C8" w:rsidRDefault="00000000">
      <w:pPr>
        <w:spacing w:after="40"/>
        <w:ind w:left="227"/>
      </w:pPr>
      <w:r>
        <w:t>3. Hạnh Phúc: Đưa lót PU TBS 25 trắng qua nhà máy chạy thử trên chuyền, lấy định mức và báo giá m2 để so sánh với MTH (đã được anh Cường đồng ý).</w:t>
      </w:r>
    </w:p>
    <w:p w14:paraId="7324DC3C" w14:textId="77777777" w:rsidR="000A70C8" w:rsidRDefault="00000000">
      <w:pPr>
        <w:spacing w:after="40"/>
        <w:ind w:left="227"/>
      </w:pPr>
      <w:r>
        <w:t>4. Hạnh Phúc: Xem xét copy 2 màu trắng của MTH đang chạy và giới thiệu PU trắng mới độ phủ cao để giảm tiêu hao cho nhà máy (theo thỏa thuận trước đó với anh Cường).</w:t>
      </w:r>
    </w:p>
    <w:p w14:paraId="6821DB89" w14:textId="77777777" w:rsidR="000A70C8" w:rsidRDefault="00000000">
      <w:pPr>
        <w:spacing w:after="40"/>
        <w:ind w:left="227"/>
      </w:pPr>
      <w:r>
        <w:t>5. Hạnh Phúc: Theo dõi sát mẫu HP 621 (ép cước lại) và mẫu Cotswold/Bảo Anh; đồng thời chuẩn bị phương án đối phó khi MTH chạy thử 3 màu HP 602/603/604.</w:t>
      </w:r>
    </w:p>
    <w:p w14:paraId="75F00CC7" w14:textId="77777777" w:rsidR="000A70C8" w:rsidRDefault="00000000">
      <w:pPr>
        <w:spacing w:after="40"/>
        <w:ind w:left="227"/>
      </w:pPr>
      <w:r>
        <w:t>6. Thống nhất áp dụng cách ghi quy trình mới (chỉ ghi số thứ tự bước chính, bước phụ ghi chú) cho tất cả quy trình gửi nhà máy.</w:t>
      </w:r>
    </w:p>
    <w:p w14:paraId="152731B8" w14:textId="77777777" w:rsidR="000A70C8" w:rsidRDefault="00000000">
      <w:pPr>
        <w:spacing w:before="40" w:after="80"/>
      </w:pPr>
      <w:r>
        <w:rPr>
          <w:b/>
        </w:rPr>
        <w:t>BÁO CÁO 2: BẢN BÁO CÁO CÔNG TÁC TẠI CÔNG TY KIM PHONG &amp; KIM HUY</w:t>
      </w:r>
    </w:p>
    <w:p w14:paraId="1BAB2A66" w14:textId="77777777" w:rsidR="000A70C8" w:rsidRDefault="00000000">
      <w:pPr>
        <w:spacing w:before="40" w:after="120"/>
      </w:pPr>
      <w:r>
        <w:rPr>
          <w:i/>
        </w:rPr>
        <w:t>Phái viên báo cáo: Nguyễn Đức Thăng | Ngày viết: 01/08/2026 (Từ 27/06/2026 đến 01/08/2026)</w:t>
      </w:r>
    </w:p>
    <w:p w14:paraId="10865AA2" w14:textId="77777777" w:rsidR="000A70C8" w:rsidRDefault="00000000">
      <w:pPr>
        <w:spacing w:before="40" w:after="80"/>
      </w:pPr>
      <w:r>
        <w:rPr>
          <w:b/>
        </w:rPr>
        <w:t>I. TÌNH HÌNH SẢN XUẤT VÀ TIẾN ĐỘ MẪU</w:t>
      </w:r>
    </w:p>
    <w:p w14:paraId="0D4FA896" w14:textId="77777777" w:rsidR="000A70C8" w:rsidRDefault="00000000">
      <w:pPr>
        <w:spacing w:before="40" w:after="80"/>
      </w:pPr>
      <w:r>
        <w:rPr>
          <w:b/>
        </w:rPr>
        <w:t>1. KIM HUY:</w:t>
      </w:r>
    </w:p>
    <w:p w14:paraId="44032AA7" w14:textId="77777777" w:rsidR="000A70C8" w:rsidRDefault="00000000">
      <w:pPr>
        <w:spacing w:after="40"/>
        <w:ind w:left="227"/>
      </w:pPr>
      <w:r>
        <w:t>- Số lượng nhà máy sản xuất được: 8 Cont</w:t>
      </w:r>
    </w:p>
    <w:p w14:paraId="4888304B" w14:textId="77777777" w:rsidR="000A70C8" w:rsidRDefault="00000000">
      <w:pPr>
        <w:spacing w:after="40"/>
        <w:ind w:left="227"/>
      </w:pPr>
      <w:r>
        <w:t>- Số lượng màu sản xuất: 3 Màu (KH Cherry, KH 3900, KH 3600)</w:t>
      </w:r>
    </w:p>
    <w:p w14:paraId="2BB18F1B" w14:textId="77777777" w:rsidR="000A70C8" w:rsidRDefault="00000000">
      <w:pPr>
        <w:spacing w:after="40"/>
        <w:ind w:left="227"/>
      </w:pPr>
      <w:r>
        <w:t>- Khách hàng: CKM</w:t>
      </w:r>
    </w:p>
    <w:p w14:paraId="55CBBAD3" w14:textId="77777777" w:rsidR="000A70C8" w:rsidRDefault="00000000">
      <w:pPr>
        <w:spacing w:after="40"/>
        <w:ind w:left="227"/>
      </w:pPr>
      <w:r>
        <w:t>- Kế hoạch sản xuất tuần tới: Dự kiến 8 Cont, gồm 2 màu KH Cherry, KH 3900 cho khách hàng CKM.</w:t>
      </w:r>
    </w:p>
    <w:p w14:paraId="03CB1D74" w14:textId="77777777" w:rsidR="000A70C8" w:rsidRDefault="00000000">
      <w:pPr>
        <w:spacing w:after="40"/>
        <w:ind w:left="227"/>
      </w:pPr>
      <w:r>
        <w:t>- Số lượng mẫu: Không có</w:t>
      </w:r>
    </w:p>
    <w:p w14:paraId="223594BA" w14:textId="77777777" w:rsidR="000A70C8" w:rsidRDefault="00000000">
      <w:pPr>
        <w:spacing w:before="40" w:after="80"/>
      </w:pPr>
      <w:r>
        <w:rPr>
          <w:b/>
        </w:rPr>
        <w:t>2. KIM PHONG:</w:t>
      </w:r>
    </w:p>
    <w:p w14:paraId="7C977623" w14:textId="77777777" w:rsidR="000A70C8" w:rsidRDefault="00000000">
      <w:pPr>
        <w:spacing w:after="40"/>
        <w:ind w:left="227"/>
      </w:pPr>
      <w:r>
        <w:t>- Số lượng nhà máy sản xuất được: 23 Cont</w:t>
      </w:r>
    </w:p>
    <w:p w14:paraId="599C235C" w14:textId="77777777" w:rsidR="000A70C8" w:rsidRDefault="00000000">
      <w:pPr>
        <w:spacing w:after="40"/>
        <w:ind w:left="227"/>
      </w:pPr>
      <w:r>
        <w:t>- Số lượng màu SX: 6 Màu</w:t>
      </w:r>
    </w:p>
    <w:p w14:paraId="560569FF" w14:textId="77777777" w:rsidR="000A70C8" w:rsidRDefault="00000000">
      <w:pPr>
        <w:spacing w:after="40"/>
        <w:ind w:left="227"/>
      </w:pPr>
      <w:r>
        <w:t>- Khách hàng: FD, THD</w:t>
      </w:r>
    </w:p>
    <w:p w14:paraId="28C032DB" w14:textId="77777777" w:rsidR="000A70C8" w:rsidRDefault="00000000">
      <w:pPr>
        <w:spacing w:after="40"/>
        <w:ind w:left="227"/>
      </w:pPr>
      <w:r>
        <w:t>- Kế hoạch sản xuất tuần tới: Dự kiến 18 Cont, gồm 5 màu cho khách hàng FD, THD.</w:t>
      </w:r>
    </w:p>
    <w:p w14:paraId="706BBF84" w14:textId="77777777" w:rsidR="000A70C8" w:rsidRDefault="00000000">
      <w:pPr>
        <w:spacing w:after="40"/>
        <w:ind w:left="227"/>
      </w:pPr>
      <w:r>
        <w:t>- Tiến độ mẫu:</w:t>
      </w:r>
    </w:p>
    <w:p w14:paraId="709F217D" w14:textId="77777777" w:rsidR="000A70C8" w:rsidRDefault="00000000">
      <w:pPr>
        <w:spacing w:after="40"/>
        <w:ind w:left="227"/>
      </w:pPr>
      <w:r>
        <w:t xml:space="preserve">  + Màu KP 23085 b/c, KP 22182 b/k (Khách hàng LOW): Làm 3 SP tủ đi test chất lượng sơn, test kết cấu, test bao bì. Chuẩn bị có đơn hàng. Nhân viên làm mẫu: Như Quyền, Kim Giang (Đã làm xong).</w:t>
      </w:r>
    </w:p>
    <w:p w14:paraId="23D4A00A" w14:textId="77777777" w:rsidR="000A70C8" w:rsidRDefault="00000000">
      <w:pPr>
        <w:spacing w:after="40"/>
        <w:ind w:left="227"/>
      </w:pPr>
      <w:r>
        <w:t xml:space="preserve">  + Màu KP 23016 NY, KP 22090 WT(D): Nhận mẫu NV Như Quyền (Đã làm xong).</w:t>
      </w:r>
    </w:p>
    <w:p w14:paraId="2F0C5B34" w14:textId="77777777" w:rsidR="000A70C8" w:rsidRDefault="00000000">
      <w:pPr>
        <w:spacing w:after="40"/>
        <w:ind w:left="227"/>
      </w:pPr>
      <w:r>
        <w:t xml:space="preserve">  + Hàng công trình: Nhân viên Kim Giang.</w:t>
      </w:r>
    </w:p>
    <w:p w14:paraId="08139CE1" w14:textId="77777777" w:rsidR="000A70C8" w:rsidRDefault="00000000">
      <w:pPr>
        <w:spacing w:after="40"/>
        <w:ind w:left="227"/>
      </w:pPr>
      <w:r>
        <w:t>- Kế hoạch mẫu (03/08 - 08/08):</w:t>
      </w:r>
    </w:p>
    <w:p w14:paraId="7376260C" w14:textId="77777777" w:rsidR="000A70C8" w:rsidRDefault="00000000">
      <w:pPr>
        <w:spacing w:after="40"/>
        <w:ind w:left="227"/>
      </w:pPr>
      <w:r>
        <w:t xml:space="preserve">  + Mẫu mới: KP 25031 OAK (Khách hàng LOW), số lượng: 7 SP tủ + 10 thẻ đi test chất lượng sơn, test kết cấu, bao bì (Mẫu có đơn hàng). Nhân viên làm mẫu: Như Quyền, Kim Giang.</w:t>
      </w:r>
    </w:p>
    <w:p w14:paraId="169E910C" w14:textId="77777777" w:rsidR="000A70C8" w:rsidRDefault="00000000">
      <w:pPr>
        <w:spacing w:after="40"/>
        <w:ind w:left="227"/>
      </w:pPr>
      <w:r>
        <w:t xml:space="preserve">  + Hàng công trình: Như Quyền, Kim Giang.</w:t>
      </w:r>
    </w:p>
    <w:p w14:paraId="6843DE93" w14:textId="77777777" w:rsidR="00C13D87" w:rsidRDefault="00C13D87">
      <w:pPr>
        <w:spacing w:before="40" w:after="80"/>
        <w:rPr>
          <w:b/>
        </w:rPr>
      </w:pPr>
    </w:p>
    <w:p w14:paraId="5C2F4868" w14:textId="16C39550" w:rsidR="000A70C8" w:rsidRDefault="00000000">
      <w:pPr>
        <w:spacing w:before="40" w:after="80"/>
      </w:pPr>
      <w:r>
        <w:rPr>
          <w:b/>
        </w:rPr>
        <w:lastRenderedPageBreak/>
        <w:t>II. CÁC VẤN ĐỀ PHÁT SINH VÀ KẾT QUẢ XỬ LÝ</w:t>
      </w:r>
    </w:p>
    <w:p w14:paraId="1CF9AFD3" w14:textId="77777777" w:rsidR="000A70C8" w:rsidRDefault="00000000">
      <w:pPr>
        <w:spacing w:before="40" w:after="80"/>
      </w:pPr>
      <w:r>
        <w:rPr>
          <w:b/>
        </w:rPr>
        <w:t>1. KIM HUY:</w:t>
      </w:r>
    </w:p>
    <w:p w14:paraId="31DAF6AA" w14:textId="77777777" w:rsidR="000A70C8" w:rsidRDefault="00000000">
      <w:pPr>
        <w:spacing w:after="40"/>
        <w:ind w:left="227"/>
      </w:pPr>
      <w:r>
        <w:t>- Màu Cherry FOA: Độ bám yếu.</w:t>
      </w:r>
    </w:p>
    <w:p w14:paraId="38359666" w14:textId="717F3998" w:rsidR="000A70C8" w:rsidRDefault="00000000">
      <w:pPr>
        <w:spacing w:after="40"/>
        <w:ind w:left="227"/>
      </w:pPr>
      <w:r>
        <w:t xml:space="preserve">  + Hướng xử lý tạm thời: Chỉnh 15% Lót NC KH, 2% Hỗn hợp phụ gia </w:t>
      </w:r>
      <w:r w:rsidR="00C13D87">
        <w:t>08/22</w:t>
      </w:r>
      <w:r>
        <w:t xml:space="preserve"> vào hỗn hợp Stain II KH Cherry.</w:t>
      </w:r>
    </w:p>
    <w:p w14:paraId="7AD79B32" w14:textId="77777777" w:rsidR="000A70C8" w:rsidRDefault="00000000">
      <w:pPr>
        <w:spacing w:after="40"/>
        <w:ind w:left="227"/>
      </w:pPr>
      <w:r>
        <w:t xml:space="preserve">  + Kết quả xử lý: Đạt.</w:t>
      </w:r>
    </w:p>
    <w:p w14:paraId="3C69CCB1" w14:textId="77777777" w:rsidR="000A70C8" w:rsidRDefault="00000000">
      <w:pPr>
        <w:spacing w:after="40"/>
        <w:ind w:left="227"/>
      </w:pPr>
      <w:r>
        <w:t>- Màu KH-3900: Bị hiện tượng bị sọc bóng.</w:t>
      </w:r>
    </w:p>
    <w:p w14:paraId="41DE8222" w14:textId="77777777" w:rsidR="000A70C8" w:rsidRDefault="00000000">
      <w:pPr>
        <w:spacing w:after="40"/>
        <w:ind w:left="227"/>
      </w:pPr>
      <w:r>
        <w:t xml:space="preserve">  + Hướng xử lý tạm thời: Tăng Lót NC KH (12") lên 16".</w:t>
      </w:r>
    </w:p>
    <w:p w14:paraId="10333868" w14:textId="77777777" w:rsidR="000A70C8" w:rsidRDefault="00000000">
      <w:pPr>
        <w:spacing w:after="40"/>
        <w:ind w:left="227"/>
      </w:pPr>
      <w:r>
        <w:t xml:space="preserve">  + Kết quả xử lý: Mức độ được cải thiện được khoảng 80% (Vẫn còn hiện tượng sọc bóng).</w:t>
      </w:r>
    </w:p>
    <w:p w14:paraId="1807B065" w14:textId="77777777" w:rsidR="000A70C8" w:rsidRDefault="00000000">
      <w:pPr>
        <w:spacing w:before="40" w:after="80"/>
      </w:pPr>
      <w:r>
        <w:rPr>
          <w:b/>
        </w:rPr>
        <w:t>2. KIM PHONG:</w:t>
      </w:r>
    </w:p>
    <w:p w14:paraId="7A06D885" w14:textId="77777777" w:rsidR="000A70C8" w:rsidRDefault="00000000">
      <w:pPr>
        <w:spacing w:after="40"/>
        <w:ind w:left="227"/>
      </w:pPr>
      <w:r>
        <w:t>- Sản xuất ổn định, không có vấn đề phát sinh.</w:t>
      </w:r>
    </w:p>
    <w:p w14:paraId="73AD719B" w14:textId="77777777" w:rsidR="000A70C8" w:rsidRDefault="00000000">
      <w:pPr>
        <w:spacing w:before="40" w:after="80"/>
      </w:pPr>
      <w:r>
        <w:rPr>
          <w:b/>
        </w:rPr>
        <w:t>III. ĐÁNH GIÁ CỦA KHÁCH QUAN</w:t>
      </w:r>
    </w:p>
    <w:p w14:paraId="5FEC3AEC" w14:textId="77777777" w:rsidR="000A70C8" w:rsidRDefault="00000000">
      <w:pPr>
        <w:spacing w:after="40"/>
        <w:ind w:left="227"/>
      </w:pPr>
      <w:r>
        <w:t>- Nhà máy KIM HUY Y/C Kiểm tra và xử lý triệt để hiện tượng sọc bóng màu KH-3900.</w:t>
      </w:r>
    </w:p>
    <w:p w14:paraId="049D5411" w14:textId="77777777" w:rsidR="000A70C8" w:rsidRDefault="00000000">
      <w:pPr>
        <w:spacing w:before="40" w:after="80"/>
      </w:pPr>
      <w:r>
        <w:rPr>
          <w:b/>
        </w:rPr>
        <w:t>IV. ĐỀ XUẤT - KIẾN NGHỊ</w:t>
      </w:r>
    </w:p>
    <w:p w14:paraId="22AECBF8" w14:textId="77777777" w:rsidR="000A70C8" w:rsidRDefault="00000000">
      <w:pPr>
        <w:spacing w:after="40"/>
        <w:ind w:left="227"/>
      </w:pPr>
      <w:r>
        <w:t>- Những vấn đề phát sinh sự cố tại Cty KIM HUY, Kỹ thuật đã báo cáo BGĐ, LĐ PKT. BGĐ đã chỉ đạo QC qua kiểm tra, hỗ trợ tìm nguyên nhân (Đã kiểm tra tuần qua).</w:t>
      </w:r>
    </w:p>
    <w:p w14:paraId="26D3C0FD" w14:textId="77777777" w:rsidR="000A70C8" w:rsidRDefault="00000000">
      <w:pPr>
        <w:spacing w:before="40" w:after="80"/>
      </w:pPr>
      <w:r>
        <w:rPr>
          <w:b/>
        </w:rPr>
        <w:t>BÁO CÁO 3: BẢN BÁO CÁO CÔNG TÁC TẠI NHÓM HỐ NAI (HỐ NAI I &amp; HỐ NAI II)</w:t>
      </w:r>
    </w:p>
    <w:p w14:paraId="249F5FDC" w14:textId="77777777" w:rsidR="000A70C8" w:rsidRDefault="00000000">
      <w:pPr>
        <w:spacing w:before="40" w:after="120"/>
      </w:pPr>
      <w:r>
        <w:rPr>
          <w:i/>
        </w:rPr>
        <w:t>Phái viên báo cáo: Bùi Đức Nam | Ngày viết: 01/08/2026</w:t>
      </w:r>
    </w:p>
    <w:p w14:paraId="112D4C5F" w14:textId="77777777" w:rsidR="000A70C8" w:rsidRDefault="00000000">
      <w:pPr>
        <w:spacing w:before="40" w:after="80"/>
      </w:pPr>
      <w:r>
        <w:rPr>
          <w:b/>
        </w:rPr>
        <w:t>1. CÔNG TY HỐ NAI (HỐ NAI I)</w:t>
      </w:r>
    </w:p>
    <w:p w14:paraId="11D79D00" w14:textId="77777777" w:rsidR="000A70C8" w:rsidRDefault="00000000">
      <w:pPr>
        <w:spacing w:after="40"/>
        <w:ind w:left="227"/>
      </w:pPr>
      <w:r>
        <w:t>- Trong tuần Công ty sản xuất 14 Cont cho 3 Khách hàng: Riverside, Nocnoc, Elyse. Tình hình sản xuất ổn định.</w:t>
      </w:r>
    </w:p>
    <w:p w14:paraId="17AEBD3A" w14:textId="2F73B739" w:rsidR="000A70C8" w:rsidRDefault="00000000">
      <w:pPr>
        <w:spacing w:after="40"/>
        <w:ind w:left="227"/>
      </w:pPr>
      <w:r>
        <w:t xml:space="preserve">- Cạnh tranh: Công ty Sơn </w:t>
      </w:r>
      <w:r w:rsidR="00192A71">
        <w:t>sherwin</w:t>
      </w:r>
      <w:r>
        <w:t xml:space="preserve"> sản xuất 6 Cont cho Khách hàng Modus, F</w:t>
      </w:r>
      <w:r w:rsidR="00192A71">
        <w:t>ourhands</w:t>
      </w:r>
      <w:r>
        <w:t>.</w:t>
      </w:r>
    </w:p>
    <w:p w14:paraId="259E24B3" w14:textId="7FD1173A" w:rsidR="000A70C8" w:rsidRDefault="00000000">
      <w:pPr>
        <w:spacing w:after="40"/>
        <w:ind w:left="227"/>
      </w:pPr>
      <w:r>
        <w:t>- Mẫu trong tuần: Nhận 2 Mẫu Mới (1 Mẫu Khách hàng Riv</w:t>
      </w:r>
      <w:r w:rsidR="00192A71">
        <w:t>erside</w:t>
      </w:r>
      <w:r>
        <w:t>, 1 Mẫu của Modus đã làm xong 2 Thẻ). Mẫu Modus Khách đã coi và gửi về Modus chờ Duyệt lên sản phẩm.</w:t>
      </w:r>
    </w:p>
    <w:p w14:paraId="3EF2BD92" w14:textId="77777777" w:rsidR="000A70C8" w:rsidRDefault="00000000">
      <w:pPr>
        <w:spacing w:after="40"/>
        <w:ind w:left="227"/>
      </w:pPr>
      <w:r>
        <w:t>- Trong tuần nhận 3 Mẫu: AQ 894, AQ 1184 đã làm xong chờ Khách coi. Tính khó khăn về Mẫu AQ 1050: Vừa qua nhận 16 Tấm ĐC, Khách hàng Modus coi đã gửi về 14 Tấm. Nhưng Kỹ thuật xác nhận 2 Tấm để sản xuất cho lô hàng tới. Đang chờ phản hồi để nhận lại.</w:t>
      </w:r>
    </w:p>
    <w:p w14:paraId="015F5C04" w14:textId="4FDC907C" w:rsidR="000A70C8" w:rsidRDefault="00000000">
      <w:pPr>
        <w:spacing w:after="40"/>
        <w:ind w:left="227"/>
      </w:pPr>
      <w:r>
        <w:t>- Kế hoạch tuần tới: Chạy 18 Cont (Rive</w:t>
      </w:r>
      <w:r w:rsidR="00192A71">
        <w:t>r</w:t>
      </w:r>
      <w:r>
        <w:t>si</w:t>
      </w:r>
      <w:r w:rsidR="00192A71">
        <w:t>de</w:t>
      </w:r>
      <w:r>
        <w:t>, Noc</w:t>
      </w:r>
      <w:r w:rsidR="00192A71">
        <w:t>r</w:t>
      </w:r>
      <w:r>
        <w:t>oc, Elyse).</w:t>
      </w:r>
    </w:p>
    <w:p w14:paraId="4259ADFD" w14:textId="77777777" w:rsidR="000A70C8" w:rsidRDefault="00000000">
      <w:pPr>
        <w:spacing w:before="40" w:after="80"/>
      </w:pPr>
      <w:r>
        <w:rPr>
          <w:b/>
        </w:rPr>
        <w:t>2. CÔNG TY HỐ NAI II</w:t>
      </w:r>
    </w:p>
    <w:p w14:paraId="0574A705" w14:textId="110EAF31" w:rsidR="000A70C8" w:rsidRDefault="00000000">
      <w:pPr>
        <w:spacing w:after="40"/>
        <w:ind w:left="227"/>
      </w:pPr>
      <w:r>
        <w:t>- Trong tuần Công ty sản xuất được 9 Cont Sơn Bình Thạnh. Sơn S</w:t>
      </w:r>
      <w:r w:rsidR="00192A71">
        <w:t>herwin</w:t>
      </w:r>
      <w:r>
        <w:t xml:space="preserve"> sản xuất 1 Cont.</w:t>
      </w:r>
    </w:p>
    <w:p w14:paraId="67381D2B" w14:textId="77777777" w:rsidR="000A70C8" w:rsidRDefault="00000000">
      <w:pPr>
        <w:spacing w:after="40"/>
        <w:ind w:left="227"/>
      </w:pPr>
      <w:r>
        <w:t>- Sản xuất các Mẫu ổn định. Riêng Mẫu HN 51 sản xuất 30 Tủ, sản xuất ra gặp vấn đề chà lại bị nát, thâm. Khách hàng không chấp nhận.</w:t>
      </w:r>
    </w:p>
    <w:p w14:paraId="6EC3D6DB" w14:textId="77777777" w:rsidR="000A70C8" w:rsidRDefault="00000000">
      <w:pPr>
        <w:spacing w:after="40"/>
        <w:ind w:left="227"/>
      </w:pPr>
      <w:r>
        <w:t>- Hướng xử lý: Nam cùng với Đạt đưa ra Hướng xử lý thử 2 Tủ Khách hàng OK, đang tiến hành xử lý để kịp tiến độ cho Nhà máy. Đồng thời Nam đã thống nhất với Đạt xin vấn đề Tel Nhà điều chỉnh lại cho Mẫu HN 51 sao cho phù hợp với Sản xuất.</w:t>
      </w:r>
    </w:p>
    <w:p w14:paraId="6A168066" w14:textId="77777777" w:rsidR="000A70C8" w:rsidRDefault="00000000">
      <w:pPr>
        <w:spacing w:after="40"/>
        <w:ind w:left="227"/>
      </w:pPr>
      <w:r>
        <w:t>- Mẫu trong tuần: 9 Sản phẩm cho 2 Mẫu HN 51 và AQ 1103 (Khách hàng DovETAL). Theo Kết cấu mới: HN 57, HN 56 (1 Tủ 2 Mẫu), HN 998 (2 Mẫu pt = 2 Tủ).</w:t>
      </w:r>
    </w:p>
    <w:p w14:paraId="7C48B82C" w14:textId="77777777" w:rsidR="000A70C8" w:rsidRDefault="00000000">
      <w:pPr>
        <w:spacing w:before="40" w:after="80"/>
      </w:pPr>
      <w:r>
        <w:rPr>
          <w:b/>
        </w:rPr>
        <w:lastRenderedPageBreak/>
        <w:t>BÁO CÁO 4: BÁO CÁO CÔNG TÁC TUẦN 31 — CÔNG TY TRƯỜNG THÀNH &amp; MINH DƯƠNG</w:t>
      </w:r>
    </w:p>
    <w:p w14:paraId="0CCE5823" w14:textId="77777777" w:rsidR="000A70C8" w:rsidRDefault="00000000">
      <w:pPr>
        <w:spacing w:before="40" w:after="120"/>
      </w:pPr>
      <w:r>
        <w:rPr>
          <w:i/>
        </w:rPr>
        <w:t>Phái viên phụ trách: Lê Quang Khải | Thời gian: Tuần 31 (27/07/2026 – 01/08/2026)</w:t>
      </w:r>
    </w:p>
    <w:p w14:paraId="6317FCC5" w14:textId="77777777" w:rsidR="000A70C8" w:rsidRDefault="00000000">
      <w:pPr>
        <w:spacing w:before="40" w:after="80"/>
      </w:pPr>
      <w:r>
        <w:rPr>
          <w:b/>
        </w:rPr>
        <w:t>1. TÌNH HÌNH ĐƠN HÀNG &amp; PHẢN HỒI CỦA KHÁCH HÀNG (Cty Trường Thành)</w:t>
      </w:r>
    </w:p>
    <w:p w14:paraId="2A490B67" w14:textId="77777777" w:rsidR="000A70C8" w:rsidRDefault="00000000">
      <w:pPr>
        <w:spacing w:after="40"/>
        <w:ind w:left="227"/>
      </w:pPr>
      <w:r>
        <w:t>- Sản xuất ổn định, sản xuất 2 màu mới TOV-BURL NATURAL; TOV-BURL HONEY (mỗi màu 50sp) kiểm tra Đạt.</w:t>
      </w:r>
    </w:p>
    <w:p w14:paraId="4F472F3B" w14:textId="77777777" w:rsidR="000A70C8" w:rsidRDefault="00000000">
      <w:pPr>
        <w:spacing w:after="40"/>
        <w:ind w:left="227"/>
      </w:pPr>
      <w:r>
        <w:t>- Tiến độ làm mẫu:</w:t>
      </w:r>
    </w:p>
    <w:p w14:paraId="78EBC8D7" w14:textId="77777777" w:rsidR="000A70C8" w:rsidRDefault="00000000">
      <w:pPr>
        <w:spacing w:after="40"/>
        <w:ind w:left="227"/>
      </w:pPr>
      <w:r>
        <w:t xml:space="preserve">  + Mẫu sofa: 3 màu, tiến độ (D1F nhận phôi sáng nay - thứ 2 hoàn thành); (PNB-R hôm nay xong - chờ khô kiểm tra); (PAH-02 chờ nhận phôi).</w:t>
      </w:r>
    </w:p>
    <w:p w14:paraId="0884DB37" w14:textId="77777777" w:rsidR="000A70C8" w:rsidRDefault="00000000">
      <w:pPr>
        <w:spacing w:after="40"/>
        <w:ind w:left="227"/>
      </w:pPr>
      <w:r>
        <w:t xml:space="preserve">  + Mẫu FDL: 6 mẫu phát triển Article đã hoàn thành và gửi đi.</w:t>
      </w:r>
    </w:p>
    <w:p w14:paraId="6BDA913D" w14:textId="77777777" w:rsidR="000A70C8" w:rsidRDefault="00000000">
      <w:pPr>
        <w:spacing w:after="40"/>
        <w:ind w:left="227"/>
      </w:pPr>
      <w:r>
        <w:t xml:space="preserve">  + Làm 3 bộ sản phẩm màu mới TOV (gỗ ash).</w:t>
      </w:r>
    </w:p>
    <w:p w14:paraId="3B02BD35" w14:textId="77777777" w:rsidR="000A70C8" w:rsidRDefault="00000000">
      <w:pPr>
        <w:spacing w:before="40" w:after="80"/>
      </w:pPr>
      <w:r>
        <w:rPr>
          <w:b/>
        </w:rPr>
        <w:t>2. CÁC VẤN ĐỀ PHÁT SINH VÀ KẾT QUẢ XỬ LÝ</w:t>
      </w:r>
    </w:p>
    <w:p w14:paraId="73217165" w14:textId="77777777" w:rsidR="000A70C8" w:rsidRDefault="00000000">
      <w:pPr>
        <w:spacing w:after="40"/>
        <w:ind w:left="227"/>
      </w:pPr>
      <w:r>
        <w:t>- Sự cố/khó khăn phát sinh: Trong tuần không phát sinh sự cố.</w:t>
      </w:r>
    </w:p>
    <w:p w14:paraId="6508130B" w14:textId="77777777" w:rsidR="000A70C8" w:rsidRDefault="00000000">
      <w:pPr>
        <w:spacing w:before="40" w:after="80"/>
      </w:pPr>
      <w:r>
        <w:rPr>
          <w:b/>
        </w:rPr>
        <w:t>3. ĐÁNH GIÁ KHÁCH QUAN CỦA PHÁI VIÊN</w:t>
      </w:r>
    </w:p>
    <w:p w14:paraId="01CF87CF" w14:textId="77777777" w:rsidR="000A70C8" w:rsidRDefault="00000000">
      <w:pPr>
        <w:spacing w:after="40"/>
        <w:ind w:left="227"/>
      </w:pPr>
      <w:r>
        <w:t>- Đơn hàng chung màu, nhưng chia nhiều phân xưởng sản xuất. Dẫn đến việc sẽ chênh lệch chút ít về màu sắc.</w:t>
      </w:r>
    </w:p>
    <w:p w14:paraId="1199B884" w14:textId="77777777" w:rsidR="000A70C8" w:rsidRDefault="00000000">
      <w:pPr>
        <w:spacing w:before="40" w:after="80"/>
      </w:pPr>
      <w:r>
        <w:rPr>
          <w:b/>
        </w:rPr>
        <w:t>4. ĐỀ XUẤT VÀ KIẾN NGHỊ</w:t>
      </w:r>
    </w:p>
    <w:p w14:paraId="514848CA" w14:textId="77777777" w:rsidR="000A70C8" w:rsidRDefault="00000000">
      <w:pPr>
        <w:spacing w:after="40"/>
        <w:ind w:left="227"/>
      </w:pPr>
      <w:r>
        <w:t>- Đã làm việc với phía nhà máy, mẫu công đoạn gom chung về 1 nhà máy, cho nhân lại toàn bộ. QC duyệt và triển khai phát các phân xưởng sản xuất.</w:t>
      </w:r>
    </w:p>
    <w:p w14:paraId="5D1D5E00" w14:textId="77777777" w:rsidR="000A70C8" w:rsidRDefault="00000000">
      <w:pPr>
        <w:spacing w:before="40" w:after="80"/>
      </w:pPr>
      <w:r>
        <w:rPr>
          <w:b/>
        </w:rPr>
        <w:t>BÁO CÁO 5: BẢN BÁO CÁO CÔNG TÁC TẠI CÁC CÔNG TY KHÁCH HÀNG (ĐẤT MỚI, BÍCH THẠNH, TIẾN MINH, ALC)</w:t>
      </w:r>
    </w:p>
    <w:p w14:paraId="4AAC0010" w14:textId="77777777" w:rsidR="000A70C8" w:rsidRDefault="00000000">
      <w:pPr>
        <w:spacing w:before="40" w:after="120"/>
      </w:pPr>
      <w:r>
        <w:rPr>
          <w:i/>
        </w:rPr>
        <w:t>Phái viên báo cáo: Lê Văn Hòa | Thời gian hỗ trợ: Từ 27/07/2026 đến 02/08/2026 (Ngày viết: 01/08/2026)</w:t>
      </w:r>
    </w:p>
    <w:p w14:paraId="438B4C64" w14:textId="77777777" w:rsidR="000A70C8" w:rsidRDefault="00000000">
      <w:pPr>
        <w:spacing w:before="40" w:after="80"/>
      </w:pPr>
      <w:r>
        <w:rPr>
          <w:b/>
        </w:rPr>
        <w:t>1. CÔNG TY ĐẤT MỚI:</w:t>
      </w:r>
    </w:p>
    <w:p w14:paraId="51FE655B" w14:textId="77777777" w:rsidR="000A70C8" w:rsidRDefault="00000000">
      <w:pPr>
        <w:spacing w:after="40"/>
        <w:ind w:left="227"/>
      </w:pPr>
      <w:r>
        <w:t>- Từ ngày 27/07 đến ngày 30/07/2026 đi hỗ trợ tại công ty Đất Mới. Nhánh cụ thể công việc là: Làm mẫu và kiểm tra màu trước khi sản xuất.</w:t>
      </w:r>
    </w:p>
    <w:p w14:paraId="27832369" w14:textId="77777777" w:rsidR="000A70C8" w:rsidRDefault="00000000">
      <w:pPr>
        <w:spacing w:after="40"/>
        <w:ind w:left="227"/>
      </w:pPr>
      <w:r>
        <w:t>- Làm mẫu thử.</w:t>
      </w:r>
    </w:p>
    <w:p w14:paraId="6CF23454" w14:textId="77777777" w:rsidR="000A70C8" w:rsidRDefault="00000000">
      <w:pPr>
        <w:spacing w:after="40"/>
        <w:ind w:left="227"/>
      </w:pPr>
      <w:r>
        <w:t>- Kiểm tra màu trước khi sản xuất: ALC 86123, ALC 19123, ALC 21122.</w:t>
      </w:r>
    </w:p>
    <w:p w14:paraId="22CE7BC5" w14:textId="77777777" w:rsidR="000A70C8" w:rsidRDefault="00000000">
      <w:pPr>
        <w:spacing w:after="40"/>
        <w:ind w:left="227"/>
      </w:pPr>
      <w:r>
        <w:t>- Công ty Đất Mới hiện tại sản xuất ổn định, đơn hàng ổn định cho tháng 8.</w:t>
      </w:r>
    </w:p>
    <w:p w14:paraId="666EF4C7" w14:textId="553CA658" w:rsidR="000A70C8" w:rsidRDefault="00000000">
      <w:pPr>
        <w:spacing w:before="40" w:after="80"/>
      </w:pPr>
      <w:r>
        <w:rPr>
          <w:b/>
        </w:rPr>
        <w:t>2. CÔNG TY</w:t>
      </w:r>
      <w:r w:rsidR="005831FD">
        <w:rPr>
          <w:b/>
        </w:rPr>
        <w:t xml:space="preserve"> TẠI</w:t>
      </w:r>
      <w:r>
        <w:rPr>
          <w:b/>
        </w:rPr>
        <w:t xml:space="preserve"> B</w:t>
      </w:r>
      <w:r w:rsidR="005831FD">
        <w:rPr>
          <w:b/>
        </w:rPr>
        <w:t>ÌN</w:t>
      </w:r>
      <w:r>
        <w:rPr>
          <w:b/>
        </w:rPr>
        <w:t>H THẠNH:</w:t>
      </w:r>
    </w:p>
    <w:p w14:paraId="49B169AF" w14:textId="5CE19DE1" w:rsidR="000A70C8" w:rsidRDefault="00000000">
      <w:pPr>
        <w:spacing w:after="40"/>
        <w:ind w:left="227"/>
      </w:pPr>
      <w:r>
        <w:t xml:space="preserve">- Ngày 31/07 đến ngày 01/08/2026 làm mẫu tại công ty </w:t>
      </w:r>
      <w:r w:rsidR="006364E9">
        <w:t>BT:</w:t>
      </w:r>
    </w:p>
    <w:p w14:paraId="36302DED" w14:textId="77777777" w:rsidR="000A70C8" w:rsidRDefault="00000000">
      <w:pPr>
        <w:spacing w:after="40"/>
        <w:ind w:left="227"/>
      </w:pPr>
      <w:r>
        <w:t xml:space="preserve">  + Làm mẫu thử: TUT, PY 1x...</w:t>
      </w:r>
    </w:p>
    <w:p w14:paraId="715E9E48" w14:textId="77777777" w:rsidR="000A70C8" w:rsidRDefault="00000000">
      <w:pPr>
        <w:spacing w:after="40"/>
        <w:ind w:left="227"/>
      </w:pPr>
      <w:r>
        <w:t xml:space="preserve">  + Lấy công thức: ANC A2405 B5.</w:t>
      </w:r>
    </w:p>
    <w:p w14:paraId="55EB3168" w14:textId="4694524A" w:rsidR="000A70C8" w:rsidRDefault="00000000">
      <w:pPr>
        <w:spacing w:before="40" w:after="80"/>
      </w:pPr>
      <w:r>
        <w:rPr>
          <w:b/>
        </w:rPr>
        <w:t xml:space="preserve">3. CÔNG TY </w:t>
      </w:r>
      <w:r w:rsidR="005831FD">
        <w:rPr>
          <w:b/>
        </w:rPr>
        <w:t>LIÊN</w:t>
      </w:r>
      <w:r>
        <w:rPr>
          <w:b/>
        </w:rPr>
        <w:t xml:space="preserve"> MINH:</w:t>
      </w:r>
    </w:p>
    <w:p w14:paraId="3AD3495C" w14:textId="77777777" w:rsidR="000A70C8" w:rsidRDefault="00000000">
      <w:pPr>
        <w:spacing w:after="40"/>
        <w:ind w:left="227"/>
      </w:pPr>
      <w:r>
        <w:t>- Mẫu phát triển gồm 4 màu: S1003Y, S1000N, S0500N, SB000N (KH Nhà Xếp Tín).</w:t>
      </w:r>
    </w:p>
    <w:p w14:paraId="56B21B72" w14:textId="77777777" w:rsidR="000A70C8" w:rsidRDefault="00000000">
      <w:pPr>
        <w:spacing w:after="40"/>
        <w:ind w:left="227"/>
      </w:pPr>
      <w:r>
        <w:t>- Mẫu nhận gồm 4 màu: WD01, VD01, AVA, WD03 AB (theo mẫu Lá Sách - KH Nam Khoa).</w:t>
      </w:r>
    </w:p>
    <w:p w14:paraId="09D3DA21" w14:textId="77777777" w:rsidR="000A70C8" w:rsidRDefault="00000000">
      <w:pPr>
        <w:spacing w:after="40"/>
        <w:ind w:left="227"/>
      </w:pPr>
      <w:r>
        <w:t>- 8 mẫu trên đã làm xong và bàn giao cho nhà máy chờ KH xem.</w:t>
      </w:r>
    </w:p>
    <w:p w14:paraId="1F63E52E" w14:textId="2DA9AE3B" w:rsidR="000A70C8" w:rsidRDefault="00000000">
      <w:pPr>
        <w:spacing w:after="40"/>
        <w:ind w:left="227"/>
      </w:pPr>
      <w:r>
        <w:lastRenderedPageBreak/>
        <w:t xml:space="preserve">- Công ty </w:t>
      </w:r>
      <w:r w:rsidR="006364E9">
        <w:t>Liên Minh</w:t>
      </w:r>
      <w:r>
        <w:t xml:space="preserve"> hiện không có vấn đề gì khó khăn và sản xuất ổn định.</w:t>
      </w:r>
    </w:p>
    <w:p w14:paraId="565BCA3C" w14:textId="77777777" w:rsidR="000A70C8" w:rsidRDefault="00000000">
      <w:pPr>
        <w:spacing w:after="40"/>
        <w:ind w:left="227"/>
      </w:pPr>
      <w:r>
        <w:t>- Phản ánh của khách hàng tại công trình: Là những sản phẩm đưa ra công trình lắp đặt có lô hàng báo về chất lượng màu sắc đã đạt chất lượng theo yêu cầu.</w:t>
      </w:r>
    </w:p>
    <w:p w14:paraId="1A6A464D" w14:textId="329E936F" w:rsidR="000A70C8" w:rsidRDefault="00000000">
      <w:pPr>
        <w:spacing w:before="40" w:after="80"/>
      </w:pPr>
      <w:r>
        <w:rPr>
          <w:b/>
        </w:rPr>
        <w:t>4. CÔNG TY ALC (</w:t>
      </w:r>
      <w:r w:rsidR="00E86AF5">
        <w:rPr>
          <w:b/>
        </w:rPr>
        <w:t>Đất Mới</w:t>
      </w:r>
      <w:r>
        <w:rPr>
          <w:b/>
        </w:rPr>
        <w:t>):</w:t>
      </w:r>
    </w:p>
    <w:p w14:paraId="7A17BE07" w14:textId="77777777" w:rsidR="000A70C8" w:rsidRDefault="00000000">
      <w:pPr>
        <w:spacing w:after="40"/>
        <w:ind w:left="227"/>
      </w:pPr>
      <w:r>
        <w:t>- Mẫu phát triển: 4 màu PT 200, PT 201, PT 202, PT 203 (KH ASCA).</w:t>
      </w:r>
    </w:p>
    <w:p w14:paraId="7BE20C60" w14:textId="77777777" w:rsidR="000A70C8" w:rsidRDefault="00000000">
      <w:pPr>
        <w:spacing w:after="40"/>
        <w:ind w:left="227"/>
      </w:pPr>
      <w:r>
        <w:t>- Mẫu nhận: 2 màu ALC 64125, 254125 (KH Bay Harbor).</w:t>
      </w:r>
    </w:p>
    <w:p w14:paraId="2A01A634" w14:textId="77777777" w:rsidR="000A70C8" w:rsidRDefault="00000000">
      <w:pPr>
        <w:spacing w:before="40" w:after="80"/>
      </w:pPr>
      <w:r>
        <w:rPr>
          <w:b/>
        </w:rPr>
        <w:t>BÁO CÁO 6: BẢN BÁO CÁO CÔNG TÁC TẠI NHÀ MÁY GEUTHER, MEKONG 1,3, DEMEYER</w:t>
      </w:r>
    </w:p>
    <w:p w14:paraId="1C51DEF3" w14:textId="77777777" w:rsidR="000A70C8" w:rsidRDefault="00000000">
      <w:pPr>
        <w:spacing w:before="40" w:after="120"/>
      </w:pPr>
      <w:r>
        <w:rPr>
          <w:i/>
        </w:rPr>
        <w:t>Phái viên báo cáo: Nguyễn Văn Linh | Thời gian: Từ 27/07/2026 đến 01/08/2026 (Ngày viết: 01/08/2026)</w:t>
      </w:r>
    </w:p>
    <w:p w14:paraId="0BE2E3C0" w14:textId="77777777" w:rsidR="000A70C8" w:rsidRDefault="00000000">
      <w:pPr>
        <w:spacing w:before="40" w:after="80"/>
      </w:pPr>
      <w:r>
        <w:rPr>
          <w:b/>
        </w:rPr>
        <w:t>I. TÌNH HÌNH ĐƠN HÀNG, PHẢN ÁNH CỦA KHÁCH HÀNG</w:t>
      </w:r>
    </w:p>
    <w:p w14:paraId="1A47FD91" w14:textId="77777777" w:rsidR="000A70C8" w:rsidRDefault="00000000">
      <w:pPr>
        <w:spacing w:after="40"/>
        <w:ind w:left="227"/>
      </w:pPr>
      <w:r>
        <w:t>- MEKONG: Trong tháng 8 dịp nghỉ hè nên lượng mua hàng bên Pháp giảm. Đơn hàng giảm 5–10%, công nhân nghỉ việc nhiều nên gây khó khăn đến sản xuất tại nhà máy.</w:t>
      </w:r>
    </w:p>
    <w:p w14:paraId="56D75BB9" w14:textId="77777777" w:rsidR="000A70C8" w:rsidRDefault="00000000">
      <w:pPr>
        <w:spacing w:after="40"/>
        <w:ind w:left="227"/>
      </w:pPr>
      <w:r>
        <w:t>- Geuther: Nhà máy thông tin cuối tháng 08 sẽ mua thêm máy sơn UV chân không. Kỹ thuật liên hệ nhà máy xin mẫu lót phôi để mang về công ty báo Ban Giám Đốc xin thêm chỉ đạo. Đơn hàng Geuther 15 cont/tháng ổn định.</w:t>
      </w:r>
    </w:p>
    <w:p w14:paraId="1EE69CF4" w14:textId="77777777" w:rsidR="000A70C8" w:rsidRDefault="00000000">
      <w:pPr>
        <w:spacing w:after="40"/>
        <w:ind w:left="227"/>
      </w:pPr>
      <w:r>
        <w:t>- Demeyer: Không có mẫu.</w:t>
      </w:r>
    </w:p>
    <w:p w14:paraId="102000D4" w14:textId="77777777" w:rsidR="000A70C8" w:rsidRDefault="00000000">
      <w:pPr>
        <w:spacing w:after="40"/>
        <w:ind w:left="227"/>
      </w:pPr>
      <w:r>
        <w:t>- Mẫu — MEKONG: 6 bộ sản phẩm bàn 1/4 tủ: 173#, 62#, 95#, 167#, 152#. Mẫu thử: 2748#, 100#; Mẫu gửi đi test 2 màu: 170#, 160#.</w:t>
      </w:r>
    </w:p>
    <w:p w14:paraId="36CC83BB" w14:textId="77777777" w:rsidR="000A70C8" w:rsidRDefault="00000000">
      <w:pPr>
        <w:spacing w:after="40"/>
        <w:ind w:left="227"/>
      </w:pPr>
      <w:r>
        <w:t>- Mẫu — Geuther: Mẫu thử: Walnut 05#, Mẫu bộ 1 (6 bộ phôi) Clear Varnish 00#.</w:t>
      </w:r>
    </w:p>
    <w:p w14:paraId="5EE6780B" w14:textId="77777777" w:rsidR="000A70C8" w:rsidRDefault="00000000">
      <w:pPr>
        <w:spacing w:before="40" w:after="80"/>
      </w:pPr>
      <w:r>
        <w:rPr>
          <w:b/>
        </w:rPr>
        <w:t>II. CÁC VẤN ĐỀ PHÁT SINH</w:t>
      </w:r>
    </w:p>
    <w:p w14:paraId="4A983967" w14:textId="77777777" w:rsidR="000A70C8" w:rsidRDefault="00000000">
      <w:pPr>
        <w:spacing w:after="40"/>
        <w:ind w:left="227"/>
      </w:pPr>
      <w:r>
        <w:t>- Geuther: Nhà máy phát triển hệ số tumbling, nhưng máy quay chưa có hệ thống sấy nên ván chưa đạt. Nhà máy đang cải tiến lại máy quay, khi hoàn thiện sẽ thử lại.</w:t>
      </w:r>
    </w:p>
    <w:p w14:paraId="4CDF047A" w14:textId="77777777" w:rsidR="000A70C8" w:rsidRDefault="00000000">
      <w:pPr>
        <w:spacing w:before="40" w:after="80"/>
      </w:pPr>
      <w:r>
        <w:rPr>
          <w:b/>
        </w:rPr>
        <w:t>III. ĐÁNH GIÁ KHÁCH QUAN</w:t>
      </w:r>
    </w:p>
    <w:p w14:paraId="22BB90EB" w14:textId="77777777" w:rsidR="000A70C8" w:rsidRDefault="00000000">
      <w:pPr>
        <w:spacing w:after="40"/>
        <w:ind w:left="227"/>
      </w:pPr>
      <w:r>
        <w:t>- Trong tháng 08, nhà máy Geuther sản xuất màu GT Walnut 06# theo quy trình cải tiến không stain dăm: Cán lót màu UV + Bóng Box UV quét 20%. Vì vậy rất khó kiểm soát khi gỗ có nhiều tone màu khác nhau.</w:t>
      </w:r>
    </w:p>
    <w:p w14:paraId="10B33D9F" w14:textId="77777777" w:rsidR="000A70C8" w:rsidRDefault="00000000">
      <w:pPr>
        <w:spacing w:before="40" w:after="80"/>
      </w:pPr>
      <w:r>
        <w:rPr>
          <w:b/>
        </w:rPr>
        <w:t>IV. ĐỀ XUẤT / KIẾN NGHỊ</w:t>
      </w:r>
    </w:p>
    <w:p w14:paraId="474FC3B8" w14:textId="77777777" w:rsidR="000A70C8" w:rsidRDefault="00000000">
      <w:pPr>
        <w:spacing w:after="40"/>
        <w:ind w:left="227"/>
      </w:pPr>
      <w:r>
        <w:t>- Khi Geuther lên chuyền sản xuất màu GT Walnut 06#, Kỹ thuật sẽ báo Tổ trưởng UV để xin thêm Kỹ thuật UV kiểm soát lô sản phẩm.</w:t>
      </w:r>
    </w:p>
    <w:p w14:paraId="2776B5D1" w14:textId="77777777" w:rsidR="00E12C8C" w:rsidRDefault="00E12C8C">
      <w:pPr>
        <w:spacing w:before="40" w:after="80"/>
        <w:rPr>
          <w:b/>
        </w:rPr>
      </w:pPr>
    </w:p>
    <w:p w14:paraId="308A2E1D" w14:textId="77777777" w:rsidR="00E12C8C" w:rsidRDefault="00E12C8C">
      <w:pPr>
        <w:spacing w:before="40" w:after="80"/>
        <w:rPr>
          <w:b/>
        </w:rPr>
      </w:pPr>
    </w:p>
    <w:p w14:paraId="6DE77751" w14:textId="77777777" w:rsidR="00E12C8C" w:rsidRDefault="00E12C8C">
      <w:pPr>
        <w:spacing w:before="40" w:after="80"/>
        <w:rPr>
          <w:b/>
        </w:rPr>
      </w:pPr>
    </w:p>
    <w:p w14:paraId="209AEBA8" w14:textId="77777777" w:rsidR="00E12C8C" w:rsidRDefault="00E12C8C">
      <w:pPr>
        <w:spacing w:before="40" w:after="80"/>
        <w:rPr>
          <w:b/>
        </w:rPr>
      </w:pPr>
    </w:p>
    <w:p w14:paraId="65415007" w14:textId="77777777" w:rsidR="00E12C8C" w:rsidRDefault="00E12C8C">
      <w:pPr>
        <w:spacing w:before="40" w:after="80"/>
        <w:rPr>
          <w:b/>
        </w:rPr>
      </w:pPr>
    </w:p>
    <w:p w14:paraId="683398CE" w14:textId="77777777" w:rsidR="00E12C8C" w:rsidRDefault="00E12C8C">
      <w:pPr>
        <w:spacing w:before="40" w:after="80"/>
        <w:rPr>
          <w:b/>
        </w:rPr>
      </w:pPr>
    </w:p>
    <w:p w14:paraId="4A9F45A7" w14:textId="77777777" w:rsidR="00E12C8C" w:rsidRDefault="00E12C8C">
      <w:pPr>
        <w:spacing w:before="40" w:after="80"/>
        <w:rPr>
          <w:b/>
        </w:rPr>
      </w:pPr>
    </w:p>
    <w:p w14:paraId="5A144435" w14:textId="1E7A085B" w:rsidR="000A70C8" w:rsidRDefault="00000000">
      <w:pPr>
        <w:spacing w:before="40" w:after="80"/>
      </w:pPr>
      <w:r>
        <w:rPr>
          <w:b/>
        </w:rPr>
        <w:lastRenderedPageBreak/>
        <w:t>BÁO CÁO 7: BẢN BÁO CÁO CÔNG TÁC TẠI CÔNG TY ANH KHOA</w:t>
      </w:r>
    </w:p>
    <w:p w14:paraId="56898157" w14:textId="77777777" w:rsidR="000A70C8" w:rsidRDefault="00000000">
      <w:pPr>
        <w:spacing w:before="40" w:after="120"/>
      </w:pPr>
      <w:r>
        <w:rPr>
          <w:i/>
        </w:rPr>
        <w:t>Phái viên báo cáo: Nguyễn Đăng Hiệp | Thời gian: Từ 27/07/2026 đến 31/07/2026 (Ngày viết: 01/08/2026)</w:t>
      </w:r>
    </w:p>
    <w:p w14:paraId="7433C982" w14:textId="77777777" w:rsidR="000A70C8" w:rsidRDefault="00000000">
      <w:pPr>
        <w:spacing w:after="40"/>
        <w:ind w:left="227"/>
      </w:pPr>
      <w:r>
        <w:t>- Anh Khoa trong tuần sản xuất cho 2 khách hàng:</w:t>
      </w:r>
    </w:p>
    <w:p w14:paraId="01C67771" w14:textId="77777777" w:rsidR="000A70C8" w:rsidRDefault="00000000">
      <w:pPr>
        <w:spacing w:after="40"/>
        <w:ind w:left="227"/>
      </w:pPr>
      <w:r>
        <w:t xml:space="preserve">  + Ashley: T678, T929 → Sản xuất ổn định.</w:t>
      </w:r>
    </w:p>
    <w:p w14:paraId="35E0DD3A" w14:textId="77777777" w:rsidR="000A70C8" w:rsidRDefault="00000000">
      <w:pPr>
        <w:spacing w:after="40"/>
        <w:ind w:left="227"/>
      </w:pPr>
      <w:r>
        <w:t xml:space="preserve">  + Simly: AX 126, AX 123, AX 052, AX 163, AY 024.</w:t>
      </w:r>
    </w:p>
    <w:p w14:paraId="0E93D63D" w14:textId="77777777" w:rsidR="000A70C8" w:rsidRDefault="00000000">
      <w:pPr>
        <w:spacing w:after="40"/>
        <w:ind w:left="227"/>
      </w:pPr>
      <w:r>
        <w:t>- Hiện tại đơn hàng Khách Simly tăng, Anh Khoa đặt hàng gia công bên ngoài 3 nhà máy cho các mã màu AY 126, AX 123, AX 024:</w:t>
      </w:r>
    </w:p>
    <w:p w14:paraId="588E964F" w14:textId="77777777" w:rsidR="000A70C8" w:rsidRDefault="00000000">
      <w:pPr>
        <w:spacing w:after="40"/>
        <w:ind w:left="227"/>
      </w:pPr>
      <w:r>
        <w:t xml:space="preserve">  1. Cty Huy Phát: AX 126, AX 024</w:t>
      </w:r>
    </w:p>
    <w:p w14:paraId="71293EB8" w14:textId="77777777" w:rsidR="000A70C8" w:rsidRDefault="00000000">
      <w:pPr>
        <w:spacing w:after="40"/>
        <w:ind w:left="227"/>
      </w:pPr>
      <w:r>
        <w:t xml:space="preserve">  2. Cty Thịnh An: AX 123, AX 024, AX 126</w:t>
      </w:r>
    </w:p>
    <w:p w14:paraId="565819DF" w14:textId="77777777" w:rsidR="000A70C8" w:rsidRDefault="00000000">
      <w:pPr>
        <w:spacing w:after="40"/>
        <w:ind w:left="227"/>
      </w:pPr>
      <w:r>
        <w:t xml:space="preserve">  3. Cty Thương Nhân: AX 111</w:t>
      </w:r>
    </w:p>
    <w:p w14:paraId="0CE551C3" w14:textId="77777777" w:rsidR="000A70C8" w:rsidRDefault="00000000">
      <w:pPr>
        <w:spacing w:after="40"/>
        <w:ind w:left="227"/>
      </w:pPr>
      <w:r>
        <w:t>- Tiến độ mẫu:</w:t>
      </w:r>
    </w:p>
    <w:p w14:paraId="547E5FD5" w14:textId="77777777" w:rsidR="000A70C8" w:rsidRDefault="00000000">
      <w:pPr>
        <w:spacing w:after="40"/>
        <w:ind w:left="227"/>
      </w:pPr>
      <w:r>
        <w:t xml:space="preserve">  + Mẫu T929: Mẫu nhận đã làm xong, Khách ký đạt 20 thẻ.</w:t>
      </w:r>
    </w:p>
    <w:p w14:paraId="0F2F5ED9" w14:textId="77777777" w:rsidR="000A70C8" w:rsidRDefault="00000000">
      <w:pPr>
        <w:spacing w:after="40"/>
        <w:ind w:left="227"/>
      </w:pPr>
      <w:r>
        <w:t xml:space="preserve">  + Mẫu A1000741: Bộ mẫu công đoạn màu mới Khách Ashley đã làm xong, chờ Khách duyệt.</w:t>
      </w:r>
    </w:p>
    <w:p w14:paraId="275676F6" w14:textId="77777777" w:rsidR="000A70C8" w:rsidRDefault="00000000">
      <w:pPr>
        <w:spacing w:after="40"/>
        <w:ind w:left="227"/>
      </w:pPr>
      <w:r>
        <w:t xml:space="preserve">  + Nhận 1 mẫu nhận AX 141 (Khách Simly).</w:t>
      </w:r>
    </w:p>
    <w:p w14:paraId="3B1E83D3" w14:textId="77777777" w:rsidR="000A70C8" w:rsidRDefault="00000000">
      <w:pPr>
        <w:spacing w:after="40"/>
        <w:ind w:left="227"/>
      </w:pPr>
      <w:r>
        <w:t>- Các vấn đề phát sinh &amp; Hướng xử lý mã khách Simly:</w:t>
      </w:r>
    </w:p>
    <w:p w14:paraId="1CB401EF" w14:textId="77777777" w:rsidR="000A70C8" w:rsidRDefault="00000000">
      <w:pPr>
        <w:spacing w:after="40"/>
        <w:ind w:left="227"/>
      </w:pPr>
      <w:r>
        <w:t xml:space="preserve">  + Mã AX 052: Số lượng 60 bộ, bóng hoàn thiện tổng thể màu có khoảng 20 bộ màu không đều, cước cao can.</w:t>
      </w:r>
    </w:p>
    <w:p w14:paraId="40BADDDB" w14:textId="77777777" w:rsidR="000A70C8" w:rsidRDefault="00000000">
      <w:pPr>
        <w:spacing w:after="40"/>
        <w:ind w:left="227"/>
      </w:pPr>
      <w:r>
        <w:t xml:space="preserve">    * Hướng xử lý: Phân loại chi tiết sản phẩm lỗi màu → Stain dậm lại theo mẫu + bóng. Thiếu cước cho cào bù thêm cước + lau bột + lót Stain màu theo mẫu + bóng. Đã xử lý xong, đã họp KT cùng cán bộ nhà máy kiểm soát kỹ thao tác thực hiện và yêu cầu kiểm tra lại cước cho lô hàng tiếp theo.</w:t>
      </w:r>
    </w:p>
    <w:p w14:paraId="5BDDDE98" w14:textId="77777777" w:rsidR="000A70C8" w:rsidRDefault="00000000">
      <w:pPr>
        <w:spacing w:after="40"/>
        <w:ind w:left="227"/>
      </w:pPr>
      <w:r>
        <w:t xml:space="preserve">  + Mã AX 163: Sản phẩm bóng hoàn thiện Khách phản ánh độ phủ kém mặt chính nốc tủ.</w:t>
      </w:r>
    </w:p>
    <w:p w14:paraId="69B1445C" w14:textId="77777777" w:rsidR="000A70C8" w:rsidRDefault="00000000">
      <w:pPr>
        <w:spacing w:after="40"/>
        <w:ind w:left="227"/>
      </w:pPr>
      <w:r>
        <w:t xml:space="preserve">    * Hướng xử lý: Chi tiết mặt nốc + cho bù thêm 1 lần Lót NCT 2012 "phun 1 pass" trước bóng. Yêu cầu A. Quân Quản đốc và A. Tai Phó quản đốc cho phơi chi tiết nốc riêng để khô 10 → 12H.</w:t>
      </w:r>
    </w:p>
    <w:p w14:paraId="509860C7" w14:textId="77777777" w:rsidR="000A70C8" w:rsidRDefault="00000000">
      <w:pPr>
        <w:spacing w:before="40" w:after="80"/>
      </w:pPr>
      <w:r>
        <w:rPr>
          <w:b/>
        </w:rPr>
        <w:t>BÁO CÁO 8: BÁO CÁO CÔNG TÁC TUẦN 31 — NHÀ MÁY BẢO HƯNG &amp; THIẾT ĐAN</w:t>
      </w:r>
    </w:p>
    <w:p w14:paraId="00C58697" w14:textId="77777777" w:rsidR="000A70C8" w:rsidRDefault="00000000">
      <w:pPr>
        <w:spacing w:before="40" w:after="120"/>
      </w:pPr>
      <w:r>
        <w:rPr>
          <w:i/>
        </w:rPr>
        <w:t>Phái viên phụ trách: Nguyễn Duy Tài | Thời gian: Tuần 31 (27/07/2026 – 01/08/2026)</w:t>
      </w:r>
    </w:p>
    <w:p w14:paraId="34C90F98" w14:textId="77777777" w:rsidR="000A70C8" w:rsidRDefault="00000000">
      <w:pPr>
        <w:spacing w:before="40" w:after="80"/>
      </w:pPr>
      <w:r>
        <w:rPr>
          <w:b/>
        </w:rPr>
        <w:t>1. TÌNH HÌNH ĐƠN HÀNG VÀ PHẢN HỒI CỦA KHÁCH HÀNG</w:t>
      </w:r>
    </w:p>
    <w:p w14:paraId="206811AA" w14:textId="77777777" w:rsidR="000A70C8" w:rsidRDefault="00000000">
      <w:pPr>
        <w:spacing w:after="40"/>
        <w:ind w:left="227"/>
      </w:pPr>
      <w:r>
        <w:t>- Thông tin từ khách hàng:</w:t>
      </w:r>
    </w:p>
    <w:p w14:paraId="537A64C3" w14:textId="77777777" w:rsidR="000A70C8" w:rsidRDefault="00000000">
      <w:pPr>
        <w:spacing w:after="40"/>
        <w:ind w:left="227"/>
      </w:pPr>
      <w:r>
        <w:t xml:space="preserve">  + Nhà máy THIẾT ĐAN: Không.</w:t>
      </w:r>
    </w:p>
    <w:p w14:paraId="19785F4D" w14:textId="77777777" w:rsidR="000A70C8" w:rsidRDefault="00000000">
      <w:pPr>
        <w:spacing w:after="40"/>
        <w:ind w:left="227"/>
      </w:pPr>
      <w:r>
        <w:t xml:space="preserve">  + Nhà máy BẢO HƯNG: Thời gian gần đây nhà máy BẢO HƯNG nhận được phản ánh của khách hàng Castlery về vấn đề: Sau một thời gian sử dụng, bề mặt sản phẩm thay đổi dễ bị để lại vết dấu tay trên bề mặt. Sản phẩm mặt bàn gỗ Walnut hệ sơn PU màu tự nhiên (Quy trình: Lót PU → Stain màu đậm → Bóng PU HiFO 1/406 BH 5/1).</w:t>
      </w:r>
    </w:p>
    <w:p w14:paraId="39ECCFA9" w14:textId="77777777" w:rsidR="000A70C8" w:rsidRDefault="00000000">
      <w:pPr>
        <w:spacing w:after="40"/>
        <w:ind w:left="227"/>
      </w:pPr>
      <w:r>
        <w:t>- Tiến độ hàng mẫu:</w:t>
      </w:r>
    </w:p>
    <w:p w14:paraId="4CE75332" w14:textId="77777777" w:rsidR="000A70C8" w:rsidRDefault="00000000">
      <w:pPr>
        <w:spacing w:after="40"/>
        <w:ind w:left="227"/>
      </w:pPr>
      <w:r>
        <w:t xml:space="preserve">  + Nhà máy THIẾT ĐAN: Mẫu bộ 2 ghế màu TN-197 → Đã hoàn thành.</w:t>
      </w:r>
    </w:p>
    <w:p w14:paraId="616F85F8" w14:textId="77777777" w:rsidR="000A70C8" w:rsidRDefault="00000000">
      <w:pPr>
        <w:spacing w:after="40"/>
        <w:ind w:left="227"/>
      </w:pPr>
      <w:r>
        <w:lastRenderedPageBreak/>
        <w:t xml:space="preserve">  + Nhà máy BẢO HƯNG: Mẫu bộ 15 bộ Hậu BH-405/406/404/327/136/297/298. Gồm 6 bộ Màu BH-TN/417/1327/Mẫu phát triển chưa đặt mã số trên bàn, ghế, tủ (Khách MOFS) → Đã hoàn thành 5 bộ.</w:t>
      </w:r>
    </w:p>
    <w:p w14:paraId="0E736F03" w14:textId="77777777" w:rsidR="000A70C8" w:rsidRDefault="00000000">
      <w:pPr>
        <w:spacing w:before="40" w:after="80"/>
      </w:pPr>
      <w:r>
        <w:rPr>
          <w:b/>
        </w:rPr>
        <w:t>2. VẤN ĐỀ PHÁT SINH VÀ KẾT QUẢ XỬ LÝ</w:t>
      </w:r>
    </w:p>
    <w:p w14:paraId="7D76797D" w14:textId="77777777" w:rsidR="000A70C8" w:rsidRDefault="00000000">
      <w:pPr>
        <w:spacing w:after="40"/>
        <w:ind w:left="227"/>
      </w:pPr>
      <w:r>
        <w:t>- Nhà máy THIẾT ĐAN: Không phát sinh sự cố.</w:t>
      </w:r>
    </w:p>
    <w:p w14:paraId="451FA17A" w14:textId="77777777" w:rsidR="000A70C8" w:rsidRDefault="00000000">
      <w:pPr>
        <w:spacing w:after="40"/>
        <w:ind w:left="227"/>
      </w:pPr>
      <w:r>
        <w:t>- Nhà máy BẢO HƯNG:</w:t>
      </w:r>
    </w:p>
    <w:p w14:paraId="6982A2E7" w14:textId="77777777" w:rsidR="000A70C8" w:rsidRDefault="00000000">
      <w:pPr>
        <w:spacing w:after="40"/>
        <w:ind w:left="227"/>
      </w:pPr>
      <w:r>
        <w:t xml:space="preserve">  + Sự cố phát sinh: Ngày 25/07/2026, khách hàng Castlery duyệt lô hàng mẫu BH-432 (bàn ăn) đánh giá màu sắc không đạt. Nguyên nhân: Màu BH-432 sơn xuất trên sản phẩm mặt bàn nhà máy ghép gỗ không đồng màu, nhiều thanh gỗ bị đen không thể sửa. Đã cảnh báo nhà máy và được bộ phận QC chấp nhận cho đóng gói.</w:t>
      </w:r>
    </w:p>
    <w:p w14:paraId="53B07319" w14:textId="77777777" w:rsidR="000A70C8" w:rsidRDefault="00000000">
      <w:pPr>
        <w:spacing w:after="40"/>
        <w:ind w:left="227"/>
      </w:pPr>
      <w:r>
        <w:t xml:space="preserve">  + Kết quả phối hợp xử lý: Nhà máy cho khui toàn bộ 100 sản phẩm ra và chỉnh sửa. Quy trình chỉnh sửa: Chà nhám 400 → Dậm màu → Bóng PU HiFO 1/406 BH 5/1.</w:t>
      </w:r>
    </w:p>
    <w:p w14:paraId="333C7799" w14:textId="77777777" w:rsidR="000A70C8" w:rsidRDefault="00000000">
      <w:pPr>
        <w:spacing w:after="40"/>
        <w:ind w:left="227"/>
      </w:pPr>
      <w:r>
        <w:t xml:space="preserve">  + Tình trạng hiện tại: Ngày 30/07/2026, khách hàng Castlery quay lại nhà máy kiểm tra toàn bộ 100 sản phẩm đã duyệt và chỉ đóng gói 01 sản phẩm xấu nhất.</w:t>
      </w:r>
    </w:p>
    <w:p w14:paraId="31C5098A" w14:textId="77777777" w:rsidR="000A70C8" w:rsidRDefault="00000000">
      <w:pPr>
        <w:spacing w:before="40" w:after="80"/>
      </w:pPr>
      <w:r>
        <w:rPr>
          <w:b/>
        </w:rPr>
        <w:t>3. ĐÁNH GIÁ KHÁCH QUAN</w:t>
      </w:r>
    </w:p>
    <w:p w14:paraId="6F0BCE9E" w14:textId="77777777" w:rsidR="000A70C8" w:rsidRDefault="00000000">
      <w:pPr>
        <w:spacing w:after="40"/>
        <w:ind w:left="227"/>
      </w:pPr>
      <w:r>
        <w:t>- Nhà máy THIẾT ĐAN: Sản lượng ổn định, không phát sinh nguy cơ.</w:t>
      </w:r>
    </w:p>
    <w:p w14:paraId="33027B49" w14:textId="77777777" w:rsidR="000A70C8" w:rsidRDefault="00000000">
      <w:pPr>
        <w:spacing w:after="40"/>
        <w:ind w:left="227"/>
      </w:pPr>
      <w:r>
        <w:t>- Nhà máy BẢO HƯNG: Sản lượng tăng so với tuần trước, không phát sinh nguy cơ.</w:t>
      </w:r>
    </w:p>
    <w:p w14:paraId="01406AFA" w14:textId="77777777" w:rsidR="000A70C8" w:rsidRDefault="00000000">
      <w:pPr>
        <w:spacing w:before="40" w:after="80"/>
      </w:pPr>
      <w:r>
        <w:rPr>
          <w:b/>
        </w:rPr>
        <w:t>BÁO CÁO 9: BẢN BÁO CÁO CÔNG TÁC TẠI CÔNG TY TÂN VIỆT TIẾN &amp; MINH HƯNG TIẾN</w:t>
      </w:r>
    </w:p>
    <w:p w14:paraId="1F54A8ED" w14:textId="77777777" w:rsidR="000A70C8" w:rsidRDefault="00000000">
      <w:pPr>
        <w:spacing w:before="40" w:after="120"/>
      </w:pPr>
      <w:r>
        <w:rPr>
          <w:i/>
        </w:rPr>
        <w:t>Phái viên báo cáo: Nguyễn Minh Thoại | Ngày viết: 01/08/2026</w:t>
      </w:r>
    </w:p>
    <w:p w14:paraId="0DE1571B" w14:textId="77777777" w:rsidR="000A70C8" w:rsidRDefault="00000000">
      <w:pPr>
        <w:spacing w:before="40" w:after="80"/>
      </w:pPr>
      <w:r>
        <w:rPr>
          <w:b/>
        </w:rPr>
        <w:t>1. CÔNG TY TÂN VIỆT TIẾN:</w:t>
      </w:r>
    </w:p>
    <w:p w14:paraId="18D75EF8" w14:textId="77777777" w:rsidR="000A70C8" w:rsidRDefault="00000000">
      <w:pPr>
        <w:spacing w:after="40"/>
        <w:ind w:left="227"/>
      </w:pPr>
      <w:r>
        <w:t>- Tình hình cạnh tranh Poly poxy chạy 3,5 tấn (SL: 8 Cont).</w:t>
      </w:r>
    </w:p>
    <w:p w14:paraId="19631C1C" w14:textId="77777777" w:rsidR="000A70C8" w:rsidRDefault="00000000">
      <w:pPr>
        <w:spacing w:after="40"/>
        <w:ind w:left="227"/>
      </w:pPr>
      <w:r>
        <w:t>- Về mẫu: Copy mẫu hết hạn (Black, White...) xem nhanh...</w:t>
      </w:r>
    </w:p>
    <w:p w14:paraId="0A3A2F5C" w14:textId="77777777" w:rsidR="000A70C8" w:rsidRDefault="00000000">
      <w:pPr>
        <w:spacing w:after="40"/>
        <w:ind w:left="227"/>
      </w:pPr>
      <w:r>
        <w:t>- Đã làm xong chờ khách chạy chuyền.</w:t>
      </w:r>
    </w:p>
    <w:p w14:paraId="75379BB2" w14:textId="77777777" w:rsidR="000A70C8" w:rsidRDefault="00000000">
      <w:pPr>
        <w:spacing w:after="40"/>
        <w:ind w:left="227"/>
      </w:pPr>
      <w:r>
        <w:t>- Poly poxy đang chạy cho TUT.</w:t>
      </w:r>
    </w:p>
    <w:p w14:paraId="715CF7DB" w14:textId="77777777" w:rsidR="000A70C8" w:rsidRDefault="00000000">
      <w:pPr>
        <w:spacing w:after="40"/>
        <w:ind w:left="227"/>
      </w:pPr>
      <w:r>
        <w:t>- Có nhận 1 Mẫu UTC-108 mẫu cước OK và yêu cầu nhà máy làm mẫu thể cho khách xác nhận. Đã làm trước 1 thẻ OK.</w:t>
      </w:r>
    </w:p>
    <w:p w14:paraId="169D7C48" w14:textId="77777777" w:rsidR="000A70C8" w:rsidRDefault="00000000">
      <w:pPr>
        <w:spacing w:after="40"/>
        <w:ind w:left="227"/>
      </w:pPr>
      <w:r>
        <w:t>- Sản xuất tốt, đơn hàng sản xuất tốt.</w:t>
      </w:r>
    </w:p>
    <w:p w14:paraId="32B5830A" w14:textId="77777777" w:rsidR="000A70C8" w:rsidRDefault="00000000">
      <w:pPr>
        <w:spacing w:before="40" w:after="80"/>
      </w:pPr>
      <w:r>
        <w:rPr>
          <w:b/>
        </w:rPr>
        <w:t>2. CÔNG TY MINH HƯNG TIẾN:</w:t>
      </w:r>
    </w:p>
    <w:p w14:paraId="7870E8E7" w14:textId="77777777" w:rsidR="000A70C8" w:rsidRDefault="00000000">
      <w:pPr>
        <w:spacing w:after="40"/>
        <w:ind w:left="227"/>
      </w:pPr>
      <w:r>
        <w:t>- Tình hình sản xuất: 4 Cont trong tuần.</w:t>
      </w:r>
    </w:p>
    <w:p w14:paraId="1EA3D0B1" w14:textId="77777777" w:rsidR="000A70C8" w:rsidRDefault="00000000">
      <w:pPr>
        <w:spacing w:after="40"/>
        <w:ind w:left="227"/>
      </w:pPr>
      <w:r>
        <w:t>- Sự cố: Liên tục xảy ra vấn đề màu chỉnh không kịp tiến độ cho xuống chuyền, màu MHT-66 và hàng xuống chuyền không đều màu.</w:t>
      </w:r>
    </w:p>
    <w:p w14:paraId="0D89EA00" w14:textId="77777777" w:rsidR="000A70C8" w:rsidRDefault="00000000">
      <w:pPr>
        <w:spacing w:after="40"/>
        <w:ind w:left="227"/>
      </w:pPr>
      <w:r>
        <w:t>- Hướng xử lý: Xả nhám – phun bóng lại. Người phun: Bình Thạnh. Người xả nhám: Công nhân nhà máy. Dùng khoảng 150 kg sơn màu MHT-66.</w:t>
      </w:r>
    </w:p>
    <w:p w14:paraId="7EE2B15A" w14:textId="77777777" w:rsidR="000A70C8" w:rsidRDefault="00000000">
      <w:pPr>
        <w:spacing w:after="40"/>
        <w:ind w:left="227"/>
      </w:pPr>
      <w:r>
        <w:t>- Kết quả: Hàng xử lý ra đạt, QC nhà máy và QC Bình Thạnh kiểm tra rất kỹ và hàng đã được xuất Cont.</w:t>
      </w:r>
    </w:p>
    <w:p w14:paraId="59BAC21B" w14:textId="77777777" w:rsidR="000A70C8" w:rsidRDefault="00000000">
      <w:pPr>
        <w:spacing w:after="40"/>
        <w:ind w:left="227"/>
      </w:pPr>
      <w:r>
        <w:t>- Kết luận: Lỗi do kĩ thuật viên cắm tại MHT đã không đối chiếu hàng sản xuất với mẫu gốc → dẫn đến sai màu hàng loạt.</w:t>
      </w:r>
    </w:p>
    <w:p w14:paraId="6CB55BC0" w14:textId="0F0A4597" w:rsidR="000A70C8" w:rsidRDefault="00000000">
      <w:pPr>
        <w:spacing w:after="40"/>
        <w:ind w:left="227"/>
      </w:pPr>
      <w:r>
        <w:lastRenderedPageBreak/>
        <w:t>- Nhà máy có đưa mẫu MHT-66 nhánh Flexil</w:t>
      </w:r>
      <w:r w:rsidR="002C4295">
        <w:t>oa</w:t>
      </w:r>
      <w:r>
        <w:t>d cho Sen To làm bảng màu — sẽ theo dõi vấn đề này.</w:t>
      </w:r>
    </w:p>
    <w:p w14:paraId="048DBBB5" w14:textId="157DEE35" w:rsidR="000A70C8" w:rsidRDefault="00000000">
      <w:pPr>
        <w:spacing w:after="40"/>
        <w:ind w:left="227"/>
      </w:pPr>
      <w:r>
        <w:t xml:space="preserve">- </w:t>
      </w:r>
      <w:r w:rsidR="00C302EE" w:rsidRPr="00C302EE">
        <w:rPr>
          <w:b/>
          <w:bCs/>
        </w:rPr>
        <w:t>Đã họp chấn chỉnh lại cách làm việc:</w:t>
      </w:r>
      <w:r w:rsidR="00C302EE" w:rsidRPr="00C302EE">
        <w:t xml:space="preserve"> Yêu cầu các nhân viên KT tại MHT và sẽ có sự thay đổi và sau khi họp lại với Ban lãnh đạo và BGĐ công ty.</w:t>
      </w:r>
    </w:p>
    <w:p w14:paraId="4C66B20B" w14:textId="77777777" w:rsidR="000A70C8" w:rsidRDefault="000A70C8">
      <w:pPr>
        <w:spacing w:before="40" w:after="80"/>
      </w:pPr>
    </w:p>
    <w:p w14:paraId="358443D1" w14:textId="5B3FF327" w:rsidR="000A70C8" w:rsidRDefault="000A70C8">
      <w:pPr>
        <w:spacing w:before="40" w:after="80"/>
      </w:pPr>
    </w:p>
    <w:sectPr w:rsidR="000A70C8"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6910622">
    <w:abstractNumId w:val="8"/>
  </w:num>
  <w:num w:numId="2" w16cid:durableId="2092651135">
    <w:abstractNumId w:val="6"/>
  </w:num>
  <w:num w:numId="3" w16cid:durableId="90393089">
    <w:abstractNumId w:val="5"/>
  </w:num>
  <w:num w:numId="4" w16cid:durableId="1355227425">
    <w:abstractNumId w:val="4"/>
  </w:num>
  <w:num w:numId="5" w16cid:durableId="2077239219">
    <w:abstractNumId w:val="7"/>
  </w:num>
  <w:num w:numId="6" w16cid:durableId="2034912556">
    <w:abstractNumId w:val="3"/>
  </w:num>
  <w:num w:numId="7" w16cid:durableId="1537888705">
    <w:abstractNumId w:val="2"/>
  </w:num>
  <w:num w:numId="8" w16cid:durableId="348146235">
    <w:abstractNumId w:val="1"/>
  </w:num>
  <w:num w:numId="9" w16cid:durableId="1680278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0C8"/>
    <w:rsid w:val="0015074B"/>
    <w:rsid w:val="00192A71"/>
    <w:rsid w:val="0029639D"/>
    <w:rsid w:val="002C4295"/>
    <w:rsid w:val="00326F90"/>
    <w:rsid w:val="003450BA"/>
    <w:rsid w:val="0052615E"/>
    <w:rsid w:val="005831FD"/>
    <w:rsid w:val="006364E9"/>
    <w:rsid w:val="009E3D6A"/>
    <w:rsid w:val="00AA1D8D"/>
    <w:rsid w:val="00B47730"/>
    <w:rsid w:val="00C13D87"/>
    <w:rsid w:val="00C302EE"/>
    <w:rsid w:val="00CB0664"/>
    <w:rsid w:val="00CB2DE4"/>
    <w:rsid w:val="00E12C8C"/>
    <w:rsid w:val="00E86A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D0CEA5"/>
  <w14:defaultImageDpi w14:val="300"/>
  <w15:docId w15:val="{A1296B43-6FA4-40F1-B093-09FCA244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3157</Words>
  <Characters>18000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12</cp:revision>
  <dcterms:created xsi:type="dcterms:W3CDTF">2013-12-23T23:15:00Z</dcterms:created>
  <dcterms:modified xsi:type="dcterms:W3CDTF">2026-08-01T16:00:00Z</dcterms:modified>
  <cp:category/>
</cp:coreProperties>
</file>