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DANH SÁCH MẪU CHƯA DỨT ĐIỂM — 4 TUẦN (T38 → T41)</w:t>
      </w:r>
    </w:p>
    <w:p>
      <w:pPr>
        <w:jc w:val="center"/>
      </w:pPr>
      <w:r>
        <w:t>Ngày lập: 12/10/2026 · Nguồn: CSDL báo cáo làm mẫu (btchem.db, bảng mau_lam) · Người lập: Phòng QC (tổng hợp tự động)</w:t>
      </w:r>
    </w:p>
    <w:p>
      <w:r>
        <w:t>Tiêu chí lọc: trạng thái = “Đang làm” hoặc “ĐL” trong các tuần T38, T39, T40, T41 (mẫu chưa có kết quả ký/hoàn thành).</w:t>
      </w:r>
    </w:p>
    <w:p>
      <w:r>
        <w:t>Tổng: 44 mẫu — T38: 14 · T39: 0 · T40: 20 · T41: 10</w:t>
      </w:r>
    </w:p>
    <w:p>
      <w:r>
        <w:t>Cảnh báo cần lưu ý: ① mẫu để trống “Kỹ thuật” = chưa gán người ⇒ không có báo cáo cá nhân; ② mẫu ghi “MÀU K ĐẠT LÀM LẠI” (Hoàng Minh Tuấn) đã kéo từ T40 sang T41; ③ mã nào có ngày HT vô lý (Rayten PB288: 2026-03-10) cần chỉnh nguồn.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  <w:sz w:val="19"/>
              </w:rPr>
              <w:t>Tuần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Nhà máy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Mã mẫu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Khách hàng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Ngày nhận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Ngày HT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Kỹ thuật</w:t>
            </w:r>
          </w:p>
        </w:tc>
        <w:tc>
          <w:tcPr>
            <w:tcW w:type="dxa" w:w="1080"/>
          </w:tcPr>
          <w:p>
            <w:r>
              <w:rPr>
                <w:b/>
                <w:sz w:val="19"/>
              </w:rPr>
              <w:t>Ghi chú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Hố Nai Dd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DD 1204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MỸ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2026-09-14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2026-09-15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Vũ Duy Hậu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15.9 LÀM-&gt; NGƯNG 21.9 LÀM TIẾP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Hố Nai Dd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DD HB 12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MỸ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2026-09-14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2026-09-15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Vũ Duy Hậu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15.9 LÀM-&gt; NGƯNG 21.9 LÀM TIẾP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Long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LV 001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Long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LV 002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2267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COTSWOLD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Nguyễn Duy Tài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LẤP GHIM GỖ THEO THẺ GỐC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2271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COTSWOLD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Nguyễn Duy Tài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LẤP GHIM GỖ THEO THẺ GỐC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2273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COTSWOLD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Văn Hòa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LẤP GHIM GỖ THEO THẺ GỐC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2274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COTSWOLD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Văn Hòa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LẤP GHIM GỖ THEO THẺ GỐC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Phát 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MP 632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QUINLEK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Hồ Duy Khánh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Trường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ART 12 0908 TPG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ARTICLE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NHẬN 3 PHÔI GIAO KH 3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Trường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ART 19 0622 TPG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ARTICLE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NHẬN 3 PHÔI GIAO KH 3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Tân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TT 08/20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BALAT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2026-09-16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Phạm Văn Thiêm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Đinh Hoàng Gia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ĐHG 01/26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HỒ VĂN TRÒN EM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MÀU QUA HÌNH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T38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Đại Thành Quy Nhơn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ĐTQN 742-QN LÀM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OUTLOOK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2026-09-11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Phan Văn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11/9 Việt chỉnh -&gt;17/9 sếp Tâm coi OK-&gt; 18/9 mang KH coi: màu chưa được-&gt; chìu 18/9 chuyển  thẻ gốc ra lại QN cho anh Linh+ 1 thẻ nhân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Hoàng Minh Tuấn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BROWN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Đặng Lê Thành Tạo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Hoàng Minh Tuấn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DARK GREY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Bùi Quốc Quy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Hoàng Minh Tuấn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FW 0946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Long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LV 424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OPTI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Long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LV BT RC 01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ROVE CONCEPT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Hồ Duy Khánh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Long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LV BT RC 02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ROVE CONCEPT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Hồ Duy Khánh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2267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COSTWOLD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Nguyễn Duy Tài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 | 2026-10-06: đo 0,2 nhưng khách yêu cầu chỉnh thêm nữa (Tài làm)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2269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COSTWOLD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Nguyễn Duy Tài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 | 2026-10-06: bắt đầu làm (Tài làm)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2270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COSTWOLD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Quang Khải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 | 2026-10-06: bắt đầu làm (Khải làm)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2272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COSTWOLD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Quang Khải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 | 2026-10-06: bắt đầu làm (Khải làm)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Dương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MD 2273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COSTWOLD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Quang Khải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 | 2026-10-06: đo máy 0,4 khách yêu cầu chỉnh thêm (Khải làm)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Phát 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MP 645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ARTICLE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Minh Phát 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MP 690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QUINCEK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Rayten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RAYTEN PB288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ASHLEY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2026-03-10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Văn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NGOÀI TRỜI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Thịnh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TVIET 423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Phạm Văn Thiêm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Thịnh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TVIET 424 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Thịnh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TVIET 436 B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SEAWINDS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Thịnh Việt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TVIET 437 B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SEAWINDS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Trường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WE COOL WALNUT-BEECH+WALNUT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SONOMA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Văn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Trường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WSG BLONDE ON RUBBER WOOD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SONOMA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2026-09-30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2026-10-03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Văn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TRONG NHÀ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Hoàng Minh Tuấn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BROWN-LẦN 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MÀU K ĐẠT LÀM LẠI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Hoàng Minh Tuấn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DARK GREY-LẦN 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2026-09-29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MÀU K ĐẠT LÀM LẠI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Hoàng Minh Tuấn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FW 0951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Hố Nai Dd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DD 1191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MỸ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2026-10-06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Hố Nai Dd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DD 1198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MỸ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2026-10-06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Hố Nai Dd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DD 1199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MỸ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2026-10-06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Tiến Hưng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TTH 347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ESTERO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CẠNH TRANH SEN TO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Tiến Hưng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TTH 347 V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ESTERO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— CHƯA GÁN —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CẠNH TRANH SEN TO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Tiến Hưng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TTH 391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ESTERO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2026-10-12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Bùi Hoàng Phong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CẠNH TRANH SEN TO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T41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Tiến Triển - Farm house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TD 172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MODUS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2026-10-08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Lê Văn Thành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</w:r>
          </w:p>
        </w:tc>
      </w:tr>
    </w:tbl>
    <w:p/>
    <w:p>
      <w:r>
        <w:t>Ghi chú cuối: danh sách lấy từ dữ liệu CSDL đã nạp (T41 nạp ngày 12/10/2026). Các mẫu T38/T39/T40 nếu thực tế đã xong mà chưa cập nhật trạng thái thì đề nghị Kỹ thuật xác nhận để cập nhật lại.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