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36 - Tuần 39)</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39 (21.09-27.09) so với 3 tuần trước đó. Mục tiêu nhằm theo dõi xu hướng phát triển mẫu, đánh giá năng lực của các kỹ thuật viên, nhà máy và tỷ lệ chuyển đổi đơn hàng thành công.</w:t>
        <w:br/>
        <w:br/>
        <w:t xml:space="preserve">Trong tuần gần nhất (Tuần 39), hệ thống ghi nhận tổng số </w:t>
      </w:r>
      <w:r>
        <w:rPr>
          <w:b/>
        </w:rPr>
        <w:t xml:space="preserve">196 lượt mẫu </w:t>
      </w:r>
      <w:r>
        <w:t xml:space="preserve">với tổng số lượng sản phẩm làm mẫu là </w:t>
      </w:r>
      <w:r>
        <w:rPr>
          <w:b/>
        </w:rPr>
        <w:t xml:space="preserve">1506 cái. </w:t>
      </w:r>
      <w:r>
        <w:t xml:space="preserve">Tỷ lệ hoàn thành đạt mức ấn tượng với </w:t>
      </w:r>
      <w:r>
        <w:rPr>
          <w:b/>
        </w:rPr>
        <w:t xml:space="preserve">162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jc w:val="center"/>
            </w:pPr>
            <w:r>
              <w:rPr>
                <w:b/>
                <w:color w:val="FFFFFF"/>
                <w:sz w:val="21"/>
              </w:rPr>
              <w:t>Chỉ số so sánh</w:t>
            </w:r>
          </w:p>
        </w:tc>
        <w:tc>
          <w:tcPr>
            <w:tcW w:type="dxa" w:w="1872"/>
            <w:shd w:fill="1F4E79"/>
            <w:tcMar>
              <w:top w:w="120" w:type="dxa"/>
              <w:bottom w:w="120" w:type="dxa"/>
              <w:left w:w="150" w:type="dxa"/>
              <w:right w:w="150" w:type="dxa"/>
            </w:tcMar>
          </w:tcPr>
          <w:p>
            <w:pPr>
              <w:jc w:val="center"/>
            </w:pPr>
            <w:r>
              <w:rPr>
                <w:b/>
                <w:color w:val="FFFFFF"/>
                <w:sz w:val="21"/>
              </w:rPr>
              <w:t>Tuần 36</w:t>
            </w:r>
          </w:p>
        </w:tc>
        <w:tc>
          <w:tcPr>
            <w:tcW w:type="dxa" w:w="1872"/>
            <w:shd w:fill="1F4E79"/>
            <w:tcMar>
              <w:top w:w="120" w:type="dxa"/>
              <w:bottom w:w="120" w:type="dxa"/>
              <w:left w:w="150" w:type="dxa"/>
              <w:right w:w="150" w:type="dxa"/>
            </w:tcMar>
          </w:tcPr>
          <w:p>
            <w:pPr>
              <w:jc w:val="center"/>
            </w:pPr>
            <w:r>
              <w:rPr>
                <w:b/>
                <w:color w:val="FFFFFF"/>
                <w:sz w:val="21"/>
              </w:rPr>
              <w:t>Tuần 37</w:t>
            </w:r>
          </w:p>
        </w:tc>
        <w:tc>
          <w:tcPr>
            <w:tcW w:type="dxa" w:w="1872"/>
            <w:shd w:fill="1F4E79"/>
            <w:tcMar>
              <w:top w:w="120" w:type="dxa"/>
              <w:bottom w:w="120" w:type="dxa"/>
              <w:left w:w="150" w:type="dxa"/>
              <w:right w:w="150" w:type="dxa"/>
            </w:tcMar>
          </w:tcPr>
          <w:p>
            <w:pPr>
              <w:jc w:val="center"/>
            </w:pPr>
            <w:r>
              <w:rPr>
                <w:b/>
                <w:color w:val="FFFFFF"/>
                <w:sz w:val="21"/>
              </w:rPr>
              <w:t>Tuần 38</w:t>
            </w:r>
          </w:p>
        </w:tc>
        <w:tc>
          <w:tcPr>
            <w:tcW w:type="dxa" w:w="1872"/>
            <w:shd w:fill="1F4E79"/>
            <w:tcMar>
              <w:top w:w="120" w:type="dxa"/>
              <w:bottom w:w="120" w:type="dxa"/>
              <w:left w:w="150" w:type="dxa"/>
              <w:right w:w="150" w:type="dxa"/>
            </w:tcMar>
          </w:tcPr>
          <w:p>
            <w:pPr>
              <w:jc w:val="center"/>
            </w:pPr>
            <w:r>
              <w:rPr>
                <w:b/>
                <w:color w:val="FFFFFF"/>
                <w:sz w:val="21"/>
              </w:rPr>
              <w:t>Tuần 39</w:t>
            </w:r>
          </w:p>
        </w:tc>
      </w:tr>
      <w:tr>
        <w:tc>
          <w:tcPr>
            <w:tcW w:type="dxa" w:w="1872"/>
            <w:tcMar>
              <w:top w:w="90" w:type="dxa"/>
              <w:bottom w:w="90" w:type="dxa"/>
              <w:left w:w="120" w:type="dxa"/>
              <w:right w:w="120" w:type="dxa"/>
            </w:tcMar>
          </w:tcPr>
          <w:p>
            <w:pPr>
              <w:jc w:val="left"/>
            </w:pPr>
            <w:r>
              <w:rPr>
                <w:b/>
                <w:color w:val="333333"/>
                <w:sz w:val="19"/>
              </w:rPr>
              <w:t>Tổng số lượt mẫu (dòng)</w:t>
            </w:r>
          </w:p>
        </w:tc>
        <w:tc>
          <w:tcPr>
            <w:tcW w:type="dxa" w:w="1872"/>
            <w:tcMar>
              <w:top w:w="90" w:type="dxa"/>
              <w:bottom w:w="90" w:type="dxa"/>
              <w:left w:w="120" w:type="dxa"/>
              <w:right w:w="120" w:type="dxa"/>
            </w:tcMar>
          </w:tcPr>
          <w:p>
            <w:pPr>
              <w:jc w:val="center"/>
            </w:pPr>
            <w:r>
              <w:rPr>
                <w:color w:val="333333"/>
                <w:sz w:val="19"/>
              </w:rPr>
              <w:t>109</w:t>
            </w:r>
          </w:p>
        </w:tc>
        <w:tc>
          <w:tcPr>
            <w:tcW w:type="dxa" w:w="1872"/>
            <w:tcMar>
              <w:top w:w="90" w:type="dxa"/>
              <w:bottom w:w="90" w:type="dxa"/>
              <w:left w:w="120" w:type="dxa"/>
              <w:right w:w="120" w:type="dxa"/>
            </w:tcMar>
          </w:tcPr>
          <w:p>
            <w:pPr>
              <w:jc w:val="center"/>
            </w:pPr>
            <w:r>
              <w:rPr>
                <w:color w:val="333333"/>
                <w:sz w:val="19"/>
              </w:rPr>
              <w:t>178</w:t>
            </w:r>
          </w:p>
        </w:tc>
        <w:tc>
          <w:tcPr>
            <w:tcW w:type="dxa" w:w="1872"/>
            <w:tcMar>
              <w:top w:w="90" w:type="dxa"/>
              <w:bottom w:w="90" w:type="dxa"/>
              <w:left w:w="120" w:type="dxa"/>
              <w:right w:w="120" w:type="dxa"/>
            </w:tcMar>
          </w:tcPr>
          <w:p>
            <w:pPr>
              <w:jc w:val="center"/>
            </w:pPr>
            <w:r>
              <w:rPr>
                <w:color w:val="333333"/>
                <w:sz w:val="19"/>
              </w:rPr>
              <w:t>190</w:t>
            </w:r>
          </w:p>
        </w:tc>
        <w:tc>
          <w:tcPr>
            <w:tcW w:type="dxa" w:w="1872"/>
            <w:tcMar>
              <w:top w:w="90" w:type="dxa"/>
              <w:bottom w:w="90" w:type="dxa"/>
              <w:left w:w="120" w:type="dxa"/>
              <w:right w:w="120" w:type="dxa"/>
            </w:tcMar>
          </w:tcPr>
          <w:p>
            <w:pPr>
              <w:jc w:val="center"/>
            </w:pPr>
            <w:r>
              <w:rPr>
                <w:color w:val="333333"/>
                <w:sz w:val="19"/>
              </w:rPr>
              <w:t>196</w:t>
            </w:r>
          </w:p>
        </w:tc>
      </w:tr>
      <w:tr>
        <w:tc>
          <w:tcPr>
            <w:tcW w:type="dxa" w:w="1872"/>
            <w:tcMar>
              <w:top w:w="90" w:type="dxa"/>
              <w:bottom w:w="90" w:type="dxa"/>
              <w:left w:w="120" w:type="dxa"/>
              <w:right w:w="120" w:type="dxa"/>
            </w:tcMar>
            <w:shd w:fill="F2F2F2"/>
          </w:tcPr>
          <w:p>
            <w:pPr>
              <w:jc w:val="left"/>
            </w:pPr>
            <w:r>
              <w:rPr>
                <w:b/>
                <w:color w:val="333333"/>
                <w:sz w:val="19"/>
              </w:rPr>
              <w:t>Tổng số lượng mẫu (cái)</w:t>
            </w:r>
          </w:p>
        </w:tc>
        <w:tc>
          <w:tcPr>
            <w:tcW w:type="dxa" w:w="1872"/>
            <w:tcMar>
              <w:top w:w="90" w:type="dxa"/>
              <w:bottom w:w="90" w:type="dxa"/>
              <w:left w:w="120" w:type="dxa"/>
              <w:right w:w="120" w:type="dxa"/>
            </w:tcMar>
            <w:shd w:fill="F2F2F2"/>
          </w:tcPr>
          <w:p>
            <w:pPr>
              <w:jc w:val="center"/>
            </w:pPr>
            <w:r>
              <w:rPr>
                <w:color w:val="333333"/>
                <w:sz w:val="19"/>
              </w:rPr>
              <w:t>649</w:t>
            </w:r>
          </w:p>
        </w:tc>
        <w:tc>
          <w:tcPr>
            <w:tcW w:type="dxa" w:w="1872"/>
            <w:tcMar>
              <w:top w:w="90" w:type="dxa"/>
              <w:bottom w:w="90" w:type="dxa"/>
              <w:left w:w="120" w:type="dxa"/>
              <w:right w:w="120" w:type="dxa"/>
            </w:tcMar>
            <w:shd w:fill="F2F2F2"/>
          </w:tcPr>
          <w:p>
            <w:pPr>
              <w:jc w:val="center"/>
            </w:pPr>
            <w:r>
              <w:rPr>
                <w:color w:val="333333"/>
                <w:sz w:val="19"/>
              </w:rPr>
              <w:t>5078</w:t>
            </w:r>
          </w:p>
        </w:tc>
        <w:tc>
          <w:tcPr>
            <w:tcW w:type="dxa" w:w="1872"/>
            <w:tcMar>
              <w:top w:w="90" w:type="dxa"/>
              <w:bottom w:w="90" w:type="dxa"/>
              <w:left w:w="120" w:type="dxa"/>
              <w:right w:w="120" w:type="dxa"/>
            </w:tcMar>
            <w:shd w:fill="F2F2F2"/>
          </w:tcPr>
          <w:p>
            <w:pPr>
              <w:jc w:val="center"/>
            </w:pPr>
            <w:r>
              <w:rPr>
                <w:color w:val="333333"/>
                <w:sz w:val="19"/>
              </w:rPr>
              <w:t>1270</w:t>
            </w:r>
          </w:p>
        </w:tc>
        <w:tc>
          <w:tcPr>
            <w:tcW w:type="dxa" w:w="1872"/>
            <w:tcMar>
              <w:top w:w="90" w:type="dxa"/>
              <w:bottom w:w="90" w:type="dxa"/>
              <w:left w:w="120" w:type="dxa"/>
              <w:right w:w="120" w:type="dxa"/>
            </w:tcMar>
            <w:shd w:fill="F2F2F2"/>
          </w:tcPr>
          <w:p>
            <w:pPr>
              <w:jc w:val="center"/>
            </w:pPr>
            <w:r>
              <w:rPr>
                <w:color w:val="333333"/>
                <w:sz w:val="19"/>
              </w:rPr>
              <w:t>1506</w:t>
            </w:r>
          </w:p>
        </w:tc>
      </w:tr>
      <w:tr>
        <w:tc>
          <w:tcPr>
            <w:tcW w:type="dxa" w:w="1872"/>
            <w:tcMar>
              <w:top w:w="90" w:type="dxa"/>
              <w:bottom w:w="90" w:type="dxa"/>
              <w:left w:w="120" w:type="dxa"/>
              <w:right w:w="120" w:type="dxa"/>
            </w:tcMar>
          </w:tcPr>
          <w:p>
            <w:pPr>
              <w:jc w:val="left"/>
            </w:pPr>
            <w:r>
              <w:rPr>
                <w:b/>
                <w:color w:val="333333"/>
                <w:sz w:val="19"/>
              </w:rPr>
              <w:t>Số lượng mẫu Mới</w:t>
            </w:r>
          </w:p>
        </w:tc>
        <w:tc>
          <w:tcPr>
            <w:tcW w:type="dxa" w:w="1872"/>
            <w:tcMar>
              <w:top w:w="90" w:type="dxa"/>
              <w:bottom w:w="90" w:type="dxa"/>
              <w:left w:w="120" w:type="dxa"/>
              <w:right w:w="120" w:type="dxa"/>
            </w:tcMar>
          </w:tcPr>
          <w:p>
            <w:pPr>
              <w:jc w:val="center"/>
            </w:pPr>
            <w:r>
              <w:rPr>
                <w:color w:val="333333"/>
                <w:sz w:val="19"/>
              </w:rPr>
              <w:t>29</w:t>
            </w:r>
          </w:p>
        </w:tc>
        <w:tc>
          <w:tcPr>
            <w:tcW w:type="dxa" w:w="1872"/>
            <w:tcMar>
              <w:top w:w="90" w:type="dxa"/>
              <w:bottom w:w="90" w:type="dxa"/>
              <w:left w:w="120" w:type="dxa"/>
              <w:right w:w="120" w:type="dxa"/>
            </w:tcMar>
          </w:tcPr>
          <w:p>
            <w:pPr>
              <w:jc w:val="center"/>
            </w:pPr>
            <w:r>
              <w:rPr>
                <w:color w:val="333333"/>
                <w:sz w:val="19"/>
              </w:rPr>
              <w:t>65</w:t>
            </w:r>
          </w:p>
        </w:tc>
        <w:tc>
          <w:tcPr>
            <w:tcW w:type="dxa" w:w="1872"/>
            <w:tcMar>
              <w:top w:w="90" w:type="dxa"/>
              <w:bottom w:w="90" w:type="dxa"/>
              <w:left w:w="120" w:type="dxa"/>
              <w:right w:w="120" w:type="dxa"/>
            </w:tcMar>
          </w:tcPr>
          <w:p>
            <w:pPr>
              <w:jc w:val="center"/>
            </w:pPr>
            <w:r>
              <w:rPr>
                <w:color w:val="333333"/>
                <w:sz w:val="19"/>
              </w:rPr>
              <w:t>65</w:t>
            </w:r>
          </w:p>
        </w:tc>
        <w:tc>
          <w:tcPr>
            <w:tcW w:type="dxa" w:w="1872"/>
            <w:tcMar>
              <w:top w:w="90" w:type="dxa"/>
              <w:bottom w:w="90" w:type="dxa"/>
              <w:left w:w="120" w:type="dxa"/>
              <w:right w:w="120" w:type="dxa"/>
            </w:tcMar>
          </w:tcPr>
          <w:p>
            <w:pPr>
              <w:jc w:val="center"/>
            </w:pPr>
            <w:r>
              <w:rPr>
                <w:color w:val="333333"/>
                <w:sz w:val="19"/>
              </w:rPr>
              <w:t>83</w:t>
            </w:r>
          </w:p>
        </w:tc>
      </w:tr>
      <w:tr>
        <w:tc>
          <w:tcPr>
            <w:tcW w:type="dxa" w:w="1872"/>
            <w:tcMar>
              <w:top w:w="90" w:type="dxa"/>
              <w:bottom w:w="90" w:type="dxa"/>
              <w:left w:w="120" w:type="dxa"/>
              <w:right w:w="120" w:type="dxa"/>
            </w:tcMar>
            <w:shd w:fill="F2F2F2"/>
          </w:tcPr>
          <w:p>
            <w:pPr>
              <w:jc w:val="left"/>
            </w:pPr>
            <w:r>
              <w:rPr>
                <w:b/>
                <w:color w:val="333333"/>
                <w:sz w:val="19"/>
              </w:rPr>
              <w:t>Số lượng mẫu Nhân</w:t>
            </w:r>
          </w:p>
        </w:tc>
        <w:tc>
          <w:tcPr>
            <w:tcW w:type="dxa" w:w="1872"/>
            <w:tcMar>
              <w:top w:w="90" w:type="dxa"/>
              <w:bottom w:w="90" w:type="dxa"/>
              <w:left w:w="120" w:type="dxa"/>
              <w:right w:w="120" w:type="dxa"/>
            </w:tcMar>
            <w:shd w:fill="F2F2F2"/>
          </w:tcPr>
          <w:p>
            <w:pPr>
              <w:jc w:val="center"/>
            </w:pPr>
            <w:r>
              <w:rPr>
                <w:color w:val="333333"/>
                <w:sz w:val="19"/>
              </w:rPr>
              <w:t>25</w:t>
            </w:r>
          </w:p>
        </w:tc>
        <w:tc>
          <w:tcPr>
            <w:tcW w:type="dxa" w:w="1872"/>
            <w:tcMar>
              <w:top w:w="90" w:type="dxa"/>
              <w:bottom w:w="90" w:type="dxa"/>
              <w:left w:w="120" w:type="dxa"/>
              <w:right w:w="120" w:type="dxa"/>
            </w:tcMar>
            <w:shd w:fill="F2F2F2"/>
          </w:tcPr>
          <w:p>
            <w:pPr>
              <w:jc w:val="center"/>
            </w:pPr>
            <w:r>
              <w:rPr>
                <w:color w:val="333333"/>
                <w:sz w:val="19"/>
              </w:rPr>
              <w:t>38</w:t>
            </w:r>
          </w:p>
        </w:tc>
        <w:tc>
          <w:tcPr>
            <w:tcW w:type="dxa" w:w="1872"/>
            <w:tcMar>
              <w:top w:w="90" w:type="dxa"/>
              <w:bottom w:w="90" w:type="dxa"/>
              <w:left w:w="120" w:type="dxa"/>
              <w:right w:w="120" w:type="dxa"/>
            </w:tcMar>
            <w:shd w:fill="F2F2F2"/>
          </w:tcPr>
          <w:p>
            <w:pPr>
              <w:jc w:val="center"/>
            </w:pPr>
            <w:r>
              <w:rPr>
                <w:color w:val="333333"/>
                <w:sz w:val="19"/>
              </w:rPr>
              <w:t>37</w:t>
            </w:r>
          </w:p>
        </w:tc>
        <w:tc>
          <w:tcPr>
            <w:tcW w:type="dxa" w:w="1872"/>
            <w:tcMar>
              <w:top w:w="90" w:type="dxa"/>
              <w:bottom w:w="90" w:type="dxa"/>
              <w:left w:w="120" w:type="dxa"/>
              <w:right w:w="120" w:type="dxa"/>
            </w:tcMar>
            <w:shd w:fill="F2F2F2"/>
          </w:tcPr>
          <w:p>
            <w:pPr>
              <w:jc w:val="center"/>
            </w:pPr>
            <w:r>
              <w:rPr>
                <w:color w:val="333333"/>
                <w:sz w:val="19"/>
              </w:rPr>
              <w:t>27</w:t>
            </w:r>
          </w:p>
        </w:tc>
      </w:tr>
      <w:tr>
        <w:tc>
          <w:tcPr>
            <w:tcW w:type="dxa" w:w="1872"/>
            <w:tcMar>
              <w:top w:w="90" w:type="dxa"/>
              <w:bottom w:w="90" w:type="dxa"/>
              <w:left w:w="120" w:type="dxa"/>
              <w:right w:w="120" w:type="dxa"/>
            </w:tcMar>
          </w:tcPr>
          <w:p>
            <w:pPr>
              <w:jc w:val="left"/>
            </w:pPr>
            <w:r>
              <w:rPr>
                <w:b/>
                <w:color w:val="333333"/>
                <w:sz w:val="19"/>
              </w:rPr>
              <w:t>Số lượng mẫu Bộ (sản phẩm)</w:t>
            </w:r>
          </w:p>
        </w:tc>
        <w:tc>
          <w:tcPr>
            <w:tcW w:type="dxa" w:w="1872"/>
            <w:tcMar>
              <w:top w:w="90" w:type="dxa"/>
              <w:bottom w:w="90" w:type="dxa"/>
              <w:left w:w="120" w:type="dxa"/>
              <w:right w:w="120" w:type="dxa"/>
            </w:tcMar>
          </w:tcPr>
          <w:p>
            <w:pPr>
              <w:jc w:val="center"/>
            </w:pPr>
            <w:r>
              <w:rPr>
                <w:color w:val="333333"/>
                <w:sz w:val="19"/>
              </w:rPr>
              <w:t>41</w:t>
            </w:r>
          </w:p>
        </w:tc>
        <w:tc>
          <w:tcPr>
            <w:tcW w:type="dxa" w:w="1872"/>
            <w:tcMar>
              <w:top w:w="90" w:type="dxa"/>
              <w:bottom w:w="90" w:type="dxa"/>
              <w:left w:w="120" w:type="dxa"/>
              <w:right w:w="120" w:type="dxa"/>
            </w:tcMar>
          </w:tcPr>
          <w:p>
            <w:pPr>
              <w:jc w:val="center"/>
            </w:pPr>
            <w:r>
              <w:rPr>
                <w:color w:val="333333"/>
                <w:sz w:val="19"/>
              </w:rPr>
              <w:t>60</w:t>
            </w:r>
          </w:p>
        </w:tc>
        <w:tc>
          <w:tcPr>
            <w:tcW w:type="dxa" w:w="1872"/>
            <w:tcMar>
              <w:top w:w="90" w:type="dxa"/>
              <w:bottom w:w="90" w:type="dxa"/>
              <w:left w:w="120" w:type="dxa"/>
              <w:right w:w="120" w:type="dxa"/>
            </w:tcMar>
          </w:tcPr>
          <w:p>
            <w:pPr>
              <w:jc w:val="center"/>
            </w:pPr>
            <w:r>
              <w:rPr>
                <w:color w:val="333333"/>
                <w:sz w:val="19"/>
              </w:rPr>
              <w:t>74</w:t>
            </w:r>
          </w:p>
        </w:tc>
        <w:tc>
          <w:tcPr>
            <w:tcW w:type="dxa" w:w="1872"/>
            <w:tcMar>
              <w:top w:w="90" w:type="dxa"/>
              <w:bottom w:w="90" w:type="dxa"/>
              <w:left w:w="120" w:type="dxa"/>
              <w:right w:w="120" w:type="dxa"/>
            </w:tcMar>
          </w:tcPr>
          <w:p>
            <w:pPr>
              <w:jc w:val="center"/>
            </w:pPr>
            <w:r>
              <w:rPr>
                <w:color w:val="333333"/>
                <w:sz w:val="19"/>
              </w:rPr>
              <w:t>72</w:t>
            </w:r>
          </w:p>
        </w:tc>
      </w:tr>
      <w:tr>
        <w:tc>
          <w:tcPr>
            <w:tcW w:type="dxa" w:w="1872"/>
            <w:tcMar>
              <w:top w:w="90" w:type="dxa"/>
              <w:bottom w:w="90" w:type="dxa"/>
              <w:left w:w="120" w:type="dxa"/>
              <w:right w:w="120" w:type="dxa"/>
            </w:tcMar>
            <w:shd w:fill="F2F2F2"/>
          </w:tcPr>
          <w:p>
            <w:pPr>
              <w:jc w:val="left"/>
            </w:pPr>
            <w:r>
              <w:rPr>
                <w:b/>
                <w:color w:val="333333"/>
                <w:sz w:val="19"/>
              </w:rPr>
              <w:t>Số mẫu Hoàn thành (HT)</w:t>
            </w:r>
          </w:p>
        </w:tc>
        <w:tc>
          <w:tcPr>
            <w:tcW w:type="dxa" w:w="1872"/>
            <w:tcMar>
              <w:top w:w="90" w:type="dxa"/>
              <w:bottom w:w="90" w:type="dxa"/>
              <w:left w:w="120" w:type="dxa"/>
              <w:right w:w="120" w:type="dxa"/>
            </w:tcMar>
            <w:shd w:fill="F2F2F2"/>
          </w:tcPr>
          <w:p>
            <w:pPr>
              <w:jc w:val="center"/>
            </w:pPr>
            <w:r>
              <w:rPr>
                <w:color w:val="333333"/>
                <w:sz w:val="19"/>
              </w:rPr>
              <w:t>88</w:t>
            </w:r>
          </w:p>
        </w:tc>
        <w:tc>
          <w:tcPr>
            <w:tcW w:type="dxa" w:w="1872"/>
            <w:tcMar>
              <w:top w:w="90" w:type="dxa"/>
              <w:bottom w:w="90" w:type="dxa"/>
              <w:left w:w="120" w:type="dxa"/>
              <w:right w:w="120" w:type="dxa"/>
            </w:tcMar>
            <w:shd w:fill="F2F2F2"/>
          </w:tcPr>
          <w:p>
            <w:pPr>
              <w:jc w:val="center"/>
            </w:pPr>
            <w:r>
              <w:rPr>
                <w:color w:val="333333"/>
                <w:sz w:val="19"/>
              </w:rPr>
              <w:t>147</w:t>
            </w:r>
          </w:p>
        </w:tc>
        <w:tc>
          <w:tcPr>
            <w:tcW w:type="dxa" w:w="1872"/>
            <w:tcMar>
              <w:top w:w="90" w:type="dxa"/>
              <w:bottom w:w="90" w:type="dxa"/>
              <w:left w:w="120" w:type="dxa"/>
              <w:right w:w="120" w:type="dxa"/>
            </w:tcMar>
            <w:shd w:fill="F2F2F2"/>
          </w:tcPr>
          <w:p>
            <w:pPr>
              <w:jc w:val="center"/>
            </w:pPr>
            <w:r>
              <w:rPr>
                <w:color w:val="333333"/>
                <w:sz w:val="19"/>
              </w:rPr>
              <w:t>137</w:t>
            </w:r>
          </w:p>
        </w:tc>
        <w:tc>
          <w:tcPr>
            <w:tcW w:type="dxa" w:w="1872"/>
            <w:tcMar>
              <w:top w:w="90" w:type="dxa"/>
              <w:bottom w:w="90" w:type="dxa"/>
              <w:left w:w="120" w:type="dxa"/>
              <w:right w:w="120" w:type="dxa"/>
            </w:tcMar>
            <w:shd w:fill="F2F2F2"/>
          </w:tcPr>
          <w:p>
            <w:pPr>
              <w:jc w:val="center"/>
            </w:pPr>
            <w:r>
              <w:rPr>
                <w:color w:val="333333"/>
                <w:sz w:val="19"/>
              </w:rPr>
              <w:t>162</w:t>
            </w:r>
          </w:p>
        </w:tc>
      </w:tr>
      <w:tr>
        <w:tc>
          <w:tcPr>
            <w:tcW w:type="dxa" w:w="1872"/>
            <w:tcMar>
              <w:top w:w="90" w:type="dxa"/>
              <w:bottom w:w="90" w:type="dxa"/>
              <w:left w:w="120" w:type="dxa"/>
              <w:right w:w="120" w:type="dxa"/>
            </w:tcMar>
          </w:tcPr>
          <w:p>
            <w:pPr>
              <w:jc w:val="left"/>
            </w:pPr>
            <w:r>
              <w:rPr>
                <w:b/>
                <w:color w:val="333333"/>
                <w:sz w:val="19"/>
              </w:rPr>
              <w:t>Số mẫu Đã Ký (DK)</w:t>
            </w:r>
          </w:p>
        </w:tc>
        <w:tc>
          <w:tcPr>
            <w:tcW w:type="dxa" w:w="1872"/>
            <w:tcMar>
              <w:top w:w="90" w:type="dxa"/>
              <w:bottom w:w="90" w:type="dxa"/>
              <w:left w:w="120" w:type="dxa"/>
              <w:right w:w="120" w:type="dxa"/>
            </w:tcMar>
          </w:tcPr>
          <w:p>
            <w:pPr>
              <w:jc w:val="center"/>
            </w:pPr>
            <w:r>
              <w:rPr>
                <w:color w:val="333333"/>
                <w:sz w:val="19"/>
              </w:rPr>
              <w:t>9</w:t>
            </w:r>
          </w:p>
        </w:tc>
        <w:tc>
          <w:tcPr>
            <w:tcW w:type="dxa" w:w="1872"/>
            <w:tcMar>
              <w:top w:w="90" w:type="dxa"/>
              <w:bottom w:w="90" w:type="dxa"/>
              <w:left w:w="120" w:type="dxa"/>
              <w:right w:w="120" w:type="dxa"/>
            </w:tcMar>
          </w:tcPr>
          <w:p>
            <w:pPr>
              <w:jc w:val="center"/>
            </w:pPr>
            <w:r>
              <w:rPr>
                <w:color w:val="333333"/>
                <w:sz w:val="19"/>
              </w:rPr>
              <w:t>17</w:t>
            </w:r>
          </w:p>
        </w:tc>
        <w:tc>
          <w:tcPr>
            <w:tcW w:type="dxa" w:w="1872"/>
            <w:tcMar>
              <w:top w:w="90" w:type="dxa"/>
              <w:bottom w:w="90" w:type="dxa"/>
              <w:left w:w="120" w:type="dxa"/>
              <w:right w:w="120" w:type="dxa"/>
            </w:tcMar>
          </w:tcPr>
          <w:p>
            <w:pPr>
              <w:jc w:val="center"/>
            </w:pPr>
            <w:r>
              <w:rPr>
                <w:color w:val="333333"/>
                <w:sz w:val="19"/>
              </w:rPr>
              <w:t>25</w:t>
            </w:r>
          </w:p>
        </w:tc>
        <w:tc>
          <w:tcPr>
            <w:tcW w:type="dxa" w:w="1872"/>
            <w:tcMar>
              <w:top w:w="90" w:type="dxa"/>
              <w:bottom w:w="90" w:type="dxa"/>
              <w:left w:w="120" w:type="dxa"/>
              <w:right w:w="120" w:type="dxa"/>
            </w:tcMar>
          </w:tcPr>
          <w:p>
            <w:pPr>
              <w:jc w:val="center"/>
            </w:pPr>
            <w:r>
              <w:rPr>
                <w:color w:val="333333"/>
                <w:sz w:val="19"/>
              </w:rPr>
              <w:t>20</w:t>
            </w:r>
          </w:p>
        </w:tc>
      </w:tr>
      <w:tr>
        <w:tc>
          <w:tcPr>
            <w:tcW w:type="dxa" w:w="1872"/>
            <w:tcMar>
              <w:top w:w="90" w:type="dxa"/>
              <w:bottom w:w="90" w:type="dxa"/>
              <w:left w:w="120" w:type="dxa"/>
              <w:right w:w="120" w:type="dxa"/>
            </w:tcMar>
            <w:shd w:fill="F2F2F2"/>
          </w:tcPr>
          <w:p>
            <w:pPr>
              <w:jc w:val="left"/>
            </w:pPr>
            <w:r>
              <w:rPr>
                <w:b/>
                <w:color w:val="333333"/>
                <w:sz w:val="19"/>
              </w:rPr>
              <w:t>Số mẫu Đang làm (ĐL)</w:t>
            </w:r>
          </w:p>
        </w:tc>
        <w:tc>
          <w:tcPr>
            <w:tcW w:type="dxa" w:w="1872"/>
            <w:tcMar>
              <w:top w:w="90" w:type="dxa"/>
              <w:bottom w:w="90" w:type="dxa"/>
              <w:left w:w="120" w:type="dxa"/>
              <w:right w:w="120" w:type="dxa"/>
            </w:tcMar>
            <w:shd w:fill="F2F2F2"/>
          </w:tcPr>
          <w:p>
            <w:pPr>
              <w:jc w:val="center"/>
            </w:pPr>
            <w:r>
              <w:rPr>
                <w:color w:val="333333"/>
                <w:sz w:val="19"/>
              </w:rPr>
              <w:t>0</w:t>
            </w:r>
          </w:p>
        </w:tc>
        <w:tc>
          <w:tcPr>
            <w:tcW w:type="dxa" w:w="1872"/>
            <w:tcMar>
              <w:top w:w="90" w:type="dxa"/>
              <w:bottom w:w="90" w:type="dxa"/>
              <w:left w:w="120" w:type="dxa"/>
              <w:right w:w="120" w:type="dxa"/>
            </w:tcMar>
            <w:shd w:fill="F2F2F2"/>
          </w:tcPr>
          <w:p>
            <w:pPr>
              <w:jc w:val="center"/>
            </w:pPr>
            <w:r>
              <w:rPr>
                <w:color w:val="333333"/>
                <w:sz w:val="19"/>
              </w:rPr>
              <w:t>1</w:t>
            </w:r>
          </w:p>
        </w:tc>
        <w:tc>
          <w:tcPr>
            <w:tcW w:type="dxa" w:w="1872"/>
            <w:tcMar>
              <w:top w:w="90" w:type="dxa"/>
              <w:bottom w:w="90" w:type="dxa"/>
              <w:left w:w="120" w:type="dxa"/>
              <w:right w:w="120" w:type="dxa"/>
            </w:tcMar>
            <w:shd w:fill="F2F2F2"/>
          </w:tcPr>
          <w:p>
            <w:pPr>
              <w:jc w:val="center"/>
            </w:pPr>
            <w:r>
              <w:rPr>
                <w:color w:val="333333"/>
                <w:sz w:val="19"/>
              </w:rPr>
              <w:t>28</w:t>
            </w:r>
          </w:p>
        </w:tc>
        <w:tc>
          <w:tcPr>
            <w:tcW w:type="dxa" w:w="1872"/>
            <w:tcMar>
              <w:top w:w="90" w:type="dxa"/>
              <w:bottom w:w="90" w:type="dxa"/>
              <w:left w:w="120" w:type="dxa"/>
              <w:right w:w="120" w:type="dxa"/>
            </w:tcMar>
            <w:shd w:fill="F2F2F2"/>
          </w:tcPr>
          <w:p>
            <w:pPr>
              <w:jc w:val="center"/>
            </w:pPr>
            <w:r>
              <w:rPr>
                <w:color w:val="333333"/>
                <w:sz w:val="19"/>
              </w:rPr>
              <w:t>14</w:t>
            </w:r>
          </w:p>
        </w:tc>
      </w:tr>
      <w:tr>
        <w:tc>
          <w:tcPr>
            <w:tcW w:type="dxa" w:w="1872"/>
            <w:tcMar>
              <w:top w:w="90" w:type="dxa"/>
              <w:bottom w:w="90" w:type="dxa"/>
              <w:left w:w="120" w:type="dxa"/>
              <w:right w:w="120" w:type="dxa"/>
            </w:tcMar>
          </w:tcPr>
          <w:p>
            <w:pPr>
              <w:jc w:val="left"/>
            </w:pPr>
            <w:r>
              <w:rPr>
                <w:b/>
                <w:color w:val="333333"/>
                <w:sz w:val="19"/>
              </w:rPr>
              <w:t>Mẫu có Đơn hàng ký kết (Có ĐH)</w:t>
            </w:r>
          </w:p>
        </w:tc>
        <w:tc>
          <w:tcPr>
            <w:tcW w:type="dxa" w:w="1872"/>
            <w:tcMar>
              <w:top w:w="90" w:type="dxa"/>
              <w:bottom w:w="90" w:type="dxa"/>
              <w:left w:w="120" w:type="dxa"/>
              <w:right w:w="120" w:type="dxa"/>
            </w:tcMar>
          </w:tcPr>
          <w:p>
            <w:pPr>
              <w:jc w:val="center"/>
            </w:pPr>
            <w:r>
              <w:rPr>
                <w:color w:val="333333"/>
                <w:sz w:val="19"/>
              </w:rPr>
              <w:t>0</w:t>
            </w:r>
          </w:p>
        </w:tc>
        <w:tc>
          <w:tcPr>
            <w:tcW w:type="dxa" w:w="1872"/>
            <w:tcMar>
              <w:top w:w="90" w:type="dxa"/>
              <w:bottom w:w="90" w:type="dxa"/>
              <w:left w:w="120" w:type="dxa"/>
              <w:right w:w="120" w:type="dxa"/>
            </w:tcMar>
          </w:tcPr>
          <w:p>
            <w:pPr>
              <w:jc w:val="center"/>
            </w:pPr>
            <w:r>
              <w:rPr>
                <w:color w:val="333333"/>
                <w:sz w:val="19"/>
              </w:rPr>
              <w:t>8</w:t>
            </w:r>
          </w:p>
        </w:tc>
        <w:tc>
          <w:tcPr>
            <w:tcW w:type="dxa" w:w="1872"/>
            <w:tcMar>
              <w:top w:w="90" w:type="dxa"/>
              <w:bottom w:w="90" w:type="dxa"/>
              <w:left w:w="120" w:type="dxa"/>
              <w:right w:w="120" w:type="dxa"/>
            </w:tcMar>
          </w:tcPr>
          <w:p>
            <w:pPr>
              <w:jc w:val="center"/>
            </w:pPr>
            <w:r>
              <w:rPr>
                <w:color w:val="333333"/>
                <w:sz w:val="19"/>
              </w:rPr>
              <w:t>7</w:t>
            </w:r>
          </w:p>
        </w:tc>
        <w:tc>
          <w:tcPr>
            <w:tcW w:type="dxa" w:w="1872"/>
            <w:tcMar>
              <w:top w:w="90" w:type="dxa"/>
              <w:bottom w:w="90" w:type="dxa"/>
              <w:left w:w="120" w:type="dxa"/>
              <w:right w:w="120" w:type="dxa"/>
            </w:tcMar>
          </w:tcPr>
          <w:p>
            <w:pPr>
              <w:jc w:val="center"/>
            </w:pPr>
            <w:r>
              <w:rPr>
                <w:color w:val="333333"/>
                <w:sz w:val="19"/>
              </w:rPr>
              <w:t>4</w:t>
            </w:r>
          </w:p>
        </w:tc>
      </w:tr>
    </w:tbl>
    <w:p>
      <w:pPr>
        <w:spacing w:before="160" w:after="240"/>
      </w:pPr>
      <w:r>
        <w:rPr>
          <w:b/>
          <w:i/>
        </w:rPr>
        <w:t xml:space="preserve">*Nhận xét xu hướng: </w:t>
      </w:r>
      <w:r>
        <w:rPr>
          <w:i/>
        </w:rPr>
        <w:t>Tuần 39 tiếp tục duy trì nhịp độ làm mẫu ổn định với tổng số lượt mẫu đạt 196 lượt và sản lượng 1506 cái. Tỷ lệ mẫu hoàn thành (HT) giữ vững hiệu suất cao với 162 mẫu, đồng thời ghi nhận 20 mẫu đã được khách hàng ký duyệt.</w:t>
      </w:r>
    </w:p>
    <w:p>
      <w:pPr>
        <w:spacing w:before="360" w:after="160"/>
      </w:pPr>
      <w:r>
        <w:rPr>
          <w:b/>
          <w:color w:val="1F4E79"/>
          <w:sz w:val="28"/>
        </w:rPr>
        <w:t>3. PHÂN TÍCH CHI TIẾT HIỆU SUẤT TRONG Tuần 39</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jc w:val="center"/>
            </w:pPr>
            <w:r>
              <w:rPr>
                <w:b/>
                <w:color w:val="FFFFFF"/>
                <w:sz w:val="21"/>
              </w:rPr>
              <w:t>Hạng</w:t>
            </w:r>
          </w:p>
        </w:tc>
        <w:tc>
          <w:tcPr>
            <w:tcW w:type="dxa" w:w="3120"/>
            <w:shd w:fill="1F4E79"/>
            <w:tcMar>
              <w:top w:w="120" w:type="dxa"/>
              <w:bottom w:w="120" w:type="dxa"/>
              <w:left w:w="150" w:type="dxa"/>
              <w:right w:w="150" w:type="dxa"/>
            </w:tcMar>
          </w:tcPr>
          <w:p>
            <w:pPr>
              <w:jc w:val="center"/>
            </w:pPr>
            <w:r>
              <w:rPr>
                <w:b/>
                <w:color w:val="FFFFFF"/>
                <w:sz w:val="21"/>
              </w:rPr>
              <w:t>Nhà Máy</w:t>
            </w:r>
          </w:p>
        </w:tc>
        <w:tc>
          <w:tcPr>
            <w:tcW w:type="dxa" w:w="3120"/>
            <w:shd w:fill="1F4E79"/>
            <w:tcMar>
              <w:top w:w="120" w:type="dxa"/>
              <w:bottom w:w="120" w:type="dxa"/>
              <w:left w:w="150" w:type="dxa"/>
              <w:right w:w="150" w:type="dxa"/>
            </w:tcMar>
          </w:tcPr>
          <w:p>
            <w:pPr>
              <w:jc w:val="center"/>
            </w:pPr>
            <w:r>
              <w:rPr>
                <w:b/>
                <w:color w:val="FFFFFF"/>
                <w:sz w:val="21"/>
              </w:rPr>
              <w:t>Số lượng mẫu sản xuất (cái)</w:t>
            </w:r>
          </w:p>
        </w:tc>
      </w:tr>
      <w:tr>
        <w:tc>
          <w:tcPr>
            <w:tcW w:type="dxa" w:w="3120"/>
            <w:tcMar>
              <w:top w:w="90" w:type="dxa"/>
              <w:bottom w:w="90" w:type="dxa"/>
              <w:left w:w="120" w:type="dxa"/>
              <w:right w:w="120" w:type="dxa"/>
            </w:tcMar>
          </w:tcPr>
          <w:p>
            <w:pPr>
              <w:jc w:val="center"/>
            </w:pPr>
            <w:r>
              <w:rPr>
                <w:sz w:val="19"/>
              </w:rPr>
              <w:t>1</w:t>
            </w:r>
          </w:p>
        </w:tc>
        <w:tc>
          <w:tcPr>
            <w:tcW w:type="dxa" w:w="3120"/>
            <w:tcMar>
              <w:top w:w="90" w:type="dxa"/>
              <w:bottom w:w="90" w:type="dxa"/>
              <w:left w:w="120" w:type="dxa"/>
              <w:right w:w="120" w:type="dxa"/>
            </w:tcMar>
          </w:tcPr>
          <w:p>
            <w:r>
              <w:rPr>
                <w:sz w:val="19"/>
              </w:rPr>
              <w:t>HẠNH PHÚC</w:t>
            </w:r>
          </w:p>
        </w:tc>
        <w:tc>
          <w:tcPr>
            <w:tcW w:type="dxa" w:w="3120"/>
            <w:tcMar>
              <w:top w:w="90" w:type="dxa"/>
              <w:bottom w:w="90" w:type="dxa"/>
              <w:left w:w="120" w:type="dxa"/>
              <w:right w:w="120" w:type="dxa"/>
            </w:tcMar>
          </w:tcPr>
          <w:p>
            <w:pPr>
              <w:jc w:val="center"/>
            </w:pPr>
            <w:r>
              <w:rPr>
                <w:sz w:val="19"/>
              </w:rPr>
              <w:t>654</w:t>
            </w:r>
          </w:p>
        </w:tc>
      </w:tr>
      <w:tr>
        <w:tc>
          <w:tcPr>
            <w:tcW w:type="dxa" w:w="3120"/>
            <w:tcMar>
              <w:top w:w="90" w:type="dxa"/>
              <w:bottom w:w="90" w:type="dxa"/>
              <w:left w:w="120" w:type="dxa"/>
              <w:right w:w="120" w:type="dxa"/>
            </w:tcMar>
            <w:shd w:fill="F2F2F2"/>
          </w:tcPr>
          <w:p>
            <w:pPr>
              <w:jc w:val="center"/>
            </w:pPr>
            <w:r>
              <w:rPr>
                <w:sz w:val="19"/>
              </w:rPr>
              <w:t>2</w:t>
            </w:r>
          </w:p>
        </w:tc>
        <w:tc>
          <w:tcPr>
            <w:tcW w:type="dxa" w:w="3120"/>
            <w:tcMar>
              <w:top w:w="90" w:type="dxa"/>
              <w:bottom w:w="90" w:type="dxa"/>
              <w:left w:w="120" w:type="dxa"/>
              <w:right w:w="120" w:type="dxa"/>
            </w:tcMar>
            <w:shd w:fill="F2F2F2"/>
          </w:tcPr>
          <w:p>
            <w:r>
              <w:rPr>
                <w:sz w:val="19"/>
              </w:rPr>
              <w:t>KIM VĨNH PHÚ</w:t>
            </w:r>
          </w:p>
        </w:tc>
        <w:tc>
          <w:tcPr>
            <w:tcW w:type="dxa" w:w="3120"/>
            <w:tcMar>
              <w:top w:w="90" w:type="dxa"/>
              <w:bottom w:w="90" w:type="dxa"/>
              <w:left w:w="120" w:type="dxa"/>
              <w:right w:w="120" w:type="dxa"/>
            </w:tcMar>
            <w:shd w:fill="F2F2F2"/>
          </w:tcPr>
          <w:p>
            <w:pPr>
              <w:jc w:val="center"/>
            </w:pPr>
            <w:r>
              <w:rPr>
                <w:sz w:val="19"/>
              </w:rPr>
              <w:t>106</w:t>
            </w:r>
          </w:p>
        </w:tc>
      </w:tr>
      <w:tr>
        <w:tc>
          <w:tcPr>
            <w:tcW w:type="dxa" w:w="3120"/>
            <w:tcMar>
              <w:top w:w="90" w:type="dxa"/>
              <w:bottom w:w="90" w:type="dxa"/>
              <w:left w:w="120" w:type="dxa"/>
              <w:right w:w="120" w:type="dxa"/>
            </w:tcMar>
          </w:tcPr>
          <w:p>
            <w:pPr>
              <w:jc w:val="center"/>
            </w:pPr>
            <w:r>
              <w:rPr>
                <w:sz w:val="19"/>
              </w:rPr>
              <w:t>3</w:t>
            </w:r>
          </w:p>
        </w:tc>
        <w:tc>
          <w:tcPr>
            <w:tcW w:type="dxa" w:w="3120"/>
            <w:tcMar>
              <w:top w:w="90" w:type="dxa"/>
              <w:bottom w:w="90" w:type="dxa"/>
              <w:left w:w="120" w:type="dxa"/>
              <w:right w:w="120" w:type="dxa"/>
            </w:tcMar>
          </w:tcPr>
          <w:p>
            <w:r>
              <w:rPr>
                <w:sz w:val="19"/>
              </w:rPr>
              <w:t>MINH DƯƠNG</w:t>
            </w:r>
          </w:p>
        </w:tc>
        <w:tc>
          <w:tcPr>
            <w:tcW w:type="dxa" w:w="3120"/>
            <w:tcMar>
              <w:top w:w="90" w:type="dxa"/>
              <w:bottom w:w="90" w:type="dxa"/>
              <w:left w:w="120" w:type="dxa"/>
              <w:right w:w="120" w:type="dxa"/>
            </w:tcMar>
          </w:tcPr>
          <w:p>
            <w:pPr>
              <w:jc w:val="center"/>
            </w:pPr>
            <w:r>
              <w:rPr>
                <w:sz w:val="19"/>
              </w:rPr>
              <w:t>69</w:t>
            </w:r>
          </w:p>
        </w:tc>
      </w:tr>
      <w:tr>
        <w:tc>
          <w:tcPr>
            <w:tcW w:type="dxa" w:w="3120"/>
            <w:tcMar>
              <w:top w:w="90" w:type="dxa"/>
              <w:bottom w:w="90" w:type="dxa"/>
              <w:left w:w="120" w:type="dxa"/>
              <w:right w:w="120" w:type="dxa"/>
            </w:tcMar>
            <w:shd w:fill="F2F2F2"/>
          </w:tcPr>
          <w:p>
            <w:pPr>
              <w:jc w:val="center"/>
            </w:pPr>
            <w:r>
              <w:rPr>
                <w:sz w:val="19"/>
              </w:rPr>
              <w:t>4</w:t>
            </w:r>
          </w:p>
        </w:tc>
        <w:tc>
          <w:tcPr>
            <w:tcW w:type="dxa" w:w="3120"/>
            <w:tcMar>
              <w:top w:w="90" w:type="dxa"/>
              <w:bottom w:w="90" w:type="dxa"/>
              <w:left w:w="120" w:type="dxa"/>
              <w:right w:w="120" w:type="dxa"/>
            </w:tcMar>
            <w:shd w:fill="F2F2F2"/>
          </w:tcPr>
          <w:p>
            <w:r>
              <w:rPr>
                <w:sz w:val="19"/>
              </w:rPr>
              <w:t>TÂN THÀNH</w:t>
            </w:r>
          </w:p>
        </w:tc>
        <w:tc>
          <w:tcPr>
            <w:tcW w:type="dxa" w:w="3120"/>
            <w:tcMar>
              <w:top w:w="90" w:type="dxa"/>
              <w:bottom w:w="90" w:type="dxa"/>
              <w:left w:w="120" w:type="dxa"/>
              <w:right w:w="120" w:type="dxa"/>
            </w:tcMar>
            <w:shd w:fill="F2F2F2"/>
          </w:tcPr>
          <w:p>
            <w:pPr>
              <w:jc w:val="center"/>
            </w:pPr>
            <w:r>
              <w:rPr>
                <w:sz w:val="19"/>
              </w:rPr>
              <w:t>62</w:t>
            </w:r>
          </w:p>
        </w:tc>
      </w:tr>
      <w:tr>
        <w:tc>
          <w:tcPr>
            <w:tcW w:type="dxa" w:w="3120"/>
            <w:tcMar>
              <w:top w:w="90" w:type="dxa"/>
              <w:bottom w:w="90" w:type="dxa"/>
              <w:left w:w="120" w:type="dxa"/>
              <w:right w:w="120" w:type="dxa"/>
            </w:tcMar>
          </w:tcPr>
          <w:p>
            <w:pPr>
              <w:jc w:val="center"/>
            </w:pPr>
            <w:r>
              <w:rPr>
                <w:sz w:val="19"/>
              </w:rPr>
              <w:t>5</w:t>
            </w:r>
          </w:p>
        </w:tc>
        <w:tc>
          <w:tcPr>
            <w:tcW w:type="dxa" w:w="3120"/>
            <w:tcMar>
              <w:top w:w="90" w:type="dxa"/>
              <w:bottom w:w="90" w:type="dxa"/>
              <w:left w:w="120" w:type="dxa"/>
              <w:right w:w="120" w:type="dxa"/>
            </w:tcMar>
          </w:tcPr>
          <w:p>
            <w:r>
              <w:rPr>
                <w:sz w:val="19"/>
              </w:rPr>
              <w:t>MEKONG</w:t>
            </w:r>
          </w:p>
        </w:tc>
        <w:tc>
          <w:tcPr>
            <w:tcW w:type="dxa" w:w="3120"/>
            <w:tcMar>
              <w:top w:w="90" w:type="dxa"/>
              <w:bottom w:w="90" w:type="dxa"/>
              <w:left w:w="120" w:type="dxa"/>
              <w:right w:w="120" w:type="dxa"/>
            </w:tcMar>
          </w:tcPr>
          <w:p>
            <w:pPr>
              <w:jc w:val="center"/>
            </w:pPr>
            <w:r>
              <w:rPr>
                <w:sz w:val="19"/>
              </w:rPr>
              <w:t>50</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jc w:val="center"/>
            </w:pPr>
            <w:r>
              <w:rPr>
                <w:b/>
                <w:color w:val="FFFFFF"/>
                <w:sz w:val="21"/>
              </w:rPr>
              <w:t>Hạng</w:t>
            </w:r>
          </w:p>
        </w:tc>
        <w:tc>
          <w:tcPr>
            <w:tcW w:type="dxa" w:w="3120"/>
            <w:shd w:fill="1F4E79"/>
            <w:tcMar>
              <w:top w:w="120" w:type="dxa"/>
              <w:bottom w:w="120" w:type="dxa"/>
              <w:left w:w="150" w:type="dxa"/>
              <w:right w:w="150" w:type="dxa"/>
            </w:tcMar>
          </w:tcPr>
          <w:p>
            <w:pPr>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jc w:val="center"/>
            </w:pPr>
            <w:r>
              <w:rPr>
                <w:b/>
                <w:color w:val="FFFFFF"/>
                <w:sz w:val="21"/>
              </w:rPr>
              <w:t>Sản lượng làm mẫu (cái)</w:t>
            </w:r>
          </w:p>
        </w:tc>
      </w:tr>
      <w:tr>
        <w:tc>
          <w:tcPr>
            <w:tcW w:type="dxa" w:w="3120"/>
            <w:tcMar>
              <w:top w:w="90" w:type="dxa"/>
              <w:bottom w:w="90" w:type="dxa"/>
              <w:left w:w="120" w:type="dxa"/>
              <w:right w:w="120" w:type="dxa"/>
            </w:tcMar>
          </w:tcPr>
          <w:p>
            <w:pPr>
              <w:jc w:val="center"/>
            </w:pPr>
            <w:r>
              <w:rPr>
                <w:sz w:val="19"/>
              </w:rPr>
              <w:t>1</w:t>
            </w:r>
          </w:p>
        </w:tc>
        <w:tc>
          <w:tcPr>
            <w:tcW w:type="dxa" w:w="3120"/>
            <w:tcMar>
              <w:top w:w="90" w:type="dxa"/>
              <w:bottom w:w="90" w:type="dxa"/>
              <w:left w:w="120" w:type="dxa"/>
              <w:right w:w="120" w:type="dxa"/>
            </w:tcMar>
          </w:tcPr>
          <w:p>
            <w:r>
              <w:rPr>
                <w:sz w:val="19"/>
              </w:rPr>
              <w:t>Trình Đoàn Xuân</w:t>
            </w:r>
          </w:p>
        </w:tc>
        <w:tc>
          <w:tcPr>
            <w:tcW w:type="dxa" w:w="3120"/>
            <w:tcMar>
              <w:top w:w="90" w:type="dxa"/>
              <w:bottom w:w="90" w:type="dxa"/>
              <w:left w:w="120" w:type="dxa"/>
              <w:right w:w="120" w:type="dxa"/>
            </w:tcMar>
          </w:tcPr>
          <w:p>
            <w:pPr>
              <w:jc w:val="center"/>
            </w:pPr>
            <w:r>
              <w:rPr>
                <w:sz w:val="19"/>
              </w:rPr>
              <w:t>650</w:t>
            </w:r>
          </w:p>
        </w:tc>
      </w:tr>
      <w:tr>
        <w:tc>
          <w:tcPr>
            <w:tcW w:type="dxa" w:w="3120"/>
            <w:tcMar>
              <w:top w:w="90" w:type="dxa"/>
              <w:bottom w:w="90" w:type="dxa"/>
              <w:left w:w="120" w:type="dxa"/>
              <w:right w:w="120" w:type="dxa"/>
            </w:tcMar>
            <w:shd w:fill="F2F2F2"/>
          </w:tcPr>
          <w:p>
            <w:pPr>
              <w:jc w:val="center"/>
            </w:pPr>
            <w:r>
              <w:rPr>
                <w:sz w:val="19"/>
              </w:rPr>
              <w:t>2</w:t>
            </w:r>
          </w:p>
        </w:tc>
        <w:tc>
          <w:tcPr>
            <w:tcW w:type="dxa" w:w="3120"/>
            <w:tcMar>
              <w:top w:w="90" w:type="dxa"/>
              <w:bottom w:w="90" w:type="dxa"/>
              <w:left w:w="120" w:type="dxa"/>
              <w:right w:w="120" w:type="dxa"/>
            </w:tcMar>
            <w:shd w:fill="F2F2F2"/>
          </w:tcPr>
          <w:p>
            <w:r>
              <w:rPr>
                <w:sz w:val="19"/>
              </w:rPr>
              <w:t>Nguyễn Thái Bảo</w:t>
            </w:r>
          </w:p>
        </w:tc>
        <w:tc>
          <w:tcPr>
            <w:tcW w:type="dxa" w:w="3120"/>
            <w:tcMar>
              <w:top w:w="90" w:type="dxa"/>
              <w:bottom w:w="90" w:type="dxa"/>
              <w:left w:w="120" w:type="dxa"/>
              <w:right w:w="120" w:type="dxa"/>
            </w:tcMar>
            <w:shd w:fill="F2F2F2"/>
          </w:tcPr>
          <w:p>
            <w:pPr>
              <w:jc w:val="center"/>
            </w:pPr>
            <w:r>
              <w:rPr>
                <w:sz w:val="19"/>
              </w:rPr>
              <w:t>106</w:t>
            </w:r>
          </w:p>
        </w:tc>
      </w:tr>
      <w:tr>
        <w:tc>
          <w:tcPr>
            <w:tcW w:type="dxa" w:w="3120"/>
            <w:tcMar>
              <w:top w:w="90" w:type="dxa"/>
              <w:bottom w:w="90" w:type="dxa"/>
              <w:left w:w="120" w:type="dxa"/>
              <w:right w:w="120" w:type="dxa"/>
            </w:tcMar>
          </w:tcPr>
          <w:p>
            <w:pPr>
              <w:jc w:val="center"/>
            </w:pPr>
            <w:r>
              <w:rPr>
                <w:sz w:val="19"/>
              </w:rPr>
              <w:t>3</w:t>
            </w:r>
          </w:p>
        </w:tc>
        <w:tc>
          <w:tcPr>
            <w:tcW w:type="dxa" w:w="3120"/>
            <w:tcMar>
              <w:top w:w="90" w:type="dxa"/>
              <w:bottom w:w="90" w:type="dxa"/>
              <w:left w:w="120" w:type="dxa"/>
              <w:right w:w="120" w:type="dxa"/>
            </w:tcMar>
          </w:tcPr>
          <w:p>
            <w:r>
              <w:rPr>
                <w:sz w:val="19"/>
              </w:rPr>
              <w:t>Bùi Văn Tuấn</w:t>
            </w:r>
          </w:p>
        </w:tc>
        <w:tc>
          <w:tcPr>
            <w:tcW w:type="dxa" w:w="3120"/>
            <w:tcMar>
              <w:top w:w="90" w:type="dxa"/>
              <w:bottom w:w="90" w:type="dxa"/>
              <w:left w:w="120" w:type="dxa"/>
              <w:right w:w="120" w:type="dxa"/>
            </w:tcMar>
          </w:tcPr>
          <w:p>
            <w:pPr>
              <w:jc w:val="center"/>
            </w:pPr>
            <w:r>
              <w:rPr>
                <w:sz w:val="19"/>
              </w:rPr>
              <w:t>64</w:t>
            </w:r>
          </w:p>
        </w:tc>
      </w:tr>
      <w:tr>
        <w:tc>
          <w:tcPr>
            <w:tcW w:type="dxa" w:w="3120"/>
            <w:tcMar>
              <w:top w:w="90" w:type="dxa"/>
              <w:bottom w:w="90" w:type="dxa"/>
              <w:left w:w="120" w:type="dxa"/>
              <w:right w:w="120" w:type="dxa"/>
            </w:tcMar>
            <w:shd w:fill="F2F2F2"/>
          </w:tcPr>
          <w:p>
            <w:pPr>
              <w:jc w:val="center"/>
            </w:pPr>
            <w:r>
              <w:rPr>
                <w:sz w:val="19"/>
              </w:rPr>
              <w:t>4</w:t>
            </w:r>
          </w:p>
        </w:tc>
        <w:tc>
          <w:tcPr>
            <w:tcW w:type="dxa" w:w="3120"/>
            <w:tcMar>
              <w:top w:w="90" w:type="dxa"/>
              <w:bottom w:w="90" w:type="dxa"/>
              <w:left w:w="120" w:type="dxa"/>
              <w:right w:w="120" w:type="dxa"/>
            </w:tcMar>
            <w:shd w:fill="F2F2F2"/>
          </w:tcPr>
          <w:p>
            <w:r>
              <w:rPr>
                <w:sz w:val="19"/>
              </w:rPr>
              <w:t>Nông Đức Trường</w:t>
            </w:r>
          </w:p>
        </w:tc>
        <w:tc>
          <w:tcPr>
            <w:tcW w:type="dxa" w:w="3120"/>
            <w:tcMar>
              <w:top w:w="90" w:type="dxa"/>
              <w:bottom w:w="90" w:type="dxa"/>
              <w:left w:w="120" w:type="dxa"/>
              <w:right w:w="120" w:type="dxa"/>
            </w:tcMar>
            <w:shd w:fill="F2F2F2"/>
          </w:tcPr>
          <w:p>
            <w:pPr>
              <w:jc w:val="center"/>
            </w:pPr>
            <w:r>
              <w:rPr>
                <w:sz w:val="19"/>
              </w:rPr>
              <w:t>40</w:t>
            </w:r>
          </w:p>
        </w:tc>
      </w:tr>
      <w:tr>
        <w:tc>
          <w:tcPr>
            <w:tcW w:type="dxa" w:w="3120"/>
            <w:tcMar>
              <w:top w:w="90" w:type="dxa"/>
              <w:bottom w:w="90" w:type="dxa"/>
              <w:left w:w="120" w:type="dxa"/>
              <w:right w:w="120" w:type="dxa"/>
            </w:tcMar>
          </w:tcPr>
          <w:p>
            <w:pPr>
              <w:jc w:val="center"/>
            </w:pPr>
            <w:r>
              <w:rPr>
                <w:sz w:val="19"/>
              </w:rPr>
              <w:t>5</w:t>
            </w:r>
          </w:p>
        </w:tc>
        <w:tc>
          <w:tcPr>
            <w:tcW w:type="dxa" w:w="3120"/>
            <w:tcMar>
              <w:top w:w="90" w:type="dxa"/>
              <w:bottom w:w="90" w:type="dxa"/>
              <w:left w:w="120" w:type="dxa"/>
              <w:right w:w="120" w:type="dxa"/>
            </w:tcMar>
          </w:tcPr>
          <w:p>
            <w:r>
              <w:rPr>
                <w:sz w:val="19"/>
              </w:rPr>
              <w:t>Nho Xuân</w:t>
            </w:r>
          </w:p>
        </w:tc>
        <w:tc>
          <w:tcPr>
            <w:tcW w:type="dxa" w:w="3120"/>
            <w:tcMar>
              <w:top w:w="90" w:type="dxa"/>
              <w:bottom w:w="90" w:type="dxa"/>
              <w:left w:w="120" w:type="dxa"/>
              <w:right w:w="120" w:type="dxa"/>
            </w:tcMar>
          </w:tcPr>
          <w:p>
            <w:pPr>
              <w:jc w:val="center"/>
            </w:pPr>
            <w:r>
              <w:rPr>
                <w:sz w:val="19"/>
              </w:rPr>
              <w:t>40</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