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29 - Tuần 32)</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32 (03.08-09.08) so với 3 tuần trước đó. Mục tiêu nhằm theo dõi xu hướng phát triển mẫu, đánh giá năng lực của các kỹ thuật viên, nhà máy và tỷ lệ chuyển đổi đơn hàng thành công.</w:t>
        <w:br/>
        <w:br/>
        <w:t xml:space="preserve">Trong tuần gần nhất (Tuần 32), hệ thống ghi nhận tổng số </w:t>
      </w:r>
      <w:r>
        <w:rPr>
          <w:b/>
        </w:rPr>
        <w:t xml:space="preserve">178 lượt mẫu </w:t>
      </w:r>
      <w:r>
        <w:t xml:space="preserve">với tổng số lượng sản phẩm làm mẫu là </w:t>
      </w:r>
      <w:r>
        <w:rPr>
          <w:b/>
        </w:rPr>
        <w:t xml:space="preserve">847 cái. </w:t>
      </w:r>
      <w:r>
        <w:t xml:space="preserve">Tỷ lệ hoàn thành đạt mức ấn tượng với </w:t>
      </w:r>
      <w:r>
        <w:rPr>
          <w:b/>
        </w:rPr>
        <w:t xml:space="preserve">141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29</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c>
          <w:tcPr>
            <w:tcW w:type="dxa" w:w="1872"/>
            <w:shd w:fill="1F4E79"/>
            <w:tcMar>
              <w:top w:w="120" w:type="dxa"/>
              <w:bottom w:w="120" w:type="dxa"/>
              <w:left w:w="150" w:type="dxa"/>
              <w:right w:w="150" w:type="dxa"/>
            </w:tcMar>
          </w:tcPr>
          <w:p>
            <w:pPr>
              <w:spacing w:before="80" w:after="80"/>
              <w:jc w:val="center"/>
            </w:pPr>
            <w:r>
              <w:rPr>
                <w:b/>
                <w:color w:val="FFFFFF"/>
                <w:sz w:val="21"/>
              </w:rPr>
              <w:t>Tuần 31</w:t>
            </w:r>
          </w:p>
        </w:tc>
        <w:tc>
          <w:tcPr>
            <w:tcW w:type="dxa" w:w="1872"/>
            <w:shd w:fill="1F4E79"/>
            <w:tcMar>
              <w:top w:w="120" w:type="dxa"/>
              <w:bottom w:w="120" w:type="dxa"/>
              <w:left w:w="150" w:type="dxa"/>
              <w:right w:w="150" w:type="dxa"/>
            </w:tcMar>
          </w:tcPr>
          <w:p>
            <w:pPr>
              <w:spacing w:before="80" w:after="80"/>
              <w:jc w:val="center"/>
            </w:pPr>
            <w:r>
              <w:rPr>
                <w:b/>
                <w:color w:val="FFFFFF"/>
                <w:sz w:val="21"/>
              </w:rPr>
              <w:t>Tuần 32</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181</w:t>
            </w:r>
          </w:p>
        </w:tc>
        <w:tc>
          <w:tcPr>
            <w:tcW w:type="dxa" w:w="1872"/>
            <w:tcMar>
              <w:top w:w="90" w:type="dxa"/>
              <w:bottom w:w="90" w:type="dxa"/>
              <w:left w:w="120" w:type="dxa"/>
              <w:right w:w="120" w:type="dxa"/>
            </w:tcMar>
          </w:tcPr>
          <w:p>
            <w:pPr>
              <w:spacing w:before="40" w:after="40"/>
              <w:jc w:val="center"/>
            </w:pPr>
            <w:r>
              <w:rPr>
                <w:b w:val="0"/>
                <w:i w:val="0"/>
                <w:color w:val="333333"/>
                <w:sz w:val="19"/>
              </w:rPr>
              <w:t>173</w:t>
            </w:r>
          </w:p>
        </w:tc>
        <w:tc>
          <w:tcPr>
            <w:tcW w:type="dxa" w:w="1872"/>
            <w:tcMar>
              <w:top w:w="90" w:type="dxa"/>
              <w:bottom w:w="90" w:type="dxa"/>
              <w:left w:w="120" w:type="dxa"/>
              <w:right w:w="120" w:type="dxa"/>
            </w:tcMar>
          </w:tcPr>
          <w:p>
            <w:pPr>
              <w:spacing w:before="40" w:after="40"/>
              <w:jc w:val="center"/>
            </w:pPr>
            <w:r>
              <w:rPr>
                <w:b w:val="0"/>
                <w:i w:val="0"/>
                <w:color w:val="333333"/>
                <w:sz w:val="19"/>
              </w:rPr>
              <w:t>194</w:t>
            </w:r>
          </w:p>
        </w:tc>
        <w:tc>
          <w:tcPr>
            <w:tcW w:type="dxa" w:w="1872"/>
            <w:tcMar>
              <w:top w:w="90" w:type="dxa"/>
              <w:bottom w:w="90" w:type="dxa"/>
              <w:left w:w="120" w:type="dxa"/>
              <w:right w:w="120" w:type="dxa"/>
            </w:tcMar>
          </w:tcPr>
          <w:p>
            <w:pPr>
              <w:spacing w:before="40" w:after="40"/>
              <w:jc w:val="center"/>
            </w:pPr>
            <w:r>
              <w:rPr>
                <w:b w:val="0"/>
                <w:i w:val="0"/>
                <w:color w:val="333333"/>
                <w:sz w:val="19"/>
              </w:rPr>
              <w:t>178</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1668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994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847</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58</w:t>
            </w:r>
          </w:p>
        </w:tc>
        <w:tc>
          <w:tcPr>
            <w:tcW w:type="dxa" w:w="1872"/>
            <w:tcMar>
              <w:top w:w="90" w:type="dxa"/>
              <w:bottom w:w="90" w:type="dxa"/>
              <w:left w:w="120" w:type="dxa"/>
              <w:right w:w="120" w:type="dxa"/>
            </w:tcMar>
          </w:tcPr>
          <w:p>
            <w:pPr>
              <w:spacing w:before="40" w:after="40"/>
              <w:jc w:val="center"/>
            </w:pPr>
            <w:r>
              <w:rPr>
                <w:b w:val="0"/>
                <w:i w:val="0"/>
                <w:color w:val="333333"/>
                <w:sz w:val="19"/>
              </w:rPr>
              <w:t>35</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c>
          <w:tcPr>
            <w:tcW w:type="dxa" w:w="1872"/>
            <w:tcMar>
              <w:top w:w="90" w:type="dxa"/>
              <w:bottom w:w="90" w:type="dxa"/>
              <w:left w:w="120" w:type="dxa"/>
              <w:right w:w="120" w:type="dxa"/>
            </w:tcMar>
          </w:tcPr>
          <w:p>
            <w:pPr>
              <w:spacing w:before="40" w:after="40"/>
              <w:jc w:val="center"/>
            </w:pPr>
            <w:r>
              <w:rPr>
                <w:b w:val="0"/>
                <w:i w:val="0"/>
                <w:color w:val="333333"/>
                <w:sz w:val="19"/>
              </w:rPr>
              <w:t>51</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75</w:t>
            </w:r>
          </w:p>
        </w:tc>
        <w:tc>
          <w:tcPr>
            <w:tcW w:type="dxa" w:w="1872"/>
            <w:tcMar>
              <w:top w:w="90" w:type="dxa"/>
              <w:bottom w:w="90" w:type="dxa"/>
              <w:left w:w="120" w:type="dxa"/>
              <w:right w:w="120" w:type="dxa"/>
            </w:tcMar>
          </w:tcPr>
          <w:p>
            <w:pPr>
              <w:spacing w:before="40" w:after="40"/>
              <w:jc w:val="center"/>
            </w:pPr>
            <w:r>
              <w:rPr>
                <w:b w:val="0"/>
                <w:i w:val="0"/>
                <w:color w:val="333333"/>
                <w:sz w:val="19"/>
              </w:rPr>
              <w:t>79</w:t>
            </w:r>
          </w:p>
        </w:tc>
        <w:tc>
          <w:tcPr>
            <w:tcW w:type="dxa" w:w="1872"/>
            <w:tcMar>
              <w:top w:w="90" w:type="dxa"/>
              <w:bottom w:w="90" w:type="dxa"/>
              <w:left w:w="120" w:type="dxa"/>
              <w:right w:w="120" w:type="dxa"/>
            </w:tcMar>
          </w:tcPr>
          <w:p>
            <w:pPr>
              <w:spacing w:before="40" w:after="40"/>
              <w:jc w:val="center"/>
            </w:pPr>
            <w:r>
              <w:rPr>
                <w:b w:val="0"/>
                <w:i w:val="0"/>
                <w:color w:val="333333"/>
                <w:sz w:val="19"/>
              </w:rPr>
              <w:t>72</w:t>
            </w:r>
          </w:p>
        </w:tc>
        <w:tc>
          <w:tcPr>
            <w:tcW w:type="dxa" w:w="1872"/>
            <w:tcMar>
              <w:top w:w="90" w:type="dxa"/>
              <w:bottom w:w="90" w:type="dxa"/>
              <w:left w:w="120" w:type="dxa"/>
              <w:right w:w="120" w:type="dxa"/>
            </w:tcMar>
          </w:tcPr>
          <w:p>
            <w:pPr>
              <w:spacing w:before="40" w:after="40"/>
              <w:jc w:val="center"/>
            </w:pPr>
            <w:r>
              <w:rPr>
                <w:b w:val="0"/>
                <w:i w:val="0"/>
                <w:color w:val="333333"/>
                <w:sz w:val="19"/>
              </w:rPr>
              <w:t>67</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141</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c>
          <w:tcPr>
            <w:tcW w:type="dxa" w:w="1872"/>
            <w:tcMar>
              <w:top w:w="90" w:type="dxa"/>
              <w:bottom w:w="90" w:type="dxa"/>
              <w:left w:w="120" w:type="dxa"/>
              <w:right w:w="120" w:type="dxa"/>
            </w:tcMar>
          </w:tcPr>
          <w:p>
            <w:pPr>
              <w:spacing w:before="40" w:after="40"/>
              <w:jc w:val="center"/>
            </w:pPr>
            <w:r>
              <w:rPr>
                <w:b w:val="0"/>
                <w:i w:val="0"/>
                <w:color w:val="333333"/>
                <w:sz w:val="19"/>
              </w:rPr>
              <w:t>10</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c>
          <w:tcPr>
            <w:tcW w:type="dxa" w:w="1872"/>
            <w:tcMar>
              <w:top w:w="90" w:type="dxa"/>
              <w:bottom w:w="90" w:type="dxa"/>
              <w:left w:w="120" w:type="dxa"/>
              <w:right w:w="120" w:type="dxa"/>
            </w:tcMar>
          </w:tcPr>
          <w:p>
            <w:pPr>
              <w:spacing w:before="40" w:after="40"/>
              <w:jc w:val="center"/>
            </w:pPr>
            <w:r>
              <w:rPr>
                <w:b w:val="0"/>
                <w:i w:val="0"/>
                <w:color w:val="333333"/>
                <w:sz w:val="19"/>
              </w:rPr>
              <w:t>20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5</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c>
          <w:tcPr>
            <w:tcW w:type="dxa" w:w="1872"/>
            <w:tcMar>
              <w:top w:w="90" w:type="dxa"/>
              <w:bottom w:w="90" w:type="dxa"/>
              <w:left w:w="120" w:type="dxa"/>
              <w:right w:w="120" w:type="dxa"/>
            </w:tcMar>
          </w:tcPr>
          <w:p>
            <w:pPr>
              <w:spacing w:before="40" w:after="40"/>
              <w:jc w:val="center"/>
            </w:pPr>
            <w:r>
              <w:rPr>
                <w:b w:val="0"/>
                <w:i w:val="0"/>
                <w:color w:val="333333"/>
                <w:sz w:val="19"/>
              </w:rPr>
              <w:t>1</w:t>
            </w:r>
          </w:p>
        </w:tc>
      </w:tr>
    </w:tbl>
    <w:p>
      <w:pPr>
        <w:spacing w:before="160" w:after="240"/>
      </w:pPr>
      <w:r>
        <w:rPr>
          <w:b/>
          <w:i/>
        </w:rPr>
        <w:t xml:space="preserve">*Nhận xét xu hướng: </w:t>
      </w:r>
      <w:r>
        <w:rPr>
          <w:i/>
        </w:rPr>
        <w:t>Số lượng sản phẩm làm mẫu đạt đỉnh vào tuần 26 (994 cái), nhờ có đóng góp lớn từ nhà máy HẠNH PHÚC. Tuần 27 giảm nhẹ 147 cái nhưng vẫn duy trì ở mức cao (847 cái) và có số lượng mẫu hoàn thành (HT) cao nhất trong 4 tuần qua với 141 mẫu.</w:t>
      </w:r>
    </w:p>
    <w:p>
      <w:pPr>
        <w:spacing w:before="360" w:after="160"/>
      </w:pPr>
      <w:r>
        <w:rPr>
          <w:b/>
          <w:color w:val="1F4E79"/>
          <w:sz w:val="28"/>
        </w:rPr>
        <w:t>3. PHÂN TÍCH CHI TIẾT HIỆU SUẤT TRONG Tuần 32</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MINH DƯƠNG</w:t>
            </w:r>
          </w:p>
        </w:tc>
        <w:tc>
          <w:tcPr>
            <w:tcW w:type="dxa" w:w="3120"/>
            <w:tcMar>
              <w:top w:w="90" w:type="dxa"/>
              <w:bottom w:w="90" w:type="dxa"/>
              <w:left w:w="120" w:type="dxa"/>
              <w:right w:w="120" w:type="dxa"/>
            </w:tcMar>
          </w:tcPr>
          <w:p>
            <w:pPr>
              <w:spacing w:before="40" w:after="40"/>
              <w:jc w:val="center"/>
            </w:pPr>
            <w:r>
              <w:rPr>
                <w:b w:val="0"/>
                <w:i w:val="0"/>
                <w:color w:val="333333"/>
                <w:sz w:val="19"/>
              </w:rPr>
              <w:t>95</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HỐ NAI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95</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TÂN THÀNH</w:t>
            </w:r>
          </w:p>
        </w:tc>
        <w:tc>
          <w:tcPr>
            <w:tcW w:type="dxa" w:w="3120"/>
            <w:tcMar>
              <w:top w:w="90" w:type="dxa"/>
              <w:bottom w:w="90" w:type="dxa"/>
              <w:left w:w="120" w:type="dxa"/>
              <w:right w:w="120" w:type="dxa"/>
            </w:tcMar>
          </w:tcPr>
          <w:p>
            <w:pPr>
              <w:spacing w:before="40" w:after="40"/>
              <w:jc w:val="center"/>
            </w:pPr>
            <w:r>
              <w:rPr>
                <w:b w:val="0"/>
                <w:i w:val="0"/>
                <w:color w:val="333333"/>
                <w:sz w:val="19"/>
              </w:rPr>
              <w:t>72</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ALLIANCE</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54</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AN PHÁT CƯỜNG</w:t>
            </w:r>
          </w:p>
        </w:tc>
        <w:tc>
          <w:tcPr>
            <w:tcW w:type="dxa" w:w="3120"/>
            <w:tcMar>
              <w:top w:w="90" w:type="dxa"/>
              <w:bottom w:w="90" w:type="dxa"/>
              <w:left w:w="120" w:type="dxa"/>
              <w:right w:w="120" w:type="dxa"/>
            </w:tcMar>
          </w:tcPr>
          <w:p>
            <w:pPr>
              <w:spacing w:before="40" w:after="40"/>
              <w:jc w:val="center"/>
            </w:pPr>
            <w:r>
              <w:rPr>
                <w:b w:val="0"/>
                <w:i w:val="0"/>
                <w:color w:val="333333"/>
                <w:sz w:val="19"/>
              </w:rPr>
              <w:t>50</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Nguyễn Văn Tuân</w:t>
            </w:r>
          </w:p>
        </w:tc>
        <w:tc>
          <w:tcPr>
            <w:tcW w:type="dxa" w:w="3120"/>
            <w:tcMar>
              <w:top w:w="90" w:type="dxa"/>
              <w:bottom w:w="90" w:type="dxa"/>
              <w:left w:w="120" w:type="dxa"/>
              <w:right w:w="120" w:type="dxa"/>
            </w:tcMar>
          </w:tcPr>
          <w:p>
            <w:pPr>
              <w:spacing w:before="40" w:after="40"/>
              <w:jc w:val="center"/>
            </w:pPr>
            <w:r>
              <w:rPr>
                <w:b w:val="0"/>
                <w:i w:val="0"/>
                <w:color w:val="333333"/>
                <w:sz w:val="19"/>
              </w:rPr>
              <w:t>60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Phú Vĩnh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56</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Lê Văn Như</w:t>
            </w:r>
          </w:p>
        </w:tc>
        <w:tc>
          <w:tcPr>
            <w:tcW w:type="dxa" w:w="3120"/>
            <w:tcMar>
              <w:top w:w="90" w:type="dxa"/>
              <w:bottom w:w="90" w:type="dxa"/>
              <w:left w:w="120" w:type="dxa"/>
              <w:right w:w="120" w:type="dxa"/>
            </w:tcMar>
          </w:tcPr>
          <w:p>
            <w:pPr>
              <w:spacing w:before="40" w:after="40"/>
              <w:jc w:val="center"/>
            </w:pPr>
            <w:r>
              <w:rPr>
                <w:b w:val="0"/>
                <w:i w:val="0"/>
                <w:color w:val="333333"/>
                <w:sz w:val="19"/>
              </w:rPr>
              <w:t>54</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Tuấn</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48</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Thanh Hoàn</w:t>
            </w:r>
          </w:p>
        </w:tc>
        <w:tc>
          <w:tcPr>
            <w:tcW w:type="dxa" w:w="3120"/>
            <w:tcMar>
              <w:top w:w="90" w:type="dxa"/>
              <w:bottom w:w="90" w:type="dxa"/>
              <w:left w:w="120" w:type="dxa"/>
              <w:right w:w="120" w:type="dxa"/>
            </w:tcMar>
          </w:tcPr>
          <w:p>
            <w:pPr>
              <w:spacing w:before="40" w:after="40"/>
              <w:jc w:val="center"/>
            </w:pPr>
            <w:r>
              <w:rPr>
                <w:b w:val="0"/>
                <w:i w:val="0"/>
                <w:color w:val="333333"/>
                <w:sz w:val="19"/>
              </w:rPr>
              <w:t>39</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