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36"/>
        </w:rPr>
        <w:t>BÁO CÁO TIẾN ĐỘ LÀM MẪU — NHÀ MÁY TRƯỜNG THÀNH (TTF)</w:t>
      </w:r>
    </w:p>
    <w:p>
      <w:pPr>
        <w:spacing w:after="480"/>
        <w:jc w:val="center"/>
      </w:pPr>
      <w:r>
        <w:rPr>
          <w:i/>
          <w:color w:val="7F7F7F"/>
          <w:sz w:val="24"/>
        </w:rPr>
        <w:t>ĐỐI CHIẾU VÀ SO SÁNH 4 TUẦN GẦN NHẤT</w:t>
        <w:br/>
        <w:t>(Tuần 28 - Tuần 31)</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của riêng nhà máy Trường Thành (TTF), phân tích tiến độ thực hiện và đối chiếu hiệu suất của Tuần 31 (27.07-03.08) so với 3 tuần trước đó.</w:t>
        <w:br/>
        <w:br/>
        <w:t xml:space="preserve">Trong tuần gần nhất (Tuần 31), nhà máy Trường Thành (TTF) ghi nhận tổng số </w:t>
      </w:r>
      <w:r>
        <w:rPr>
          <w:b/>
        </w:rPr>
        <w:t xml:space="preserve">10 lượt mẫu </w:t>
      </w:r>
      <w:r>
        <w:t xml:space="preserve">với tổng số lượng sản phẩm làm mẫu là </w:t>
      </w:r>
      <w:r>
        <w:rPr>
          <w:b/>
        </w:rPr>
        <w:t xml:space="preserve">43 cái. </w:t>
      </w:r>
      <w:r>
        <w:t xml:space="preserve">Trong đó đã hoàn thành </w:t>
      </w:r>
      <w:r>
        <w:rPr>
          <w:b/>
        </w:rPr>
        <w:t xml:space="preserve">9 mẫu </w:t>
      </w:r>
      <w:r>
        <w:t xml:space="preserve">và có </w:t>
      </w:r>
      <w:r>
        <w:rPr>
          <w:b/>
        </w:rPr>
        <w:t xml:space="preserve">0 mẫu đã ký. </w:t>
      </w:r>
    </w:p>
    <w:p>
      <w:pPr>
        <w:spacing w:before="360" w:after="160"/>
      </w:pPr>
      <w:r>
        <w:rPr>
          <w:b/>
          <w:color w:val="1F4E79"/>
          <w:sz w:val="28"/>
        </w:rPr>
        <w:t>2. BẢNG SO SÁNH TIẾN ĐỘ LÀM MẪU TTF QUA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28</w:t>
            </w:r>
          </w:p>
        </w:tc>
        <w:tc>
          <w:tcPr>
            <w:tcW w:type="dxa" w:w="1872"/>
            <w:shd w:fill="1F4E79"/>
            <w:tcMar>
              <w:top w:w="120" w:type="dxa"/>
              <w:bottom w:w="120" w:type="dxa"/>
              <w:left w:w="150" w:type="dxa"/>
              <w:right w:w="150" w:type="dxa"/>
            </w:tcMar>
          </w:tcPr>
          <w:p>
            <w:pPr>
              <w:spacing w:before="80" w:after="80"/>
              <w:jc w:val="center"/>
            </w:pPr>
            <w:r>
              <w:rPr>
                <w:b/>
                <w:color w:val="FFFFFF"/>
                <w:sz w:val="21"/>
              </w:rPr>
              <w:t>Tuần 29</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c>
          <w:tcPr>
            <w:tcW w:type="dxa" w:w="1872"/>
            <w:shd w:fill="1F4E79"/>
            <w:tcMar>
              <w:top w:w="120" w:type="dxa"/>
              <w:bottom w:w="120" w:type="dxa"/>
              <w:left w:w="150" w:type="dxa"/>
              <w:right w:w="150" w:type="dxa"/>
            </w:tcMar>
          </w:tcPr>
          <w:p>
            <w:pPr>
              <w:spacing w:before="80" w:after="80"/>
              <w:jc w:val="center"/>
            </w:pPr>
            <w:r>
              <w:rPr>
                <w:b/>
                <w:color w:val="FFFFFF"/>
                <w:sz w:val="21"/>
              </w:rPr>
              <w:t>Tuần 31</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6</w:t>
            </w:r>
          </w:p>
        </w:tc>
        <w:tc>
          <w:tcPr>
            <w:tcW w:type="dxa" w:w="1872"/>
            <w:tcMar>
              <w:top w:w="90" w:type="dxa"/>
              <w:bottom w:w="90" w:type="dxa"/>
              <w:left w:w="120" w:type="dxa"/>
              <w:right w:w="120" w:type="dxa"/>
            </w:tcMar>
          </w:tcPr>
          <w:p>
            <w:pPr>
              <w:spacing w:before="40" w:after="40"/>
              <w:jc w:val="center"/>
            </w:pPr>
            <w:r>
              <w:rPr>
                <w:b w:val="0"/>
                <w:i w:val="0"/>
                <w:color w:val="333333"/>
                <w:sz w:val="19"/>
              </w:rPr>
              <w:t>7</w:t>
            </w:r>
          </w:p>
        </w:tc>
        <w:tc>
          <w:tcPr>
            <w:tcW w:type="dxa" w:w="1872"/>
            <w:tcMar>
              <w:top w:w="90" w:type="dxa"/>
              <w:bottom w:w="90" w:type="dxa"/>
              <w:left w:w="120" w:type="dxa"/>
              <w:right w:w="120" w:type="dxa"/>
            </w:tcMar>
          </w:tcPr>
          <w:p>
            <w:pPr>
              <w:spacing w:before="40" w:after="40"/>
              <w:jc w:val="center"/>
            </w:pPr>
            <w:r>
              <w:rPr>
                <w:b w:val="0"/>
                <w:i w:val="0"/>
                <w:color w:val="333333"/>
                <w:sz w:val="19"/>
              </w:rPr>
              <w:t>10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43</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7</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3</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bl>
    <w:p>
      <w:pPr>
        <w:spacing w:before="160" w:after="240"/>
      </w:pPr>
      <w:r>
        <w:rPr>
          <w:b/>
          <w:i/>
        </w:rPr>
        <w:t xml:space="preserve">*Nhận xét xu hướng: </w:t>
      </w:r>
      <w:r>
        <w:rPr>
          <w:i/>
        </w:rPr>
        <w:t>Sản lượng mẫu của nhà máy Trường Thành (TTF) duy trì ổn định. Trong tuần 29 ghi nhận 10 lượt mẫu với 9 mẫu hoàn thành (HT) và 0 mẫu đã ký (DK) báo giá gửi về công ty.</w:t>
      </w:r>
    </w:p>
    <w:p>
      <w:pPr>
        <w:spacing w:before="360" w:after="160"/>
      </w:pPr>
      <w:r>
        <w:rPr>
          <w:b/>
          <w:color w:val="1F4E79"/>
          <w:sz w:val="28"/>
        </w:rPr>
        <w:t>3. PHÂN TÍCH CHI TIẾT KỸ THUẬT VIÊN TRONG Tuần 31</w:t>
      </w:r>
    </w:p>
    <w:p>
      <w:pPr>
        <w:spacing w:before="120" w:after="80"/>
      </w:pPr>
      <w:r>
        <w:rPr>
          <w:b/>
        </w:rPr>
        <w:t>Kỹ Thuật Viên phụ trách chính:</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Còi</w:t>
            </w:r>
          </w:p>
        </w:tc>
        <w:tc>
          <w:tcPr>
            <w:tcW w:type="dxa" w:w="3120"/>
            <w:tcMar>
              <w:top w:w="90" w:type="dxa"/>
              <w:bottom w:w="90" w:type="dxa"/>
              <w:left w:w="120" w:type="dxa"/>
              <w:right w:w="120" w:type="dxa"/>
            </w:tcMar>
          </w:tcPr>
          <w:p>
            <w:pPr>
              <w:spacing w:before="40" w:after="40"/>
              <w:jc w:val="center"/>
            </w:pPr>
            <w:r>
              <w:rPr>
                <w:b w:val="0"/>
                <w:i w:val="0"/>
                <w:color w:val="333333"/>
                <w:sz w:val="19"/>
              </w:rPr>
              <w:t>20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Võ Quốc Khởi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14</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Tạo</w:t>
            </w:r>
          </w:p>
        </w:tc>
        <w:tc>
          <w:tcPr>
            <w:tcW w:type="dxa" w:w="3120"/>
            <w:tcMar>
              <w:top w:w="90" w:type="dxa"/>
              <w:bottom w:w="90" w:type="dxa"/>
              <w:left w:w="120" w:type="dxa"/>
              <w:right w:w="120" w:type="dxa"/>
            </w:tcMar>
          </w:tcPr>
          <w:p>
            <w:pPr>
              <w:spacing w:before="40" w:after="40"/>
              <w:jc w:val="center"/>
            </w:pPr>
            <w:r>
              <w:rPr>
                <w:b w:val="0"/>
                <w:i w:val="0"/>
                <w:color w:val="333333"/>
                <w:sz w:val="19"/>
              </w:rPr>
              <w:t>8</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Lê Văn Thành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1</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