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DANH SÁCH MẪU — NHÀ MÁY TRƯỜNG THÀNH (TTF)</w:t>
      </w:r>
    </w:p>
    <w:p>
      <w:pPr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Cập nhật đến ngày 21/07/2026</w:t>
      </w:r>
    </w:p>
    <w:p>
      <w:pPr>
        <w:spacing w:before="160" w:after="80"/>
      </w:pPr>
      <w:r>
        <w:rPr>
          <w:rFonts w:ascii="Times New Roman" w:hAnsi="Times New Roman" w:eastAsia="Times New Roman"/>
          <w:b/>
          <w:color w:val="000000"/>
          <w:sz w:val="26"/>
        </w:rPr>
        <w:t>DANH SÁCH MẪU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STT</w:t>
            </w:r>
          </w:p>
        </w:tc>
        <w:tc>
          <w:tcPr>
            <w:tcW w:type="dxa" w:w="1234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Mã mẫu</w:t>
            </w:r>
          </w:p>
        </w:tc>
        <w:tc>
          <w:tcPr>
            <w:tcW w:type="dxa" w:w="1234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Khách hàng</w:t>
            </w:r>
          </w:p>
        </w:tc>
        <w:tc>
          <w:tcPr>
            <w:tcW w:type="dxa" w:w="1234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Loại mẫu</w:t>
            </w:r>
          </w:p>
        </w:tc>
        <w:tc>
          <w:tcPr>
            <w:tcW w:type="dxa" w:w="1234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Tình trạng</w:t>
            </w:r>
          </w:p>
        </w:tc>
        <w:tc>
          <w:tcPr>
            <w:tcW w:type="dxa" w:w="1234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Ngày giao cho BT</w:t>
            </w:r>
          </w:p>
        </w:tc>
        <w:tc>
          <w:tcPr>
            <w:tcW w:type="dxa" w:w="1234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Hạn hoàn thành</w:t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CMB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CRZ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 mới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Phôi gỗ trắng đã đưa về CTY Bình Thạnh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21/07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24/07</w:t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WMB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CRZ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 mới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Phôi gỗ trắng đã đưa về CTY Bình Thạnh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21/07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24/07</w:t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SR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CRZ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 mới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Đã xong phôi gỗ trắng — Quang chưa nhận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27/07</w:t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KR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CRZ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 mới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Đã xong phôi gỗ trắng — Quang chưa nhận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27/07</w:t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PNB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TTF + Bình Thạnh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Đã ký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PAH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Đang làm nhưng chưa đạt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D1F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D1F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Làm lại 4 lần, đã nhận, chờ khách kiểm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ELU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ELU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Màu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Đã nhận lại, đã đưa khách xem</w:t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234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color w:val="000000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