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BÁO CÁO TỔNG HỢP MẪU KHÁCH HÀNG OUTLOOK</w:t>
      </w:r>
    </w:p>
    <w:p>
      <w:pPr>
        <w:jc w:val="center"/>
      </w:pPr>
      <w:r>
        <w:rPr>
          <w:i/>
          <w:sz w:val="24"/>
        </w:rPr>
        <w:t>Tháng 8 năm 2026 — Các mẫu không đạt, làm lại theo timeline</w:t>
      </w:r>
    </w:p>
    <w:p/>
    <w:p>
      <w:r>
        <w:rPr>
          <w:b/>
          <w:sz w:val="26"/>
        </w:rPr>
        <w:t>1. MẪU ĐTQN #452 (SP: OAK)</w:t>
      </w:r>
    </w:p>
    <w:p>
      <w:pPr>
        <w:ind w:left="340"/>
      </w:pPr>
      <w:r>
        <w:t>KTV phụ trách: Phan Văn Việt (CĐ).</w:t>
      </w:r>
    </w:p>
    <w:p>
      <w:pPr>
        <w:ind w:left="340"/>
      </w:pPr>
      <w:r>
        <w:t>Timeline:</w:t>
      </w:r>
    </w:p>
    <w:p>
      <w:pPr>
        <w:ind w:left="340"/>
      </w:pPr>
      <w:r>
        <w:t>- Lần làm thứ nhất: nhận 17/08/2026 (tuần 34) — mẫu không đạt yêu cầu.</w:t>
      </w:r>
    </w:p>
    <w:p>
      <w:pPr>
        <w:ind w:left="340"/>
      </w:pPr>
      <w:r>
        <w:t>- Làm lại: Phan Văn Việt đang làm lại, chưa hoàn thành.</w:t>
      </w:r>
    </w:p>
    <w:p>
      <w:r>
        <w:rPr>
          <w:b/>
          <w:sz w:val="26"/>
        </w:rPr>
        <w:t>2. MẪU ĐTQN 423-L2 (SP: KEO + VENEER CÀO)</w:t>
      </w:r>
    </w:p>
    <w:p>
      <w:pPr>
        <w:ind w:left="340"/>
      </w:pPr>
      <w:r>
        <w:t>KTV phụ trách: Phan Văn Việt (CĐ).</w:t>
      </w:r>
    </w:p>
    <w:p>
      <w:pPr>
        <w:ind w:left="340"/>
      </w:pPr>
      <w:r>
        <w:t>Timeline:</w:t>
      </w:r>
    </w:p>
    <w:p>
      <w:pPr>
        <w:ind w:left="340"/>
      </w:pPr>
      <w:r>
        <w:t>- Lần làm thứ nhất (tuần 30): ĐTQN 423 — đã hoàn thành, gửi chờ khách coi (KTV Phan Văn Việt).</w:t>
      </w:r>
    </w:p>
    <w:p>
      <w:pPr>
        <w:ind w:left="340"/>
      </w:pPr>
      <w:r>
        <w:t>- Lần 2 (L2, tuần 31): nhận 31/07/2026 từ Quy Nhơn gửi vào — làm xong giao VP Outlook ở Sóng Thần.</w:t>
      </w:r>
    </w:p>
    <w:p>
      <w:pPr>
        <w:ind w:left="340"/>
      </w:pPr>
      <w:r>
        <w:t>- Làm lại: nhận 17/08/2026 (tuần 34) — mẫu vẫn chưa đạt, Phan Văn Việt đang làm lại.</w:t>
      </w:r>
    </w:p>
    <w:p>
      <w:r>
        <w:rPr>
          <w:b/>
          <w:sz w:val="26"/>
        </w:rPr>
        <w:t>3. MẪU #530-L2 (SP: OAK + VENEER)</w:t>
      </w:r>
    </w:p>
    <w:p>
      <w:pPr>
        <w:ind w:left="340"/>
      </w:pPr>
      <w:r>
        <w:t>KTV phụ trách: Lê Văn Thành (CĐ).</w:t>
      </w:r>
    </w:p>
    <w:p>
      <w:pPr>
        <w:ind w:left="340"/>
      </w:pPr>
      <w:r>
        <w:t>Timeline:</w:t>
      </w:r>
    </w:p>
    <w:p>
      <w:pPr>
        <w:ind w:left="340"/>
      </w:pPr>
      <w:r>
        <w:t>- Lần 1 (tuần 31): nhận 31/07/2026 từ Quy Nhơn — KTV Thanh Tuyến làm bản 1.8, hoàn thành 01/08, giao VP Outlook Sóng Thần.</w:t>
      </w:r>
    </w:p>
    <w:p>
      <w:pPr>
        <w:ind w:left="340"/>
      </w:pPr>
      <w:r>
        <w:t>- Chỉnh L2: chưa đạt chuẩn 4.8 (không đạt yêu cầu khách).</w:t>
      </w:r>
    </w:p>
    <w:p>
      <w:pPr>
        <w:ind w:left="340"/>
      </w:pPr>
      <w:r>
        <w:t>- Làm lại: 17/08/2026 (tuần 34) — chuyển KTV Lê Văn Thành làm lại, đang làm.</w:t>
      </w:r>
    </w:p>
    <w:p>
      <w:r>
        <w:rPr>
          <w:b/>
          <w:sz w:val="26"/>
        </w:rPr>
        <w:t>4. MẪU ĐTQN 735-L2 (SP: BEECH)</w:t>
      </w:r>
    </w:p>
    <w:p>
      <w:pPr>
        <w:ind w:left="340"/>
      </w:pPr>
      <w:r>
        <w:t>KTV phụ trách hiện tại: Phạm Văn Vọng (CĐ).</w:t>
      </w:r>
    </w:p>
    <w:p>
      <w:pPr>
        <w:ind w:left="340"/>
      </w:pPr>
      <w:r>
        <w:t>Timeline:</w:t>
      </w:r>
    </w:p>
    <w:p>
      <w:pPr>
        <w:ind w:left="340"/>
      </w:pPr>
      <w:r>
        <w:t>- Lần làm thứ nhất (tuần 30): ĐTQN 735 — KTV Nguyễn Trọng Phong hoàn thành, gửi chờ khách coi.</w:t>
      </w:r>
    </w:p>
    <w:p>
      <w:pPr>
        <w:ind w:left="340"/>
      </w:pPr>
      <w:r>
        <w:t>- Lần 2 (L2, tuần 31): nhận 31/07/2026 từ Quy Nhơn — KTV Quang Khải chỉnh, hoàn thành 01/08, giao VP Outlook Sóng Thần.</w:t>
      </w:r>
    </w:p>
    <w:p>
      <w:pPr>
        <w:ind w:left="340"/>
      </w:pPr>
      <w:r>
        <w:t>- Làm lại: bản của Quang Khải không đạt — đã giao lại KTV Phạm Văn Vọng làm lại.</w:t>
      </w:r>
    </w:p>
    <w:p/>
    <w:p>
      <w:r>
        <w:rPr>
          <w:b/>
          <w:sz w:val="26"/>
        </w:rPr>
        <w:t>2. NHẬN XÉT</w:t>
      </w:r>
    </w:p>
    <w:p>
      <w:r>
        <w:rPr>
          <w:b w:val="0"/>
        </w:rPr>
        <w:t>Các mẫu không đạt của khách hàng Outlook đều thuộc nhóm sản phẩm gỗ (OAK, BEECH, KEO + VENEER CÀO), đã trải qua từ 1 đến 2 lần làm/chỉnh sửa từ cuối tháng 7, sang tháng 8 vẫn chưa đạt yêu cầu và phải chuyển KTV làm lại. Cần theo dõi sát kết quả làm lại của Phan Văn Việt (452, 423), Lê Văn Thành (530) và Phạm Văn Vọng (735) trong tuần tiếp theo.</w:t>
      </w:r>
    </w:p>
    <w:p/>
    <w:p>
      <w:r>
        <w:rPr>
          <w:sz w:val="20"/>
        </w:rPr>
        <w:t>Ngày lập: 07/09/2026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