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sdt>
        <w:sdtPr>
          <w:id w:val="1247531219"/>
          <w:tag w:val="goog_rdk_0"/>
        </w:sdtPr>
        <w:sdtContent>
          <w:r w:rsidDel="00000000" w:rsidR="00000000" w:rsidRPr="00000000">
            <w:rPr>
              <w:rFonts w:ascii="Caudex" w:cs="Caudex" w:eastAsia="Caudex" w:hAnsi="Caudex"/>
              <w:b w:val="1"/>
              <w:bCs w:val="1"/>
              <w:sz w:val="32"/>
              <w:szCs w:val="32"/>
              <w:rtl w:val="0"/>
            </w:rPr>
            <w:t xml:space="preserve">BÁO CÁO LÀM MẪU — TUẦN 31 &amp; 32 (27/07 → 09/08/2026)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I. TỔNG QUAN</w:t>
      </w:r>
      <w:r w:rsidDel="00000000" w:rsidR="00000000" w:rsidRPr="00000000">
        <w:rPr>
          <w:rtl w:val="0"/>
        </w:rPr>
      </w:r>
    </w:p>
    <w:tbl>
      <w:tblPr>
        <w:tblStyle w:val="Table1"/>
        <w:tblW w:w="1042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13"/>
        <w:gridCol w:w="5213"/>
        <w:tblGridChange w:id="0">
          <w:tblGrid>
            <w:gridCol w:w="5213"/>
            <w:gridCol w:w="52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Chỉ tiêu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Số liệu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Tổng số mẫu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350 mẫu (Tuần 31: 184, Tuần 32: 166)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Trạng thái hoàn thành (HT)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289 mẫu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Đã ký (DK)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36 mẫu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Đang làm (ĐL)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21 mẫu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Loại mẫu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Bộ: 137 · Mới: 125 · Nhân: 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Số nhà máy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43 nhà máy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II. DANH SÁCH MẪU CHI TIẾT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Tuần 31</w:t>
      </w:r>
      <w:r w:rsidDel="00000000" w:rsidR="00000000" w:rsidRPr="00000000">
        <w:rPr>
          <w:rtl w:val="0"/>
        </w:rPr>
      </w:r>
    </w:p>
    <w:tbl>
      <w:tblPr>
        <w:tblStyle w:val="Table2"/>
        <w:tblW w:w="10429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tblGridChange w:id="0">
          <w:tblGrid>
            <w:gridCol w:w="1043"/>
            <w:gridCol w:w="1043"/>
            <w:gridCol w:w="1043"/>
            <w:gridCol w:w="1043"/>
            <w:gridCol w:w="1043"/>
            <w:gridCol w:w="1043"/>
            <w:gridCol w:w="1043"/>
            <w:gridCol w:w="1043"/>
            <w:gridCol w:w="1043"/>
            <w:gridCol w:w="10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Nhà máy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Mã mẫu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KH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Loại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Ngày nhận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Ngày 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2249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SENSHUKAI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 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1472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NEXT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2095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2032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2033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 2193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2250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1509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Pulic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1598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Pulic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24283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Hikari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2659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Hikari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Aspland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EGL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894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Ballads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1190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Gallery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 và 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Kĩ thuật làm 8 sản phẩm trên rồi sửa lại 2 cái bàn 2 cái tủ của lô lần trước cho khách hàng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Dovetail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Dovetail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638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Riveside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1166, AQ 1167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 màu trên cùng 1 sản phẩm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647,PT 657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 màu trên cùng 1 sản phẩm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577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Mô hình con rùa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580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Mô hình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 ngoài KH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 190622 TPG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 194229 TPG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 193912 TPG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Wsg searift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Wsg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TOV SIDE BOARD RONAN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TOV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23/07/2026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CRZ LA (SOFA)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CRZ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Khách xem =&amp;gt; đổi ván làm lại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CRZ SA (SOFA)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CRZ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CRZ KA (SOFA)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CRZ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 BURL NU HONEY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THỊNH VIỆT 2&amp;3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TVIET 242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Seawind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THỊNH VIỆT 2&amp;3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TVIET 241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Seawind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THỊNH VIỆT 2&amp;3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TVIET #3/11/22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Seawind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VNHW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139/26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ADA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VNHW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140/26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VNHW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VNHW 2404C NC 30%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HP 269/270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anh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HP 621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Ashley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Làm lại do cước và màu chưa đạt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HP 349/350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HP 571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BRF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 nôi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HP 309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Ashley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sinh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173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62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95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23/18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100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170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160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12/17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Mã hàg sx mới, lấy được đơn hàg của biochem ,đã làm và kí sp chuẩn bị chạy sx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167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152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STH 183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triển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 168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 188C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17 0620TPG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 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Vách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746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Article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 +ghế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gửi khách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727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Article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gửi khách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695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Wayfair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Đợi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495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Article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645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Article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ATP 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 ,giường..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AE 356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TRIỂN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FH 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farmhuose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TRIỂN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TD 167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ĐĂNG LONG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DLO 87 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TJX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ĐĂNG LONG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ĐLO 10K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TJX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ĐĂNG LONG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ĐLO 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TJX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ĐĂNG LONG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ĐLO 74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TJX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 P028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Modway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 TIVI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nhà máy duyệt, đã chụp hình gửi cho khách hàng,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 P029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Modway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 TIVI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Nhà máy duyệt, và chụp hình gửi cho khách hàng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 P027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Modway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 TIVI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nhà máy duyệt, và chụp hình gửi cho khách hàng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 56/22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Tủ, 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Nhà máy đã duyệt chụp hình, đã gửi cho khách hàng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 smoke Grey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Khách hàng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998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HN 57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HN 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DovetaIL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Tủ, 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DovetaIL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AK  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Mfc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8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AK 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Mfc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AX 163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Simli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 5829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Ashley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ALC 64/25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làm lại do màu trước kh xem không đạt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ALC 254/25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Bay harbor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Assch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THÀNH THẮNG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THTH 469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THÀNH THẮNG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THTH 401 OAK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Giương 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THÀNH THẮNG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THTH 463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Bàn, ghể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THÀNH THẮNG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THTH 115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Ghể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HẠNH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Mh-300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Ginga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HẠNH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 192 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Ginga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HẠNH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Mh-356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Ginga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HẠNH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Mh-362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Ginga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HẠNH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Mh-360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Ginga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PHONG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KP 23085 BK /22122RB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PHONG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HÀNG CÔNG TRÌNH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Đà lạt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Hàng nội thất trong nhà 100 mét vuông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PHONG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KP 22090 WT (D)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PHONG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KP 23016 MG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SƠN CAO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 103 br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Onlyone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Ghe ban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SƠN CAO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 248 br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Misu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Ghe ban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SƠN CAO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 220na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Nakamura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VĨNH PHÚ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Kvp 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Giang minh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VĨNH PHÚ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Kvp 81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VĨNH PHÚ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Phat trien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VĨNH PHÚ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Kvp 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Giang minh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SP 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LÀM LẠI LẦN 4</w:t>
              <w:br w:type="textWrapping"/>
              <w:t xml:space="preserve">DO KHÁCH HÀNG SO MÀU VỚI MẪU GỐC KHÁC VỚI MẪU ĐƯA CHO BTCHEM LÀM MẪU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HƯNG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MHT 72 TN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Flexiload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TỦ, 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VIỆT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TVT WHITE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VIỆT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TVT BLACK/23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Z751-128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Hanaapluss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Z751-246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Retro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Z751-Tn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Retro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S-1002Y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Nhà sếp tín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S1000N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Nhà sếp tín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S0500N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Nhà sếp tín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S8000N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Sonasea Nha Trang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Theo cửa lá sách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Park Hyatt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CP-WD-03AB/AC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Núi hoa đà lạt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WD-01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Nam khang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WD-01 AVA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Nam khang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Bh tn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Bh 293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Hàng quốc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Bh phat trien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VŨ HOÀNG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VHP214 ( ViNa)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Hàn Quốc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GEUTHER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GT Clear Varnish 00H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Geuther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NÔI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CRA-003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RUB 007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26/07/2026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SCW 3322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27/06/2026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SCW 3360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SCW 3361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 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APC 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APC 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CG 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LK 4534A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MÀU CPC05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 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LIÊN THANH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LOA 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TRÀM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ĐẠI THÀNH QN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ĐTQN # 425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OUTLOOK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27/07/2026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2405 B5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KEMBER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28/07/2026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DD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1173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DD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THÔNG GIẢ CỖ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DD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AQ1187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DD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THÔNG GIẢ CỖ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DD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1188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DD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THÔNG GIẢ CỖ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29/07/2026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ĐẠI THÀNH QN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# 530-L2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OUTLOOK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OAK+VENNER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QN GỬI VÀO LÀM XONG GIAO VP OUTLOOK Ở SÓNG THẦN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ĐẠI THÀNH QN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ĐTQN 423-L2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OUTLOOK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KEO + VENEER CÀO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QN GỬI VÀO LÀM XONG GIAO VP OUTLOOK Ở SÓNG THẦN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ĐẠI THÀNH QN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ĐTQN 735-L2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OUTLOOK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BEECH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QN GỬI VÀO LÀM XONG GIAO VP OUTLOOK Ở SÓNG THẦN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TUẤN HÙNG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THTIEN 03/26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THÔNG+MDF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25/26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26/26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22/26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27/26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23/26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24/26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TRIỂN LÃM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VIỆT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MTC 108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TRÀM CÀO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MAHOGANY ON ACACIA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SONOMA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TRÀM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L1 LÀM TRÊN CAO SU-&gt; ĐÃ KÍ</w:t>
              <w:br w:type="textWrapping"/>
              <w:t xml:space="preserve">GIỜ LÀM THÊM TRÊN GỖ TRÀM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NIXXIN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TRÀM+VENEER TRÀM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 MẪU </w:t>
              <w:br w:type="textWrapping"/>
              <w:t xml:space="preserve">1.8 NHẬN 12 PHÔI MỚI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BT UM 002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NIXXIN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6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L1 DUY HẬU LÀM TẠI NM K ĐẠT-&gt; BT CHEM LÀM LẠI </w:t>
              <w:br w:type="textWrapping"/>
              <w:t xml:space="preserve">1.8 NHẬN 15 PHÔI MỚI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6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BT DS 001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19 1110 TCX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BT DS 002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19 1320 TCX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BT DS 003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19 1436 TCX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BT DS 004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19 1213 TCX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BT DS 005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19 1435 TCX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BT DS 006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14 1112 TCX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BT DS 007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14 1220 TCX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SC RC 008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14 1118 TCX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74F">
      <w:pPr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Tuần 32</w:t>
      </w:r>
      <w:r w:rsidDel="00000000" w:rsidR="00000000" w:rsidRPr="00000000">
        <w:rPr>
          <w:rtl w:val="0"/>
        </w:rPr>
      </w:r>
    </w:p>
    <w:tbl>
      <w:tblPr>
        <w:tblStyle w:val="Table3"/>
        <w:tblW w:w="10429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tblGridChange w:id="0">
          <w:tblGrid>
            <w:gridCol w:w="1043"/>
            <w:gridCol w:w="1043"/>
            <w:gridCol w:w="1043"/>
            <w:gridCol w:w="1043"/>
            <w:gridCol w:w="1043"/>
            <w:gridCol w:w="1043"/>
            <w:gridCol w:w="1043"/>
            <w:gridCol w:w="1043"/>
            <w:gridCol w:w="1043"/>
            <w:gridCol w:w="10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Nhà máy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Mã mẫu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KH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Loại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SL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Ngày nhận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Ngày 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6"/>
                <w:szCs w:val="16"/>
                <w:rtl w:val="0"/>
              </w:rPr>
              <w:t xml:space="preserve">Ghi chú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2253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Next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2379C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Next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hoàn thành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2194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Next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Phát triển trên gỗ ASH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2149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OFL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hoàn thành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1934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SAFAVIEH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hoàn thành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2192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SAFAVIEH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2234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Next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hoàn thành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DƯƠNG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MD 2004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Làm thẻ màu gửi về cty Bình Thạnh test chì , gửi đi WSI test độ bám và kháng hoá chất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2396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1180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1968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5914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2033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ANC 2432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Tiger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Lylyjack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26135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7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Lylyjack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7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25424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EGL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BI 26032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26137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CTC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Lylyjack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24136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Aspaln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TN 26099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Hikari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26098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Hikari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26040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Hikari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 TH 26142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Lylyjack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896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Ballads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667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Elysee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533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Rlysee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1175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644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Moe’s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Màu này làm 1 tấm nhà máy đã xem và yêu cầu làm thêm 1 tấm tông màu đậm hơn 1 chút để cho khách hàng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672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732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Elysee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Benhakh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624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CHƠ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8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8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533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Elysee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này làm lại lần 2 lần trước anh Trịnh hữu Hải làm nhưng độ phủ chưa đạt phải làm lại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PNB R (sofa)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PNB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FOH 13 0905 TPG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FOH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30/07/2026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TOV TP 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TOV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 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D1F 01 ASH (PU)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D1F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 BÁO GIÁ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WSG 01 BL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WSG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làm đi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TRƯỜNG THÀNH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ELU 01 (sofa)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ELU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làm đi test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THỊNH VIỆT 2&amp;3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TVIET 242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Seawind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THỊNH VIỆT 2&amp;3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TVIET 245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WOODY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THỊNH VIỆT 2&amp;3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TVIET 239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WOODY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THỊNH VIỆT 2&amp;3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MỚI PT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KH HÀ LAN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LÀM CẢ MẪU THẺ + SP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VNHW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VNHW 110809 NC 205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VHN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VNHW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VNHW 143 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VHN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HP 356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anh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MÀU MỚI Tự nhiên glaze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Cotwost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có đơn hàng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HP 591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 tủ nôi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HẠNH PHÚC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HP 648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 nôi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Ký PPR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170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 + 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bộ gửi đi pháp kí đơn hàng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160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12/17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sp mới hàg cạnh tranh biochem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137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50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17/17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173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17/17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9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 113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Mekong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9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 188 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G2MC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QUA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 178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QUA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 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 vách kệ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QUA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TTH 418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QUA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655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Quincer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QUA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495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Article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747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Wayfair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 CÓ ĐƠN HÀNG THÁNG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746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Article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TRIỂN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Dosey BR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TRIỂN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TD 183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ĐĂNG LONG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ĐLO 16/19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TJX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ĐĂNG LONG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ĐLO 10 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TJX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ĐĂNG LONG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DLO 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TJX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ĐĂNG LONG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MÀU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TJX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  WALNUT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ARGOS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triển, chờ nhà máy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 Walnut (5005)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Lifung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nhà máy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 65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ARGOS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làm hệ nước, đồng thời để kiểm tra, chất lượng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PHÚ KHANG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PKP: Màu ĐEN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Siam karak  Ross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phát triển triền, chờ khánh hàng qua xem, mẫu làm trên hình ảnh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381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663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M&amp;M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976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Rizzon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làm chước 2 tấm để chị oanh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HỐ NAI M&amp;M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AQ 1101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Modus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AX  060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Simli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AX 052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Simli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AX 163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Simli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A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 5829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Ashley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A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AX 123 TB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Simli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ANH KHOA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AX 145 DAB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Simli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ALC 05/26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Otipiti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ALC 06/26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Otipiti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ALC 55/25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ĐẤT 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ALC 62/25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Asch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THÀNH THẮNG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THTH 458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CHỜ KH QUA XEM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THÀNH THẮNG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THTH  464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THÀNH THẮNG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THTH 401A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KÝ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THÀNH THẮNG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THTH 463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Ew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HẠNH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 352 và MH 222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Gin ga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09/06/2026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10/06/2026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HẠNH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MH-205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Afw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09/06/2026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11/06/2026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HẠNH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MH-02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Đông cô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12/06/2026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14/06/2026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PHONG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KP 25031 OAK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LOW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PHONG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KP 23116 MOG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MẪU TEST ĐÓNG GÓI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PHONG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Hàng công trình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Đà Lạt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Hàng nội thất trong nhà 50 mét vuông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SƠN CAO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 26 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Living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GHẾ, 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SƠN CAO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 254 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Nakamura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GHẾ, 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SƠN CAO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 246 br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Onlyone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GHẾ, 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VĨNH PHÚ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KVP 84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LAURA ZMER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VĨNH PHÚ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KVP 95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LAURA ZMER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VĨNH PHÚ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KVP 94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LAURA ZMER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KIM VĨNH PHÚ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KVP 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Giang minh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HƯNG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MHT 74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TÂY BAN NHA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E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LÀM LẠI LẦN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B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VIỆT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TVT 92 NERO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BF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TÂN VIỆT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PT 07/23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Z751-256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Dongshu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 xoay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Z751-TN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TAKI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 xếp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LK-062A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Sonasea Nha trang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WD-02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Lạc hồng GĐ2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Vách hành lang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Lạc hồng GĐ2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02/08/2026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Gỗ ash hành lang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Lạc hồng GĐ2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3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WD-03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Lạc hồng GĐ2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WD-01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Lạc Hồng GĐ2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SF-02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Lạc hồng GĐ2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WD-103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bộ Plaza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ALLIANCE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WD-104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bộ Plaza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MUA MÀU ĐƠN PHA HÀNG TẠI NHÀ MÁY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Bh tn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Bh 293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Hàng quốc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BẢO HƯNG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Bh 242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Hàng quốc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VŨ HOÀNG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VHP 314 BT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ĐÃ GỌI HÀNG  08/08/2026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GEUTHER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GT Clear Varnish 00H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Geuther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Nôi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REC 005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REC 004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GIƯỜNG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REC 002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RUB 007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GHẾ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D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CRA 003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D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E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CRA 001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Bộ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TỦ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F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TRENWORD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TW CRA 003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CF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CF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GRE 108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CF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0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GRE 109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0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0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LK 4534 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1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SCW 3319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1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2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APC 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01/08/2026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2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APC 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2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06/08/2026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3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PANTONE 4620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4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3746 UM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AN PHÁT CƯỜNG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4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THỊNH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TVIET 432 MÂY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MÂY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4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03/08/2026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5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HƯNG TIẾN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MHT 66 (WH)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FLEXILOAD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POPLA+MDF CÁN UV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 MẪU + DC LÓT TRẮNG-&gt; LÓT MÀU</w:t>
              <w:br w:type="textWrapping"/>
              <w:t xml:space="preserve">7/8 ANH 7 COI K ĐẠT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5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LONG VIỆT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5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LV 418-k lưu thẻ tạm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NIXXIN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OAK+VENEER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6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NATURAL OAK (NEW)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VENEER OAK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6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7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NATURAL WALNUT (NEW)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VENEER WALNUT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04/08/2026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7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759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QUINLEK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7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WALNUT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8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PMA DARK BROWN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VENEER OAK+OAK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8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làm lại gỗ k cào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9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TRIỂN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TD 166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Nhân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VENEER OAK+OAK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05/08/2026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làm lại gỗ k cào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9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PHẠM NHẬT ANH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PNA 03/26-SƠN CHÂN 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CAO SU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9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A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PHẠM NHẬT ANH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PNA 04/26-SƠN CHÂN BÀN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ASH+VENEER ASH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A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MINH PHÁT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A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MP 764 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CAO SU+VENEER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DK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ĐỔI CT SANG TOÀN BỘ HỆ NƯỚC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B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TIẾN THÀNH SƠN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TTS TPHA 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SQH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B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OAK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07/08/2026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B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10/08/2026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HT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C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PHẠM NHẬT ANH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PNA 05/26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VIVIN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7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A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DCC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PHẠM NHẬT ANH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D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PNA 06/26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E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VIVIN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CF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Mới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0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THÔNG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1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2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08/08/2026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3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—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4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6"/>
                <w:szCs w:val="16"/>
                <w:rtl w:val="0"/>
              </w:rPr>
              <w:t xml:space="preserve">ĐL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D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D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DD7">
      <w:pPr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Báo cáo tổng hợp từ Portal Làm mẫu Tuần 31 &amp; 32 — Hermes Agent, 16/08/2026.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07" w:top="907" w:left="907" w:right="90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udex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udex-regular.ttf"/><Relationship Id="rId2" Type="http://schemas.openxmlformats.org/officeDocument/2006/relationships/font" Target="fonts/Caudex-bold.ttf"/><Relationship Id="rId3" Type="http://schemas.openxmlformats.org/officeDocument/2006/relationships/font" Target="fonts/Caudex-italic.ttf"/><Relationship Id="rId4" Type="http://schemas.openxmlformats.org/officeDocument/2006/relationships/font" Target="fonts/Caudex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clCzevhLEiV9HqmXMcmRVbe+ww==">CgMxLjAaJAoBMBIfCh0IB0IZCg9UaW1lcyBOZXcgUm9tYW4SBkNhdWRleDgAciExNHZZOGZJU0xra2pBVVJ0dHcxcnp2Q3lRSWN2TE5Fb3Q=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