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CC947" w14:textId="77777777" w:rsidR="009E11EE" w:rsidRDefault="00000000">
      <w:pPr>
        <w:spacing w:before="400" w:after="160"/>
        <w:jc w:val="center"/>
      </w:pPr>
      <w:r>
        <w:rPr>
          <w:b/>
          <w:color w:val="1F4E78"/>
          <w:sz w:val="48"/>
        </w:rPr>
        <w:t>BÁO CÁO KẾT QUẢ THỰC HIỆN MẪU</w:t>
      </w:r>
    </w:p>
    <w:p w14:paraId="0422A780" w14:textId="77777777" w:rsidR="009E11EE" w:rsidRDefault="00000000">
      <w:pPr>
        <w:spacing w:after="80"/>
        <w:jc w:val="center"/>
      </w:pPr>
      <w:r>
        <w:rPr>
          <w:b/>
          <w:sz w:val="28"/>
        </w:rPr>
        <w:t>TUẦN 31 (27/07 - 03/08/2026)</w:t>
      </w:r>
    </w:p>
    <w:p w14:paraId="408092F8" w14:textId="77777777" w:rsidR="009E11EE" w:rsidRDefault="00000000">
      <w:pPr>
        <w:spacing w:after="360"/>
        <w:jc w:val="center"/>
      </w:pPr>
      <w:r>
        <w:rPr>
          <w:i/>
          <w:color w:val="667085"/>
          <w:sz w:val="21"/>
        </w:rPr>
        <w:t>Báo cáo chi tiết theo kỹ thuật viên/nhóm kỹ thuật</w:t>
      </w:r>
    </w:p>
    <w:p w14:paraId="1F931A26" w14:textId="77777777" w:rsidR="009E11EE" w:rsidRDefault="00000000">
      <w:pPr>
        <w:pStyle w:val="Heading1"/>
      </w:pPr>
      <w:r>
        <w:t>1. Tóm tắt điều hành</w:t>
      </w:r>
    </w:p>
    <w:p w14:paraId="695EE66A" w14:textId="77777777" w:rsidR="009E11EE" w:rsidRDefault="00000000">
      <w:r>
        <w:rPr>
          <w:b/>
        </w:rPr>
        <w:t xml:space="preserve">Trong dữ liệu nguồn có 166 dòng mẫu. </w:t>
      </w:r>
      <w:r>
        <w:t>Cơ cấu gồm 72 mẫu bộ (43.4%), 49 mẫu mới (29.5%), 36 mẫu nhân (21.7%) và 9 dòng chưa phân loại (5.4%).</w:t>
      </w:r>
    </w:p>
    <w:tbl>
      <w:tblPr>
        <w:tblStyle w:val="TableGrid"/>
        <w:tblW w:w="9360" w:type="dxa"/>
        <w:tblInd w:w="120" w:type="dxa"/>
        <w:tblLayout w:type="fixed"/>
        <w:tblLook w:val="04A0" w:firstRow="1" w:lastRow="0" w:firstColumn="1" w:lastColumn="0" w:noHBand="0" w:noVBand="1"/>
      </w:tblPr>
      <w:tblGrid>
        <w:gridCol w:w="4500"/>
        <w:gridCol w:w="2200"/>
        <w:gridCol w:w="2660"/>
      </w:tblGrid>
      <w:tr w:rsidR="009E11EE" w14:paraId="574CD8E3" w14:textId="77777777">
        <w:trPr>
          <w:tblHeader/>
        </w:trPr>
        <w:tc>
          <w:tcPr>
            <w:tcW w:w="4500" w:type="dxa"/>
            <w:shd w:val="clear" w:color="auto" w:fill="1F4E78"/>
            <w:tcMar>
              <w:top w:w="80" w:type="dxa"/>
              <w:left w:w="120" w:type="dxa"/>
              <w:bottom w:w="80" w:type="dxa"/>
              <w:right w:w="120" w:type="dxa"/>
            </w:tcMar>
            <w:vAlign w:val="center"/>
          </w:tcPr>
          <w:p w14:paraId="78BA5CB3" w14:textId="77777777" w:rsidR="009E11EE" w:rsidRDefault="00000000">
            <w:pPr>
              <w:spacing w:after="0"/>
              <w:jc w:val="center"/>
            </w:pPr>
            <w:r>
              <w:rPr>
                <w:b/>
                <w:color w:val="FFFFFF"/>
                <w:sz w:val="17"/>
              </w:rPr>
              <w:t>Chỉ tiêu</w:t>
            </w:r>
          </w:p>
        </w:tc>
        <w:tc>
          <w:tcPr>
            <w:tcW w:w="2200" w:type="dxa"/>
            <w:shd w:val="clear" w:color="auto" w:fill="1F4E78"/>
            <w:tcMar>
              <w:top w:w="80" w:type="dxa"/>
              <w:left w:w="120" w:type="dxa"/>
              <w:bottom w:w="80" w:type="dxa"/>
              <w:right w:w="120" w:type="dxa"/>
            </w:tcMar>
            <w:vAlign w:val="center"/>
          </w:tcPr>
          <w:p w14:paraId="20834A52" w14:textId="77777777" w:rsidR="009E11EE" w:rsidRDefault="00000000">
            <w:pPr>
              <w:spacing w:after="0"/>
              <w:jc w:val="center"/>
            </w:pPr>
            <w:r>
              <w:rPr>
                <w:b/>
                <w:color w:val="FFFFFF"/>
                <w:sz w:val="17"/>
              </w:rPr>
              <w:t>Số lượng</w:t>
            </w:r>
          </w:p>
        </w:tc>
        <w:tc>
          <w:tcPr>
            <w:tcW w:w="2660" w:type="dxa"/>
            <w:shd w:val="clear" w:color="auto" w:fill="1F4E78"/>
            <w:tcMar>
              <w:top w:w="80" w:type="dxa"/>
              <w:left w:w="120" w:type="dxa"/>
              <w:bottom w:w="80" w:type="dxa"/>
              <w:right w:w="120" w:type="dxa"/>
            </w:tcMar>
            <w:vAlign w:val="center"/>
          </w:tcPr>
          <w:p w14:paraId="67C6F90A" w14:textId="77777777" w:rsidR="009E11EE" w:rsidRDefault="00000000">
            <w:pPr>
              <w:spacing w:after="0"/>
              <w:jc w:val="center"/>
            </w:pPr>
            <w:r>
              <w:rPr>
                <w:b/>
                <w:color w:val="FFFFFF"/>
                <w:sz w:val="17"/>
              </w:rPr>
              <w:t>Tỷ trọng</w:t>
            </w:r>
          </w:p>
        </w:tc>
      </w:tr>
      <w:tr w:rsidR="009E11EE" w14:paraId="4A107EC6" w14:textId="77777777">
        <w:tc>
          <w:tcPr>
            <w:tcW w:w="4500" w:type="dxa"/>
            <w:tcMar>
              <w:top w:w="80" w:type="dxa"/>
              <w:left w:w="120" w:type="dxa"/>
              <w:bottom w:w="80" w:type="dxa"/>
              <w:right w:w="120" w:type="dxa"/>
            </w:tcMar>
            <w:vAlign w:val="center"/>
          </w:tcPr>
          <w:p w14:paraId="3A2957A7" w14:textId="77777777" w:rsidR="009E11EE" w:rsidRDefault="00000000">
            <w:pPr>
              <w:spacing w:after="0" w:line="240" w:lineRule="auto"/>
            </w:pPr>
            <w:r>
              <w:rPr>
                <w:sz w:val="18"/>
              </w:rPr>
              <w:t>Tổng dòng mẫu</w:t>
            </w:r>
          </w:p>
        </w:tc>
        <w:tc>
          <w:tcPr>
            <w:tcW w:w="2200" w:type="dxa"/>
            <w:tcMar>
              <w:top w:w="80" w:type="dxa"/>
              <w:left w:w="120" w:type="dxa"/>
              <w:bottom w:w="80" w:type="dxa"/>
              <w:right w:w="120" w:type="dxa"/>
            </w:tcMar>
            <w:vAlign w:val="center"/>
          </w:tcPr>
          <w:p w14:paraId="5F147DAE" w14:textId="77777777" w:rsidR="009E11EE" w:rsidRDefault="00000000">
            <w:pPr>
              <w:spacing w:after="0" w:line="240" w:lineRule="auto"/>
              <w:jc w:val="center"/>
            </w:pPr>
            <w:r>
              <w:rPr>
                <w:sz w:val="18"/>
              </w:rPr>
              <w:t>166</w:t>
            </w:r>
          </w:p>
        </w:tc>
        <w:tc>
          <w:tcPr>
            <w:tcW w:w="2660" w:type="dxa"/>
            <w:tcMar>
              <w:top w:w="80" w:type="dxa"/>
              <w:left w:w="120" w:type="dxa"/>
              <w:bottom w:w="80" w:type="dxa"/>
              <w:right w:w="120" w:type="dxa"/>
            </w:tcMar>
            <w:vAlign w:val="center"/>
          </w:tcPr>
          <w:p w14:paraId="30265826" w14:textId="77777777" w:rsidR="009E11EE" w:rsidRDefault="00000000">
            <w:pPr>
              <w:spacing w:after="0" w:line="240" w:lineRule="auto"/>
              <w:jc w:val="center"/>
            </w:pPr>
            <w:r>
              <w:rPr>
                <w:sz w:val="18"/>
              </w:rPr>
              <w:t>100%</w:t>
            </w:r>
          </w:p>
        </w:tc>
      </w:tr>
      <w:tr w:rsidR="009E11EE" w14:paraId="4D107C6B" w14:textId="77777777">
        <w:tc>
          <w:tcPr>
            <w:tcW w:w="4500" w:type="dxa"/>
            <w:shd w:val="clear" w:color="auto" w:fill="F2F4F7"/>
            <w:tcMar>
              <w:top w:w="80" w:type="dxa"/>
              <w:left w:w="120" w:type="dxa"/>
              <w:bottom w:w="80" w:type="dxa"/>
              <w:right w:w="120" w:type="dxa"/>
            </w:tcMar>
            <w:vAlign w:val="center"/>
          </w:tcPr>
          <w:p w14:paraId="75DC4B04" w14:textId="77777777" w:rsidR="009E11EE" w:rsidRDefault="00000000">
            <w:pPr>
              <w:spacing w:after="0" w:line="240" w:lineRule="auto"/>
            </w:pPr>
            <w:r>
              <w:rPr>
                <w:sz w:val="18"/>
              </w:rPr>
              <w:t>Mẫu bộ</w:t>
            </w:r>
          </w:p>
        </w:tc>
        <w:tc>
          <w:tcPr>
            <w:tcW w:w="2200" w:type="dxa"/>
            <w:shd w:val="clear" w:color="auto" w:fill="F2F4F7"/>
            <w:tcMar>
              <w:top w:w="80" w:type="dxa"/>
              <w:left w:w="120" w:type="dxa"/>
              <w:bottom w:w="80" w:type="dxa"/>
              <w:right w:w="120" w:type="dxa"/>
            </w:tcMar>
            <w:vAlign w:val="center"/>
          </w:tcPr>
          <w:p w14:paraId="1F36D789" w14:textId="77777777" w:rsidR="009E11EE" w:rsidRDefault="00000000">
            <w:pPr>
              <w:spacing w:after="0" w:line="240" w:lineRule="auto"/>
              <w:jc w:val="center"/>
            </w:pPr>
            <w:r>
              <w:rPr>
                <w:sz w:val="18"/>
              </w:rPr>
              <w:t>72</w:t>
            </w:r>
          </w:p>
        </w:tc>
        <w:tc>
          <w:tcPr>
            <w:tcW w:w="2660" w:type="dxa"/>
            <w:shd w:val="clear" w:color="auto" w:fill="F2F4F7"/>
            <w:tcMar>
              <w:top w:w="80" w:type="dxa"/>
              <w:left w:w="120" w:type="dxa"/>
              <w:bottom w:w="80" w:type="dxa"/>
              <w:right w:w="120" w:type="dxa"/>
            </w:tcMar>
            <w:vAlign w:val="center"/>
          </w:tcPr>
          <w:p w14:paraId="15F758A5" w14:textId="77777777" w:rsidR="009E11EE" w:rsidRDefault="00000000">
            <w:pPr>
              <w:spacing w:after="0" w:line="240" w:lineRule="auto"/>
              <w:jc w:val="center"/>
            </w:pPr>
            <w:r>
              <w:rPr>
                <w:sz w:val="18"/>
              </w:rPr>
              <w:t>43.4%</w:t>
            </w:r>
          </w:p>
        </w:tc>
      </w:tr>
      <w:tr w:rsidR="009E11EE" w14:paraId="01476E6A" w14:textId="77777777">
        <w:tc>
          <w:tcPr>
            <w:tcW w:w="4500" w:type="dxa"/>
            <w:tcMar>
              <w:top w:w="80" w:type="dxa"/>
              <w:left w:w="120" w:type="dxa"/>
              <w:bottom w:w="80" w:type="dxa"/>
              <w:right w:w="120" w:type="dxa"/>
            </w:tcMar>
            <w:vAlign w:val="center"/>
          </w:tcPr>
          <w:p w14:paraId="0C8203D8" w14:textId="77777777" w:rsidR="009E11EE" w:rsidRDefault="00000000">
            <w:pPr>
              <w:spacing w:after="0" w:line="240" w:lineRule="auto"/>
            </w:pPr>
            <w:r>
              <w:rPr>
                <w:sz w:val="18"/>
              </w:rPr>
              <w:t>Mẫu mới</w:t>
            </w:r>
          </w:p>
        </w:tc>
        <w:tc>
          <w:tcPr>
            <w:tcW w:w="2200" w:type="dxa"/>
            <w:tcMar>
              <w:top w:w="80" w:type="dxa"/>
              <w:left w:w="120" w:type="dxa"/>
              <w:bottom w:w="80" w:type="dxa"/>
              <w:right w:w="120" w:type="dxa"/>
            </w:tcMar>
            <w:vAlign w:val="center"/>
          </w:tcPr>
          <w:p w14:paraId="72DA2951" w14:textId="77777777" w:rsidR="009E11EE" w:rsidRDefault="00000000">
            <w:pPr>
              <w:spacing w:after="0" w:line="240" w:lineRule="auto"/>
              <w:jc w:val="center"/>
            </w:pPr>
            <w:r>
              <w:rPr>
                <w:sz w:val="18"/>
              </w:rPr>
              <w:t>49</w:t>
            </w:r>
          </w:p>
        </w:tc>
        <w:tc>
          <w:tcPr>
            <w:tcW w:w="2660" w:type="dxa"/>
            <w:tcMar>
              <w:top w:w="80" w:type="dxa"/>
              <w:left w:w="120" w:type="dxa"/>
              <w:bottom w:w="80" w:type="dxa"/>
              <w:right w:w="120" w:type="dxa"/>
            </w:tcMar>
            <w:vAlign w:val="center"/>
          </w:tcPr>
          <w:p w14:paraId="366FFCF1" w14:textId="77777777" w:rsidR="009E11EE" w:rsidRDefault="00000000">
            <w:pPr>
              <w:spacing w:after="0" w:line="240" w:lineRule="auto"/>
              <w:jc w:val="center"/>
            </w:pPr>
            <w:r>
              <w:rPr>
                <w:sz w:val="18"/>
              </w:rPr>
              <w:t>29.5%</w:t>
            </w:r>
          </w:p>
        </w:tc>
      </w:tr>
      <w:tr w:rsidR="009E11EE" w14:paraId="31E17C2C" w14:textId="77777777">
        <w:tc>
          <w:tcPr>
            <w:tcW w:w="4500" w:type="dxa"/>
            <w:shd w:val="clear" w:color="auto" w:fill="F2F4F7"/>
            <w:tcMar>
              <w:top w:w="80" w:type="dxa"/>
              <w:left w:w="120" w:type="dxa"/>
              <w:bottom w:w="80" w:type="dxa"/>
              <w:right w:w="120" w:type="dxa"/>
            </w:tcMar>
            <w:vAlign w:val="center"/>
          </w:tcPr>
          <w:p w14:paraId="2C638936" w14:textId="77777777" w:rsidR="009E11EE" w:rsidRDefault="00000000">
            <w:pPr>
              <w:spacing w:after="0" w:line="240" w:lineRule="auto"/>
            </w:pPr>
            <w:r>
              <w:rPr>
                <w:sz w:val="18"/>
              </w:rPr>
              <w:t>Mẫu nhân</w:t>
            </w:r>
          </w:p>
        </w:tc>
        <w:tc>
          <w:tcPr>
            <w:tcW w:w="2200" w:type="dxa"/>
            <w:shd w:val="clear" w:color="auto" w:fill="F2F4F7"/>
            <w:tcMar>
              <w:top w:w="80" w:type="dxa"/>
              <w:left w:w="120" w:type="dxa"/>
              <w:bottom w:w="80" w:type="dxa"/>
              <w:right w:w="120" w:type="dxa"/>
            </w:tcMar>
            <w:vAlign w:val="center"/>
          </w:tcPr>
          <w:p w14:paraId="0193B902" w14:textId="77777777" w:rsidR="009E11EE" w:rsidRDefault="00000000">
            <w:pPr>
              <w:spacing w:after="0" w:line="240" w:lineRule="auto"/>
              <w:jc w:val="center"/>
            </w:pPr>
            <w:r>
              <w:rPr>
                <w:sz w:val="18"/>
              </w:rPr>
              <w:t>36</w:t>
            </w:r>
          </w:p>
        </w:tc>
        <w:tc>
          <w:tcPr>
            <w:tcW w:w="2660" w:type="dxa"/>
            <w:shd w:val="clear" w:color="auto" w:fill="F2F4F7"/>
            <w:tcMar>
              <w:top w:w="80" w:type="dxa"/>
              <w:left w:w="120" w:type="dxa"/>
              <w:bottom w:w="80" w:type="dxa"/>
              <w:right w:w="120" w:type="dxa"/>
            </w:tcMar>
            <w:vAlign w:val="center"/>
          </w:tcPr>
          <w:p w14:paraId="1B2D3F48" w14:textId="77777777" w:rsidR="009E11EE" w:rsidRDefault="00000000">
            <w:pPr>
              <w:spacing w:after="0" w:line="240" w:lineRule="auto"/>
              <w:jc w:val="center"/>
            </w:pPr>
            <w:r>
              <w:rPr>
                <w:sz w:val="18"/>
              </w:rPr>
              <w:t>21.7%</w:t>
            </w:r>
          </w:p>
        </w:tc>
      </w:tr>
      <w:tr w:rsidR="009E11EE" w14:paraId="5A9CA443" w14:textId="77777777">
        <w:tc>
          <w:tcPr>
            <w:tcW w:w="4500" w:type="dxa"/>
            <w:tcMar>
              <w:top w:w="80" w:type="dxa"/>
              <w:left w:w="120" w:type="dxa"/>
              <w:bottom w:w="80" w:type="dxa"/>
              <w:right w:w="120" w:type="dxa"/>
            </w:tcMar>
            <w:vAlign w:val="center"/>
          </w:tcPr>
          <w:p w14:paraId="32656480" w14:textId="77777777" w:rsidR="009E11EE" w:rsidRDefault="00000000">
            <w:pPr>
              <w:spacing w:after="0" w:line="240" w:lineRule="auto"/>
            </w:pPr>
            <w:r>
              <w:rPr>
                <w:sz w:val="18"/>
              </w:rPr>
              <w:t>Chưa phân loại</w:t>
            </w:r>
          </w:p>
        </w:tc>
        <w:tc>
          <w:tcPr>
            <w:tcW w:w="2200" w:type="dxa"/>
            <w:tcMar>
              <w:top w:w="80" w:type="dxa"/>
              <w:left w:w="120" w:type="dxa"/>
              <w:bottom w:w="80" w:type="dxa"/>
              <w:right w:w="120" w:type="dxa"/>
            </w:tcMar>
            <w:vAlign w:val="center"/>
          </w:tcPr>
          <w:p w14:paraId="76CD4509" w14:textId="77777777" w:rsidR="009E11EE" w:rsidRDefault="00000000">
            <w:pPr>
              <w:spacing w:after="0" w:line="240" w:lineRule="auto"/>
              <w:jc w:val="center"/>
            </w:pPr>
            <w:r>
              <w:rPr>
                <w:sz w:val="18"/>
              </w:rPr>
              <w:t>9</w:t>
            </w:r>
          </w:p>
        </w:tc>
        <w:tc>
          <w:tcPr>
            <w:tcW w:w="2660" w:type="dxa"/>
            <w:tcMar>
              <w:top w:w="80" w:type="dxa"/>
              <w:left w:w="120" w:type="dxa"/>
              <w:bottom w:w="80" w:type="dxa"/>
              <w:right w:w="120" w:type="dxa"/>
            </w:tcMar>
            <w:vAlign w:val="center"/>
          </w:tcPr>
          <w:p w14:paraId="3BDE4F80" w14:textId="77777777" w:rsidR="009E11EE" w:rsidRDefault="00000000">
            <w:pPr>
              <w:spacing w:after="0" w:line="240" w:lineRule="auto"/>
              <w:jc w:val="center"/>
            </w:pPr>
            <w:r>
              <w:rPr>
                <w:sz w:val="18"/>
              </w:rPr>
              <w:t>5.4%</w:t>
            </w:r>
          </w:p>
        </w:tc>
      </w:tr>
    </w:tbl>
    <w:p w14:paraId="4656721C" w14:textId="77777777" w:rsidR="009E11EE" w:rsidRDefault="009E11EE">
      <w:pPr>
        <w:spacing w:after="0"/>
      </w:pPr>
    </w:p>
    <w:p w14:paraId="7D6478DB" w14:textId="77777777" w:rsidR="009E11EE" w:rsidRDefault="00000000">
      <w:pPr>
        <w:pStyle w:val="Heading1"/>
      </w:pPr>
      <w:r>
        <w:t>2. Nhân sự/nhóm nổi bật</w:t>
      </w:r>
    </w:p>
    <w:tbl>
      <w:tblPr>
        <w:tblStyle w:val="TableGrid"/>
        <w:tblW w:w="9360" w:type="dxa"/>
        <w:tblInd w:w="120" w:type="dxa"/>
        <w:tblLayout w:type="fixed"/>
        <w:tblLook w:val="04A0" w:firstRow="1" w:lastRow="0" w:firstColumn="1" w:lastColumn="0" w:noHBand="0" w:noVBand="1"/>
      </w:tblPr>
      <w:tblGrid>
        <w:gridCol w:w="2100"/>
        <w:gridCol w:w="5660"/>
        <w:gridCol w:w="1600"/>
      </w:tblGrid>
      <w:tr w:rsidR="009E11EE" w14:paraId="7093D451" w14:textId="77777777">
        <w:trPr>
          <w:tblHeader/>
        </w:trPr>
        <w:tc>
          <w:tcPr>
            <w:tcW w:w="2100" w:type="dxa"/>
            <w:shd w:val="clear" w:color="auto" w:fill="1F4E78"/>
            <w:tcMar>
              <w:top w:w="80" w:type="dxa"/>
              <w:left w:w="120" w:type="dxa"/>
              <w:bottom w:w="80" w:type="dxa"/>
              <w:right w:w="120" w:type="dxa"/>
            </w:tcMar>
            <w:vAlign w:val="center"/>
          </w:tcPr>
          <w:p w14:paraId="127D5DDA" w14:textId="77777777" w:rsidR="009E11EE" w:rsidRDefault="00000000">
            <w:pPr>
              <w:spacing w:after="0"/>
              <w:jc w:val="center"/>
            </w:pPr>
            <w:r>
              <w:rPr>
                <w:b/>
                <w:color w:val="FFFFFF"/>
                <w:sz w:val="17"/>
              </w:rPr>
              <w:t>Hạng mục</w:t>
            </w:r>
          </w:p>
        </w:tc>
        <w:tc>
          <w:tcPr>
            <w:tcW w:w="5660" w:type="dxa"/>
            <w:shd w:val="clear" w:color="auto" w:fill="1F4E78"/>
            <w:tcMar>
              <w:top w:w="80" w:type="dxa"/>
              <w:left w:w="120" w:type="dxa"/>
              <w:bottom w:w="80" w:type="dxa"/>
              <w:right w:w="120" w:type="dxa"/>
            </w:tcMar>
            <w:vAlign w:val="center"/>
          </w:tcPr>
          <w:p w14:paraId="6E862412" w14:textId="77777777" w:rsidR="009E11EE" w:rsidRDefault="00000000">
            <w:pPr>
              <w:spacing w:after="0"/>
              <w:jc w:val="center"/>
            </w:pPr>
            <w:r>
              <w:rPr>
                <w:b/>
                <w:color w:val="FFFFFF"/>
                <w:sz w:val="17"/>
              </w:rPr>
              <w:t>Kỹ thuật viên/nhóm</w:t>
            </w:r>
          </w:p>
        </w:tc>
        <w:tc>
          <w:tcPr>
            <w:tcW w:w="1600" w:type="dxa"/>
            <w:shd w:val="clear" w:color="auto" w:fill="1F4E78"/>
            <w:tcMar>
              <w:top w:w="80" w:type="dxa"/>
              <w:left w:w="120" w:type="dxa"/>
              <w:bottom w:w="80" w:type="dxa"/>
              <w:right w:w="120" w:type="dxa"/>
            </w:tcMar>
            <w:vAlign w:val="center"/>
          </w:tcPr>
          <w:p w14:paraId="2B22C95E" w14:textId="77777777" w:rsidR="009E11EE" w:rsidRDefault="00000000">
            <w:pPr>
              <w:spacing w:after="0"/>
              <w:jc w:val="center"/>
            </w:pPr>
            <w:r>
              <w:rPr>
                <w:b/>
                <w:color w:val="FFFFFF"/>
                <w:sz w:val="17"/>
              </w:rPr>
              <w:t>Số mẫu</w:t>
            </w:r>
          </w:p>
        </w:tc>
      </w:tr>
      <w:tr w:rsidR="009E11EE" w14:paraId="79720304" w14:textId="77777777">
        <w:tc>
          <w:tcPr>
            <w:tcW w:w="2100" w:type="dxa"/>
            <w:tcMar>
              <w:top w:w="80" w:type="dxa"/>
              <w:left w:w="120" w:type="dxa"/>
              <w:bottom w:w="80" w:type="dxa"/>
              <w:right w:w="120" w:type="dxa"/>
            </w:tcMar>
            <w:vAlign w:val="center"/>
          </w:tcPr>
          <w:p w14:paraId="724517F7" w14:textId="77777777" w:rsidR="009E11EE" w:rsidRDefault="00000000">
            <w:pPr>
              <w:spacing w:after="0" w:line="240" w:lineRule="auto"/>
            </w:pPr>
            <w:r>
              <w:rPr>
                <w:sz w:val="18"/>
              </w:rPr>
              <w:t>Tổng số mẫu</w:t>
            </w:r>
          </w:p>
        </w:tc>
        <w:tc>
          <w:tcPr>
            <w:tcW w:w="5660" w:type="dxa"/>
            <w:tcMar>
              <w:top w:w="80" w:type="dxa"/>
              <w:left w:w="120" w:type="dxa"/>
              <w:bottom w:w="80" w:type="dxa"/>
              <w:right w:w="120" w:type="dxa"/>
            </w:tcMar>
            <w:vAlign w:val="center"/>
          </w:tcPr>
          <w:p w14:paraId="5FB55856" w14:textId="77777777" w:rsidR="009E11EE" w:rsidRDefault="00000000">
            <w:pPr>
              <w:spacing w:after="0" w:line="240" w:lineRule="auto"/>
            </w:pPr>
            <w:r>
              <w:rPr>
                <w:sz w:val="18"/>
              </w:rPr>
              <w:t>Lê Văn Như</w:t>
            </w:r>
          </w:p>
        </w:tc>
        <w:tc>
          <w:tcPr>
            <w:tcW w:w="1600" w:type="dxa"/>
            <w:tcMar>
              <w:top w:w="80" w:type="dxa"/>
              <w:left w:w="120" w:type="dxa"/>
              <w:bottom w:w="80" w:type="dxa"/>
              <w:right w:w="120" w:type="dxa"/>
            </w:tcMar>
            <w:vAlign w:val="center"/>
          </w:tcPr>
          <w:p w14:paraId="4B0AD3F4" w14:textId="77777777" w:rsidR="009E11EE" w:rsidRDefault="00000000">
            <w:pPr>
              <w:spacing w:after="0" w:line="240" w:lineRule="auto"/>
              <w:jc w:val="center"/>
            </w:pPr>
            <w:r>
              <w:rPr>
                <w:sz w:val="18"/>
              </w:rPr>
              <w:t>8</w:t>
            </w:r>
          </w:p>
        </w:tc>
      </w:tr>
      <w:tr w:rsidR="009E11EE" w14:paraId="0F611CCB" w14:textId="77777777">
        <w:tc>
          <w:tcPr>
            <w:tcW w:w="2100" w:type="dxa"/>
            <w:shd w:val="clear" w:color="auto" w:fill="F2F4F7"/>
            <w:tcMar>
              <w:top w:w="80" w:type="dxa"/>
              <w:left w:w="120" w:type="dxa"/>
              <w:bottom w:w="80" w:type="dxa"/>
              <w:right w:w="120" w:type="dxa"/>
            </w:tcMar>
            <w:vAlign w:val="center"/>
          </w:tcPr>
          <w:p w14:paraId="25EAA651" w14:textId="77777777" w:rsidR="009E11EE" w:rsidRDefault="00000000">
            <w:pPr>
              <w:spacing w:after="0" w:line="240" w:lineRule="auto"/>
            </w:pPr>
            <w:r>
              <w:rPr>
                <w:sz w:val="18"/>
              </w:rPr>
              <w:t>Mẫu mới</w:t>
            </w:r>
          </w:p>
        </w:tc>
        <w:tc>
          <w:tcPr>
            <w:tcW w:w="5660" w:type="dxa"/>
            <w:shd w:val="clear" w:color="auto" w:fill="F2F4F7"/>
            <w:tcMar>
              <w:top w:w="80" w:type="dxa"/>
              <w:left w:w="120" w:type="dxa"/>
              <w:bottom w:w="80" w:type="dxa"/>
              <w:right w:w="120" w:type="dxa"/>
            </w:tcMar>
            <w:vAlign w:val="center"/>
          </w:tcPr>
          <w:p w14:paraId="35FB40A0" w14:textId="77777777" w:rsidR="009E11EE" w:rsidRDefault="00000000">
            <w:pPr>
              <w:spacing w:after="0" w:line="240" w:lineRule="auto"/>
            </w:pPr>
            <w:r>
              <w:rPr>
                <w:sz w:val="18"/>
              </w:rPr>
              <w:t>Lâm Văn Nông</w:t>
            </w:r>
          </w:p>
        </w:tc>
        <w:tc>
          <w:tcPr>
            <w:tcW w:w="1600" w:type="dxa"/>
            <w:shd w:val="clear" w:color="auto" w:fill="F2F4F7"/>
            <w:tcMar>
              <w:top w:w="80" w:type="dxa"/>
              <w:left w:w="120" w:type="dxa"/>
              <w:bottom w:w="80" w:type="dxa"/>
              <w:right w:w="120" w:type="dxa"/>
            </w:tcMar>
            <w:vAlign w:val="center"/>
          </w:tcPr>
          <w:p w14:paraId="02EB13BE" w14:textId="77777777" w:rsidR="009E11EE" w:rsidRDefault="00000000">
            <w:pPr>
              <w:spacing w:after="0" w:line="240" w:lineRule="auto"/>
              <w:jc w:val="center"/>
            </w:pPr>
            <w:r>
              <w:rPr>
                <w:sz w:val="18"/>
              </w:rPr>
              <w:t>5</w:t>
            </w:r>
          </w:p>
        </w:tc>
      </w:tr>
      <w:tr w:rsidR="009E11EE" w14:paraId="61C70863" w14:textId="77777777">
        <w:tc>
          <w:tcPr>
            <w:tcW w:w="2100" w:type="dxa"/>
            <w:tcMar>
              <w:top w:w="80" w:type="dxa"/>
              <w:left w:w="120" w:type="dxa"/>
              <w:bottom w:w="80" w:type="dxa"/>
              <w:right w:w="120" w:type="dxa"/>
            </w:tcMar>
            <w:vAlign w:val="center"/>
          </w:tcPr>
          <w:p w14:paraId="1B9A5724" w14:textId="77777777" w:rsidR="009E11EE" w:rsidRDefault="00000000">
            <w:pPr>
              <w:spacing w:after="0" w:line="240" w:lineRule="auto"/>
            </w:pPr>
            <w:r>
              <w:rPr>
                <w:sz w:val="18"/>
              </w:rPr>
              <w:t>Mẫu bộ</w:t>
            </w:r>
          </w:p>
        </w:tc>
        <w:tc>
          <w:tcPr>
            <w:tcW w:w="5660" w:type="dxa"/>
            <w:tcMar>
              <w:top w:w="80" w:type="dxa"/>
              <w:left w:w="120" w:type="dxa"/>
              <w:bottom w:w="80" w:type="dxa"/>
              <w:right w:w="120" w:type="dxa"/>
            </w:tcMar>
            <w:vAlign w:val="center"/>
          </w:tcPr>
          <w:p w14:paraId="0B0DBDD3" w14:textId="77777777" w:rsidR="009E11EE" w:rsidRDefault="00000000">
            <w:pPr>
              <w:spacing w:after="0" w:line="240" w:lineRule="auto"/>
            </w:pPr>
            <w:r>
              <w:rPr>
                <w:sz w:val="18"/>
              </w:rPr>
              <w:t>Lê Xuân Tương</w:t>
            </w:r>
          </w:p>
        </w:tc>
        <w:tc>
          <w:tcPr>
            <w:tcW w:w="1600" w:type="dxa"/>
            <w:tcMar>
              <w:top w:w="80" w:type="dxa"/>
              <w:left w:w="120" w:type="dxa"/>
              <w:bottom w:w="80" w:type="dxa"/>
              <w:right w:w="120" w:type="dxa"/>
            </w:tcMar>
            <w:vAlign w:val="center"/>
          </w:tcPr>
          <w:p w14:paraId="2937EE8B" w14:textId="77777777" w:rsidR="009E11EE" w:rsidRDefault="00000000">
            <w:pPr>
              <w:spacing w:after="0" w:line="240" w:lineRule="auto"/>
              <w:jc w:val="center"/>
            </w:pPr>
            <w:r>
              <w:rPr>
                <w:sz w:val="18"/>
              </w:rPr>
              <w:t>5</w:t>
            </w:r>
          </w:p>
        </w:tc>
      </w:tr>
    </w:tbl>
    <w:p w14:paraId="2B999927" w14:textId="77777777" w:rsidR="009E11EE" w:rsidRDefault="009E11EE">
      <w:pPr>
        <w:spacing w:after="0"/>
      </w:pPr>
    </w:p>
    <w:p w14:paraId="3E95492E" w14:textId="77777777" w:rsidR="009E11EE" w:rsidRDefault="00000000">
      <w:pPr>
        <w:pStyle w:val="Heading1"/>
      </w:pPr>
      <w:r>
        <w:t>3. Thống kê toàn bộ kỹ thuật viên/nhóm</w:t>
      </w:r>
    </w:p>
    <w:p w14:paraId="002545A7" w14:textId="77777777" w:rsidR="009E11EE" w:rsidRDefault="00000000">
      <w:r>
        <w:rPr>
          <w:b/>
          <w:sz w:val="18"/>
        </w:rPr>
        <w:t xml:space="preserve">Nguyên tắc thống kê: </w:t>
      </w:r>
      <w:r>
        <w:rPr>
          <w:color w:val="667085"/>
          <w:sz w:val="18"/>
        </w:rPr>
        <w:t>mỗi dòng dữ liệu được tính là một mẫu; tên nhiều người trong cùng một ô được giữ nguyên như một nhóm phân công, không tách để tránh đếm trùng.</w:t>
      </w:r>
    </w:p>
    <w:tbl>
      <w:tblPr>
        <w:tblStyle w:val="TableGrid"/>
        <w:tblW w:w="9360" w:type="dxa"/>
        <w:tblInd w:w="120" w:type="dxa"/>
        <w:tblLayout w:type="fixed"/>
        <w:tblLook w:val="04A0" w:firstRow="1" w:lastRow="0" w:firstColumn="1" w:lastColumn="0" w:noHBand="0" w:noVBand="1"/>
      </w:tblPr>
      <w:tblGrid>
        <w:gridCol w:w="600"/>
        <w:gridCol w:w="3960"/>
        <w:gridCol w:w="960"/>
        <w:gridCol w:w="960"/>
        <w:gridCol w:w="960"/>
        <w:gridCol w:w="960"/>
        <w:gridCol w:w="960"/>
      </w:tblGrid>
      <w:tr w:rsidR="009E11EE" w14:paraId="7C598879" w14:textId="77777777">
        <w:trPr>
          <w:tblHeader/>
        </w:trPr>
        <w:tc>
          <w:tcPr>
            <w:tcW w:w="600" w:type="dxa"/>
            <w:shd w:val="clear" w:color="auto" w:fill="1F4E78"/>
            <w:tcMar>
              <w:top w:w="80" w:type="dxa"/>
              <w:left w:w="120" w:type="dxa"/>
              <w:bottom w:w="80" w:type="dxa"/>
              <w:right w:w="120" w:type="dxa"/>
            </w:tcMar>
            <w:vAlign w:val="center"/>
          </w:tcPr>
          <w:p w14:paraId="30EDC646" w14:textId="77777777" w:rsidR="009E11EE" w:rsidRDefault="00000000">
            <w:pPr>
              <w:spacing w:after="0"/>
              <w:jc w:val="center"/>
            </w:pPr>
            <w:r>
              <w:rPr>
                <w:b/>
                <w:color w:val="FFFFFF"/>
                <w:sz w:val="17"/>
              </w:rPr>
              <w:t>STT</w:t>
            </w:r>
          </w:p>
        </w:tc>
        <w:tc>
          <w:tcPr>
            <w:tcW w:w="3960" w:type="dxa"/>
            <w:shd w:val="clear" w:color="auto" w:fill="1F4E78"/>
            <w:tcMar>
              <w:top w:w="80" w:type="dxa"/>
              <w:left w:w="120" w:type="dxa"/>
              <w:bottom w:w="80" w:type="dxa"/>
              <w:right w:w="120" w:type="dxa"/>
            </w:tcMar>
            <w:vAlign w:val="center"/>
          </w:tcPr>
          <w:p w14:paraId="2CDC4486" w14:textId="77777777" w:rsidR="009E11EE" w:rsidRDefault="00000000">
            <w:pPr>
              <w:spacing w:after="0"/>
              <w:jc w:val="center"/>
            </w:pPr>
            <w:r>
              <w:rPr>
                <w:b/>
                <w:color w:val="FFFFFF"/>
                <w:sz w:val="17"/>
              </w:rPr>
              <w:t>Kỹ thuật viên/nhóm</w:t>
            </w:r>
          </w:p>
        </w:tc>
        <w:tc>
          <w:tcPr>
            <w:tcW w:w="960" w:type="dxa"/>
            <w:shd w:val="clear" w:color="auto" w:fill="1F4E78"/>
            <w:tcMar>
              <w:top w:w="80" w:type="dxa"/>
              <w:left w:w="120" w:type="dxa"/>
              <w:bottom w:w="80" w:type="dxa"/>
              <w:right w:w="120" w:type="dxa"/>
            </w:tcMar>
            <w:vAlign w:val="center"/>
          </w:tcPr>
          <w:p w14:paraId="193D896C" w14:textId="77777777" w:rsidR="009E11EE" w:rsidRDefault="00000000">
            <w:pPr>
              <w:spacing w:after="0"/>
              <w:jc w:val="center"/>
            </w:pPr>
            <w:r>
              <w:rPr>
                <w:b/>
                <w:color w:val="FFFFFF"/>
                <w:sz w:val="17"/>
              </w:rPr>
              <w:t>Tổng</w:t>
            </w:r>
          </w:p>
        </w:tc>
        <w:tc>
          <w:tcPr>
            <w:tcW w:w="960" w:type="dxa"/>
            <w:shd w:val="clear" w:color="auto" w:fill="1F4E78"/>
            <w:tcMar>
              <w:top w:w="80" w:type="dxa"/>
              <w:left w:w="120" w:type="dxa"/>
              <w:bottom w:w="80" w:type="dxa"/>
              <w:right w:w="120" w:type="dxa"/>
            </w:tcMar>
            <w:vAlign w:val="center"/>
          </w:tcPr>
          <w:p w14:paraId="68CDA54F" w14:textId="77777777" w:rsidR="009E11EE" w:rsidRDefault="00000000">
            <w:pPr>
              <w:spacing w:after="0"/>
              <w:jc w:val="center"/>
            </w:pPr>
            <w:r>
              <w:rPr>
                <w:b/>
                <w:color w:val="FFFFFF"/>
                <w:sz w:val="17"/>
              </w:rPr>
              <w:t>Mới</w:t>
            </w:r>
          </w:p>
        </w:tc>
        <w:tc>
          <w:tcPr>
            <w:tcW w:w="960" w:type="dxa"/>
            <w:shd w:val="clear" w:color="auto" w:fill="1F4E78"/>
            <w:tcMar>
              <w:top w:w="80" w:type="dxa"/>
              <w:left w:w="120" w:type="dxa"/>
              <w:bottom w:w="80" w:type="dxa"/>
              <w:right w:w="120" w:type="dxa"/>
            </w:tcMar>
            <w:vAlign w:val="center"/>
          </w:tcPr>
          <w:p w14:paraId="344BC6EE" w14:textId="77777777" w:rsidR="009E11EE" w:rsidRDefault="00000000">
            <w:pPr>
              <w:spacing w:after="0"/>
              <w:jc w:val="center"/>
            </w:pPr>
            <w:r>
              <w:rPr>
                <w:b/>
                <w:color w:val="FFFFFF"/>
                <w:sz w:val="17"/>
              </w:rPr>
              <w:t>Bộ</w:t>
            </w:r>
          </w:p>
        </w:tc>
        <w:tc>
          <w:tcPr>
            <w:tcW w:w="960" w:type="dxa"/>
            <w:shd w:val="clear" w:color="auto" w:fill="1F4E78"/>
            <w:tcMar>
              <w:top w:w="80" w:type="dxa"/>
              <w:left w:w="120" w:type="dxa"/>
              <w:bottom w:w="80" w:type="dxa"/>
              <w:right w:w="120" w:type="dxa"/>
            </w:tcMar>
            <w:vAlign w:val="center"/>
          </w:tcPr>
          <w:p w14:paraId="5A1B5C45" w14:textId="77777777" w:rsidR="009E11EE" w:rsidRDefault="00000000">
            <w:pPr>
              <w:spacing w:after="0"/>
              <w:jc w:val="center"/>
            </w:pPr>
            <w:r>
              <w:rPr>
                <w:b/>
                <w:color w:val="FFFFFF"/>
                <w:sz w:val="17"/>
              </w:rPr>
              <w:t>Nhân</w:t>
            </w:r>
          </w:p>
        </w:tc>
        <w:tc>
          <w:tcPr>
            <w:tcW w:w="960" w:type="dxa"/>
            <w:shd w:val="clear" w:color="auto" w:fill="1F4E78"/>
            <w:tcMar>
              <w:top w:w="80" w:type="dxa"/>
              <w:left w:w="120" w:type="dxa"/>
              <w:bottom w:w="80" w:type="dxa"/>
              <w:right w:w="120" w:type="dxa"/>
            </w:tcMar>
            <w:vAlign w:val="center"/>
          </w:tcPr>
          <w:p w14:paraId="66AFABAA" w14:textId="77777777" w:rsidR="009E11EE" w:rsidRDefault="00000000">
            <w:pPr>
              <w:spacing w:after="0"/>
              <w:jc w:val="center"/>
            </w:pPr>
            <w:r>
              <w:rPr>
                <w:b/>
                <w:color w:val="FFFFFF"/>
                <w:sz w:val="17"/>
              </w:rPr>
              <w:t>Khác</w:t>
            </w:r>
          </w:p>
        </w:tc>
      </w:tr>
      <w:tr w:rsidR="009E11EE" w14:paraId="394D8BEC" w14:textId="77777777">
        <w:tc>
          <w:tcPr>
            <w:tcW w:w="600" w:type="dxa"/>
            <w:tcMar>
              <w:top w:w="80" w:type="dxa"/>
              <w:left w:w="120" w:type="dxa"/>
              <w:bottom w:w="80" w:type="dxa"/>
              <w:right w:w="120" w:type="dxa"/>
            </w:tcMar>
            <w:vAlign w:val="center"/>
          </w:tcPr>
          <w:p w14:paraId="11D5837E" w14:textId="77777777" w:rsidR="009E11EE" w:rsidRDefault="00000000">
            <w:pPr>
              <w:spacing w:after="0" w:line="240" w:lineRule="auto"/>
              <w:jc w:val="center"/>
            </w:pPr>
            <w:r>
              <w:rPr>
                <w:sz w:val="16"/>
              </w:rPr>
              <w:t>1</w:t>
            </w:r>
          </w:p>
        </w:tc>
        <w:tc>
          <w:tcPr>
            <w:tcW w:w="3960" w:type="dxa"/>
            <w:tcMar>
              <w:top w:w="80" w:type="dxa"/>
              <w:left w:w="120" w:type="dxa"/>
              <w:bottom w:w="80" w:type="dxa"/>
              <w:right w:w="120" w:type="dxa"/>
            </w:tcMar>
            <w:vAlign w:val="center"/>
          </w:tcPr>
          <w:p w14:paraId="4722443A" w14:textId="77777777" w:rsidR="009E11EE" w:rsidRDefault="00000000">
            <w:pPr>
              <w:spacing w:after="0" w:line="240" w:lineRule="auto"/>
            </w:pPr>
            <w:r>
              <w:rPr>
                <w:sz w:val="16"/>
              </w:rPr>
              <w:t>Chưa ghi nhận kỹ thuật</w:t>
            </w:r>
          </w:p>
        </w:tc>
        <w:tc>
          <w:tcPr>
            <w:tcW w:w="960" w:type="dxa"/>
            <w:tcMar>
              <w:top w:w="80" w:type="dxa"/>
              <w:left w:w="120" w:type="dxa"/>
              <w:bottom w:w="80" w:type="dxa"/>
              <w:right w:w="120" w:type="dxa"/>
            </w:tcMar>
            <w:vAlign w:val="center"/>
          </w:tcPr>
          <w:p w14:paraId="08A03B8B" w14:textId="77777777" w:rsidR="009E11EE" w:rsidRDefault="00000000">
            <w:pPr>
              <w:spacing w:after="0" w:line="240" w:lineRule="auto"/>
              <w:jc w:val="center"/>
            </w:pPr>
            <w:r>
              <w:rPr>
                <w:sz w:val="16"/>
              </w:rPr>
              <w:t>9</w:t>
            </w:r>
          </w:p>
        </w:tc>
        <w:tc>
          <w:tcPr>
            <w:tcW w:w="960" w:type="dxa"/>
            <w:tcMar>
              <w:top w:w="80" w:type="dxa"/>
              <w:left w:w="120" w:type="dxa"/>
              <w:bottom w:w="80" w:type="dxa"/>
              <w:right w:w="120" w:type="dxa"/>
            </w:tcMar>
            <w:vAlign w:val="center"/>
          </w:tcPr>
          <w:p w14:paraId="0618E824"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048E59BD"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64156506"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23D18E51" w14:textId="77777777" w:rsidR="009E11EE" w:rsidRDefault="00000000">
            <w:pPr>
              <w:spacing w:after="0" w:line="240" w:lineRule="auto"/>
              <w:jc w:val="center"/>
            </w:pPr>
            <w:r>
              <w:rPr>
                <w:sz w:val="16"/>
              </w:rPr>
              <w:t>9</w:t>
            </w:r>
          </w:p>
        </w:tc>
      </w:tr>
      <w:tr w:rsidR="009E11EE" w14:paraId="3DD956AC" w14:textId="77777777">
        <w:tc>
          <w:tcPr>
            <w:tcW w:w="600" w:type="dxa"/>
            <w:shd w:val="clear" w:color="auto" w:fill="F2F4F7"/>
            <w:tcMar>
              <w:top w:w="80" w:type="dxa"/>
              <w:left w:w="120" w:type="dxa"/>
              <w:bottom w:w="80" w:type="dxa"/>
              <w:right w:w="120" w:type="dxa"/>
            </w:tcMar>
            <w:vAlign w:val="center"/>
          </w:tcPr>
          <w:p w14:paraId="6EFDB60C" w14:textId="77777777" w:rsidR="009E11EE" w:rsidRDefault="00000000">
            <w:pPr>
              <w:spacing w:after="0" w:line="240" w:lineRule="auto"/>
              <w:jc w:val="center"/>
            </w:pPr>
            <w:r>
              <w:rPr>
                <w:sz w:val="16"/>
              </w:rPr>
              <w:t>2</w:t>
            </w:r>
          </w:p>
        </w:tc>
        <w:tc>
          <w:tcPr>
            <w:tcW w:w="3960" w:type="dxa"/>
            <w:shd w:val="clear" w:color="auto" w:fill="F2F4F7"/>
            <w:tcMar>
              <w:top w:w="80" w:type="dxa"/>
              <w:left w:w="120" w:type="dxa"/>
              <w:bottom w:w="80" w:type="dxa"/>
              <w:right w:w="120" w:type="dxa"/>
            </w:tcMar>
            <w:vAlign w:val="center"/>
          </w:tcPr>
          <w:p w14:paraId="163DD7FB" w14:textId="77777777" w:rsidR="009E11EE" w:rsidRDefault="00000000">
            <w:pPr>
              <w:spacing w:after="0" w:line="240" w:lineRule="auto"/>
            </w:pPr>
            <w:r>
              <w:rPr>
                <w:sz w:val="16"/>
              </w:rPr>
              <w:t>Lê Văn Như</w:t>
            </w:r>
          </w:p>
        </w:tc>
        <w:tc>
          <w:tcPr>
            <w:tcW w:w="960" w:type="dxa"/>
            <w:shd w:val="clear" w:color="auto" w:fill="F2F4F7"/>
            <w:tcMar>
              <w:top w:w="80" w:type="dxa"/>
              <w:left w:w="120" w:type="dxa"/>
              <w:bottom w:w="80" w:type="dxa"/>
              <w:right w:w="120" w:type="dxa"/>
            </w:tcMar>
            <w:vAlign w:val="center"/>
          </w:tcPr>
          <w:p w14:paraId="5D938821" w14:textId="77777777" w:rsidR="009E11EE" w:rsidRDefault="00000000">
            <w:pPr>
              <w:spacing w:after="0" w:line="240" w:lineRule="auto"/>
              <w:jc w:val="center"/>
            </w:pPr>
            <w:r>
              <w:rPr>
                <w:sz w:val="16"/>
              </w:rPr>
              <w:t>8</w:t>
            </w:r>
          </w:p>
        </w:tc>
        <w:tc>
          <w:tcPr>
            <w:tcW w:w="960" w:type="dxa"/>
            <w:shd w:val="clear" w:color="auto" w:fill="F2F4F7"/>
            <w:tcMar>
              <w:top w:w="80" w:type="dxa"/>
              <w:left w:w="120" w:type="dxa"/>
              <w:bottom w:w="80" w:type="dxa"/>
              <w:right w:w="120" w:type="dxa"/>
            </w:tcMar>
            <w:vAlign w:val="center"/>
          </w:tcPr>
          <w:p w14:paraId="7FDA52EB" w14:textId="77777777" w:rsidR="009E11EE" w:rsidRDefault="00000000">
            <w:pPr>
              <w:spacing w:after="0" w:line="240" w:lineRule="auto"/>
              <w:jc w:val="center"/>
            </w:pPr>
            <w:r>
              <w:rPr>
                <w:sz w:val="16"/>
              </w:rPr>
              <w:t>4</w:t>
            </w:r>
          </w:p>
        </w:tc>
        <w:tc>
          <w:tcPr>
            <w:tcW w:w="960" w:type="dxa"/>
            <w:shd w:val="clear" w:color="auto" w:fill="F2F4F7"/>
            <w:tcMar>
              <w:top w:w="80" w:type="dxa"/>
              <w:left w:w="120" w:type="dxa"/>
              <w:bottom w:w="80" w:type="dxa"/>
              <w:right w:w="120" w:type="dxa"/>
            </w:tcMar>
            <w:vAlign w:val="center"/>
          </w:tcPr>
          <w:p w14:paraId="75AC0804"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63BC6B06" w14:textId="77777777" w:rsidR="009E11EE" w:rsidRDefault="00000000">
            <w:pPr>
              <w:spacing w:after="0" w:line="240" w:lineRule="auto"/>
              <w:jc w:val="center"/>
            </w:pPr>
            <w:r>
              <w:rPr>
                <w:sz w:val="16"/>
              </w:rPr>
              <w:t>4</w:t>
            </w:r>
          </w:p>
        </w:tc>
        <w:tc>
          <w:tcPr>
            <w:tcW w:w="960" w:type="dxa"/>
            <w:shd w:val="clear" w:color="auto" w:fill="F2F4F7"/>
            <w:tcMar>
              <w:top w:w="80" w:type="dxa"/>
              <w:left w:w="120" w:type="dxa"/>
              <w:bottom w:w="80" w:type="dxa"/>
              <w:right w:w="120" w:type="dxa"/>
            </w:tcMar>
            <w:vAlign w:val="center"/>
          </w:tcPr>
          <w:p w14:paraId="4E62C2D5" w14:textId="77777777" w:rsidR="009E11EE" w:rsidRDefault="00000000">
            <w:pPr>
              <w:spacing w:after="0" w:line="240" w:lineRule="auto"/>
              <w:jc w:val="center"/>
            </w:pPr>
            <w:r>
              <w:rPr>
                <w:sz w:val="16"/>
              </w:rPr>
              <w:t>0</w:t>
            </w:r>
          </w:p>
        </w:tc>
      </w:tr>
      <w:tr w:rsidR="009E11EE" w14:paraId="2D0FBD5D" w14:textId="77777777">
        <w:tc>
          <w:tcPr>
            <w:tcW w:w="600" w:type="dxa"/>
            <w:tcMar>
              <w:top w:w="80" w:type="dxa"/>
              <w:left w:w="120" w:type="dxa"/>
              <w:bottom w:w="80" w:type="dxa"/>
              <w:right w:w="120" w:type="dxa"/>
            </w:tcMar>
            <w:vAlign w:val="center"/>
          </w:tcPr>
          <w:p w14:paraId="55DED089" w14:textId="77777777" w:rsidR="009E11EE" w:rsidRDefault="00000000">
            <w:pPr>
              <w:spacing w:after="0" w:line="240" w:lineRule="auto"/>
              <w:jc w:val="center"/>
            </w:pPr>
            <w:r>
              <w:rPr>
                <w:sz w:val="16"/>
              </w:rPr>
              <w:t>3</w:t>
            </w:r>
          </w:p>
        </w:tc>
        <w:tc>
          <w:tcPr>
            <w:tcW w:w="3960" w:type="dxa"/>
            <w:tcMar>
              <w:top w:w="80" w:type="dxa"/>
              <w:left w:w="120" w:type="dxa"/>
              <w:bottom w:w="80" w:type="dxa"/>
              <w:right w:w="120" w:type="dxa"/>
            </w:tcMar>
            <w:vAlign w:val="center"/>
          </w:tcPr>
          <w:p w14:paraId="5FF2FF9E" w14:textId="77777777" w:rsidR="009E11EE" w:rsidRDefault="00000000">
            <w:pPr>
              <w:spacing w:after="0" w:line="240" w:lineRule="auto"/>
            </w:pPr>
            <w:r>
              <w:rPr>
                <w:sz w:val="16"/>
              </w:rPr>
              <w:t>Lâm Văn Nông</w:t>
            </w:r>
          </w:p>
        </w:tc>
        <w:tc>
          <w:tcPr>
            <w:tcW w:w="960" w:type="dxa"/>
            <w:tcMar>
              <w:top w:w="80" w:type="dxa"/>
              <w:left w:w="120" w:type="dxa"/>
              <w:bottom w:w="80" w:type="dxa"/>
              <w:right w:w="120" w:type="dxa"/>
            </w:tcMar>
            <w:vAlign w:val="center"/>
          </w:tcPr>
          <w:p w14:paraId="0845472A" w14:textId="77777777" w:rsidR="009E11EE" w:rsidRDefault="00000000">
            <w:pPr>
              <w:spacing w:after="0" w:line="240" w:lineRule="auto"/>
              <w:jc w:val="center"/>
            </w:pPr>
            <w:r>
              <w:rPr>
                <w:sz w:val="16"/>
              </w:rPr>
              <w:t>6</w:t>
            </w:r>
          </w:p>
        </w:tc>
        <w:tc>
          <w:tcPr>
            <w:tcW w:w="960" w:type="dxa"/>
            <w:tcMar>
              <w:top w:w="80" w:type="dxa"/>
              <w:left w:w="120" w:type="dxa"/>
              <w:bottom w:w="80" w:type="dxa"/>
              <w:right w:w="120" w:type="dxa"/>
            </w:tcMar>
            <w:vAlign w:val="center"/>
          </w:tcPr>
          <w:p w14:paraId="64C7C5E9" w14:textId="77777777" w:rsidR="009E11EE" w:rsidRDefault="00000000">
            <w:pPr>
              <w:spacing w:after="0" w:line="240" w:lineRule="auto"/>
              <w:jc w:val="center"/>
            </w:pPr>
            <w:r>
              <w:rPr>
                <w:sz w:val="16"/>
              </w:rPr>
              <w:t>5</w:t>
            </w:r>
          </w:p>
        </w:tc>
        <w:tc>
          <w:tcPr>
            <w:tcW w:w="960" w:type="dxa"/>
            <w:tcMar>
              <w:top w:w="80" w:type="dxa"/>
              <w:left w:w="120" w:type="dxa"/>
              <w:bottom w:w="80" w:type="dxa"/>
              <w:right w:w="120" w:type="dxa"/>
            </w:tcMar>
            <w:vAlign w:val="center"/>
          </w:tcPr>
          <w:p w14:paraId="5F006990"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2DDEA510"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516F11EE" w14:textId="77777777" w:rsidR="009E11EE" w:rsidRDefault="00000000">
            <w:pPr>
              <w:spacing w:after="0" w:line="240" w:lineRule="auto"/>
              <w:jc w:val="center"/>
            </w:pPr>
            <w:r>
              <w:rPr>
                <w:sz w:val="16"/>
              </w:rPr>
              <w:t>0</w:t>
            </w:r>
          </w:p>
        </w:tc>
      </w:tr>
      <w:tr w:rsidR="009E11EE" w14:paraId="52549AAB" w14:textId="77777777">
        <w:tc>
          <w:tcPr>
            <w:tcW w:w="600" w:type="dxa"/>
            <w:shd w:val="clear" w:color="auto" w:fill="F2F4F7"/>
            <w:tcMar>
              <w:top w:w="80" w:type="dxa"/>
              <w:left w:w="120" w:type="dxa"/>
              <w:bottom w:w="80" w:type="dxa"/>
              <w:right w:w="120" w:type="dxa"/>
            </w:tcMar>
            <w:vAlign w:val="center"/>
          </w:tcPr>
          <w:p w14:paraId="4FE073D3" w14:textId="77777777" w:rsidR="009E11EE" w:rsidRDefault="00000000">
            <w:pPr>
              <w:spacing w:after="0" w:line="240" w:lineRule="auto"/>
              <w:jc w:val="center"/>
            </w:pPr>
            <w:r>
              <w:rPr>
                <w:sz w:val="16"/>
              </w:rPr>
              <w:t>4</w:t>
            </w:r>
          </w:p>
        </w:tc>
        <w:tc>
          <w:tcPr>
            <w:tcW w:w="3960" w:type="dxa"/>
            <w:shd w:val="clear" w:color="auto" w:fill="F2F4F7"/>
            <w:tcMar>
              <w:top w:w="80" w:type="dxa"/>
              <w:left w:w="120" w:type="dxa"/>
              <w:bottom w:w="80" w:type="dxa"/>
              <w:right w:w="120" w:type="dxa"/>
            </w:tcMar>
            <w:vAlign w:val="center"/>
          </w:tcPr>
          <w:p w14:paraId="70C833BA" w14:textId="77777777" w:rsidR="009E11EE" w:rsidRDefault="00000000">
            <w:pPr>
              <w:spacing w:after="0" w:line="240" w:lineRule="auto"/>
            </w:pPr>
            <w:r>
              <w:rPr>
                <w:sz w:val="16"/>
              </w:rPr>
              <w:t>Trường</w:t>
            </w:r>
          </w:p>
        </w:tc>
        <w:tc>
          <w:tcPr>
            <w:tcW w:w="960" w:type="dxa"/>
            <w:shd w:val="clear" w:color="auto" w:fill="F2F4F7"/>
            <w:tcMar>
              <w:top w:w="80" w:type="dxa"/>
              <w:left w:w="120" w:type="dxa"/>
              <w:bottom w:w="80" w:type="dxa"/>
              <w:right w:w="120" w:type="dxa"/>
            </w:tcMar>
            <w:vAlign w:val="center"/>
          </w:tcPr>
          <w:p w14:paraId="4B754AC0" w14:textId="77777777" w:rsidR="009E11EE" w:rsidRDefault="00000000">
            <w:pPr>
              <w:spacing w:after="0" w:line="240" w:lineRule="auto"/>
              <w:jc w:val="center"/>
            </w:pPr>
            <w:r>
              <w:rPr>
                <w:sz w:val="16"/>
              </w:rPr>
              <w:t>6</w:t>
            </w:r>
          </w:p>
        </w:tc>
        <w:tc>
          <w:tcPr>
            <w:tcW w:w="960" w:type="dxa"/>
            <w:shd w:val="clear" w:color="auto" w:fill="F2F4F7"/>
            <w:tcMar>
              <w:top w:w="80" w:type="dxa"/>
              <w:left w:w="120" w:type="dxa"/>
              <w:bottom w:w="80" w:type="dxa"/>
              <w:right w:w="120" w:type="dxa"/>
            </w:tcMar>
            <w:vAlign w:val="center"/>
          </w:tcPr>
          <w:p w14:paraId="6DC17C0B" w14:textId="77777777" w:rsidR="009E11EE" w:rsidRDefault="00000000">
            <w:pPr>
              <w:spacing w:after="0" w:line="240" w:lineRule="auto"/>
              <w:jc w:val="center"/>
            </w:pPr>
            <w:r>
              <w:rPr>
                <w:sz w:val="16"/>
              </w:rPr>
              <w:t>2</w:t>
            </w:r>
          </w:p>
        </w:tc>
        <w:tc>
          <w:tcPr>
            <w:tcW w:w="960" w:type="dxa"/>
            <w:shd w:val="clear" w:color="auto" w:fill="F2F4F7"/>
            <w:tcMar>
              <w:top w:w="80" w:type="dxa"/>
              <w:left w:w="120" w:type="dxa"/>
              <w:bottom w:w="80" w:type="dxa"/>
              <w:right w:w="120" w:type="dxa"/>
            </w:tcMar>
            <w:vAlign w:val="center"/>
          </w:tcPr>
          <w:p w14:paraId="32C09919" w14:textId="77777777" w:rsidR="009E11EE" w:rsidRDefault="00000000">
            <w:pPr>
              <w:spacing w:after="0" w:line="240" w:lineRule="auto"/>
              <w:jc w:val="center"/>
            </w:pPr>
            <w:r>
              <w:rPr>
                <w:sz w:val="16"/>
              </w:rPr>
              <w:t>2</w:t>
            </w:r>
          </w:p>
        </w:tc>
        <w:tc>
          <w:tcPr>
            <w:tcW w:w="960" w:type="dxa"/>
            <w:shd w:val="clear" w:color="auto" w:fill="F2F4F7"/>
            <w:tcMar>
              <w:top w:w="80" w:type="dxa"/>
              <w:left w:w="120" w:type="dxa"/>
              <w:bottom w:w="80" w:type="dxa"/>
              <w:right w:w="120" w:type="dxa"/>
            </w:tcMar>
            <w:vAlign w:val="center"/>
          </w:tcPr>
          <w:p w14:paraId="21BE2B87" w14:textId="77777777" w:rsidR="009E11EE" w:rsidRDefault="00000000">
            <w:pPr>
              <w:spacing w:after="0" w:line="240" w:lineRule="auto"/>
              <w:jc w:val="center"/>
            </w:pPr>
            <w:r>
              <w:rPr>
                <w:sz w:val="16"/>
              </w:rPr>
              <w:t>2</w:t>
            </w:r>
          </w:p>
        </w:tc>
        <w:tc>
          <w:tcPr>
            <w:tcW w:w="960" w:type="dxa"/>
            <w:shd w:val="clear" w:color="auto" w:fill="F2F4F7"/>
            <w:tcMar>
              <w:top w:w="80" w:type="dxa"/>
              <w:left w:w="120" w:type="dxa"/>
              <w:bottom w:w="80" w:type="dxa"/>
              <w:right w:w="120" w:type="dxa"/>
            </w:tcMar>
            <w:vAlign w:val="center"/>
          </w:tcPr>
          <w:p w14:paraId="17988C8C" w14:textId="77777777" w:rsidR="009E11EE" w:rsidRDefault="00000000">
            <w:pPr>
              <w:spacing w:after="0" w:line="240" w:lineRule="auto"/>
              <w:jc w:val="center"/>
            </w:pPr>
            <w:r>
              <w:rPr>
                <w:sz w:val="16"/>
              </w:rPr>
              <w:t>0</w:t>
            </w:r>
          </w:p>
        </w:tc>
      </w:tr>
      <w:tr w:rsidR="009E11EE" w14:paraId="4AF00470" w14:textId="77777777">
        <w:tc>
          <w:tcPr>
            <w:tcW w:w="600" w:type="dxa"/>
            <w:tcMar>
              <w:top w:w="80" w:type="dxa"/>
              <w:left w:w="120" w:type="dxa"/>
              <w:bottom w:w="80" w:type="dxa"/>
              <w:right w:w="120" w:type="dxa"/>
            </w:tcMar>
            <w:vAlign w:val="center"/>
          </w:tcPr>
          <w:p w14:paraId="12BE7AB9" w14:textId="77777777" w:rsidR="009E11EE" w:rsidRDefault="00000000">
            <w:pPr>
              <w:spacing w:after="0" w:line="240" w:lineRule="auto"/>
              <w:jc w:val="center"/>
            </w:pPr>
            <w:r>
              <w:rPr>
                <w:sz w:val="16"/>
              </w:rPr>
              <w:t>5</w:t>
            </w:r>
          </w:p>
        </w:tc>
        <w:tc>
          <w:tcPr>
            <w:tcW w:w="3960" w:type="dxa"/>
            <w:tcMar>
              <w:top w:w="80" w:type="dxa"/>
              <w:left w:w="120" w:type="dxa"/>
              <w:bottom w:w="80" w:type="dxa"/>
              <w:right w:w="120" w:type="dxa"/>
            </w:tcMar>
            <w:vAlign w:val="center"/>
          </w:tcPr>
          <w:p w14:paraId="3076D490" w14:textId="77777777" w:rsidR="009E11EE" w:rsidRDefault="00000000">
            <w:pPr>
              <w:spacing w:after="0" w:line="240" w:lineRule="auto"/>
            </w:pPr>
            <w:r>
              <w:rPr>
                <w:sz w:val="16"/>
              </w:rPr>
              <w:t>Lê Xuân Tương</w:t>
            </w:r>
          </w:p>
        </w:tc>
        <w:tc>
          <w:tcPr>
            <w:tcW w:w="960" w:type="dxa"/>
            <w:tcMar>
              <w:top w:w="80" w:type="dxa"/>
              <w:left w:w="120" w:type="dxa"/>
              <w:bottom w:w="80" w:type="dxa"/>
              <w:right w:w="120" w:type="dxa"/>
            </w:tcMar>
            <w:vAlign w:val="center"/>
          </w:tcPr>
          <w:p w14:paraId="59C56B7B" w14:textId="77777777" w:rsidR="009E11EE" w:rsidRDefault="00000000">
            <w:pPr>
              <w:spacing w:after="0" w:line="240" w:lineRule="auto"/>
              <w:jc w:val="center"/>
            </w:pPr>
            <w:r>
              <w:rPr>
                <w:sz w:val="16"/>
              </w:rPr>
              <w:t>5</w:t>
            </w:r>
          </w:p>
        </w:tc>
        <w:tc>
          <w:tcPr>
            <w:tcW w:w="960" w:type="dxa"/>
            <w:tcMar>
              <w:top w:w="80" w:type="dxa"/>
              <w:left w:w="120" w:type="dxa"/>
              <w:bottom w:w="80" w:type="dxa"/>
              <w:right w:w="120" w:type="dxa"/>
            </w:tcMar>
            <w:vAlign w:val="center"/>
          </w:tcPr>
          <w:p w14:paraId="05B93F5B"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2EC0283A" w14:textId="77777777" w:rsidR="009E11EE" w:rsidRDefault="00000000">
            <w:pPr>
              <w:spacing w:after="0" w:line="240" w:lineRule="auto"/>
              <w:jc w:val="center"/>
            </w:pPr>
            <w:r>
              <w:rPr>
                <w:sz w:val="16"/>
              </w:rPr>
              <w:t>5</w:t>
            </w:r>
          </w:p>
        </w:tc>
        <w:tc>
          <w:tcPr>
            <w:tcW w:w="960" w:type="dxa"/>
            <w:tcMar>
              <w:top w:w="80" w:type="dxa"/>
              <w:left w:w="120" w:type="dxa"/>
              <w:bottom w:w="80" w:type="dxa"/>
              <w:right w:w="120" w:type="dxa"/>
            </w:tcMar>
            <w:vAlign w:val="center"/>
          </w:tcPr>
          <w:p w14:paraId="1CD40C51"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0DE951B3" w14:textId="77777777" w:rsidR="009E11EE" w:rsidRDefault="00000000">
            <w:pPr>
              <w:spacing w:after="0" w:line="240" w:lineRule="auto"/>
              <w:jc w:val="center"/>
            </w:pPr>
            <w:r>
              <w:rPr>
                <w:sz w:val="16"/>
              </w:rPr>
              <w:t>0</w:t>
            </w:r>
          </w:p>
        </w:tc>
      </w:tr>
      <w:tr w:rsidR="009E11EE" w14:paraId="0A88EC38" w14:textId="77777777">
        <w:tc>
          <w:tcPr>
            <w:tcW w:w="600" w:type="dxa"/>
            <w:shd w:val="clear" w:color="auto" w:fill="F2F4F7"/>
            <w:tcMar>
              <w:top w:w="80" w:type="dxa"/>
              <w:left w:w="120" w:type="dxa"/>
              <w:bottom w:w="80" w:type="dxa"/>
              <w:right w:w="120" w:type="dxa"/>
            </w:tcMar>
            <w:vAlign w:val="center"/>
          </w:tcPr>
          <w:p w14:paraId="74E7104E" w14:textId="77777777" w:rsidR="009E11EE" w:rsidRDefault="00000000">
            <w:pPr>
              <w:spacing w:after="0" w:line="240" w:lineRule="auto"/>
              <w:jc w:val="center"/>
            </w:pPr>
            <w:r>
              <w:rPr>
                <w:sz w:val="16"/>
              </w:rPr>
              <w:t>6</w:t>
            </w:r>
          </w:p>
        </w:tc>
        <w:tc>
          <w:tcPr>
            <w:tcW w:w="3960" w:type="dxa"/>
            <w:shd w:val="clear" w:color="auto" w:fill="F2F4F7"/>
            <w:tcMar>
              <w:top w:w="80" w:type="dxa"/>
              <w:left w:w="120" w:type="dxa"/>
              <w:bottom w:w="80" w:type="dxa"/>
              <w:right w:w="120" w:type="dxa"/>
            </w:tcMar>
            <w:vAlign w:val="center"/>
          </w:tcPr>
          <w:p w14:paraId="5F697573" w14:textId="77777777" w:rsidR="009E11EE" w:rsidRDefault="00000000">
            <w:pPr>
              <w:spacing w:after="0" w:line="240" w:lineRule="auto"/>
            </w:pPr>
            <w:r>
              <w:rPr>
                <w:sz w:val="16"/>
              </w:rPr>
              <w:t>Nguyễn Quốc Khánh</w:t>
            </w:r>
          </w:p>
        </w:tc>
        <w:tc>
          <w:tcPr>
            <w:tcW w:w="960" w:type="dxa"/>
            <w:shd w:val="clear" w:color="auto" w:fill="F2F4F7"/>
            <w:tcMar>
              <w:top w:w="80" w:type="dxa"/>
              <w:left w:w="120" w:type="dxa"/>
              <w:bottom w:w="80" w:type="dxa"/>
              <w:right w:w="120" w:type="dxa"/>
            </w:tcMar>
            <w:vAlign w:val="center"/>
          </w:tcPr>
          <w:p w14:paraId="6BCB9304" w14:textId="77777777" w:rsidR="009E11EE" w:rsidRDefault="00000000">
            <w:pPr>
              <w:spacing w:after="0" w:line="240" w:lineRule="auto"/>
              <w:jc w:val="center"/>
            </w:pPr>
            <w:r>
              <w:rPr>
                <w:sz w:val="16"/>
              </w:rPr>
              <w:t>5</w:t>
            </w:r>
          </w:p>
        </w:tc>
        <w:tc>
          <w:tcPr>
            <w:tcW w:w="960" w:type="dxa"/>
            <w:shd w:val="clear" w:color="auto" w:fill="F2F4F7"/>
            <w:tcMar>
              <w:top w:w="80" w:type="dxa"/>
              <w:left w:w="120" w:type="dxa"/>
              <w:bottom w:w="80" w:type="dxa"/>
              <w:right w:w="120" w:type="dxa"/>
            </w:tcMar>
            <w:vAlign w:val="center"/>
          </w:tcPr>
          <w:p w14:paraId="7BD40346" w14:textId="77777777" w:rsidR="009E11EE" w:rsidRDefault="00000000">
            <w:pPr>
              <w:spacing w:after="0" w:line="240" w:lineRule="auto"/>
              <w:jc w:val="center"/>
            </w:pPr>
            <w:r>
              <w:rPr>
                <w:sz w:val="16"/>
              </w:rPr>
              <w:t>4</w:t>
            </w:r>
          </w:p>
        </w:tc>
        <w:tc>
          <w:tcPr>
            <w:tcW w:w="960" w:type="dxa"/>
            <w:shd w:val="clear" w:color="auto" w:fill="F2F4F7"/>
            <w:tcMar>
              <w:top w:w="80" w:type="dxa"/>
              <w:left w:w="120" w:type="dxa"/>
              <w:bottom w:w="80" w:type="dxa"/>
              <w:right w:w="120" w:type="dxa"/>
            </w:tcMar>
            <w:vAlign w:val="center"/>
          </w:tcPr>
          <w:p w14:paraId="0F8E9A54"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6CC352C4"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1C4B29A2" w14:textId="77777777" w:rsidR="009E11EE" w:rsidRDefault="00000000">
            <w:pPr>
              <w:spacing w:after="0" w:line="240" w:lineRule="auto"/>
              <w:jc w:val="center"/>
            </w:pPr>
            <w:r>
              <w:rPr>
                <w:sz w:val="16"/>
              </w:rPr>
              <w:t>0</w:t>
            </w:r>
          </w:p>
        </w:tc>
      </w:tr>
      <w:tr w:rsidR="009E11EE" w14:paraId="2DB0ABBB" w14:textId="77777777">
        <w:tc>
          <w:tcPr>
            <w:tcW w:w="600" w:type="dxa"/>
            <w:tcMar>
              <w:top w:w="80" w:type="dxa"/>
              <w:left w:w="120" w:type="dxa"/>
              <w:bottom w:w="80" w:type="dxa"/>
              <w:right w:w="120" w:type="dxa"/>
            </w:tcMar>
            <w:vAlign w:val="center"/>
          </w:tcPr>
          <w:p w14:paraId="41DAD4F2" w14:textId="77777777" w:rsidR="009E11EE" w:rsidRDefault="00000000">
            <w:pPr>
              <w:spacing w:after="0" w:line="240" w:lineRule="auto"/>
              <w:jc w:val="center"/>
            </w:pPr>
            <w:r>
              <w:rPr>
                <w:sz w:val="16"/>
              </w:rPr>
              <w:t>7</w:t>
            </w:r>
          </w:p>
        </w:tc>
        <w:tc>
          <w:tcPr>
            <w:tcW w:w="3960" w:type="dxa"/>
            <w:tcMar>
              <w:top w:w="80" w:type="dxa"/>
              <w:left w:w="120" w:type="dxa"/>
              <w:bottom w:w="80" w:type="dxa"/>
              <w:right w:w="120" w:type="dxa"/>
            </w:tcMar>
            <w:vAlign w:val="center"/>
          </w:tcPr>
          <w:p w14:paraId="03280F06" w14:textId="77777777" w:rsidR="009E11EE" w:rsidRDefault="00000000">
            <w:pPr>
              <w:spacing w:after="0" w:line="240" w:lineRule="auto"/>
            </w:pPr>
            <w:r>
              <w:rPr>
                <w:sz w:val="16"/>
              </w:rPr>
              <w:t>Nguyễn Văn Hoan</w:t>
            </w:r>
          </w:p>
        </w:tc>
        <w:tc>
          <w:tcPr>
            <w:tcW w:w="960" w:type="dxa"/>
            <w:tcMar>
              <w:top w:w="80" w:type="dxa"/>
              <w:left w:w="120" w:type="dxa"/>
              <w:bottom w:w="80" w:type="dxa"/>
              <w:right w:w="120" w:type="dxa"/>
            </w:tcMar>
            <w:vAlign w:val="center"/>
          </w:tcPr>
          <w:p w14:paraId="32D51B1E" w14:textId="77777777" w:rsidR="009E11EE" w:rsidRDefault="00000000">
            <w:pPr>
              <w:spacing w:after="0" w:line="240" w:lineRule="auto"/>
              <w:jc w:val="center"/>
            </w:pPr>
            <w:r>
              <w:rPr>
                <w:sz w:val="16"/>
              </w:rPr>
              <w:t>5</w:t>
            </w:r>
          </w:p>
        </w:tc>
        <w:tc>
          <w:tcPr>
            <w:tcW w:w="960" w:type="dxa"/>
            <w:tcMar>
              <w:top w:w="80" w:type="dxa"/>
              <w:left w:w="120" w:type="dxa"/>
              <w:bottom w:w="80" w:type="dxa"/>
              <w:right w:w="120" w:type="dxa"/>
            </w:tcMar>
            <w:vAlign w:val="center"/>
          </w:tcPr>
          <w:p w14:paraId="347E21BF" w14:textId="77777777" w:rsidR="009E11EE" w:rsidRDefault="00000000">
            <w:pPr>
              <w:spacing w:after="0" w:line="240" w:lineRule="auto"/>
              <w:jc w:val="center"/>
            </w:pPr>
            <w:r>
              <w:rPr>
                <w:sz w:val="16"/>
              </w:rPr>
              <w:t>2</w:t>
            </w:r>
          </w:p>
        </w:tc>
        <w:tc>
          <w:tcPr>
            <w:tcW w:w="960" w:type="dxa"/>
            <w:tcMar>
              <w:top w:w="80" w:type="dxa"/>
              <w:left w:w="120" w:type="dxa"/>
              <w:bottom w:w="80" w:type="dxa"/>
              <w:right w:w="120" w:type="dxa"/>
            </w:tcMar>
            <w:vAlign w:val="center"/>
          </w:tcPr>
          <w:p w14:paraId="65E170AE" w14:textId="77777777" w:rsidR="009E11EE" w:rsidRDefault="00000000">
            <w:pPr>
              <w:spacing w:after="0" w:line="240" w:lineRule="auto"/>
              <w:jc w:val="center"/>
            </w:pPr>
            <w:r>
              <w:rPr>
                <w:sz w:val="16"/>
              </w:rPr>
              <w:t>3</w:t>
            </w:r>
          </w:p>
        </w:tc>
        <w:tc>
          <w:tcPr>
            <w:tcW w:w="960" w:type="dxa"/>
            <w:tcMar>
              <w:top w:w="80" w:type="dxa"/>
              <w:left w:w="120" w:type="dxa"/>
              <w:bottom w:w="80" w:type="dxa"/>
              <w:right w:w="120" w:type="dxa"/>
            </w:tcMar>
            <w:vAlign w:val="center"/>
          </w:tcPr>
          <w:p w14:paraId="14ACAA51"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3F0E9681" w14:textId="77777777" w:rsidR="009E11EE" w:rsidRDefault="00000000">
            <w:pPr>
              <w:spacing w:after="0" w:line="240" w:lineRule="auto"/>
              <w:jc w:val="center"/>
            </w:pPr>
            <w:r>
              <w:rPr>
                <w:sz w:val="16"/>
              </w:rPr>
              <w:t>0</w:t>
            </w:r>
          </w:p>
        </w:tc>
      </w:tr>
      <w:tr w:rsidR="009E11EE" w14:paraId="44020025" w14:textId="77777777">
        <w:tc>
          <w:tcPr>
            <w:tcW w:w="600" w:type="dxa"/>
            <w:shd w:val="clear" w:color="auto" w:fill="F2F4F7"/>
            <w:tcMar>
              <w:top w:w="80" w:type="dxa"/>
              <w:left w:w="120" w:type="dxa"/>
              <w:bottom w:w="80" w:type="dxa"/>
              <w:right w:w="120" w:type="dxa"/>
            </w:tcMar>
            <w:vAlign w:val="center"/>
          </w:tcPr>
          <w:p w14:paraId="6DB8E8BE" w14:textId="77777777" w:rsidR="009E11EE" w:rsidRDefault="00000000">
            <w:pPr>
              <w:spacing w:after="0" w:line="240" w:lineRule="auto"/>
              <w:jc w:val="center"/>
            </w:pPr>
            <w:r>
              <w:rPr>
                <w:sz w:val="16"/>
              </w:rPr>
              <w:t>8</w:t>
            </w:r>
          </w:p>
        </w:tc>
        <w:tc>
          <w:tcPr>
            <w:tcW w:w="3960" w:type="dxa"/>
            <w:shd w:val="clear" w:color="auto" w:fill="F2F4F7"/>
            <w:tcMar>
              <w:top w:w="80" w:type="dxa"/>
              <w:left w:w="120" w:type="dxa"/>
              <w:bottom w:w="80" w:type="dxa"/>
              <w:right w:w="120" w:type="dxa"/>
            </w:tcMar>
            <w:vAlign w:val="center"/>
          </w:tcPr>
          <w:p w14:paraId="69C5A99F" w14:textId="77777777" w:rsidR="009E11EE" w:rsidRDefault="00000000">
            <w:pPr>
              <w:spacing w:after="0" w:line="240" w:lineRule="auto"/>
            </w:pPr>
            <w:r>
              <w:rPr>
                <w:sz w:val="16"/>
              </w:rPr>
              <w:t>Bùi Hoàng Phong</w:t>
            </w:r>
          </w:p>
        </w:tc>
        <w:tc>
          <w:tcPr>
            <w:tcW w:w="960" w:type="dxa"/>
            <w:shd w:val="clear" w:color="auto" w:fill="F2F4F7"/>
            <w:tcMar>
              <w:top w:w="80" w:type="dxa"/>
              <w:left w:w="120" w:type="dxa"/>
              <w:bottom w:w="80" w:type="dxa"/>
              <w:right w:w="120" w:type="dxa"/>
            </w:tcMar>
            <w:vAlign w:val="center"/>
          </w:tcPr>
          <w:p w14:paraId="5F09287A" w14:textId="77777777" w:rsidR="009E11EE" w:rsidRDefault="00000000">
            <w:pPr>
              <w:spacing w:after="0" w:line="240" w:lineRule="auto"/>
              <w:jc w:val="center"/>
            </w:pPr>
            <w:r>
              <w:rPr>
                <w:sz w:val="16"/>
              </w:rPr>
              <w:t>4</w:t>
            </w:r>
          </w:p>
        </w:tc>
        <w:tc>
          <w:tcPr>
            <w:tcW w:w="960" w:type="dxa"/>
            <w:shd w:val="clear" w:color="auto" w:fill="F2F4F7"/>
            <w:tcMar>
              <w:top w:w="80" w:type="dxa"/>
              <w:left w:w="120" w:type="dxa"/>
              <w:bottom w:w="80" w:type="dxa"/>
              <w:right w:w="120" w:type="dxa"/>
            </w:tcMar>
            <w:vAlign w:val="center"/>
          </w:tcPr>
          <w:p w14:paraId="7D62C9DA" w14:textId="77777777" w:rsidR="009E11EE" w:rsidRDefault="00000000">
            <w:pPr>
              <w:spacing w:after="0" w:line="240" w:lineRule="auto"/>
              <w:jc w:val="center"/>
            </w:pPr>
            <w:r>
              <w:rPr>
                <w:sz w:val="16"/>
              </w:rPr>
              <w:t>2</w:t>
            </w:r>
          </w:p>
        </w:tc>
        <w:tc>
          <w:tcPr>
            <w:tcW w:w="960" w:type="dxa"/>
            <w:shd w:val="clear" w:color="auto" w:fill="F2F4F7"/>
            <w:tcMar>
              <w:top w:w="80" w:type="dxa"/>
              <w:left w:w="120" w:type="dxa"/>
              <w:bottom w:w="80" w:type="dxa"/>
              <w:right w:w="120" w:type="dxa"/>
            </w:tcMar>
            <w:vAlign w:val="center"/>
          </w:tcPr>
          <w:p w14:paraId="51E6A1DC"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17DC63E5" w14:textId="77777777" w:rsidR="009E11EE" w:rsidRDefault="00000000">
            <w:pPr>
              <w:spacing w:after="0" w:line="240" w:lineRule="auto"/>
              <w:jc w:val="center"/>
            </w:pPr>
            <w:r>
              <w:rPr>
                <w:sz w:val="16"/>
              </w:rPr>
              <w:t>2</w:t>
            </w:r>
          </w:p>
        </w:tc>
        <w:tc>
          <w:tcPr>
            <w:tcW w:w="960" w:type="dxa"/>
            <w:shd w:val="clear" w:color="auto" w:fill="F2F4F7"/>
            <w:tcMar>
              <w:top w:w="80" w:type="dxa"/>
              <w:left w:w="120" w:type="dxa"/>
              <w:bottom w:w="80" w:type="dxa"/>
              <w:right w:w="120" w:type="dxa"/>
            </w:tcMar>
            <w:vAlign w:val="center"/>
          </w:tcPr>
          <w:p w14:paraId="7CF0FC0A" w14:textId="77777777" w:rsidR="009E11EE" w:rsidRDefault="00000000">
            <w:pPr>
              <w:spacing w:after="0" w:line="240" w:lineRule="auto"/>
              <w:jc w:val="center"/>
            </w:pPr>
            <w:r>
              <w:rPr>
                <w:sz w:val="16"/>
              </w:rPr>
              <w:t>0</w:t>
            </w:r>
          </w:p>
        </w:tc>
      </w:tr>
      <w:tr w:rsidR="009E11EE" w14:paraId="672A6A8C" w14:textId="77777777">
        <w:tc>
          <w:tcPr>
            <w:tcW w:w="600" w:type="dxa"/>
            <w:tcMar>
              <w:top w:w="80" w:type="dxa"/>
              <w:left w:w="120" w:type="dxa"/>
              <w:bottom w:w="80" w:type="dxa"/>
              <w:right w:w="120" w:type="dxa"/>
            </w:tcMar>
            <w:vAlign w:val="center"/>
          </w:tcPr>
          <w:p w14:paraId="1BCC76AB" w14:textId="77777777" w:rsidR="009E11EE" w:rsidRDefault="00000000">
            <w:pPr>
              <w:spacing w:after="0" w:line="240" w:lineRule="auto"/>
              <w:jc w:val="center"/>
            </w:pPr>
            <w:r>
              <w:rPr>
                <w:sz w:val="16"/>
              </w:rPr>
              <w:t>9</w:t>
            </w:r>
          </w:p>
        </w:tc>
        <w:tc>
          <w:tcPr>
            <w:tcW w:w="3960" w:type="dxa"/>
            <w:tcMar>
              <w:top w:w="80" w:type="dxa"/>
              <w:left w:w="120" w:type="dxa"/>
              <w:bottom w:w="80" w:type="dxa"/>
              <w:right w:w="120" w:type="dxa"/>
            </w:tcMar>
            <w:vAlign w:val="center"/>
          </w:tcPr>
          <w:p w14:paraId="0DF12ED4" w14:textId="77777777" w:rsidR="009E11EE" w:rsidRDefault="00000000">
            <w:pPr>
              <w:spacing w:after="0" w:line="240" w:lineRule="auto"/>
            </w:pPr>
            <w:r>
              <w:rPr>
                <w:sz w:val="16"/>
              </w:rPr>
              <w:t>Còi</w:t>
            </w:r>
          </w:p>
        </w:tc>
        <w:tc>
          <w:tcPr>
            <w:tcW w:w="960" w:type="dxa"/>
            <w:tcMar>
              <w:top w:w="80" w:type="dxa"/>
              <w:left w:w="120" w:type="dxa"/>
              <w:bottom w:w="80" w:type="dxa"/>
              <w:right w:w="120" w:type="dxa"/>
            </w:tcMar>
            <w:vAlign w:val="center"/>
          </w:tcPr>
          <w:p w14:paraId="789E3109" w14:textId="77777777" w:rsidR="009E11EE" w:rsidRDefault="00000000">
            <w:pPr>
              <w:spacing w:after="0" w:line="240" w:lineRule="auto"/>
              <w:jc w:val="center"/>
            </w:pPr>
            <w:r>
              <w:rPr>
                <w:sz w:val="16"/>
              </w:rPr>
              <w:t>4</w:t>
            </w:r>
          </w:p>
        </w:tc>
        <w:tc>
          <w:tcPr>
            <w:tcW w:w="960" w:type="dxa"/>
            <w:tcMar>
              <w:top w:w="80" w:type="dxa"/>
              <w:left w:w="120" w:type="dxa"/>
              <w:bottom w:w="80" w:type="dxa"/>
              <w:right w:w="120" w:type="dxa"/>
            </w:tcMar>
            <w:vAlign w:val="center"/>
          </w:tcPr>
          <w:p w14:paraId="67CC250C" w14:textId="77777777" w:rsidR="009E11EE" w:rsidRDefault="00000000">
            <w:pPr>
              <w:spacing w:after="0" w:line="240" w:lineRule="auto"/>
              <w:jc w:val="center"/>
            </w:pPr>
            <w:r>
              <w:rPr>
                <w:sz w:val="16"/>
              </w:rPr>
              <w:t>2</w:t>
            </w:r>
          </w:p>
        </w:tc>
        <w:tc>
          <w:tcPr>
            <w:tcW w:w="960" w:type="dxa"/>
            <w:tcMar>
              <w:top w:w="80" w:type="dxa"/>
              <w:left w:w="120" w:type="dxa"/>
              <w:bottom w:w="80" w:type="dxa"/>
              <w:right w:w="120" w:type="dxa"/>
            </w:tcMar>
            <w:vAlign w:val="center"/>
          </w:tcPr>
          <w:p w14:paraId="1DB62417" w14:textId="77777777" w:rsidR="009E11EE" w:rsidRDefault="00000000">
            <w:pPr>
              <w:spacing w:after="0" w:line="240" w:lineRule="auto"/>
              <w:jc w:val="center"/>
            </w:pPr>
            <w:r>
              <w:rPr>
                <w:sz w:val="16"/>
              </w:rPr>
              <w:t>2</w:t>
            </w:r>
          </w:p>
        </w:tc>
        <w:tc>
          <w:tcPr>
            <w:tcW w:w="960" w:type="dxa"/>
            <w:tcMar>
              <w:top w:w="80" w:type="dxa"/>
              <w:left w:w="120" w:type="dxa"/>
              <w:bottom w:w="80" w:type="dxa"/>
              <w:right w:w="120" w:type="dxa"/>
            </w:tcMar>
            <w:vAlign w:val="center"/>
          </w:tcPr>
          <w:p w14:paraId="6F933AF4"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7E49901B" w14:textId="77777777" w:rsidR="009E11EE" w:rsidRDefault="00000000">
            <w:pPr>
              <w:spacing w:after="0" w:line="240" w:lineRule="auto"/>
              <w:jc w:val="center"/>
            </w:pPr>
            <w:r>
              <w:rPr>
                <w:sz w:val="16"/>
              </w:rPr>
              <w:t>0</w:t>
            </w:r>
          </w:p>
        </w:tc>
      </w:tr>
      <w:tr w:rsidR="009E11EE" w14:paraId="28D1FC04" w14:textId="77777777">
        <w:tc>
          <w:tcPr>
            <w:tcW w:w="600" w:type="dxa"/>
            <w:shd w:val="clear" w:color="auto" w:fill="F2F4F7"/>
            <w:tcMar>
              <w:top w:w="80" w:type="dxa"/>
              <w:left w:w="120" w:type="dxa"/>
              <w:bottom w:w="80" w:type="dxa"/>
              <w:right w:w="120" w:type="dxa"/>
            </w:tcMar>
            <w:vAlign w:val="center"/>
          </w:tcPr>
          <w:p w14:paraId="614657BF" w14:textId="77777777" w:rsidR="009E11EE" w:rsidRDefault="00000000">
            <w:pPr>
              <w:spacing w:after="0" w:line="240" w:lineRule="auto"/>
              <w:jc w:val="center"/>
            </w:pPr>
            <w:r>
              <w:rPr>
                <w:sz w:val="16"/>
              </w:rPr>
              <w:lastRenderedPageBreak/>
              <w:t>10</w:t>
            </w:r>
          </w:p>
        </w:tc>
        <w:tc>
          <w:tcPr>
            <w:tcW w:w="3960" w:type="dxa"/>
            <w:shd w:val="clear" w:color="auto" w:fill="F2F4F7"/>
            <w:tcMar>
              <w:top w:w="80" w:type="dxa"/>
              <w:left w:w="120" w:type="dxa"/>
              <w:bottom w:w="80" w:type="dxa"/>
              <w:right w:w="120" w:type="dxa"/>
            </w:tcMar>
            <w:vAlign w:val="center"/>
          </w:tcPr>
          <w:p w14:paraId="62A120E3" w14:textId="77777777" w:rsidR="009E11EE" w:rsidRDefault="00000000">
            <w:pPr>
              <w:spacing w:after="0" w:line="240" w:lineRule="auto"/>
            </w:pPr>
            <w:r>
              <w:rPr>
                <w:sz w:val="16"/>
              </w:rPr>
              <w:t>Nguyễn Thái Bảo</w:t>
            </w:r>
          </w:p>
        </w:tc>
        <w:tc>
          <w:tcPr>
            <w:tcW w:w="960" w:type="dxa"/>
            <w:shd w:val="clear" w:color="auto" w:fill="F2F4F7"/>
            <w:tcMar>
              <w:top w:w="80" w:type="dxa"/>
              <w:left w:w="120" w:type="dxa"/>
              <w:bottom w:w="80" w:type="dxa"/>
              <w:right w:w="120" w:type="dxa"/>
            </w:tcMar>
            <w:vAlign w:val="center"/>
          </w:tcPr>
          <w:p w14:paraId="5A7790E3" w14:textId="77777777" w:rsidR="009E11EE" w:rsidRDefault="00000000">
            <w:pPr>
              <w:spacing w:after="0" w:line="240" w:lineRule="auto"/>
              <w:jc w:val="center"/>
            </w:pPr>
            <w:r>
              <w:rPr>
                <w:sz w:val="16"/>
              </w:rPr>
              <w:t>4</w:t>
            </w:r>
          </w:p>
        </w:tc>
        <w:tc>
          <w:tcPr>
            <w:tcW w:w="960" w:type="dxa"/>
            <w:shd w:val="clear" w:color="auto" w:fill="F2F4F7"/>
            <w:tcMar>
              <w:top w:w="80" w:type="dxa"/>
              <w:left w:w="120" w:type="dxa"/>
              <w:bottom w:w="80" w:type="dxa"/>
              <w:right w:w="120" w:type="dxa"/>
            </w:tcMar>
            <w:vAlign w:val="center"/>
          </w:tcPr>
          <w:p w14:paraId="37FE27F0"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2C4EE301" w14:textId="77777777" w:rsidR="009E11EE" w:rsidRDefault="00000000">
            <w:pPr>
              <w:spacing w:after="0" w:line="240" w:lineRule="auto"/>
              <w:jc w:val="center"/>
            </w:pPr>
            <w:r>
              <w:rPr>
                <w:sz w:val="16"/>
              </w:rPr>
              <w:t>2</w:t>
            </w:r>
          </w:p>
        </w:tc>
        <w:tc>
          <w:tcPr>
            <w:tcW w:w="960" w:type="dxa"/>
            <w:shd w:val="clear" w:color="auto" w:fill="F2F4F7"/>
            <w:tcMar>
              <w:top w:w="80" w:type="dxa"/>
              <w:left w:w="120" w:type="dxa"/>
              <w:bottom w:w="80" w:type="dxa"/>
              <w:right w:w="120" w:type="dxa"/>
            </w:tcMar>
            <w:vAlign w:val="center"/>
          </w:tcPr>
          <w:p w14:paraId="69675568"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3C4471E4" w14:textId="77777777" w:rsidR="009E11EE" w:rsidRDefault="00000000">
            <w:pPr>
              <w:spacing w:after="0" w:line="240" w:lineRule="auto"/>
              <w:jc w:val="center"/>
            </w:pPr>
            <w:r>
              <w:rPr>
                <w:sz w:val="16"/>
              </w:rPr>
              <w:t>0</w:t>
            </w:r>
          </w:p>
        </w:tc>
      </w:tr>
      <w:tr w:rsidR="009E11EE" w14:paraId="2627EBA5" w14:textId="77777777">
        <w:tc>
          <w:tcPr>
            <w:tcW w:w="600" w:type="dxa"/>
            <w:tcMar>
              <w:top w:w="80" w:type="dxa"/>
              <w:left w:w="120" w:type="dxa"/>
              <w:bottom w:w="80" w:type="dxa"/>
              <w:right w:w="120" w:type="dxa"/>
            </w:tcMar>
            <w:vAlign w:val="center"/>
          </w:tcPr>
          <w:p w14:paraId="1ABDE42C" w14:textId="77777777" w:rsidR="009E11EE" w:rsidRDefault="00000000">
            <w:pPr>
              <w:spacing w:after="0" w:line="240" w:lineRule="auto"/>
              <w:jc w:val="center"/>
            </w:pPr>
            <w:r>
              <w:rPr>
                <w:sz w:val="16"/>
              </w:rPr>
              <w:t>11</w:t>
            </w:r>
          </w:p>
        </w:tc>
        <w:tc>
          <w:tcPr>
            <w:tcW w:w="3960" w:type="dxa"/>
            <w:tcMar>
              <w:top w:w="80" w:type="dxa"/>
              <w:left w:w="120" w:type="dxa"/>
              <w:bottom w:w="80" w:type="dxa"/>
              <w:right w:w="120" w:type="dxa"/>
            </w:tcMar>
            <w:vAlign w:val="center"/>
          </w:tcPr>
          <w:p w14:paraId="01E720BD" w14:textId="77777777" w:rsidR="009E11EE" w:rsidRDefault="00000000">
            <w:pPr>
              <w:spacing w:after="0" w:line="240" w:lineRule="auto"/>
            </w:pPr>
            <w:r>
              <w:rPr>
                <w:sz w:val="16"/>
              </w:rPr>
              <w:t>Phạm Văn Linh</w:t>
            </w:r>
          </w:p>
        </w:tc>
        <w:tc>
          <w:tcPr>
            <w:tcW w:w="960" w:type="dxa"/>
            <w:tcMar>
              <w:top w:w="80" w:type="dxa"/>
              <w:left w:w="120" w:type="dxa"/>
              <w:bottom w:w="80" w:type="dxa"/>
              <w:right w:w="120" w:type="dxa"/>
            </w:tcMar>
            <w:vAlign w:val="center"/>
          </w:tcPr>
          <w:p w14:paraId="1ADFA158" w14:textId="77777777" w:rsidR="009E11EE" w:rsidRDefault="00000000">
            <w:pPr>
              <w:spacing w:after="0" w:line="240" w:lineRule="auto"/>
              <w:jc w:val="center"/>
            </w:pPr>
            <w:r>
              <w:rPr>
                <w:sz w:val="16"/>
              </w:rPr>
              <w:t>4</w:t>
            </w:r>
          </w:p>
        </w:tc>
        <w:tc>
          <w:tcPr>
            <w:tcW w:w="960" w:type="dxa"/>
            <w:tcMar>
              <w:top w:w="80" w:type="dxa"/>
              <w:left w:w="120" w:type="dxa"/>
              <w:bottom w:w="80" w:type="dxa"/>
              <w:right w:w="120" w:type="dxa"/>
            </w:tcMar>
            <w:vAlign w:val="center"/>
          </w:tcPr>
          <w:p w14:paraId="103D66AB" w14:textId="77777777" w:rsidR="009E11EE" w:rsidRDefault="00000000">
            <w:pPr>
              <w:spacing w:after="0" w:line="240" w:lineRule="auto"/>
              <w:jc w:val="center"/>
            </w:pPr>
            <w:r>
              <w:rPr>
                <w:sz w:val="16"/>
              </w:rPr>
              <w:t>4</w:t>
            </w:r>
          </w:p>
        </w:tc>
        <w:tc>
          <w:tcPr>
            <w:tcW w:w="960" w:type="dxa"/>
            <w:tcMar>
              <w:top w:w="80" w:type="dxa"/>
              <w:left w:w="120" w:type="dxa"/>
              <w:bottom w:w="80" w:type="dxa"/>
              <w:right w:w="120" w:type="dxa"/>
            </w:tcMar>
            <w:vAlign w:val="center"/>
          </w:tcPr>
          <w:p w14:paraId="1E98735B"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598E3D9A"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40DE2B17" w14:textId="77777777" w:rsidR="009E11EE" w:rsidRDefault="00000000">
            <w:pPr>
              <w:spacing w:after="0" w:line="240" w:lineRule="auto"/>
              <w:jc w:val="center"/>
            </w:pPr>
            <w:r>
              <w:rPr>
                <w:sz w:val="16"/>
              </w:rPr>
              <w:t>0</w:t>
            </w:r>
          </w:p>
        </w:tc>
      </w:tr>
      <w:tr w:rsidR="009E11EE" w14:paraId="002741A9" w14:textId="77777777">
        <w:tc>
          <w:tcPr>
            <w:tcW w:w="600" w:type="dxa"/>
            <w:shd w:val="clear" w:color="auto" w:fill="F2F4F7"/>
            <w:tcMar>
              <w:top w:w="80" w:type="dxa"/>
              <w:left w:w="120" w:type="dxa"/>
              <w:bottom w:w="80" w:type="dxa"/>
              <w:right w:w="120" w:type="dxa"/>
            </w:tcMar>
            <w:vAlign w:val="center"/>
          </w:tcPr>
          <w:p w14:paraId="6487EE0F" w14:textId="77777777" w:rsidR="009E11EE" w:rsidRDefault="00000000">
            <w:pPr>
              <w:spacing w:after="0" w:line="240" w:lineRule="auto"/>
              <w:jc w:val="center"/>
            </w:pPr>
            <w:r>
              <w:rPr>
                <w:sz w:val="16"/>
              </w:rPr>
              <w:t>12</w:t>
            </w:r>
          </w:p>
        </w:tc>
        <w:tc>
          <w:tcPr>
            <w:tcW w:w="3960" w:type="dxa"/>
            <w:shd w:val="clear" w:color="auto" w:fill="F2F4F7"/>
            <w:tcMar>
              <w:top w:w="80" w:type="dxa"/>
              <w:left w:w="120" w:type="dxa"/>
              <w:bottom w:w="80" w:type="dxa"/>
              <w:right w:w="120" w:type="dxa"/>
            </w:tcMar>
            <w:vAlign w:val="center"/>
          </w:tcPr>
          <w:p w14:paraId="4DC49C7A" w14:textId="77777777" w:rsidR="009E11EE" w:rsidRDefault="00000000">
            <w:pPr>
              <w:spacing w:after="0" w:line="240" w:lineRule="auto"/>
            </w:pPr>
            <w:r>
              <w:rPr>
                <w:sz w:val="16"/>
              </w:rPr>
              <w:t>Trương Công Minh</w:t>
            </w:r>
          </w:p>
        </w:tc>
        <w:tc>
          <w:tcPr>
            <w:tcW w:w="960" w:type="dxa"/>
            <w:shd w:val="clear" w:color="auto" w:fill="F2F4F7"/>
            <w:tcMar>
              <w:top w:w="80" w:type="dxa"/>
              <w:left w:w="120" w:type="dxa"/>
              <w:bottom w:w="80" w:type="dxa"/>
              <w:right w:w="120" w:type="dxa"/>
            </w:tcMar>
            <w:vAlign w:val="center"/>
          </w:tcPr>
          <w:p w14:paraId="0AB3C4CC" w14:textId="77777777" w:rsidR="009E11EE" w:rsidRDefault="00000000">
            <w:pPr>
              <w:spacing w:after="0" w:line="240" w:lineRule="auto"/>
              <w:jc w:val="center"/>
            </w:pPr>
            <w:r>
              <w:rPr>
                <w:sz w:val="16"/>
              </w:rPr>
              <w:t>4</w:t>
            </w:r>
          </w:p>
        </w:tc>
        <w:tc>
          <w:tcPr>
            <w:tcW w:w="960" w:type="dxa"/>
            <w:shd w:val="clear" w:color="auto" w:fill="F2F4F7"/>
            <w:tcMar>
              <w:top w:w="80" w:type="dxa"/>
              <w:left w:w="120" w:type="dxa"/>
              <w:bottom w:w="80" w:type="dxa"/>
              <w:right w:w="120" w:type="dxa"/>
            </w:tcMar>
            <w:vAlign w:val="center"/>
          </w:tcPr>
          <w:p w14:paraId="2D917CBC" w14:textId="77777777" w:rsidR="009E11EE" w:rsidRDefault="00000000">
            <w:pPr>
              <w:spacing w:after="0" w:line="240" w:lineRule="auto"/>
              <w:jc w:val="center"/>
            </w:pPr>
            <w:r>
              <w:rPr>
                <w:sz w:val="16"/>
              </w:rPr>
              <w:t>4</w:t>
            </w:r>
          </w:p>
        </w:tc>
        <w:tc>
          <w:tcPr>
            <w:tcW w:w="960" w:type="dxa"/>
            <w:shd w:val="clear" w:color="auto" w:fill="F2F4F7"/>
            <w:tcMar>
              <w:top w:w="80" w:type="dxa"/>
              <w:left w:w="120" w:type="dxa"/>
              <w:bottom w:w="80" w:type="dxa"/>
              <w:right w:w="120" w:type="dxa"/>
            </w:tcMar>
            <w:vAlign w:val="center"/>
          </w:tcPr>
          <w:p w14:paraId="416AFBBC"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4048210E"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2A28F40C" w14:textId="77777777" w:rsidR="009E11EE" w:rsidRDefault="00000000">
            <w:pPr>
              <w:spacing w:after="0" w:line="240" w:lineRule="auto"/>
              <w:jc w:val="center"/>
            </w:pPr>
            <w:r>
              <w:rPr>
                <w:sz w:val="16"/>
              </w:rPr>
              <w:t>0</w:t>
            </w:r>
          </w:p>
        </w:tc>
      </w:tr>
      <w:tr w:rsidR="009E11EE" w14:paraId="61D09290" w14:textId="77777777">
        <w:tc>
          <w:tcPr>
            <w:tcW w:w="600" w:type="dxa"/>
            <w:tcMar>
              <w:top w:w="80" w:type="dxa"/>
              <w:left w:w="120" w:type="dxa"/>
              <w:bottom w:w="80" w:type="dxa"/>
              <w:right w:w="120" w:type="dxa"/>
            </w:tcMar>
            <w:vAlign w:val="center"/>
          </w:tcPr>
          <w:p w14:paraId="7D0EA6F0" w14:textId="77777777" w:rsidR="009E11EE" w:rsidRDefault="00000000">
            <w:pPr>
              <w:spacing w:after="0" w:line="240" w:lineRule="auto"/>
              <w:jc w:val="center"/>
            </w:pPr>
            <w:r>
              <w:rPr>
                <w:sz w:val="16"/>
              </w:rPr>
              <w:t>13</w:t>
            </w:r>
          </w:p>
        </w:tc>
        <w:tc>
          <w:tcPr>
            <w:tcW w:w="3960" w:type="dxa"/>
            <w:tcMar>
              <w:top w:w="80" w:type="dxa"/>
              <w:left w:w="120" w:type="dxa"/>
              <w:bottom w:w="80" w:type="dxa"/>
              <w:right w:w="120" w:type="dxa"/>
            </w:tcMar>
            <w:vAlign w:val="center"/>
          </w:tcPr>
          <w:p w14:paraId="36274E62" w14:textId="77777777" w:rsidR="009E11EE" w:rsidRDefault="00000000">
            <w:pPr>
              <w:spacing w:after="0" w:line="240" w:lineRule="auto"/>
            </w:pPr>
            <w:r>
              <w:rPr>
                <w:sz w:val="16"/>
              </w:rPr>
              <w:t>Võ Quốc Khởi</w:t>
            </w:r>
          </w:p>
        </w:tc>
        <w:tc>
          <w:tcPr>
            <w:tcW w:w="960" w:type="dxa"/>
            <w:tcMar>
              <w:top w:w="80" w:type="dxa"/>
              <w:left w:w="120" w:type="dxa"/>
              <w:bottom w:w="80" w:type="dxa"/>
              <w:right w:w="120" w:type="dxa"/>
            </w:tcMar>
            <w:vAlign w:val="center"/>
          </w:tcPr>
          <w:p w14:paraId="1CF6DDF2" w14:textId="77777777" w:rsidR="009E11EE" w:rsidRDefault="00000000">
            <w:pPr>
              <w:spacing w:after="0" w:line="240" w:lineRule="auto"/>
              <w:jc w:val="center"/>
            </w:pPr>
            <w:r>
              <w:rPr>
                <w:sz w:val="16"/>
              </w:rPr>
              <w:t>4</w:t>
            </w:r>
          </w:p>
        </w:tc>
        <w:tc>
          <w:tcPr>
            <w:tcW w:w="960" w:type="dxa"/>
            <w:tcMar>
              <w:top w:w="80" w:type="dxa"/>
              <w:left w:w="120" w:type="dxa"/>
              <w:bottom w:w="80" w:type="dxa"/>
              <w:right w:w="120" w:type="dxa"/>
            </w:tcMar>
            <w:vAlign w:val="center"/>
          </w:tcPr>
          <w:p w14:paraId="45AD464F" w14:textId="77777777" w:rsidR="009E11EE" w:rsidRDefault="00000000">
            <w:pPr>
              <w:spacing w:after="0" w:line="240" w:lineRule="auto"/>
              <w:jc w:val="center"/>
            </w:pPr>
            <w:r>
              <w:rPr>
                <w:sz w:val="16"/>
              </w:rPr>
              <w:t>3</w:t>
            </w:r>
          </w:p>
        </w:tc>
        <w:tc>
          <w:tcPr>
            <w:tcW w:w="960" w:type="dxa"/>
            <w:tcMar>
              <w:top w:w="80" w:type="dxa"/>
              <w:left w:w="120" w:type="dxa"/>
              <w:bottom w:w="80" w:type="dxa"/>
              <w:right w:w="120" w:type="dxa"/>
            </w:tcMar>
            <w:vAlign w:val="center"/>
          </w:tcPr>
          <w:p w14:paraId="236F23C9"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79BC9CC0"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53D65D92" w14:textId="77777777" w:rsidR="009E11EE" w:rsidRDefault="00000000">
            <w:pPr>
              <w:spacing w:after="0" w:line="240" w:lineRule="auto"/>
              <w:jc w:val="center"/>
            </w:pPr>
            <w:r>
              <w:rPr>
                <w:sz w:val="16"/>
              </w:rPr>
              <w:t>0</w:t>
            </w:r>
          </w:p>
        </w:tc>
      </w:tr>
      <w:tr w:rsidR="009E11EE" w14:paraId="125F3766" w14:textId="77777777">
        <w:tc>
          <w:tcPr>
            <w:tcW w:w="600" w:type="dxa"/>
            <w:shd w:val="clear" w:color="auto" w:fill="F2F4F7"/>
            <w:tcMar>
              <w:top w:w="80" w:type="dxa"/>
              <w:left w:w="120" w:type="dxa"/>
              <w:bottom w:w="80" w:type="dxa"/>
              <w:right w:w="120" w:type="dxa"/>
            </w:tcMar>
            <w:vAlign w:val="center"/>
          </w:tcPr>
          <w:p w14:paraId="19938711" w14:textId="77777777" w:rsidR="009E11EE" w:rsidRDefault="00000000">
            <w:pPr>
              <w:spacing w:after="0" w:line="240" w:lineRule="auto"/>
              <w:jc w:val="center"/>
            </w:pPr>
            <w:r>
              <w:rPr>
                <w:sz w:val="16"/>
              </w:rPr>
              <w:t>14</w:t>
            </w:r>
          </w:p>
        </w:tc>
        <w:tc>
          <w:tcPr>
            <w:tcW w:w="3960" w:type="dxa"/>
            <w:shd w:val="clear" w:color="auto" w:fill="F2F4F7"/>
            <w:tcMar>
              <w:top w:w="80" w:type="dxa"/>
              <w:left w:w="120" w:type="dxa"/>
              <w:bottom w:w="80" w:type="dxa"/>
              <w:right w:w="120" w:type="dxa"/>
            </w:tcMar>
            <w:vAlign w:val="center"/>
          </w:tcPr>
          <w:p w14:paraId="4BB1481B" w14:textId="77777777" w:rsidR="009E11EE" w:rsidRDefault="00000000">
            <w:pPr>
              <w:spacing w:after="0" w:line="240" w:lineRule="auto"/>
            </w:pPr>
            <w:r>
              <w:rPr>
                <w:sz w:val="16"/>
              </w:rPr>
              <w:t>Hiên</w:t>
            </w:r>
          </w:p>
        </w:tc>
        <w:tc>
          <w:tcPr>
            <w:tcW w:w="960" w:type="dxa"/>
            <w:shd w:val="clear" w:color="auto" w:fill="F2F4F7"/>
            <w:tcMar>
              <w:top w:w="80" w:type="dxa"/>
              <w:left w:w="120" w:type="dxa"/>
              <w:bottom w:w="80" w:type="dxa"/>
              <w:right w:w="120" w:type="dxa"/>
            </w:tcMar>
            <w:vAlign w:val="center"/>
          </w:tcPr>
          <w:p w14:paraId="6B27FEBC" w14:textId="77777777" w:rsidR="009E11EE" w:rsidRDefault="00000000">
            <w:pPr>
              <w:spacing w:after="0" w:line="240" w:lineRule="auto"/>
              <w:jc w:val="center"/>
            </w:pPr>
            <w:r>
              <w:rPr>
                <w:sz w:val="16"/>
              </w:rPr>
              <w:t>3</w:t>
            </w:r>
          </w:p>
        </w:tc>
        <w:tc>
          <w:tcPr>
            <w:tcW w:w="960" w:type="dxa"/>
            <w:shd w:val="clear" w:color="auto" w:fill="F2F4F7"/>
            <w:tcMar>
              <w:top w:w="80" w:type="dxa"/>
              <w:left w:w="120" w:type="dxa"/>
              <w:bottom w:w="80" w:type="dxa"/>
              <w:right w:w="120" w:type="dxa"/>
            </w:tcMar>
            <w:vAlign w:val="center"/>
          </w:tcPr>
          <w:p w14:paraId="786464B6"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3E78820B"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3021B770" w14:textId="77777777" w:rsidR="009E11EE" w:rsidRDefault="00000000">
            <w:pPr>
              <w:spacing w:after="0" w:line="240" w:lineRule="auto"/>
              <w:jc w:val="center"/>
            </w:pPr>
            <w:r>
              <w:rPr>
                <w:sz w:val="16"/>
              </w:rPr>
              <w:t>3</w:t>
            </w:r>
          </w:p>
        </w:tc>
        <w:tc>
          <w:tcPr>
            <w:tcW w:w="960" w:type="dxa"/>
            <w:shd w:val="clear" w:color="auto" w:fill="F2F4F7"/>
            <w:tcMar>
              <w:top w:w="80" w:type="dxa"/>
              <w:left w:w="120" w:type="dxa"/>
              <w:bottom w:w="80" w:type="dxa"/>
              <w:right w:w="120" w:type="dxa"/>
            </w:tcMar>
            <w:vAlign w:val="center"/>
          </w:tcPr>
          <w:p w14:paraId="18871C8E" w14:textId="77777777" w:rsidR="009E11EE" w:rsidRDefault="00000000">
            <w:pPr>
              <w:spacing w:after="0" w:line="240" w:lineRule="auto"/>
              <w:jc w:val="center"/>
            </w:pPr>
            <w:r>
              <w:rPr>
                <w:sz w:val="16"/>
              </w:rPr>
              <w:t>0</w:t>
            </w:r>
          </w:p>
        </w:tc>
      </w:tr>
      <w:tr w:rsidR="009E11EE" w14:paraId="0883856B" w14:textId="77777777">
        <w:tc>
          <w:tcPr>
            <w:tcW w:w="600" w:type="dxa"/>
            <w:tcMar>
              <w:top w:w="80" w:type="dxa"/>
              <w:left w:w="120" w:type="dxa"/>
              <w:bottom w:w="80" w:type="dxa"/>
              <w:right w:w="120" w:type="dxa"/>
            </w:tcMar>
            <w:vAlign w:val="center"/>
          </w:tcPr>
          <w:p w14:paraId="69DD064A" w14:textId="77777777" w:rsidR="009E11EE" w:rsidRDefault="00000000">
            <w:pPr>
              <w:spacing w:after="0" w:line="240" w:lineRule="auto"/>
              <w:jc w:val="center"/>
            </w:pPr>
            <w:r>
              <w:rPr>
                <w:sz w:val="16"/>
              </w:rPr>
              <w:t>15</w:t>
            </w:r>
          </w:p>
        </w:tc>
        <w:tc>
          <w:tcPr>
            <w:tcW w:w="3960" w:type="dxa"/>
            <w:tcMar>
              <w:top w:w="80" w:type="dxa"/>
              <w:left w:w="120" w:type="dxa"/>
              <w:bottom w:w="80" w:type="dxa"/>
              <w:right w:w="120" w:type="dxa"/>
            </w:tcMar>
            <w:vAlign w:val="center"/>
          </w:tcPr>
          <w:p w14:paraId="5F473499" w14:textId="77777777" w:rsidR="009E11EE" w:rsidRDefault="00000000">
            <w:pPr>
              <w:spacing w:after="0" w:line="240" w:lineRule="auto"/>
            </w:pPr>
            <w:r>
              <w:rPr>
                <w:sz w:val="16"/>
              </w:rPr>
              <w:t>LÂM HỒNG THÔNG , TRẦN VĂN TUẤN</w:t>
            </w:r>
          </w:p>
        </w:tc>
        <w:tc>
          <w:tcPr>
            <w:tcW w:w="960" w:type="dxa"/>
            <w:tcMar>
              <w:top w:w="80" w:type="dxa"/>
              <w:left w:w="120" w:type="dxa"/>
              <w:bottom w:w="80" w:type="dxa"/>
              <w:right w:w="120" w:type="dxa"/>
            </w:tcMar>
            <w:vAlign w:val="center"/>
          </w:tcPr>
          <w:p w14:paraId="49B9CB1E" w14:textId="77777777" w:rsidR="009E11EE" w:rsidRDefault="00000000">
            <w:pPr>
              <w:spacing w:after="0" w:line="240" w:lineRule="auto"/>
              <w:jc w:val="center"/>
            </w:pPr>
            <w:r>
              <w:rPr>
                <w:sz w:val="16"/>
              </w:rPr>
              <w:t>3</w:t>
            </w:r>
          </w:p>
        </w:tc>
        <w:tc>
          <w:tcPr>
            <w:tcW w:w="960" w:type="dxa"/>
            <w:tcMar>
              <w:top w:w="80" w:type="dxa"/>
              <w:left w:w="120" w:type="dxa"/>
              <w:bottom w:w="80" w:type="dxa"/>
              <w:right w:w="120" w:type="dxa"/>
            </w:tcMar>
            <w:vAlign w:val="center"/>
          </w:tcPr>
          <w:p w14:paraId="77B20933"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0417D86D" w14:textId="77777777" w:rsidR="009E11EE" w:rsidRDefault="00000000">
            <w:pPr>
              <w:spacing w:after="0" w:line="240" w:lineRule="auto"/>
              <w:jc w:val="center"/>
            </w:pPr>
            <w:r>
              <w:rPr>
                <w:sz w:val="16"/>
              </w:rPr>
              <w:t>3</w:t>
            </w:r>
          </w:p>
        </w:tc>
        <w:tc>
          <w:tcPr>
            <w:tcW w:w="960" w:type="dxa"/>
            <w:tcMar>
              <w:top w:w="80" w:type="dxa"/>
              <w:left w:w="120" w:type="dxa"/>
              <w:bottom w:w="80" w:type="dxa"/>
              <w:right w:w="120" w:type="dxa"/>
            </w:tcMar>
            <w:vAlign w:val="center"/>
          </w:tcPr>
          <w:p w14:paraId="21D67A7B"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3C2592F5" w14:textId="77777777" w:rsidR="009E11EE" w:rsidRDefault="00000000">
            <w:pPr>
              <w:spacing w:after="0" w:line="240" w:lineRule="auto"/>
              <w:jc w:val="center"/>
            </w:pPr>
            <w:r>
              <w:rPr>
                <w:sz w:val="16"/>
              </w:rPr>
              <w:t>0</w:t>
            </w:r>
          </w:p>
        </w:tc>
      </w:tr>
      <w:tr w:rsidR="009E11EE" w14:paraId="18C4AC3E" w14:textId="77777777">
        <w:tc>
          <w:tcPr>
            <w:tcW w:w="600" w:type="dxa"/>
            <w:shd w:val="clear" w:color="auto" w:fill="F2F4F7"/>
            <w:tcMar>
              <w:top w:w="80" w:type="dxa"/>
              <w:left w:w="120" w:type="dxa"/>
              <w:bottom w:w="80" w:type="dxa"/>
              <w:right w:w="120" w:type="dxa"/>
            </w:tcMar>
            <w:vAlign w:val="center"/>
          </w:tcPr>
          <w:p w14:paraId="38A20721" w14:textId="77777777" w:rsidR="009E11EE" w:rsidRDefault="00000000">
            <w:pPr>
              <w:spacing w:after="0" w:line="240" w:lineRule="auto"/>
              <w:jc w:val="center"/>
            </w:pPr>
            <w:r>
              <w:rPr>
                <w:sz w:val="16"/>
              </w:rPr>
              <w:t>16</w:t>
            </w:r>
          </w:p>
        </w:tc>
        <w:tc>
          <w:tcPr>
            <w:tcW w:w="3960" w:type="dxa"/>
            <w:shd w:val="clear" w:color="auto" w:fill="F2F4F7"/>
            <w:tcMar>
              <w:top w:w="80" w:type="dxa"/>
              <w:left w:w="120" w:type="dxa"/>
              <w:bottom w:w="80" w:type="dxa"/>
              <w:right w:w="120" w:type="dxa"/>
            </w:tcMar>
            <w:vAlign w:val="center"/>
          </w:tcPr>
          <w:p w14:paraId="3AF84BBD" w14:textId="77777777" w:rsidR="009E11EE" w:rsidRDefault="00000000">
            <w:pPr>
              <w:spacing w:after="0" w:line="240" w:lineRule="auto"/>
            </w:pPr>
            <w:r>
              <w:rPr>
                <w:sz w:val="16"/>
              </w:rPr>
              <w:t>LÊ</w:t>
            </w:r>
          </w:p>
        </w:tc>
        <w:tc>
          <w:tcPr>
            <w:tcW w:w="960" w:type="dxa"/>
            <w:shd w:val="clear" w:color="auto" w:fill="F2F4F7"/>
            <w:tcMar>
              <w:top w:w="80" w:type="dxa"/>
              <w:left w:w="120" w:type="dxa"/>
              <w:bottom w:w="80" w:type="dxa"/>
              <w:right w:w="120" w:type="dxa"/>
            </w:tcMar>
            <w:vAlign w:val="center"/>
          </w:tcPr>
          <w:p w14:paraId="627E67D3" w14:textId="77777777" w:rsidR="009E11EE" w:rsidRDefault="00000000">
            <w:pPr>
              <w:spacing w:after="0" w:line="240" w:lineRule="auto"/>
              <w:jc w:val="center"/>
            </w:pPr>
            <w:r>
              <w:rPr>
                <w:sz w:val="16"/>
              </w:rPr>
              <w:t>3</w:t>
            </w:r>
          </w:p>
        </w:tc>
        <w:tc>
          <w:tcPr>
            <w:tcW w:w="960" w:type="dxa"/>
            <w:shd w:val="clear" w:color="auto" w:fill="F2F4F7"/>
            <w:tcMar>
              <w:top w:w="80" w:type="dxa"/>
              <w:left w:w="120" w:type="dxa"/>
              <w:bottom w:w="80" w:type="dxa"/>
              <w:right w:w="120" w:type="dxa"/>
            </w:tcMar>
            <w:vAlign w:val="center"/>
          </w:tcPr>
          <w:p w14:paraId="26620583" w14:textId="77777777" w:rsidR="009E11EE" w:rsidRDefault="00000000">
            <w:pPr>
              <w:spacing w:after="0" w:line="240" w:lineRule="auto"/>
              <w:jc w:val="center"/>
            </w:pPr>
            <w:r>
              <w:rPr>
                <w:sz w:val="16"/>
              </w:rPr>
              <w:t>3</w:t>
            </w:r>
          </w:p>
        </w:tc>
        <w:tc>
          <w:tcPr>
            <w:tcW w:w="960" w:type="dxa"/>
            <w:shd w:val="clear" w:color="auto" w:fill="F2F4F7"/>
            <w:tcMar>
              <w:top w:w="80" w:type="dxa"/>
              <w:left w:w="120" w:type="dxa"/>
              <w:bottom w:w="80" w:type="dxa"/>
              <w:right w:w="120" w:type="dxa"/>
            </w:tcMar>
            <w:vAlign w:val="center"/>
          </w:tcPr>
          <w:p w14:paraId="197A2FBC"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7F85FB29"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5201591E" w14:textId="77777777" w:rsidR="009E11EE" w:rsidRDefault="00000000">
            <w:pPr>
              <w:spacing w:after="0" w:line="240" w:lineRule="auto"/>
              <w:jc w:val="center"/>
            </w:pPr>
            <w:r>
              <w:rPr>
                <w:sz w:val="16"/>
              </w:rPr>
              <w:t>0</w:t>
            </w:r>
          </w:p>
        </w:tc>
      </w:tr>
      <w:tr w:rsidR="009E11EE" w14:paraId="56C68C54" w14:textId="77777777">
        <w:tc>
          <w:tcPr>
            <w:tcW w:w="600" w:type="dxa"/>
            <w:tcMar>
              <w:top w:w="80" w:type="dxa"/>
              <w:left w:w="120" w:type="dxa"/>
              <w:bottom w:w="80" w:type="dxa"/>
              <w:right w:w="120" w:type="dxa"/>
            </w:tcMar>
            <w:vAlign w:val="center"/>
          </w:tcPr>
          <w:p w14:paraId="4C107FEB" w14:textId="77777777" w:rsidR="009E11EE" w:rsidRDefault="00000000">
            <w:pPr>
              <w:spacing w:after="0" w:line="240" w:lineRule="auto"/>
              <w:jc w:val="center"/>
            </w:pPr>
            <w:r>
              <w:rPr>
                <w:sz w:val="16"/>
              </w:rPr>
              <w:t>17</w:t>
            </w:r>
          </w:p>
        </w:tc>
        <w:tc>
          <w:tcPr>
            <w:tcW w:w="3960" w:type="dxa"/>
            <w:tcMar>
              <w:top w:w="80" w:type="dxa"/>
              <w:left w:w="120" w:type="dxa"/>
              <w:bottom w:w="80" w:type="dxa"/>
              <w:right w:w="120" w:type="dxa"/>
            </w:tcMar>
            <w:vAlign w:val="center"/>
          </w:tcPr>
          <w:p w14:paraId="30083975" w14:textId="77777777" w:rsidR="009E11EE" w:rsidRDefault="00000000">
            <w:pPr>
              <w:spacing w:after="0" w:line="240" w:lineRule="auto"/>
            </w:pPr>
            <w:r>
              <w:rPr>
                <w:sz w:val="16"/>
              </w:rPr>
              <w:t>Nguyễn Hữu Lợi</w:t>
            </w:r>
          </w:p>
        </w:tc>
        <w:tc>
          <w:tcPr>
            <w:tcW w:w="960" w:type="dxa"/>
            <w:tcMar>
              <w:top w:w="80" w:type="dxa"/>
              <w:left w:w="120" w:type="dxa"/>
              <w:bottom w:w="80" w:type="dxa"/>
              <w:right w:w="120" w:type="dxa"/>
            </w:tcMar>
            <w:vAlign w:val="center"/>
          </w:tcPr>
          <w:p w14:paraId="4691043C" w14:textId="77777777" w:rsidR="009E11EE" w:rsidRDefault="00000000">
            <w:pPr>
              <w:spacing w:after="0" w:line="240" w:lineRule="auto"/>
              <w:jc w:val="center"/>
            </w:pPr>
            <w:r>
              <w:rPr>
                <w:sz w:val="16"/>
              </w:rPr>
              <w:t>3</w:t>
            </w:r>
          </w:p>
        </w:tc>
        <w:tc>
          <w:tcPr>
            <w:tcW w:w="960" w:type="dxa"/>
            <w:tcMar>
              <w:top w:w="80" w:type="dxa"/>
              <w:left w:w="120" w:type="dxa"/>
              <w:bottom w:w="80" w:type="dxa"/>
              <w:right w:w="120" w:type="dxa"/>
            </w:tcMar>
            <w:vAlign w:val="center"/>
          </w:tcPr>
          <w:p w14:paraId="445C5D9E"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26805EDA" w14:textId="77777777" w:rsidR="009E11EE" w:rsidRDefault="00000000">
            <w:pPr>
              <w:spacing w:after="0" w:line="240" w:lineRule="auto"/>
              <w:jc w:val="center"/>
            </w:pPr>
            <w:r>
              <w:rPr>
                <w:sz w:val="16"/>
              </w:rPr>
              <w:t>2</w:t>
            </w:r>
          </w:p>
        </w:tc>
        <w:tc>
          <w:tcPr>
            <w:tcW w:w="960" w:type="dxa"/>
            <w:tcMar>
              <w:top w:w="80" w:type="dxa"/>
              <w:left w:w="120" w:type="dxa"/>
              <w:bottom w:w="80" w:type="dxa"/>
              <w:right w:w="120" w:type="dxa"/>
            </w:tcMar>
            <w:vAlign w:val="center"/>
          </w:tcPr>
          <w:p w14:paraId="25C38C9E"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59F63E72" w14:textId="77777777" w:rsidR="009E11EE" w:rsidRDefault="00000000">
            <w:pPr>
              <w:spacing w:after="0" w:line="240" w:lineRule="auto"/>
              <w:jc w:val="center"/>
            </w:pPr>
            <w:r>
              <w:rPr>
                <w:sz w:val="16"/>
              </w:rPr>
              <w:t>0</w:t>
            </w:r>
          </w:p>
        </w:tc>
      </w:tr>
      <w:tr w:rsidR="009E11EE" w14:paraId="6626D408" w14:textId="77777777">
        <w:tc>
          <w:tcPr>
            <w:tcW w:w="600" w:type="dxa"/>
            <w:shd w:val="clear" w:color="auto" w:fill="F2F4F7"/>
            <w:tcMar>
              <w:top w:w="80" w:type="dxa"/>
              <w:left w:w="120" w:type="dxa"/>
              <w:bottom w:w="80" w:type="dxa"/>
              <w:right w:w="120" w:type="dxa"/>
            </w:tcMar>
            <w:vAlign w:val="center"/>
          </w:tcPr>
          <w:p w14:paraId="1A026875" w14:textId="77777777" w:rsidR="009E11EE" w:rsidRDefault="00000000">
            <w:pPr>
              <w:spacing w:after="0" w:line="240" w:lineRule="auto"/>
              <w:jc w:val="center"/>
            </w:pPr>
            <w:r>
              <w:rPr>
                <w:sz w:val="16"/>
              </w:rPr>
              <w:t>18</w:t>
            </w:r>
          </w:p>
        </w:tc>
        <w:tc>
          <w:tcPr>
            <w:tcW w:w="3960" w:type="dxa"/>
            <w:shd w:val="clear" w:color="auto" w:fill="F2F4F7"/>
            <w:tcMar>
              <w:top w:w="80" w:type="dxa"/>
              <w:left w:w="120" w:type="dxa"/>
              <w:bottom w:w="80" w:type="dxa"/>
              <w:right w:w="120" w:type="dxa"/>
            </w:tcMar>
            <w:vAlign w:val="center"/>
          </w:tcPr>
          <w:p w14:paraId="696E003B" w14:textId="77777777" w:rsidR="009E11EE" w:rsidRDefault="00000000">
            <w:pPr>
              <w:spacing w:after="0" w:line="240" w:lineRule="auto"/>
            </w:pPr>
            <w:r>
              <w:rPr>
                <w:sz w:val="16"/>
              </w:rPr>
              <w:t>Nguyễn Như Quyền</w:t>
            </w:r>
          </w:p>
        </w:tc>
        <w:tc>
          <w:tcPr>
            <w:tcW w:w="960" w:type="dxa"/>
            <w:shd w:val="clear" w:color="auto" w:fill="F2F4F7"/>
            <w:tcMar>
              <w:top w:w="80" w:type="dxa"/>
              <w:left w:w="120" w:type="dxa"/>
              <w:bottom w:w="80" w:type="dxa"/>
              <w:right w:w="120" w:type="dxa"/>
            </w:tcMar>
            <w:vAlign w:val="center"/>
          </w:tcPr>
          <w:p w14:paraId="3C0BCC53" w14:textId="77777777" w:rsidR="009E11EE" w:rsidRDefault="00000000">
            <w:pPr>
              <w:spacing w:after="0" w:line="240" w:lineRule="auto"/>
              <w:jc w:val="center"/>
            </w:pPr>
            <w:r>
              <w:rPr>
                <w:sz w:val="16"/>
              </w:rPr>
              <w:t>3</w:t>
            </w:r>
          </w:p>
        </w:tc>
        <w:tc>
          <w:tcPr>
            <w:tcW w:w="960" w:type="dxa"/>
            <w:shd w:val="clear" w:color="auto" w:fill="F2F4F7"/>
            <w:tcMar>
              <w:top w:w="80" w:type="dxa"/>
              <w:left w:w="120" w:type="dxa"/>
              <w:bottom w:w="80" w:type="dxa"/>
              <w:right w:w="120" w:type="dxa"/>
            </w:tcMar>
            <w:vAlign w:val="center"/>
          </w:tcPr>
          <w:p w14:paraId="2BAA4D6B"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3F68BD5D"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30357B2B" w14:textId="77777777" w:rsidR="009E11EE" w:rsidRDefault="00000000">
            <w:pPr>
              <w:spacing w:after="0" w:line="240" w:lineRule="auto"/>
              <w:jc w:val="center"/>
            </w:pPr>
            <w:r>
              <w:rPr>
                <w:sz w:val="16"/>
              </w:rPr>
              <w:t>2</w:t>
            </w:r>
          </w:p>
        </w:tc>
        <w:tc>
          <w:tcPr>
            <w:tcW w:w="960" w:type="dxa"/>
            <w:shd w:val="clear" w:color="auto" w:fill="F2F4F7"/>
            <w:tcMar>
              <w:top w:w="80" w:type="dxa"/>
              <w:left w:w="120" w:type="dxa"/>
              <w:bottom w:w="80" w:type="dxa"/>
              <w:right w:w="120" w:type="dxa"/>
            </w:tcMar>
            <w:vAlign w:val="center"/>
          </w:tcPr>
          <w:p w14:paraId="0EC2E70F" w14:textId="77777777" w:rsidR="009E11EE" w:rsidRDefault="00000000">
            <w:pPr>
              <w:spacing w:after="0" w:line="240" w:lineRule="auto"/>
              <w:jc w:val="center"/>
            </w:pPr>
            <w:r>
              <w:rPr>
                <w:sz w:val="16"/>
              </w:rPr>
              <w:t>0</w:t>
            </w:r>
          </w:p>
        </w:tc>
      </w:tr>
      <w:tr w:rsidR="009E11EE" w14:paraId="0AA11426" w14:textId="77777777">
        <w:tc>
          <w:tcPr>
            <w:tcW w:w="600" w:type="dxa"/>
            <w:tcMar>
              <w:top w:w="80" w:type="dxa"/>
              <w:left w:w="120" w:type="dxa"/>
              <w:bottom w:w="80" w:type="dxa"/>
              <w:right w:w="120" w:type="dxa"/>
            </w:tcMar>
            <w:vAlign w:val="center"/>
          </w:tcPr>
          <w:p w14:paraId="7AA12FD6" w14:textId="77777777" w:rsidR="009E11EE" w:rsidRDefault="00000000">
            <w:pPr>
              <w:spacing w:after="0" w:line="240" w:lineRule="auto"/>
              <w:jc w:val="center"/>
            </w:pPr>
            <w:r>
              <w:rPr>
                <w:sz w:val="16"/>
              </w:rPr>
              <w:t>19</w:t>
            </w:r>
          </w:p>
        </w:tc>
        <w:tc>
          <w:tcPr>
            <w:tcW w:w="3960" w:type="dxa"/>
            <w:tcMar>
              <w:top w:w="80" w:type="dxa"/>
              <w:left w:w="120" w:type="dxa"/>
              <w:bottom w:w="80" w:type="dxa"/>
              <w:right w:w="120" w:type="dxa"/>
            </w:tcMar>
            <w:vAlign w:val="center"/>
          </w:tcPr>
          <w:p w14:paraId="14B52B64" w14:textId="77777777" w:rsidR="009E11EE" w:rsidRDefault="00000000">
            <w:pPr>
              <w:spacing w:after="0" w:line="240" w:lineRule="auto"/>
            </w:pPr>
            <w:r>
              <w:rPr>
                <w:sz w:val="16"/>
              </w:rPr>
              <w:t>Nguyễn Trọng Phong</w:t>
            </w:r>
          </w:p>
        </w:tc>
        <w:tc>
          <w:tcPr>
            <w:tcW w:w="960" w:type="dxa"/>
            <w:tcMar>
              <w:top w:w="80" w:type="dxa"/>
              <w:left w:w="120" w:type="dxa"/>
              <w:bottom w:w="80" w:type="dxa"/>
              <w:right w:w="120" w:type="dxa"/>
            </w:tcMar>
            <w:vAlign w:val="center"/>
          </w:tcPr>
          <w:p w14:paraId="054E5E8B" w14:textId="77777777" w:rsidR="009E11EE" w:rsidRDefault="00000000">
            <w:pPr>
              <w:spacing w:after="0" w:line="240" w:lineRule="auto"/>
              <w:jc w:val="center"/>
            </w:pPr>
            <w:r>
              <w:rPr>
                <w:sz w:val="16"/>
              </w:rPr>
              <w:t>3</w:t>
            </w:r>
          </w:p>
        </w:tc>
        <w:tc>
          <w:tcPr>
            <w:tcW w:w="960" w:type="dxa"/>
            <w:tcMar>
              <w:top w:w="80" w:type="dxa"/>
              <w:left w:w="120" w:type="dxa"/>
              <w:bottom w:w="80" w:type="dxa"/>
              <w:right w:w="120" w:type="dxa"/>
            </w:tcMar>
            <w:vAlign w:val="center"/>
          </w:tcPr>
          <w:p w14:paraId="2A8DAB5A"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17F35FA8"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6EA98034" w14:textId="77777777" w:rsidR="009E11EE" w:rsidRDefault="00000000">
            <w:pPr>
              <w:spacing w:after="0" w:line="240" w:lineRule="auto"/>
              <w:jc w:val="center"/>
            </w:pPr>
            <w:r>
              <w:rPr>
                <w:sz w:val="16"/>
              </w:rPr>
              <w:t>2</w:t>
            </w:r>
          </w:p>
        </w:tc>
        <w:tc>
          <w:tcPr>
            <w:tcW w:w="960" w:type="dxa"/>
            <w:tcMar>
              <w:top w:w="80" w:type="dxa"/>
              <w:left w:w="120" w:type="dxa"/>
              <w:bottom w:w="80" w:type="dxa"/>
              <w:right w:w="120" w:type="dxa"/>
            </w:tcMar>
            <w:vAlign w:val="center"/>
          </w:tcPr>
          <w:p w14:paraId="77A8325D" w14:textId="77777777" w:rsidR="009E11EE" w:rsidRDefault="00000000">
            <w:pPr>
              <w:spacing w:after="0" w:line="240" w:lineRule="auto"/>
              <w:jc w:val="center"/>
            </w:pPr>
            <w:r>
              <w:rPr>
                <w:sz w:val="16"/>
              </w:rPr>
              <w:t>0</w:t>
            </w:r>
          </w:p>
        </w:tc>
      </w:tr>
      <w:tr w:rsidR="009E11EE" w14:paraId="16003D4F" w14:textId="77777777">
        <w:tc>
          <w:tcPr>
            <w:tcW w:w="600" w:type="dxa"/>
            <w:shd w:val="clear" w:color="auto" w:fill="F2F4F7"/>
            <w:tcMar>
              <w:top w:w="80" w:type="dxa"/>
              <w:left w:w="120" w:type="dxa"/>
              <w:bottom w:w="80" w:type="dxa"/>
              <w:right w:w="120" w:type="dxa"/>
            </w:tcMar>
            <w:vAlign w:val="center"/>
          </w:tcPr>
          <w:p w14:paraId="608E9ABE" w14:textId="77777777" w:rsidR="009E11EE" w:rsidRDefault="00000000">
            <w:pPr>
              <w:spacing w:after="0" w:line="240" w:lineRule="auto"/>
              <w:jc w:val="center"/>
            </w:pPr>
            <w:r>
              <w:rPr>
                <w:sz w:val="16"/>
              </w:rPr>
              <w:t>20</w:t>
            </w:r>
          </w:p>
        </w:tc>
        <w:tc>
          <w:tcPr>
            <w:tcW w:w="3960" w:type="dxa"/>
            <w:shd w:val="clear" w:color="auto" w:fill="F2F4F7"/>
            <w:tcMar>
              <w:top w:w="80" w:type="dxa"/>
              <w:left w:w="120" w:type="dxa"/>
              <w:bottom w:w="80" w:type="dxa"/>
              <w:right w:w="120" w:type="dxa"/>
            </w:tcMar>
            <w:vAlign w:val="center"/>
          </w:tcPr>
          <w:p w14:paraId="59D359EB" w14:textId="77777777" w:rsidR="009E11EE" w:rsidRDefault="00000000">
            <w:pPr>
              <w:spacing w:after="0" w:line="240" w:lineRule="auto"/>
            </w:pPr>
            <w:r>
              <w:rPr>
                <w:sz w:val="16"/>
              </w:rPr>
              <w:t>Nông Đức Trường</w:t>
            </w:r>
          </w:p>
        </w:tc>
        <w:tc>
          <w:tcPr>
            <w:tcW w:w="960" w:type="dxa"/>
            <w:shd w:val="clear" w:color="auto" w:fill="F2F4F7"/>
            <w:tcMar>
              <w:top w:w="80" w:type="dxa"/>
              <w:left w:w="120" w:type="dxa"/>
              <w:bottom w:w="80" w:type="dxa"/>
              <w:right w:w="120" w:type="dxa"/>
            </w:tcMar>
            <w:vAlign w:val="center"/>
          </w:tcPr>
          <w:p w14:paraId="1C2D5F9E" w14:textId="77777777" w:rsidR="009E11EE" w:rsidRDefault="00000000">
            <w:pPr>
              <w:spacing w:after="0" w:line="240" w:lineRule="auto"/>
              <w:jc w:val="center"/>
            </w:pPr>
            <w:r>
              <w:rPr>
                <w:sz w:val="16"/>
              </w:rPr>
              <w:t>3</w:t>
            </w:r>
          </w:p>
        </w:tc>
        <w:tc>
          <w:tcPr>
            <w:tcW w:w="960" w:type="dxa"/>
            <w:shd w:val="clear" w:color="auto" w:fill="F2F4F7"/>
            <w:tcMar>
              <w:top w:w="80" w:type="dxa"/>
              <w:left w:w="120" w:type="dxa"/>
              <w:bottom w:w="80" w:type="dxa"/>
              <w:right w:w="120" w:type="dxa"/>
            </w:tcMar>
            <w:vAlign w:val="center"/>
          </w:tcPr>
          <w:p w14:paraId="13BA02AC"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620544E4"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7F30D8CF" w14:textId="77777777" w:rsidR="009E11EE" w:rsidRDefault="00000000">
            <w:pPr>
              <w:spacing w:after="0" w:line="240" w:lineRule="auto"/>
              <w:jc w:val="center"/>
            </w:pPr>
            <w:r>
              <w:rPr>
                <w:sz w:val="16"/>
              </w:rPr>
              <w:t>2</w:t>
            </w:r>
          </w:p>
        </w:tc>
        <w:tc>
          <w:tcPr>
            <w:tcW w:w="960" w:type="dxa"/>
            <w:shd w:val="clear" w:color="auto" w:fill="F2F4F7"/>
            <w:tcMar>
              <w:top w:w="80" w:type="dxa"/>
              <w:left w:w="120" w:type="dxa"/>
              <w:bottom w:w="80" w:type="dxa"/>
              <w:right w:w="120" w:type="dxa"/>
            </w:tcMar>
            <w:vAlign w:val="center"/>
          </w:tcPr>
          <w:p w14:paraId="0FFA7251" w14:textId="77777777" w:rsidR="009E11EE" w:rsidRDefault="00000000">
            <w:pPr>
              <w:spacing w:after="0" w:line="240" w:lineRule="auto"/>
              <w:jc w:val="center"/>
            </w:pPr>
            <w:r>
              <w:rPr>
                <w:sz w:val="16"/>
              </w:rPr>
              <w:t>0</w:t>
            </w:r>
          </w:p>
        </w:tc>
      </w:tr>
      <w:tr w:rsidR="009E11EE" w14:paraId="72DA6767" w14:textId="77777777">
        <w:tc>
          <w:tcPr>
            <w:tcW w:w="600" w:type="dxa"/>
            <w:tcMar>
              <w:top w:w="80" w:type="dxa"/>
              <w:left w:w="120" w:type="dxa"/>
              <w:bottom w:w="80" w:type="dxa"/>
              <w:right w:w="120" w:type="dxa"/>
            </w:tcMar>
            <w:vAlign w:val="center"/>
          </w:tcPr>
          <w:p w14:paraId="223CB5CD" w14:textId="77777777" w:rsidR="009E11EE" w:rsidRDefault="00000000">
            <w:pPr>
              <w:spacing w:after="0" w:line="240" w:lineRule="auto"/>
              <w:jc w:val="center"/>
            </w:pPr>
            <w:r>
              <w:rPr>
                <w:sz w:val="16"/>
              </w:rPr>
              <w:t>21</w:t>
            </w:r>
          </w:p>
        </w:tc>
        <w:tc>
          <w:tcPr>
            <w:tcW w:w="3960" w:type="dxa"/>
            <w:tcMar>
              <w:top w:w="80" w:type="dxa"/>
              <w:left w:w="120" w:type="dxa"/>
              <w:bottom w:w="80" w:type="dxa"/>
              <w:right w:w="120" w:type="dxa"/>
            </w:tcMar>
            <w:vAlign w:val="center"/>
          </w:tcPr>
          <w:p w14:paraId="0E17327F" w14:textId="77777777" w:rsidR="009E11EE" w:rsidRDefault="00000000">
            <w:pPr>
              <w:spacing w:after="0" w:line="240" w:lineRule="auto"/>
            </w:pPr>
            <w:r>
              <w:rPr>
                <w:sz w:val="16"/>
              </w:rPr>
              <w:t>Phạm Văn Tùng</w:t>
            </w:r>
          </w:p>
        </w:tc>
        <w:tc>
          <w:tcPr>
            <w:tcW w:w="960" w:type="dxa"/>
            <w:tcMar>
              <w:top w:w="80" w:type="dxa"/>
              <w:left w:w="120" w:type="dxa"/>
              <w:bottom w:w="80" w:type="dxa"/>
              <w:right w:w="120" w:type="dxa"/>
            </w:tcMar>
            <w:vAlign w:val="center"/>
          </w:tcPr>
          <w:p w14:paraId="2AF8EE61" w14:textId="77777777" w:rsidR="009E11EE" w:rsidRDefault="00000000">
            <w:pPr>
              <w:spacing w:after="0" w:line="240" w:lineRule="auto"/>
              <w:jc w:val="center"/>
            </w:pPr>
            <w:r>
              <w:rPr>
                <w:sz w:val="16"/>
              </w:rPr>
              <w:t>3</w:t>
            </w:r>
          </w:p>
        </w:tc>
        <w:tc>
          <w:tcPr>
            <w:tcW w:w="960" w:type="dxa"/>
            <w:tcMar>
              <w:top w:w="80" w:type="dxa"/>
              <w:left w:w="120" w:type="dxa"/>
              <w:bottom w:w="80" w:type="dxa"/>
              <w:right w:w="120" w:type="dxa"/>
            </w:tcMar>
            <w:vAlign w:val="center"/>
          </w:tcPr>
          <w:p w14:paraId="2ADDDA94"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1C17235A"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3EB40764" w14:textId="77777777" w:rsidR="009E11EE" w:rsidRDefault="00000000">
            <w:pPr>
              <w:spacing w:after="0" w:line="240" w:lineRule="auto"/>
              <w:jc w:val="center"/>
            </w:pPr>
            <w:r>
              <w:rPr>
                <w:sz w:val="16"/>
              </w:rPr>
              <w:t>2</w:t>
            </w:r>
          </w:p>
        </w:tc>
        <w:tc>
          <w:tcPr>
            <w:tcW w:w="960" w:type="dxa"/>
            <w:tcMar>
              <w:top w:w="80" w:type="dxa"/>
              <w:left w:w="120" w:type="dxa"/>
              <w:bottom w:w="80" w:type="dxa"/>
              <w:right w:w="120" w:type="dxa"/>
            </w:tcMar>
            <w:vAlign w:val="center"/>
          </w:tcPr>
          <w:p w14:paraId="1B8C5D0C" w14:textId="77777777" w:rsidR="009E11EE" w:rsidRDefault="00000000">
            <w:pPr>
              <w:spacing w:after="0" w:line="240" w:lineRule="auto"/>
              <w:jc w:val="center"/>
            </w:pPr>
            <w:r>
              <w:rPr>
                <w:sz w:val="16"/>
              </w:rPr>
              <w:t>0</w:t>
            </w:r>
          </w:p>
        </w:tc>
      </w:tr>
      <w:tr w:rsidR="009E11EE" w14:paraId="6DF2DFC6" w14:textId="77777777">
        <w:tc>
          <w:tcPr>
            <w:tcW w:w="600" w:type="dxa"/>
            <w:shd w:val="clear" w:color="auto" w:fill="F2F4F7"/>
            <w:tcMar>
              <w:top w:w="80" w:type="dxa"/>
              <w:left w:w="120" w:type="dxa"/>
              <w:bottom w:w="80" w:type="dxa"/>
              <w:right w:w="120" w:type="dxa"/>
            </w:tcMar>
            <w:vAlign w:val="center"/>
          </w:tcPr>
          <w:p w14:paraId="3FBDD6A6" w14:textId="77777777" w:rsidR="009E11EE" w:rsidRDefault="00000000">
            <w:pPr>
              <w:spacing w:after="0" w:line="240" w:lineRule="auto"/>
              <w:jc w:val="center"/>
            </w:pPr>
            <w:r>
              <w:rPr>
                <w:sz w:val="16"/>
              </w:rPr>
              <w:t>22</w:t>
            </w:r>
          </w:p>
        </w:tc>
        <w:tc>
          <w:tcPr>
            <w:tcW w:w="3960" w:type="dxa"/>
            <w:shd w:val="clear" w:color="auto" w:fill="F2F4F7"/>
            <w:tcMar>
              <w:top w:w="80" w:type="dxa"/>
              <w:left w:w="120" w:type="dxa"/>
              <w:bottom w:w="80" w:type="dxa"/>
              <w:right w:w="120" w:type="dxa"/>
            </w:tcMar>
            <w:vAlign w:val="center"/>
          </w:tcPr>
          <w:p w14:paraId="70E07E6F" w14:textId="77777777" w:rsidR="009E11EE" w:rsidRDefault="00000000">
            <w:pPr>
              <w:spacing w:after="0" w:line="240" w:lineRule="auto"/>
            </w:pPr>
            <w:r>
              <w:rPr>
                <w:sz w:val="16"/>
              </w:rPr>
              <w:t>Trung</w:t>
            </w:r>
          </w:p>
        </w:tc>
        <w:tc>
          <w:tcPr>
            <w:tcW w:w="960" w:type="dxa"/>
            <w:shd w:val="clear" w:color="auto" w:fill="F2F4F7"/>
            <w:tcMar>
              <w:top w:w="80" w:type="dxa"/>
              <w:left w:w="120" w:type="dxa"/>
              <w:bottom w:w="80" w:type="dxa"/>
              <w:right w:w="120" w:type="dxa"/>
            </w:tcMar>
            <w:vAlign w:val="center"/>
          </w:tcPr>
          <w:p w14:paraId="6F5F6A3F" w14:textId="77777777" w:rsidR="009E11EE" w:rsidRDefault="00000000">
            <w:pPr>
              <w:spacing w:after="0" w:line="240" w:lineRule="auto"/>
              <w:jc w:val="center"/>
            </w:pPr>
            <w:r>
              <w:rPr>
                <w:sz w:val="16"/>
              </w:rPr>
              <w:t>3</w:t>
            </w:r>
          </w:p>
        </w:tc>
        <w:tc>
          <w:tcPr>
            <w:tcW w:w="960" w:type="dxa"/>
            <w:shd w:val="clear" w:color="auto" w:fill="F2F4F7"/>
            <w:tcMar>
              <w:top w:w="80" w:type="dxa"/>
              <w:left w:w="120" w:type="dxa"/>
              <w:bottom w:w="80" w:type="dxa"/>
              <w:right w:w="120" w:type="dxa"/>
            </w:tcMar>
            <w:vAlign w:val="center"/>
          </w:tcPr>
          <w:p w14:paraId="3A7BF1E4"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3FFB8D2C"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3063A68E" w14:textId="77777777" w:rsidR="009E11EE" w:rsidRDefault="00000000">
            <w:pPr>
              <w:spacing w:after="0" w:line="240" w:lineRule="auto"/>
              <w:jc w:val="center"/>
            </w:pPr>
            <w:r>
              <w:rPr>
                <w:sz w:val="16"/>
              </w:rPr>
              <w:t>3</w:t>
            </w:r>
          </w:p>
        </w:tc>
        <w:tc>
          <w:tcPr>
            <w:tcW w:w="960" w:type="dxa"/>
            <w:shd w:val="clear" w:color="auto" w:fill="F2F4F7"/>
            <w:tcMar>
              <w:top w:w="80" w:type="dxa"/>
              <w:left w:w="120" w:type="dxa"/>
              <w:bottom w:w="80" w:type="dxa"/>
              <w:right w:w="120" w:type="dxa"/>
            </w:tcMar>
            <w:vAlign w:val="center"/>
          </w:tcPr>
          <w:p w14:paraId="79F959B1" w14:textId="77777777" w:rsidR="009E11EE" w:rsidRDefault="00000000">
            <w:pPr>
              <w:spacing w:after="0" w:line="240" w:lineRule="auto"/>
              <w:jc w:val="center"/>
            </w:pPr>
            <w:r>
              <w:rPr>
                <w:sz w:val="16"/>
              </w:rPr>
              <w:t>0</w:t>
            </w:r>
          </w:p>
        </w:tc>
      </w:tr>
      <w:tr w:rsidR="009E11EE" w14:paraId="53989355" w14:textId="77777777">
        <w:tc>
          <w:tcPr>
            <w:tcW w:w="600" w:type="dxa"/>
            <w:tcMar>
              <w:top w:w="80" w:type="dxa"/>
              <w:left w:w="120" w:type="dxa"/>
              <w:bottom w:w="80" w:type="dxa"/>
              <w:right w:w="120" w:type="dxa"/>
            </w:tcMar>
            <w:vAlign w:val="center"/>
          </w:tcPr>
          <w:p w14:paraId="197F8E2B" w14:textId="77777777" w:rsidR="009E11EE" w:rsidRDefault="00000000">
            <w:pPr>
              <w:spacing w:after="0" w:line="240" w:lineRule="auto"/>
              <w:jc w:val="center"/>
            </w:pPr>
            <w:r>
              <w:rPr>
                <w:sz w:val="16"/>
              </w:rPr>
              <w:t>23</w:t>
            </w:r>
          </w:p>
        </w:tc>
        <w:tc>
          <w:tcPr>
            <w:tcW w:w="3960" w:type="dxa"/>
            <w:tcMar>
              <w:top w:w="80" w:type="dxa"/>
              <w:left w:w="120" w:type="dxa"/>
              <w:bottom w:w="80" w:type="dxa"/>
              <w:right w:w="120" w:type="dxa"/>
            </w:tcMar>
            <w:vAlign w:val="center"/>
          </w:tcPr>
          <w:p w14:paraId="4D7DB600" w14:textId="77777777" w:rsidR="009E11EE" w:rsidRDefault="00000000">
            <w:pPr>
              <w:spacing w:after="0" w:line="240" w:lineRule="auto"/>
            </w:pPr>
            <w:r>
              <w:rPr>
                <w:sz w:val="16"/>
              </w:rPr>
              <w:t>Tuấn</w:t>
            </w:r>
          </w:p>
        </w:tc>
        <w:tc>
          <w:tcPr>
            <w:tcW w:w="960" w:type="dxa"/>
            <w:tcMar>
              <w:top w:w="80" w:type="dxa"/>
              <w:left w:w="120" w:type="dxa"/>
              <w:bottom w:w="80" w:type="dxa"/>
              <w:right w:w="120" w:type="dxa"/>
            </w:tcMar>
            <w:vAlign w:val="center"/>
          </w:tcPr>
          <w:p w14:paraId="6ABC088C" w14:textId="77777777" w:rsidR="009E11EE" w:rsidRDefault="00000000">
            <w:pPr>
              <w:spacing w:after="0" w:line="240" w:lineRule="auto"/>
              <w:jc w:val="center"/>
            </w:pPr>
            <w:r>
              <w:rPr>
                <w:sz w:val="16"/>
              </w:rPr>
              <w:t>3</w:t>
            </w:r>
          </w:p>
        </w:tc>
        <w:tc>
          <w:tcPr>
            <w:tcW w:w="960" w:type="dxa"/>
            <w:tcMar>
              <w:top w:w="80" w:type="dxa"/>
              <w:left w:w="120" w:type="dxa"/>
              <w:bottom w:w="80" w:type="dxa"/>
              <w:right w:w="120" w:type="dxa"/>
            </w:tcMar>
            <w:vAlign w:val="center"/>
          </w:tcPr>
          <w:p w14:paraId="4AA0C7F0" w14:textId="77777777" w:rsidR="009E11EE" w:rsidRDefault="00000000">
            <w:pPr>
              <w:spacing w:after="0" w:line="240" w:lineRule="auto"/>
              <w:jc w:val="center"/>
            </w:pPr>
            <w:r>
              <w:rPr>
                <w:sz w:val="16"/>
              </w:rPr>
              <w:t>3</w:t>
            </w:r>
          </w:p>
        </w:tc>
        <w:tc>
          <w:tcPr>
            <w:tcW w:w="960" w:type="dxa"/>
            <w:tcMar>
              <w:top w:w="80" w:type="dxa"/>
              <w:left w:w="120" w:type="dxa"/>
              <w:bottom w:w="80" w:type="dxa"/>
              <w:right w:w="120" w:type="dxa"/>
            </w:tcMar>
            <w:vAlign w:val="center"/>
          </w:tcPr>
          <w:p w14:paraId="15231D4E"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7F27E803"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38FCC183" w14:textId="77777777" w:rsidR="009E11EE" w:rsidRDefault="00000000">
            <w:pPr>
              <w:spacing w:after="0" w:line="240" w:lineRule="auto"/>
              <w:jc w:val="center"/>
            </w:pPr>
            <w:r>
              <w:rPr>
                <w:sz w:val="16"/>
              </w:rPr>
              <w:t>0</w:t>
            </w:r>
          </w:p>
        </w:tc>
      </w:tr>
      <w:tr w:rsidR="009E11EE" w14:paraId="1930675B" w14:textId="77777777">
        <w:tc>
          <w:tcPr>
            <w:tcW w:w="600" w:type="dxa"/>
            <w:shd w:val="clear" w:color="auto" w:fill="F2F4F7"/>
            <w:tcMar>
              <w:top w:w="80" w:type="dxa"/>
              <w:left w:w="120" w:type="dxa"/>
              <w:bottom w:w="80" w:type="dxa"/>
              <w:right w:w="120" w:type="dxa"/>
            </w:tcMar>
            <w:vAlign w:val="center"/>
          </w:tcPr>
          <w:p w14:paraId="1F590E6E" w14:textId="77777777" w:rsidR="009E11EE" w:rsidRDefault="00000000">
            <w:pPr>
              <w:spacing w:after="0" w:line="240" w:lineRule="auto"/>
              <w:jc w:val="center"/>
            </w:pPr>
            <w:r>
              <w:rPr>
                <w:sz w:val="16"/>
              </w:rPr>
              <w:t>24</w:t>
            </w:r>
          </w:p>
        </w:tc>
        <w:tc>
          <w:tcPr>
            <w:tcW w:w="3960" w:type="dxa"/>
            <w:shd w:val="clear" w:color="auto" w:fill="F2F4F7"/>
            <w:tcMar>
              <w:top w:w="80" w:type="dxa"/>
              <w:left w:w="120" w:type="dxa"/>
              <w:bottom w:w="80" w:type="dxa"/>
              <w:right w:w="120" w:type="dxa"/>
            </w:tcMar>
            <w:vAlign w:val="center"/>
          </w:tcPr>
          <w:p w14:paraId="368B50AD" w14:textId="77777777" w:rsidR="009E11EE" w:rsidRDefault="00000000">
            <w:pPr>
              <w:spacing w:after="0" w:line="240" w:lineRule="auto"/>
            </w:pPr>
            <w:r>
              <w:rPr>
                <w:sz w:val="16"/>
              </w:rPr>
              <w:t>Vũ Duy Hậu</w:t>
            </w:r>
          </w:p>
        </w:tc>
        <w:tc>
          <w:tcPr>
            <w:tcW w:w="960" w:type="dxa"/>
            <w:shd w:val="clear" w:color="auto" w:fill="F2F4F7"/>
            <w:tcMar>
              <w:top w:w="80" w:type="dxa"/>
              <w:left w:w="120" w:type="dxa"/>
              <w:bottom w:w="80" w:type="dxa"/>
              <w:right w:w="120" w:type="dxa"/>
            </w:tcMar>
            <w:vAlign w:val="center"/>
          </w:tcPr>
          <w:p w14:paraId="19A2D7F7" w14:textId="77777777" w:rsidR="009E11EE" w:rsidRDefault="00000000">
            <w:pPr>
              <w:spacing w:after="0" w:line="240" w:lineRule="auto"/>
              <w:jc w:val="center"/>
            </w:pPr>
            <w:r>
              <w:rPr>
                <w:sz w:val="16"/>
              </w:rPr>
              <w:t>3</w:t>
            </w:r>
          </w:p>
        </w:tc>
        <w:tc>
          <w:tcPr>
            <w:tcW w:w="960" w:type="dxa"/>
            <w:shd w:val="clear" w:color="auto" w:fill="F2F4F7"/>
            <w:tcMar>
              <w:top w:w="80" w:type="dxa"/>
              <w:left w:w="120" w:type="dxa"/>
              <w:bottom w:w="80" w:type="dxa"/>
              <w:right w:w="120" w:type="dxa"/>
            </w:tcMar>
            <w:vAlign w:val="center"/>
          </w:tcPr>
          <w:p w14:paraId="1743CD6A"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1F2C1534" w14:textId="77777777" w:rsidR="009E11EE" w:rsidRDefault="00000000">
            <w:pPr>
              <w:spacing w:after="0" w:line="240" w:lineRule="auto"/>
              <w:jc w:val="center"/>
            </w:pPr>
            <w:r>
              <w:rPr>
                <w:sz w:val="16"/>
              </w:rPr>
              <w:t>3</w:t>
            </w:r>
          </w:p>
        </w:tc>
        <w:tc>
          <w:tcPr>
            <w:tcW w:w="960" w:type="dxa"/>
            <w:shd w:val="clear" w:color="auto" w:fill="F2F4F7"/>
            <w:tcMar>
              <w:top w:w="80" w:type="dxa"/>
              <w:left w:w="120" w:type="dxa"/>
              <w:bottom w:w="80" w:type="dxa"/>
              <w:right w:w="120" w:type="dxa"/>
            </w:tcMar>
            <w:vAlign w:val="center"/>
          </w:tcPr>
          <w:p w14:paraId="7936407B"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3154B1A9" w14:textId="77777777" w:rsidR="009E11EE" w:rsidRDefault="00000000">
            <w:pPr>
              <w:spacing w:after="0" w:line="240" w:lineRule="auto"/>
              <w:jc w:val="center"/>
            </w:pPr>
            <w:r>
              <w:rPr>
                <w:sz w:val="16"/>
              </w:rPr>
              <w:t>0</w:t>
            </w:r>
          </w:p>
        </w:tc>
      </w:tr>
      <w:tr w:rsidR="009E11EE" w14:paraId="3C7A5203" w14:textId="77777777">
        <w:tc>
          <w:tcPr>
            <w:tcW w:w="600" w:type="dxa"/>
            <w:tcMar>
              <w:top w:w="80" w:type="dxa"/>
              <w:left w:w="120" w:type="dxa"/>
              <w:bottom w:w="80" w:type="dxa"/>
              <w:right w:w="120" w:type="dxa"/>
            </w:tcMar>
            <w:vAlign w:val="center"/>
          </w:tcPr>
          <w:p w14:paraId="70F9C20E" w14:textId="77777777" w:rsidR="009E11EE" w:rsidRDefault="00000000">
            <w:pPr>
              <w:spacing w:after="0" w:line="240" w:lineRule="auto"/>
              <w:jc w:val="center"/>
            </w:pPr>
            <w:r>
              <w:rPr>
                <w:sz w:val="16"/>
              </w:rPr>
              <w:t>25</w:t>
            </w:r>
          </w:p>
        </w:tc>
        <w:tc>
          <w:tcPr>
            <w:tcW w:w="3960" w:type="dxa"/>
            <w:tcMar>
              <w:top w:w="80" w:type="dxa"/>
              <w:left w:w="120" w:type="dxa"/>
              <w:bottom w:w="80" w:type="dxa"/>
              <w:right w:w="120" w:type="dxa"/>
            </w:tcMar>
            <w:vAlign w:val="center"/>
          </w:tcPr>
          <w:p w14:paraId="38969589" w14:textId="77777777" w:rsidR="009E11EE" w:rsidRDefault="00000000">
            <w:pPr>
              <w:spacing w:after="0" w:line="240" w:lineRule="auto"/>
            </w:pPr>
            <w:r>
              <w:rPr>
                <w:sz w:val="16"/>
              </w:rPr>
              <w:t>Đạt , Vịnh</w:t>
            </w:r>
          </w:p>
        </w:tc>
        <w:tc>
          <w:tcPr>
            <w:tcW w:w="960" w:type="dxa"/>
            <w:tcMar>
              <w:top w:w="80" w:type="dxa"/>
              <w:left w:w="120" w:type="dxa"/>
              <w:bottom w:w="80" w:type="dxa"/>
              <w:right w:w="120" w:type="dxa"/>
            </w:tcMar>
            <w:vAlign w:val="center"/>
          </w:tcPr>
          <w:p w14:paraId="03F38BC1" w14:textId="77777777" w:rsidR="009E11EE" w:rsidRDefault="00000000">
            <w:pPr>
              <w:spacing w:after="0" w:line="240" w:lineRule="auto"/>
              <w:jc w:val="center"/>
            </w:pPr>
            <w:r>
              <w:rPr>
                <w:sz w:val="16"/>
              </w:rPr>
              <w:t>3</w:t>
            </w:r>
          </w:p>
        </w:tc>
        <w:tc>
          <w:tcPr>
            <w:tcW w:w="960" w:type="dxa"/>
            <w:tcMar>
              <w:top w:w="80" w:type="dxa"/>
              <w:left w:w="120" w:type="dxa"/>
              <w:bottom w:w="80" w:type="dxa"/>
              <w:right w:w="120" w:type="dxa"/>
            </w:tcMar>
            <w:vAlign w:val="center"/>
          </w:tcPr>
          <w:p w14:paraId="31451C91"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4365BC05" w14:textId="77777777" w:rsidR="009E11EE" w:rsidRDefault="00000000">
            <w:pPr>
              <w:spacing w:after="0" w:line="240" w:lineRule="auto"/>
              <w:jc w:val="center"/>
            </w:pPr>
            <w:r>
              <w:rPr>
                <w:sz w:val="16"/>
              </w:rPr>
              <w:t>3</w:t>
            </w:r>
          </w:p>
        </w:tc>
        <w:tc>
          <w:tcPr>
            <w:tcW w:w="960" w:type="dxa"/>
            <w:tcMar>
              <w:top w:w="80" w:type="dxa"/>
              <w:left w:w="120" w:type="dxa"/>
              <w:bottom w:w="80" w:type="dxa"/>
              <w:right w:w="120" w:type="dxa"/>
            </w:tcMar>
            <w:vAlign w:val="center"/>
          </w:tcPr>
          <w:p w14:paraId="30EAE163"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3DD55713" w14:textId="77777777" w:rsidR="009E11EE" w:rsidRDefault="00000000">
            <w:pPr>
              <w:spacing w:after="0" w:line="240" w:lineRule="auto"/>
              <w:jc w:val="center"/>
            </w:pPr>
            <w:r>
              <w:rPr>
                <w:sz w:val="16"/>
              </w:rPr>
              <w:t>0</w:t>
            </w:r>
          </w:p>
        </w:tc>
      </w:tr>
      <w:tr w:rsidR="009E11EE" w14:paraId="1E4B2365" w14:textId="77777777">
        <w:tc>
          <w:tcPr>
            <w:tcW w:w="600" w:type="dxa"/>
            <w:shd w:val="clear" w:color="auto" w:fill="F2F4F7"/>
            <w:tcMar>
              <w:top w:w="80" w:type="dxa"/>
              <w:left w:w="120" w:type="dxa"/>
              <w:bottom w:w="80" w:type="dxa"/>
              <w:right w:w="120" w:type="dxa"/>
            </w:tcMar>
            <w:vAlign w:val="center"/>
          </w:tcPr>
          <w:p w14:paraId="3BA91C53" w14:textId="77777777" w:rsidR="009E11EE" w:rsidRDefault="00000000">
            <w:pPr>
              <w:spacing w:after="0" w:line="240" w:lineRule="auto"/>
              <w:jc w:val="center"/>
            </w:pPr>
            <w:r>
              <w:rPr>
                <w:sz w:val="16"/>
              </w:rPr>
              <w:t>26</w:t>
            </w:r>
          </w:p>
        </w:tc>
        <w:tc>
          <w:tcPr>
            <w:tcW w:w="3960" w:type="dxa"/>
            <w:shd w:val="clear" w:color="auto" w:fill="F2F4F7"/>
            <w:tcMar>
              <w:top w:w="80" w:type="dxa"/>
              <w:left w:w="120" w:type="dxa"/>
              <w:bottom w:w="80" w:type="dxa"/>
              <w:right w:w="120" w:type="dxa"/>
            </w:tcMar>
            <w:vAlign w:val="center"/>
          </w:tcPr>
          <w:p w14:paraId="61B070D2" w14:textId="77777777" w:rsidR="009E11EE" w:rsidRDefault="00000000">
            <w:pPr>
              <w:spacing w:after="0" w:line="240" w:lineRule="auto"/>
            </w:pPr>
            <w:r>
              <w:rPr>
                <w:sz w:val="16"/>
              </w:rPr>
              <w:t>Bùi Văn Tuấn</w:t>
            </w:r>
          </w:p>
        </w:tc>
        <w:tc>
          <w:tcPr>
            <w:tcW w:w="960" w:type="dxa"/>
            <w:shd w:val="clear" w:color="auto" w:fill="F2F4F7"/>
            <w:tcMar>
              <w:top w:w="80" w:type="dxa"/>
              <w:left w:w="120" w:type="dxa"/>
              <w:bottom w:w="80" w:type="dxa"/>
              <w:right w:w="120" w:type="dxa"/>
            </w:tcMar>
            <w:vAlign w:val="center"/>
          </w:tcPr>
          <w:p w14:paraId="48E50BDE" w14:textId="77777777" w:rsidR="009E11EE" w:rsidRDefault="00000000">
            <w:pPr>
              <w:spacing w:after="0" w:line="240" w:lineRule="auto"/>
              <w:jc w:val="center"/>
            </w:pPr>
            <w:r>
              <w:rPr>
                <w:sz w:val="16"/>
              </w:rPr>
              <w:t>2</w:t>
            </w:r>
          </w:p>
        </w:tc>
        <w:tc>
          <w:tcPr>
            <w:tcW w:w="960" w:type="dxa"/>
            <w:shd w:val="clear" w:color="auto" w:fill="F2F4F7"/>
            <w:tcMar>
              <w:top w:w="80" w:type="dxa"/>
              <w:left w:w="120" w:type="dxa"/>
              <w:bottom w:w="80" w:type="dxa"/>
              <w:right w:w="120" w:type="dxa"/>
            </w:tcMar>
            <w:vAlign w:val="center"/>
          </w:tcPr>
          <w:p w14:paraId="16052CDA" w14:textId="77777777" w:rsidR="009E11EE" w:rsidRDefault="00000000">
            <w:pPr>
              <w:spacing w:after="0" w:line="240" w:lineRule="auto"/>
              <w:jc w:val="center"/>
            </w:pPr>
            <w:r>
              <w:rPr>
                <w:sz w:val="16"/>
              </w:rPr>
              <w:t>2</w:t>
            </w:r>
          </w:p>
        </w:tc>
        <w:tc>
          <w:tcPr>
            <w:tcW w:w="960" w:type="dxa"/>
            <w:shd w:val="clear" w:color="auto" w:fill="F2F4F7"/>
            <w:tcMar>
              <w:top w:w="80" w:type="dxa"/>
              <w:left w:w="120" w:type="dxa"/>
              <w:bottom w:w="80" w:type="dxa"/>
              <w:right w:w="120" w:type="dxa"/>
            </w:tcMar>
            <w:vAlign w:val="center"/>
          </w:tcPr>
          <w:p w14:paraId="5F965B92"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2643C89B"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1173B09D" w14:textId="77777777" w:rsidR="009E11EE" w:rsidRDefault="00000000">
            <w:pPr>
              <w:spacing w:after="0" w:line="240" w:lineRule="auto"/>
              <w:jc w:val="center"/>
            </w:pPr>
            <w:r>
              <w:rPr>
                <w:sz w:val="16"/>
              </w:rPr>
              <w:t>0</w:t>
            </w:r>
          </w:p>
        </w:tc>
      </w:tr>
      <w:tr w:rsidR="009E11EE" w14:paraId="07E1998A" w14:textId="77777777">
        <w:tc>
          <w:tcPr>
            <w:tcW w:w="600" w:type="dxa"/>
            <w:tcMar>
              <w:top w:w="80" w:type="dxa"/>
              <w:left w:w="120" w:type="dxa"/>
              <w:bottom w:w="80" w:type="dxa"/>
              <w:right w:w="120" w:type="dxa"/>
            </w:tcMar>
            <w:vAlign w:val="center"/>
          </w:tcPr>
          <w:p w14:paraId="4399A18C" w14:textId="77777777" w:rsidR="009E11EE" w:rsidRDefault="00000000">
            <w:pPr>
              <w:spacing w:after="0" w:line="240" w:lineRule="auto"/>
              <w:jc w:val="center"/>
            </w:pPr>
            <w:r>
              <w:rPr>
                <w:sz w:val="16"/>
              </w:rPr>
              <w:t>27</w:t>
            </w:r>
          </w:p>
        </w:tc>
        <w:tc>
          <w:tcPr>
            <w:tcW w:w="3960" w:type="dxa"/>
            <w:tcMar>
              <w:top w:w="80" w:type="dxa"/>
              <w:left w:w="120" w:type="dxa"/>
              <w:bottom w:w="80" w:type="dxa"/>
              <w:right w:w="120" w:type="dxa"/>
            </w:tcMar>
            <w:vAlign w:val="center"/>
          </w:tcPr>
          <w:p w14:paraId="77D7591D" w14:textId="77777777" w:rsidR="009E11EE" w:rsidRDefault="00000000">
            <w:pPr>
              <w:spacing w:after="0" w:line="240" w:lineRule="auto"/>
            </w:pPr>
            <w:r>
              <w:rPr>
                <w:sz w:val="16"/>
              </w:rPr>
              <w:t>Bảo , CHINH</w:t>
            </w:r>
          </w:p>
        </w:tc>
        <w:tc>
          <w:tcPr>
            <w:tcW w:w="960" w:type="dxa"/>
            <w:tcMar>
              <w:top w:w="80" w:type="dxa"/>
              <w:left w:w="120" w:type="dxa"/>
              <w:bottom w:w="80" w:type="dxa"/>
              <w:right w:w="120" w:type="dxa"/>
            </w:tcMar>
            <w:vAlign w:val="center"/>
          </w:tcPr>
          <w:p w14:paraId="1B82A4E6" w14:textId="77777777" w:rsidR="009E11EE" w:rsidRDefault="00000000">
            <w:pPr>
              <w:spacing w:after="0" w:line="240" w:lineRule="auto"/>
              <w:jc w:val="center"/>
            </w:pPr>
            <w:r>
              <w:rPr>
                <w:sz w:val="16"/>
              </w:rPr>
              <w:t>2</w:t>
            </w:r>
          </w:p>
        </w:tc>
        <w:tc>
          <w:tcPr>
            <w:tcW w:w="960" w:type="dxa"/>
            <w:tcMar>
              <w:top w:w="80" w:type="dxa"/>
              <w:left w:w="120" w:type="dxa"/>
              <w:bottom w:w="80" w:type="dxa"/>
              <w:right w:w="120" w:type="dxa"/>
            </w:tcMar>
            <w:vAlign w:val="center"/>
          </w:tcPr>
          <w:p w14:paraId="7DFCCCAA"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6644900A" w14:textId="77777777" w:rsidR="009E11EE" w:rsidRDefault="00000000">
            <w:pPr>
              <w:spacing w:after="0" w:line="240" w:lineRule="auto"/>
              <w:jc w:val="center"/>
            </w:pPr>
            <w:r>
              <w:rPr>
                <w:sz w:val="16"/>
              </w:rPr>
              <w:t>2</w:t>
            </w:r>
          </w:p>
        </w:tc>
        <w:tc>
          <w:tcPr>
            <w:tcW w:w="960" w:type="dxa"/>
            <w:tcMar>
              <w:top w:w="80" w:type="dxa"/>
              <w:left w:w="120" w:type="dxa"/>
              <w:bottom w:w="80" w:type="dxa"/>
              <w:right w:w="120" w:type="dxa"/>
            </w:tcMar>
            <w:vAlign w:val="center"/>
          </w:tcPr>
          <w:p w14:paraId="6F56BA41"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6D343BA8" w14:textId="77777777" w:rsidR="009E11EE" w:rsidRDefault="00000000">
            <w:pPr>
              <w:spacing w:after="0" w:line="240" w:lineRule="auto"/>
              <w:jc w:val="center"/>
            </w:pPr>
            <w:r>
              <w:rPr>
                <w:sz w:val="16"/>
              </w:rPr>
              <w:t>0</w:t>
            </w:r>
          </w:p>
        </w:tc>
      </w:tr>
      <w:tr w:rsidR="009E11EE" w14:paraId="4268882C" w14:textId="77777777">
        <w:tc>
          <w:tcPr>
            <w:tcW w:w="600" w:type="dxa"/>
            <w:shd w:val="clear" w:color="auto" w:fill="F2F4F7"/>
            <w:tcMar>
              <w:top w:w="80" w:type="dxa"/>
              <w:left w:w="120" w:type="dxa"/>
              <w:bottom w:w="80" w:type="dxa"/>
              <w:right w:w="120" w:type="dxa"/>
            </w:tcMar>
            <w:vAlign w:val="center"/>
          </w:tcPr>
          <w:p w14:paraId="74CC0032" w14:textId="77777777" w:rsidR="009E11EE" w:rsidRDefault="00000000">
            <w:pPr>
              <w:spacing w:after="0" w:line="240" w:lineRule="auto"/>
              <w:jc w:val="center"/>
            </w:pPr>
            <w:r>
              <w:rPr>
                <w:sz w:val="16"/>
              </w:rPr>
              <w:t>28</w:t>
            </w:r>
          </w:p>
        </w:tc>
        <w:tc>
          <w:tcPr>
            <w:tcW w:w="3960" w:type="dxa"/>
            <w:shd w:val="clear" w:color="auto" w:fill="F2F4F7"/>
            <w:tcMar>
              <w:top w:w="80" w:type="dxa"/>
              <w:left w:w="120" w:type="dxa"/>
              <w:bottom w:w="80" w:type="dxa"/>
              <w:right w:w="120" w:type="dxa"/>
            </w:tcMar>
            <w:vAlign w:val="center"/>
          </w:tcPr>
          <w:p w14:paraId="51307FCA" w14:textId="77777777" w:rsidR="009E11EE" w:rsidRDefault="00000000">
            <w:pPr>
              <w:spacing w:after="0" w:line="240" w:lineRule="auto"/>
            </w:pPr>
            <w:r>
              <w:rPr>
                <w:sz w:val="16"/>
              </w:rPr>
              <w:t>Huỳnh Công Nông</w:t>
            </w:r>
          </w:p>
        </w:tc>
        <w:tc>
          <w:tcPr>
            <w:tcW w:w="960" w:type="dxa"/>
            <w:shd w:val="clear" w:color="auto" w:fill="F2F4F7"/>
            <w:tcMar>
              <w:top w:w="80" w:type="dxa"/>
              <w:left w:w="120" w:type="dxa"/>
              <w:bottom w:w="80" w:type="dxa"/>
              <w:right w:w="120" w:type="dxa"/>
            </w:tcMar>
            <w:vAlign w:val="center"/>
          </w:tcPr>
          <w:p w14:paraId="4CA34B83" w14:textId="77777777" w:rsidR="009E11EE" w:rsidRDefault="00000000">
            <w:pPr>
              <w:spacing w:after="0" w:line="240" w:lineRule="auto"/>
              <w:jc w:val="center"/>
            </w:pPr>
            <w:r>
              <w:rPr>
                <w:sz w:val="16"/>
              </w:rPr>
              <w:t>2</w:t>
            </w:r>
          </w:p>
        </w:tc>
        <w:tc>
          <w:tcPr>
            <w:tcW w:w="960" w:type="dxa"/>
            <w:shd w:val="clear" w:color="auto" w:fill="F2F4F7"/>
            <w:tcMar>
              <w:top w:w="80" w:type="dxa"/>
              <w:left w:w="120" w:type="dxa"/>
              <w:bottom w:w="80" w:type="dxa"/>
              <w:right w:w="120" w:type="dxa"/>
            </w:tcMar>
            <w:vAlign w:val="center"/>
          </w:tcPr>
          <w:p w14:paraId="2F94C658"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7989EB11"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3B0BE7DB" w14:textId="77777777" w:rsidR="009E11EE" w:rsidRDefault="00000000">
            <w:pPr>
              <w:spacing w:after="0" w:line="240" w:lineRule="auto"/>
              <w:jc w:val="center"/>
            </w:pPr>
            <w:r>
              <w:rPr>
                <w:sz w:val="16"/>
              </w:rPr>
              <w:t>2</w:t>
            </w:r>
          </w:p>
        </w:tc>
        <w:tc>
          <w:tcPr>
            <w:tcW w:w="960" w:type="dxa"/>
            <w:shd w:val="clear" w:color="auto" w:fill="F2F4F7"/>
            <w:tcMar>
              <w:top w:w="80" w:type="dxa"/>
              <w:left w:w="120" w:type="dxa"/>
              <w:bottom w:w="80" w:type="dxa"/>
              <w:right w:w="120" w:type="dxa"/>
            </w:tcMar>
            <w:vAlign w:val="center"/>
          </w:tcPr>
          <w:p w14:paraId="52CA9FFD" w14:textId="77777777" w:rsidR="009E11EE" w:rsidRDefault="00000000">
            <w:pPr>
              <w:spacing w:after="0" w:line="240" w:lineRule="auto"/>
              <w:jc w:val="center"/>
            </w:pPr>
            <w:r>
              <w:rPr>
                <w:sz w:val="16"/>
              </w:rPr>
              <w:t>0</w:t>
            </w:r>
          </w:p>
        </w:tc>
      </w:tr>
      <w:tr w:rsidR="009E11EE" w14:paraId="4B1E9155" w14:textId="77777777">
        <w:tc>
          <w:tcPr>
            <w:tcW w:w="600" w:type="dxa"/>
            <w:tcMar>
              <w:top w:w="80" w:type="dxa"/>
              <w:left w:w="120" w:type="dxa"/>
              <w:bottom w:w="80" w:type="dxa"/>
              <w:right w:w="120" w:type="dxa"/>
            </w:tcMar>
            <w:vAlign w:val="center"/>
          </w:tcPr>
          <w:p w14:paraId="3F3CE2F7" w14:textId="77777777" w:rsidR="009E11EE" w:rsidRDefault="00000000">
            <w:pPr>
              <w:spacing w:after="0" w:line="240" w:lineRule="auto"/>
              <w:jc w:val="center"/>
            </w:pPr>
            <w:r>
              <w:rPr>
                <w:sz w:val="16"/>
              </w:rPr>
              <w:t>29</w:t>
            </w:r>
          </w:p>
        </w:tc>
        <w:tc>
          <w:tcPr>
            <w:tcW w:w="3960" w:type="dxa"/>
            <w:tcMar>
              <w:top w:w="80" w:type="dxa"/>
              <w:left w:w="120" w:type="dxa"/>
              <w:bottom w:w="80" w:type="dxa"/>
              <w:right w:w="120" w:type="dxa"/>
            </w:tcMar>
            <w:vAlign w:val="center"/>
          </w:tcPr>
          <w:p w14:paraId="1DDBF58D" w14:textId="77777777" w:rsidR="009E11EE" w:rsidRDefault="00000000">
            <w:pPr>
              <w:spacing w:after="0" w:line="240" w:lineRule="auto"/>
            </w:pPr>
            <w:r>
              <w:rPr>
                <w:sz w:val="16"/>
              </w:rPr>
              <w:t>Hồ Tiến Sĩ</w:t>
            </w:r>
          </w:p>
        </w:tc>
        <w:tc>
          <w:tcPr>
            <w:tcW w:w="960" w:type="dxa"/>
            <w:tcMar>
              <w:top w:w="80" w:type="dxa"/>
              <w:left w:w="120" w:type="dxa"/>
              <w:bottom w:w="80" w:type="dxa"/>
              <w:right w:w="120" w:type="dxa"/>
            </w:tcMar>
            <w:vAlign w:val="center"/>
          </w:tcPr>
          <w:p w14:paraId="1A67D135" w14:textId="77777777" w:rsidR="009E11EE" w:rsidRDefault="00000000">
            <w:pPr>
              <w:spacing w:after="0" w:line="240" w:lineRule="auto"/>
              <w:jc w:val="center"/>
            </w:pPr>
            <w:r>
              <w:rPr>
                <w:sz w:val="16"/>
              </w:rPr>
              <w:t>2</w:t>
            </w:r>
          </w:p>
        </w:tc>
        <w:tc>
          <w:tcPr>
            <w:tcW w:w="960" w:type="dxa"/>
            <w:tcMar>
              <w:top w:w="80" w:type="dxa"/>
              <w:left w:w="120" w:type="dxa"/>
              <w:bottom w:w="80" w:type="dxa"/>
              <w:right w:w="120" w:type="dxa"/>
            </w:tcMar>
            <w:vAlign w:val="center"/>
          </w:tcPr>
          <w:p w14:paraId="1BD18D76"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512CABFA" w14:textId="77777777" w:rsidR="009E11EE" w:rsidRDefault="00000000">
            <w:pPr>
              <w:spacing w:after="0" w:line="240" w:lineRule="auto"/>
              <w:jc w:val="center"/>
            </w:pPr>
            <w:r>
              <w:rPr>
                <w:sz w:val="16"/>
              </w:rPr>
              <w:t>2</w:t>
            </w:r>
          </w:p>
        </w:tc>
        <w:tc>
          <w:tcPr>
            <w:tcW w:w="960" w:type="dxa"/>
            <w:tcMar>
              <w:top w:w="80" w:type="dxa"/>
              <w:left w:w="120" w:type="dxa"/>
              <w:bottom w:w="80" w:type="dxa"/>
              <w:right w:w="120" w:type="dxa"/>
            </w:tcMar>
            <w:vAlign w:val="center"/>
          </w:tcPr>
          <w:p w14:paraId="39CE73EE"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404250B2" w14:textId="77777777" w:rsidR="009E11EE" w:rsidRDefault="00000000">
            <w:pPr>
              <w:spacing w:after="0" w:line="240" w:lineRule="auto"/>
              <w:jc w:val="center"/>
            </w:pPr>
            <w:r>
              <w:rPr>
                <w:sz w:val="16"/>
              </w:rPr>
              <w:t>0</w:t>
            </w:r>
          </w:p>
        </w:tc>
      </w:tr>
      <w:tr w:rsidR="009E11EE" w14:paraId="62B42ADF" w14:textId="77777777">
        <w:tc>
          <w:tcPr>
            <w:tcW w:w="600" w:type="dxa"/>
            <w:shd w:val="clear" w:color="auto" w:fill="F2F4F7"/>
            <w:tcMar>
              <w:top w:w="80" w:type="dxa"/>
              <w:left w:w="120" w:type="dxa"/>
              <w:bottom w:w="80" w:type="dxa"/>
              <w:right w:w="120" w:type="dxa"/>
            </w:tcMar>
            <w:vAlign w:val="center"/>
          </w:tcPr>
          <w:p w14:paraId="6EBA4D75" w14:textId="77777777" w:rsidR="009E11EE" w:rsidRDefault="00000000">
            <w:pPr>
              <w:spacing w:after="0" w:line="240" w:lineRule="auto"/>
              <w:jc w:val="center"/>
            </w:pPr>
            <w:r>
              <w:rPr>
                <w:sz w:val="16"/>
              </w:rPr>
              <w:t>30</w:t>
            </w:r>
          </w:p>
        </w:tc>
        <w:tc>
          <w:tcPr>
            <w:tcW w:w="3960" w:type="dxa"/>
            <w:shd w:val="clear" w:color="auto" w:fill="F2F4F7"/>
            <w:tcMar>
              <w:top w:w="80" w:type="dxa"/>
              <w:left w:w="120" w:type="dxa"/>
              <w:bottom w:w="80" w:type="dxa"/>
              <w:right w:w="120" w:type="dxa"/>
            </w:tcMar>
            <w:vAlign w:val="center"/>
          </w:tcPr>
          <w:p w14:paraId="7C3A6AB3" w14:textId="77777777" w:rsidR="009E11EE" w:rsidRDefault="00000000">
            <w:pPr>
              <w:spacing w:after="0" w:line="240" w:lineRule="auto"/>
            </w:pPr>
            <w:r>
              <w:rPr>
                <w:sz w:val="16"/>
              </w:rPr>
              <w:t>Lê Văn Hòa</w:t>
            </w:r>
          </w:p>
        </w:tc>
        <w:tc>
          <w:tcPr>
            <w:tcW w:w="960" w:type="dxa"/>
            <w:shd w:val="clear" w:color="auto" w:fill="F2F4F7"/>
            <w:tcMar>
              <w:top w:w="80" w:type="dxa"/>
              <w:left w:w="120" w:type="dxa"/>
              <w:bottom w:w="80" w:type="dxa"/>
              <w:right w:w="120" w:type="dxa"/>
            </w:tcMar>
            <w:vAlign w:val="center"/>
          </w:tcPr>
          <w:p w14:paraId="681C5620" w14:textId="77777777" w:rsidR="009E11EE" w:rsidRDefault="00000000">
            <w:pPr>
              <w:spacing w:after="0" w:line="240" w:lineRule="auto"/>
              <w:jc w:val="center"/>
            </w:pPr>
            <w:r>
              <w:rPr>
                <w:sz w:val="16"/>
              </w:rPr>
              <w:t>2</w:t>
            </w:r>
          </w:p>
        </w:tc>
        <w:tc>
          <w:tcPr>
            <w:tcW w:w="960" w:type="dxa"/>
            <w:shd w:val="clear" w:color="auto" w:fill="F2F4F7"/>
            <w:tcMar>
              <w:top w:w="80" w:type="dxa"/>
              <w:left w:w="120" w:type="dxa"/>
              <w:bottom w:w="80" w:type="dxa"/>
              <w:right w:w="120" w:type="dxa"/>
            </w:tcMar>
            <w:vAlign w:val="center"/>
          </w:tcPr>
          <w:p w14:paraId="222108A1"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6854DDC1"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1ACC2A14"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25770980" w14:textId="77777777" w:rsidR="009E11EE" w:rsidRDefault="00000000">
            <w:pPr>
              <w:spacing w:after="0" w:line="240" w:lineRule="auto"/>
              <w:jc w:val="center"/>
            </w:pPr>
            <w:r>
              <w:rPr>
                <w:sz w:val="16"/>
              </w:rPr>
              <w:t>0</w:t>
            </w:r>
          </w:p>
        </w:tc>
      </w:tr>
      <w:tr w:rsidR="009E11EE" w14:paraId="4802E523" w14:textId="77777777">
        <w:tc>
          <w:tcPr>
            <w:tcW w:w="600" w:type="dxa"/>
            <w:tcMar>
              <w:top w:w="80" w:type="dxa"/>
              <w:left w:w="120" w:type="dxa"/>
              <w:bottom w:w="80" w:type="dxa"/>
              <w:right w:w="120" w:type="dxa"/>
            </w:tcMar>
            <w:vAlign w:val="center"/>
          </w:tcPr>
          <w:p w14:paraId="34DD8FC5" w14:textId="77777777" w:rsidR="009E11EE" w:rsidRDefault="00000000">
            <w:pPr>
              <w:spacing w:after="0" w:line="240" w:lineRule="auto"/>
              <w:jc w:val="center"/>
            </w:pPr>
            <w:r>
              <w:rPr>
                <w:sz w:val="16"/>
              </w:rPr>
              <w:t>31</w:t>
            </w:r>
          </w:p>
        </w:tc>
        <w:tc>
          <w:tcPr>
            <w:tcW w:w="3960" w:type="dxa"/>
            <w:tcMar>
              <w:top w:w="80" w:type="dxa"/>
              <w:left w:w="120" w:type="dxa"/>
              <w:bottom w:w="80" w:type="dxa"/>
              <w:right w:w="120" w:type="dxa"/>
            </w:tcMar>
            <w:vAlign w:val="center"/>
          </w:tcPr>
          <w:p w14:paraId="32E13B7A" w14:textId="77777777" w:rsidR="009E11EE" w:rsidRDefault="00000000">
            <w:pPr>
              <w:spacing w:after="0" w:line="240" w:lineRule="auto"/>
            </w:pPr>
            <w:r>
              <w:rPr>
                <w:sz w:val="16"/>
              </w:rPr>
              <w:t>Nguyễn Văn Ninh</w:t>
            </w:r>
          </w:p>
        </w:tc>
        <w:tc>
          <w:tcPr>
            <w:tcW w:w="960" w:type="dxa"/>
            <w:tcMar>
              <w:top w:w="80" w:type="dxa"/>
              <w:left w:w="120" w:type="dxa"/>
              <w:bottom w:w="80" w:type="dxa"/>
              <w:right w:w="120" w:type="dxa"/>
            </w:tcMar>
            <w:vAlign w:val="center"/>
          </w:tcPr>
          <w:p w14:paraId="05B39908" w14:textId="77777777" w:rsidR="009E11EE" w:rsidRDefault="00000000">
            <w:pPr>
              <w:spacing w:after="0" w:line="240" w:lineRule="auto"/>
              <w:jc w:val="center"/>
            </w:pPr>
            <w:r>
              <w:rPr>
                <w:sz w:val="16"/>
              </w:rPr>
              <w:t>2</w:t>
            </w:r>
          </w:p>
        </w:tc>
        <w:tc>
          <w:tcPr>
            <w:tcW w:w="960" w:type="dxa"/>
            <w:tcMar>
              <w:top w:w="80" w:type="dxa"/>
              <w:left w:w="120" w:type="dxa"/>
              <w:bottom w:w="80" w:type="dxa"/>
              <w:right w:w="120" w:type="dxa"/>
            </w:tcMar>
            <w:vAlign w:val="center"/>
          </w:tcPr>
          <w:p w14:paraId="560275FC"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37753996"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272EFEB1"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50EDA5EA" w14:textId="77777777" w:rsidR="009E11EE" w:rsidRDefault="00000000">
            <w:pPr>
              <w:spacing w:after="0" w:line="240" w:lineRule="auto"/>
              <w:jc w:val="center"/>
            </w:pPr>
            <w:r>
              <w:rPr>
                <w:sz w:val="16"/>
              </w:rPr>
              <w:t>0</w:t>
            </w:r>
          </w:p>
        </w:tc>
      </w:tr>
      <w:tr w:rsidR="009E11EE" w14:paraId="2712BF08" w14:textId="77777777">
        <w:tc>
          <w:tcPr>
            <w:tcW w:w="600" w:type="dxa"/>
            <w:shd w:val="clear" w:color="auto" w:fill="F2F4F7"/>
            <w:tcMar>
              <w:top w:w="80" w:type="dxa"/>
              <w:left w:w="120" w:type="dxa"/>
              <w:bottom w:w="80" w:type="dxa"/>
              <w:right w:w="120" w:type="dxa"/>
            </w:tcMar>
            <w:vAlign w:val="center"/>
          </w:tcPr>
          <w:p w14:paraId="321D5578" w14:textId="77777777" w:rsidR="009E11EE" w:rsidRDefault="00000000">
            <w:pPr>
              <w:spacing w:after="0" w:line="240" w:lineRule="auto"/>
              <w:jc w:val="center"/>
            </w:pPr>
            <w:r>
              <w:rPr>
                <w:sz w:val="16"/>
              </w:rPr>
              <w:t>32</w:t>
            </w:r>
          </w:p>
        </w:tc>
        <w:tc>
          <w:tcPr>
            <w:tcW w:w="3960" w:type="dxa"/>
            <w:shd w:val="clear" w:color="auto" w:fill="F2F4F7"/>
            <w:tcMar>
              <w:top w:w="80" w:type="dxa"/>
              <w:left w:w="120" w:type="dxa"/>
              <w:bottom w:w="80" w:type="dxa"/>
              <w:right w:w="120" w:type="dxa"/>
            </w:tcMar>
            <w:vAlign w:val="center"/>
          </w:tcPr>
          <w:p w14:paraId="2A64A9B2" w14:textId="77777777" w:rsidR="009E11EE" w:rsidRDefault="00000000">
            <w:pPr>
              <w:spacing w:after="0" w:line="240" w:lineRule="auto"/>
            </w:pPr>
            <w:r>
              <w:rPr>
                <w:sz w:val="16"/>
              </w:rPr>
              <w:t>Phan Văn Hiếu</w:t>
            </w:r>
          </w:p>
        </w:tc>
        <w:tc>
          <w:tcPr>
            <w:tcW w:w="960" w:type="dxa"/>
            <w:shd w:val="clear" w:color="auto" w:fill="F2F4F7"/>
            <w:tcMar>
              <w:top w:w="80" w:type="dxa"/>
              <w:left w:w="120" w:type="dxa"/>
              <w:bottom w:w="80" w:type="dxa"/>
              <w:right w:w="120" w:type="dxa"/>
            </w:tcMar>
            <w:vAlign w:val="center"/>
          </w:tcPr>
          <w:p w14:paraId="72CEE7FB" w14:textId="77777777" w:rsidR="009E11EE" w:rsidRDefault="00000000">
            <w:pPr>
              <w:spacing w:after="0" w:line="240" w:lineRule="auto"/>
              <w:jc w:val="center"/>
            </w:pPr>
            <w:r>
              <w:rPr>
                <w:sz w:val="16"/>
              </w:rPr>
              <w:t>2</w:t>
            </w:r>
          </w:p>
        </w:tc>
        <w:tc>
          <w:tcPr>
            <w:tcW w:w="960" w:type="dxa"/>
            <w:shd w:val="clear" w:color="auto" w:fill="F2F4F7"/>
            <w:tcMar>
              <w:top w:w="80" w:type="dxa"/>
              <w:left w:w="120" w:type="dxa"/>
              <w:bottom w:w="80" w:type="dxa"/>
              <w:right w:w="120" w:type="dxa"/>
            </w:tcMar>
            <w:vAlign w:val="center"/>
          </w:tcPr>
          <w:p w14:paraId="06A66B9E"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397B4160"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4887C376"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1B625991" w14:textId="77777777" w:rsidR="009E11EE" w:rsidRDefault="00000000">
            <w:pPr>
              <w:spacing w:after="0" w:line="240" w:lineRule="auto"/>
              <w:jc w:val="center"/>
            </w:pPr>
            <w:r>
              <w:rPr>
                <w:sz w:val="16"/>
              </w:rPr>
              <w:t>0</w:t>
            </w:r>
          </w:p>
        </w:tc>
      </w:tr>
      <w:tr w:rsidR="009E11EE" w14:paraId="2B1A0913" w14:textId="77777777">
        <w:tc>
          <w:tcPr>
            <w:tcW w:w="600" w:type="dxa"/>
            <w:tcMar>
              <w:top w:w="80" w:type="dxa"/>
              <w:left w:w="120" w:type="dxa"/>
              <w:bottom w:w="80" w:type="dxa"/>
              <w:right w:w="120" w:type="dxa"/>
            </w:tcMar>
            <w:vAlign w:val="center"/>
          </w:tcPr>
          <w:p w14:paraId="153767F5" w14:textId="77777777" w:rsidR="009E11EE" w:rsidRDefault="00000000">
            <w:pPr>
              <w:spacing w:after="0" w:line="240" w:lineRule="auto"/>
              <w:jc w:val="center"/>
            </w:pPr>
            <w:r>
              <w:rPr>
                <w:sz w:val="16"/>
              </w:rPr>
              <w:t>33</w:t>
            </w:r>
          </w:p>
        </w:tc>
        <w:tc>
          <w:tcPr>
            <w:tcW w:w="3960" w:type="dxa"/>
            <w:tcMar>
              <w:top w:w="80" w:type="dxa"/>
              <w:left w:w="120" w:type="dxa"/>
              <w:bottom w:w="80" w:type="dxa"/>
              <w:right w:w="120" w:type="dxa"/>
            </w:tcMar>
            <w:vAlign w:val="center"/>
          </w:tcPr>
          <w:p w14:paraId="099BD183" w14:textId="77777777" w:rsidR="009E11EE" w:rsidRDefault="00000000">
            <w:pPr>
              <w:spacing w:after="0" w:line="240" w:lineRule="auto"/>
            </w:pPr>
            <w:r>
              <w:rPr>
                <w:sz w:val="16"/>
              </w:rPr>
              <w:t>Phú Vĩnh</w:t>
            </w:r>
          </w:p>
        </w:tc>
        <w:tc>
          <w:tcPr>
            <w:tcW w:w="960" w:type="dxa"/>
            <w:tcMar>
              <w:top w:w="80" w:type="dxa"/>
              <w:left w:w="120" w:type="dxa"/>
              <w:bottom w:w="80" w:type="dxa"/>
              <w:right w:w="120" w:type="dxa"/>
            </w:tcMar>
            <w:vAlign w:val="center"/>
          </w:tcPr>
          <w:p w14:paraId="39C14836" w14:textId="77777777" w:rsidR="009E11EE" w:rsidRDefault="00000000">
            <w:pPr>
              <w:spacing w:after="0" w:line="240" w:lineRule="auto"/>
              <w:jc w:val="center"/>
            </w:pPr>
            <w:r>
              <w:rPr>
                <w:sz w:val="16"/>
              </w:rPr>
              <w:t>2</w:t>
            </w:r>
          </w:p>
        </w:tc>
        <w:tc>
          <w:tcPr>
            <w:tcW w:w="960" w:type="dxa"/>
            <w:tcMar>
              <w:top w:w="80" w:type="dxa"/>
              <w:left w:w="120" w:type="dxa"/>
              <w:bottom w:w="80" w:type="dxa"/>
              <w:right w:w="120" w:type="dxa"/>
            </w:tcMar>
            <w:vAlign w:val="center"/>
          </w:tcPr>
          <w:p w14:paraId="46FC0D3E"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4E94E441"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41057E8F"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0AD511D7" w14:textId="77777777" w:rsidR="009E11EE" w:rsidRDefault="00000000">
            <w:pPr>
              <w:spacing w:after="0" w:line="240" w:lineRule="auto"/>
              <w:jc w:val="center"/>
            </w:pPr>
            <w:r>
              <w:rPr>
                <w:sz w:val="16"/>
              </w:rPr>
              <w:t>0</w:t>
            </w:r>
          </w:p>
        </w:tc>
      </w:tr>
      <w:tr w:rsidR="009E11EE" w14:paraId="71E6E1B8" w14:textId="77777777">
        <w:tc>
          <w:tcPr>
            <w:tcW w:w="600" w:type="dxa"/>
            <w:shd w:val="clear" w:color="auto" w:fill="F2F4F7"/>
            <w:tcMar>
              <w:top w:w="80" w:type="dxa"/>
              <w:left w:w="120" w:type="dxa"/>
              <w:bottom w:w="80" w:type="dxa"/>
              <w:right w:w="120" w:type="dxa"/>
            </w:tcMar>
            <w:vAlign w:val="center"/>
          </w:tcPr>
          <w:p w14:paraId="20DAD893" w14:textId="77777777" w:rsidR="009E11EE" w:rsidRDefault="00000000">
            <w:pPr>
              <w:spacing w:after="0" w:line="240" w:lineRule="auto"/>
              <w:jc w:val="center"/>
            </w:pPr>
            <w:r>
              <w:rPr>
                <w:sz w:val="16"/>
              </w:rPr>
              <w:t>34</w:t>
            </w:r>
          </w:p>
        </w:tc>
        <w:tc>
          <w:tcPr>
            <w:tcW w:w="3960" w:type="dxa"/>
            <w:shd w:val="clear" w:color="auto" w:fill="F2F4F7"/>
            <w:tcMar>
              <w:top w:w="80" w:type="dxa"/>
              <w:left w:w="120" w:type="dxa"/>
              <w:bottom w:w="80" w:type="dxa"/>
              <w:right w:w="120" w:type="dxa"/>
            </w:tcMar>
            <w:vAlign w:val="center"/>
          </w:tcPr>
          <w:p w14:paraId="06B33B80" w14:textId="77777777" w:rsidR="009E11EE" w:rsidRDefault="00000000">
            <w:pPr>
              <w:spacing w:after="0" w:line="240" w:lineRule="auto"/>
            </w:pPr>
            <w:r>
              <w:rPr>
                <w:sz w:val="16"/>
              </w:rPr>
              <w:t>Trần Dũng</w:t>
            </w:r>
          </w:p>
        </w:tc>
        <w:tc>
          <w:tcPr>
            <w:tcW w:w="960" w:type="dxa"/>
            <w:shd w:val="clear" w:color="auto" w:fill="F2F4F7"/>
            <w:tcMar>
              <w:top w:w="80" w:type="dxa"/>
              <w:left w:w="120" w:type="dxa"/>
              <w:bottom w:w="80" w:type="dxa"/>
              <w:right w:w="120" w:type="dxa"/>
            </w:tcMar>
            <w:vAlign w:val="center"/>
          </w:tcPr>
          <w:p w14:paraId="24FE448A" w14:textId="77777777" w:rsidR="009E11EE" w:rsidRDefault="00000000">
            <w:pPr>
              <w:spacing w:after="0" w:line="240" w:lineRule="auto"/>
              <w:jc w:val="center"/>
            </w:pPr>
            <w:r>
              <w:rPr>
                <w:sz w:val="16"/>
              </w:rPr>
              <w:t>2</w:t>
            </w:r>
          </w:p>
        </w:tc>
        <w:tc>
          <w:tcPr>
            <w:tcW w:w="960" w:type="dxa"/>
            <w:shd w:val="clear" w:color="auto" w:fill="F2F4F7"/>
            <w:tcMar>
              <w:top w:w="80" w:type="dxa"/>
              <w:left w:w="120" w:type="dxa"/>
              <w:bottom w:w="80" w:type="dxa"/>
              <w:right w:w="120" w:type="dxa"/>
            </w:tcMar>
            <w:vAlign w:val="center"/>
          </w:tcPr>
          <w:p w14:paraId="49982DF6"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6E28094F" w14:textId="77777777" w:rsidR="009E11EE" w:rsidRDefault="00000000">
            <w:pPr>
              <w:spacing w:after="0" w:line="240" w:lineRule="auto"/>
              <w:jc w:val="center"/>
            </w:pPr>
            <w:r>
              <w:rPr>
                <w:sz w:val="16"/>
              </w:rPr>
              <w:t>2</w:t>
            </w:r>
          </w:p>
        </w:tc>
        <w:tc>
          <w:tcPr>
            <w:tcW w:w="960" w:type="dxa"/>
            <w:shd w:val="clear" w:color="auto" w:fill="F2F4F7"/>
            <w:tcMar>
              <w:top w:w="80" w:type="dxa"/>
              <w:left w:w="120" w:type="dxa"/>
              <w:bottom w:w="80" w:type="dxa"/>
              <w:right w:w="120" w:type="dxa"/>
            </w:tcMar>
            <w:vAlign w:val="center"/>
          </w:tcPr>
          <w:p w14:paraId="10FA1ED4"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667D59B2" w14:textId="77777777" w:rsidR="009E11EE" w:rsidRDefault="00000000">
            <w:pPr>
              <w:spacing w:after="0" w:line="240" w:lineRule="auto"/>
              <w:jc w:val="center"/>
            </w:pPr>
            <w:r>
              <w:rPr>
                <w:sz w:val="16"/>
              </w:rPr>
              <w:t>0</w:t>
            </w:r>
          </w:p>
        </w:tc>
      </w:tr>
      <w:tr w:rsidR="009E11EE" w14:paraId="2CC83A22" w14:textId="77777777">
        <w:tc>
          <w:tcPr>
            <w:tcW w:w="600" w:type="dxa"/>
            <w:tcMar>
              <w:top w:w="80" w:type="dxa"/>
              <w:left w:w="120" w:type="dxa"/>
              <w:bottom w:w="80" w:type="dxa"/>
              <w:right w:w="120" w:type="dxa"/>
            </w:tcMar>
            <w:vAlign w:val="center"/>
          </w:tcPr>
          <w:p w14:paraId="416E4ACD" w14:textId="77777777" w:rsidR="009E11EE" w:rsidRDefault="00000000">
            <w:pPr>
              <w:spacing w:after="0" w:line="240" w:lineRule="auto"/>
              <w:jc w:val="center"/>
            </w:pPr>
            <w:r>
              <w:rPr>
                <w:sz w:val="16"/>
              </w:rPr>
              <w:t>35</w:t>
            </w:r>
          </w:p>
        </w:tc>
        <w:tc>
          <w:tcPr>
            <w:tcW w:w="3960" w:type="dxa"/>
            <w:tcMar>
              <w:top w:w="80" w:type="dxa"/>
              <w:left w:w="120" w:type="dxa"/>
              <w:bottom w:w="80" w:type="dxa"/>
              <w:right w:w="120" w:type="dxa"/>
            </w:tcMar>
            <w:vAlign w:val="center"/>
          </w:tcPr>
          <w:p w14:paraId="3F387729" w14:textId="77777777" w:rsidR="009E11EE" w:rsidRDefault="00000000">
            <w:pPr>
              <w:spacing w:after="0" w:line="240" w:lineRule="auto"/>
            </w:pPr>
            <w:r>
              <w:rPr>
                <w:sz w:val="16"/>
              </w:rPr>
              <w:t>Trần Văn Hát , Trần Văn Thưởng</w:t>
            </w:r>
          </w:p>
        </w:tc>
        <w:tc>
          <w:tcPr>
            <w:tcW w:w="960" w:type="dxa"/>
            <w:tcMar>
              <w:top w:w="80" w:type="dxa"/>
              <w:left w:w="120" w:type="dxa"/>
              <w:bottom w:w="80" w:type="dxa"/>
              <w:right w:w="120" w:type="dxa"/>
            </w:tcMar>
            <w:vAlign w:val="center"/>
          </w:tcPr>
          <w:p w14:paraId="74402DD1" w14:textId="77777777" w:rsidR="009E11EE" w:rsidRDefault="00000000">
            <w:pPr>
              <w:spacing w:after="0" w:line="240" w:lineRule="auto"/>
              <w:jc w:val="center"/>
            </w:pPr>
            <w:r>
              <w:rPr>
                <w:sz w:val="16"/>
              </w:rPr>
              <w:t>2</w:t>
            </w:r>
          </w:p>
        </w:tc>
        <w:tc>
          <w:tcPr>
            <w:tcW w:w="960" w:type="dxa"/>
            <w:tcMar>
              <w:top w:w="80" w:type="dxa"/>
              <w:left w:w="120" w:type="dxa"/>
              <w:bottom w:w="80" w:type="dxa"/>
              <w:right w:w="120" w:type="dxa"/>
            </w:tcMar>
            <w:vAlign w:val="center"/>
          </w:tcPr>
          <w:p w14:paraId="5D2AA788"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4869E8F1" w14:textId="77777777" w:rsidR="009E11EE" w:rsidRDefault="00000000">
            <w:pPr>
              <w:spacing w:after="0" w:line="240" w:lineRule="auto"/>
              <w:jc w:val="center"/>
            </w:pPr>
            <w:r>
              <w:rPr>
                <w:sz w:val="16"/>
              </w:rPr>
              <w:t>2</w:t>
            </w:r>
          </w:p>
        </w:tc>
        <w:tc>
          <w:tcPr>
            <w:tcW w:w="960" w:type="dxa"/>
            <w:tcMar>
              <w:top w:w="80" w:type="dxa"/>
              <w:left w:w="120" w:type="dxa"/>
              <w:bottom w:w="80" w:type="dxa"/>
              <w:right w:w="120" w:type="dxa"/>
            </w:tcMar>
            <w:vAlign w:val="center"/>
          </w:tcPr>
          <w:p w14:paraId="221A4BE8"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65DEBB67" w14:textId="77777777" w:rsidR="009E11EE" w:rsidRDefault="00000000">
            <w:pPr>
              <w:spacing w:after="0" w:line="240" w:lineRule="auto"/>
              <w:jc w:val="center"/>
            </w:pPr>
            <w:r>
              <w:rPr>
                <w:sz w:val="16"/>
              </w:rPr>
              <w:t>0</w:t>
            </w:r>
          </w:p>
        </w:tc>
      </w:tr>
      <w:tr w:rsidR="009E11EE" w14:paraId="7578069E" w14:textId="77777777">
        <w:tc>
          <w:tcPr>
            <w:tcW w:w="600" w:type="dxa"/>
            <w:shd w:val="clear" w:color="auto" w:fill="F2F4F7"/>
            <w:tcMar>
              <w:top w:w="80" w:type="dxa"/>
              <w:left w:w="120" w:type="dxa"/>
              <w:bottom w:w="80" w:type="dxa"/>
              <w:right w:w="120" w:type="dxa"/>
            </w:tcMar>
            <w:vAlign w:val="center"/>
          </w:tcPr>
          <w:p w14:paraId="186AEA6B" w14:textId="77777777" w:rsidR="009E11EE" w:rsidRDefault="00000000">
            <w:pPr>
              <w:spacing w:after="0" w:line="240" w:lineRule="auto"/>
              <w:jc w:val="center"/>
            </w:pPr>
            <w:r>
              <w:rPr>
                <w:sz w:val="16"/>
              </w:rPr>
              <w:t>36</w:t>
            </w:r>
          </w:p>
        </w:tc>
        <w:tc>
          <w:tcPr>
            <w:tcW w:w="3960" w:type="dxa"/>
            <w:shd w:val="clear" w:color="auto" w:fill="F2F4F7"/>
            <w:tcMar>
              <w:top w:w="80" w:type="dxa"/>
              <w:left w:w="120" w:type="dxa"/>
              <w:bottom w:w="80" w:type="dxa"/>
              <w:right w:w="120" w:type="dxa"/>
            </w:tcMar>
            <w:vAlign w:val="center"/>
          </w:tcPr>
          <w:p w14:paraId="58AFC9F6" w14:textId="77777777" w:rsidR="009E11EE" w:rsidRDefault="00000000">
            <w:pPr>
              <w:spacing w:after="0" w:line="240" w:lineRule="auto"/>
            </w:pPr>
            <w:r>
              <w:rPr>
                <w:sz w:val="16"/>
              </w:rPr>
              <w:t>Trần Văn Tùng</w:t>
            </w:r>
          </w:p>
        </w:tc>
        <w:tc>
          <w:tcPr>
            <w:tcW w:w="960" w:type="dxa"/>
            <w:shd w:val="clear" w:color="auto" w:fill="F2F4F7"/>
            <w:tcMar>
              <w:top w:w="80" w:type="dxa"/>
              <w:left w:w="120" w:type="dxa"/>
              <w:bottom w:w="80" w:type="dxa"/>
              <w:right w:w="120" w:type="dxa"/>
            </w:tcMar>
            <w:vAlign w:val="center"/>
          </w:tcPr>
          <w:p w14:paraId="6AE3B9F5" w14:textId="77777777" w:rsidR="009E11EE" w:rsidRDefault="00000000">
            <w:pPr>
              <w:spacing w:after="0" w:line="240" w:lineRule="auto"/>
              <w:jc w:val="center"/>
            </w:pPr>
            <w:r>
              <w:rPr>
                <w:sz w:val="16"/>
              </w:rPr>
              <w:t>2</w:t>
            </w:r>
          </w:p>
        </w:tc>
        <w:tc>
          <w:tcPr>
            <w:tcW w:w="960" w:type="dxa"/>
            <w:shd w:val="clear" w:color="auto" w:fill="F2F4F7"/>
            <w:tcMar>
              <w:top w:w="80" w:type="dxa"/>
              <w:left w:w="120" w:type="dxa"/>
              <w:bottom w:w="80" w:type="dxa"/>
              <w:right w:w="120" w:type="dxa"/>
            </w:tcMar>
            <w:vAlign w:val="center"/>
          </w:tcPr>
          <w:p w14:paraId="3D61D2CE"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6CE10AC4"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1066EA8E"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57410C0C" w14:textId="77777777" w:rsidR="009E11EE" w:rsidRDefault="00000000">
            <w:pPr>
              <w:spacing w:after="0" w:line="240" w:lineRule="auto"/>
              <w:jc w:val="center"/>
            </w:pPr>
            <w:r>
              <w:rPr>
                <w:sz w:val="16"/>
              </w:rPr>
              <w:t>0</w:t>
            </w:r>
          </w:p>
        </w:tc>
      </w:tr>
      <w:tr w:rsidR="009E11EE" w14:paraId="7624B881" w14:textId="77777777">
        <w:tc>
          <w:tcPr>
            <w:tcW w:w="600" w:type="dxa"/>
            <w:tcMar>
              <w:top w:w="80" w:type="dxa"/>
              <w:left w:w="120" w:type="dxa"/>
              <w:bottom w:w="80" w:type="dxa"/>
              <w:right w:w="120" w:type="dxa"/>
            </w:tcMar>
            <w:vAlign w:val="center"/>
          </w:tcPr>
          <w:p w14:paraId="18A2C892" w14:textId="77777777" w:rsidR="009E11EE" w:rsidRDefault="00000000">
            <w:pPr>
              <w:spacing w:after="0" w:line="240" w:lineRule="auto"/>
              <w:jc w:val="center"/>
            </w:pPr>
            <w:r>
              <w:rPr>
                <w:sz w:val="16"/>
              </w:rPr>
              <w:t>37</w:t>
            </w:r>
          </w:p>
        </w:tc>
        <w:tc>
          <w:tcPr>
            <w:tcW w:w="3960" w:type="dxa"/>
            <w:tcMar>
              <w:top w:w="80" w:type="dxa"/>
              <w:left w:w="120" w:type="dxa"/>
              <w:bottom w:w="80" w:type="dxa"/>
              <w:right w:w="120" w:type="dxa"/>
            </w:tcMar>
            <w:vAlign w:val="center"/>
          </w:tcPr>
          <w:p w14:paraId="37F5558B" w14:textId="77777777" w:rsidR="009E11EE" w:rsidRDefault="00000000">
            <w:pPr>
              <w:spacing w:after="0" w:line="240" w:lineRule="auto"/>
            </w:pPr>
            <w:r>
              <w:rPr>
                <w:sz w:val="16"/>
              </w:rPr>
              <w:t>Trần Văn Tùng Và Hồ Văn Việt</w:t>
            </w:r>
          </w:p>
        </w:tc>
        <w:tc>
          <w:tcPr>
            <w:tcW w:w="960" w:type="dxa"/>
            <w:tcMar>
              <w:top w:w="80" w:type="dxa"/>
              <w:left w:w="120" w:type="dxa"/>
              <w:bottom w:w="80" w:type="dxa"/>
              <w:right w:w="120" w:type="dxa"/>
            </w:tcMar>
            <w:vAlign w:val="center"/>
          </w:tcPr>
          <w:p w14:paraId="59DF7A6E" w14:textId="77777777" w:rsidR="009E11EE" w:rsidRDefault="00000000">
            <w:pPr>
              <w:spacing w:after="0" w:line="240" w:lineRule="auto"/>
              <w:jc w:val="center"/>
            </w:pPr>
            <w:r>
              <w:rPr>
                <w:sz w:val="16"/>
              </w:rPr>
              <w:t>2</w:t>
            </w:r>
          </w:p>
        </w:tc>
        <w:tc>
          <w:tcPr>
            <w:tcW w:w="960" w:type="dxa"/>
            <w:tcMar>
              <w:top w:w="80" w:type="dxa"/>
              <w:left w:w="120" w:type="dxa"/>
              <w:bottom w:w="80" w:type="dxa"/>
              <w:right w:w="120" w:type="dxa"/>
            </w:tcMar>
            <w:vAlign w:val="center"/>
          </w:tcPr>
          <w:p w14:paraId="6D68ABFE"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639B2DE7" w14:textId="77777777" w:rsidR="009E11EE" w:rsidRDefault="00000000">
            <w:pPr>
              <w:spacing w:after="0" w:line="240" w:lineRule="auto"/>
              <w:jc w:val="center"/>
            </w:pPr>
            <w:r>
              <w:rPr>
                <w:sz w:val="16"/>
              </w:rPr>
              <w:t>2</w:t>
            </w:r>
          </w:p>
        </w:tc>
        <w:tc>
          <w:tcPr>
            <w:tcW w:w="960" w:type="dxa"/>
            <w:tcMar>
              <w:top w:w="80" w:type="dxa"/>
              <w:left w:w="120" w:type="dxa"/>
              <w:bottom w:w="80" w:type="dxa"/>
              <w:right w:w="120" w:type="dxa"/>
            </w:tcMar>
            <w:vAlign w:val="center"/>
          </w:tcPr>
          <w:p w14:paraId="533CCFDB"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5EFEF5B3" w14:textId="77777777" w:rsidR="009E11EE" w:rsidRDefault="00000000">
            <w:pPr>
              <w:spacing w:after="0" w:line="240" w:lineRule="auto"/>
              <w:jc w:val="center"/>
            </w:pPr>
            <w:r>
              <w:rPr>
                <w:sz w:val="16"/>
              </w:rPr>
              <w:t>0</w:t>
            </w:r>
          </w:p>
        </w:tc>
      </w:tr>
      <w:tr w:rsidR="009E11EE" w14:paraId="3C319121" w14:textId="77777777">
        <w:tc>
          <w:tcPr>
            <w:tcW w:w="600" w:type="dxa"/>
            <w:shd w:val="clear" w:color="auto" w:fill="F2F4F7"/>
            <w:tcMar>
              <w:top w:w="80" w:type="dxa"/>
              <w:left w:w="120" w:type="dxa"/>
              <w:bottom w:w="80" w:type="dxa"/>
              <w:right w:w="120" w:type="dxa"/>
            </w:tcMar>
            <w:vAlign w:val="center"/>
          </w:tcPr>
          <w:p w14:paraId="79C71CF4" w14:textId="77777777" w:rsidR="009E11EE" w:rsidRDefault="00000000">
            <w:pPr>
              <w:spacing w:after="0" w:line="240" w:lineRule="auto"/>
              <w:jc w:val="center"/>
            </w:pPr>
            <w:r>
              <w:rPr>
                <w:sz w:val="16"/>
              </w:rPr>
              <w:t>38</w:t>
            </w:r>
          </w:p>
        </w:tc>
        <w:tc>
          <w:tcPr>
            <w:tcW w:w="3960" w:type="dxa"/>
            <w:shd w:val="clear" w:color="auto" w:fill="F2F4F7"/>
            <w:tcMar>
              <w:top w:w="80" w:type="dxa"/>
              <w:left w:w="120" w:type="dxa"/>
              <w:bottom w:w="80" w:type="dxa"/>
              <w:right w:w="120" w:type="dxa"/>
            </w:tcMar>
            <w:vAlign w:val="center"/>
          </w:tcPr>
          <w:p w14:paraId="66AEB2A7" w14:textId="77777777" w:rsidR="009E11EE" w:rsidRDefault="00000000">
            <w:pPr>
              <w:spacing w:after="0" w:line="240" w:lineRule="auto"/>
            </w:pPr>
            <w:r>
              <w:rPr>
                <w:sz w:val="16"/>
              </w:rPr>
              <w:t>Tạo</w:t>
            </w:r>
          </w:p>
        </w:tc>
        <w:tc>
          <w:tcPr>
            <w:tcW w:w="960" w:type="dxa"/>
            <w:shd w:val="clear" w:color="auto" w:fill="F2F4F7"/>
            <w:tcMar>
              <w:top w:w="80" w:type="dxa"/>
              <w:left w:w="120" w:type="dxa"/>
              <w:bottom w:w="80" w:type="dxa"/>
              <w:right w:w="120" w:type="dxa"/>
            </w:tcMar>
            <w:vAlign w:val="center"/>
          </w:tcPr>
          <w:p w14:paraId="57088DCE" w14:textId="77777777" w:rsidR="009E11EE" w:rsidRDefault="00000000">
            <w:pPr>
              <w:spacing w:after="0" w:line="240" w:lineRule="auto"/>
              <w:jc w:val="center"/>
            </w:pPr>
            <w:r>
              <w:rPr>
                <w:sz w:val="16"/>
              </w:rPr>
              <w:t>2</w:t>
            </w:r>
          </w:p>
        </w:tc>
        <w:tc>
          <w:tcPr>
            <w:tcW w:w="960" w:type="dxa"/>
            <w:shd w:val="clear" w:color="auto" w:fill="F2F4F7"/>
            <w:tcMar>
              <w:top w:w="80" w:type="dxa"/>
              <w:left w:w="120" w:type="dxa"/>
              <w:bottom w:w="80" w:type="dxa"/>
              <w:right w:w="120" w:type="dxa"/>
            </w:tcMar>
            <w:vAlign w:val="center"/>
          </w:tcPr>
          <w:p w14:paraId="7E34E934"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4EE37A22"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07D14924"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02EF94F1" w14:textId="77777777" w:rsidR="009E11EE" w:rsidRDefault="00000000">
            <w:pPr>
              <w:spacing w:after="0" w:line="240" w:lineRule="auto"/>
              <w:jc w:val="center"/>
            </w:pPr>
            <w:r>
              <w:rPr>
                <w:sz w:val="16"/>
              </w:rPr>
              <w:t>0</w:t>
            </w:r>
          </w:p>
        </w:tc>
      </w:tr>
      <w:tr w:rsidR="009E11EE" w14:paraId="6E6A27C1" w14:textId="77777777">
        <w:tc>
          <w:tcPr>
            <w:tcW w:w="600" w:type="dxa"/>
            <w:tcMar>
              <w:top w:w="80" w:type="dxa"/>
              <w:left w:w="120" w:type="dxa"/>
              <w:bottom w:w="80" w:type="dxa"/>
              <w:right w:w="120" w:type="dxa"/>
            </w:tcMar>
            <w:vAlign w:val="center"/>
          </w:tcPr>
          <w:p w14:paraId="549985F1" w14:textId="77777777" w:rsidR="009E11EE" w:rsidRDefault="00000000">
            <w:pPr>
              <w:spacing w:after="0" w:line="240" w:lineRule="auto"/>
              <w:jc w:val="center"/>
            </w:pPr>
            <w:r>
              <w:rPr>
                <w:sz w:val="16"/>
              </w:rPr>
              <w:t>39</w:t>
            </w:r>
          </w:p>
        </w:tc>
        <w:tc>
          <w:tcPr>
            <w:tcW w:w="3960" w:type="dxa"/>
            <w:tcMar>
              <w:top w:w="80" w:type="dxa"/>
              <w:left w:w="120" w:type="dxa"/>
              <w:bottom w:w="80" w:type="dxa"/>
              <w:right w:w="120" w:type="dxa"/>
            </w:tcMar>
            <w:vAlign w:val="center"/>
          </w:tcPr>
          <w:p w14:paraId="20B44F10" w14:textId="77777777" w:rsidR="009E11EE" w:rsidRDefault="00000000">
            <w:pPr>
              <w:spacing w:after="0" w:line="240" w:lineRule="auto"/>
            </w:pPr>
            <w:r>
              <w:rPr>
                <w:sz w:val="16"/>
              </w:rPr>
              <w:t>Đào Hóa Em</w:t>
            </w:r>
          </w:p>
        </w:tc>
        <w:tc>
          <w:tcPr>
            <w:tcW w:w="960" w:type="dxa"/>
            <w:tcMar>
              <w:top w:w="80" w:type="dxa"/>
              <w:left w:w="120" w:type="dxa"/>
              <w:bottom w:w="80" w:type="dxa"/>
              <w:right w:w="120" w:type="dxa"/>
            </w:tcMar>
            <w:vAlign w:val="center"/>
          </w:tcPr>
          <w:p w14:paraId="4049CA7E" w14:textId="77777777" w:rsidR="009E11EE" w:rsidRDefault="00000000">
            <w:pPr>
              <w:spacing w:after="0" w:line="240" w:lineRule="auto"/>
              <w:jc w:val="center"/>
            </w:pPr>
            <w:r>
              <w:rPr>
                <w:sz w:val="16"/>
              </w:rPr>
              <w:t>2</w:t>
            </w:r>
          </w:p>
        </w:tc>
        <w:tc>
          <w:tcPr>
            <w:tcW w:w="960" w:type="dxa"/>
            <w:tcMar>
              <w:top w:w="80" w:type="dxa"/>
              <w:left w:w="120" w:type="dxa"/>
              <w:bottom w:w="80" w:type="dxa"/>
              <w:right w:w="120" w:type="dxa"/>
            </w:tcMar>
            <w:vAlign w:val="center"/>
          </w:tcPr>
          <w:p w14:paraId="69EA07A8"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5234A799" w14:textId="77777777" w:rsidR="009E11EE" w:rsidRDefault="00000000">
            <w:pPr>
              <w:spacing w:after="0" w:line="240" w:lineRule="auto"/>
              <w:jc w:val="center"/>
            </w:pPr>
            <w:r>
              <w:rPr>
                <w:sz w:val="16"/>
              </w:rPr>
              <w:t>2</w:t>
            </w:r>
          </w:p>
        </w:tc>
        <w:tc>
          <w:tcPr>
            <w:tcW w:w="960" w:type="dxa"/>
            <w:tcMar>
              <w:top w:w="80" w:type="dxa"/>
              <w:left w:w="120" w:type="dxa"/>
              <w:bottom w:w="80" w:type="dxa"/>
              <w:right w:w="120" w:type="dxa"/>
            </w:tcMar>
            <w:vAlign w:val="center"/>
          </w:tcPr>
          <w:p w14:paraId="490E842E"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4CF1AC41" w14:textId="77777777" w:rsidR="009E11EE" w:rsidRDefault="00000000">
            <w:pPr>
              <w:spacing w:after="0" w:line="240" w:lineRule="auto"/>
              <w:jc w:val="center"/>
            </w:pPr>
            <w:r>
              <w:rPr>
                <w:sz w:val="16"/>
              </w:rPr>
              <w:t>0</w:t>
            </w:r>
          </w:p>
        </w:tc>
      </w:tr>
      <w:tr w:rsidR="009E11EE" w14:paraId="2A97908B" w14:textId="77777777">
        <w:tc>
          <w:tcPr>
            <w:tcW w:w="600" w:type="dxa"/>
            <w:shd w:val="clear" w:color="auto" w:fill="F2F4F7"/>
            <w:tcMar>
              <w:top w:w="80" w:type="dxa"/>
              <w:left w:w="120" w:type="dxa"/>
              <w:bottom w:w="80" w:type="dxa"/>
              <w:right w:w="120" w:type="dxa"/>
            </w:tcMar>
            <w:vAlign w:val="center"/>
          </w:tcPr>
          <w:p w14:paraId="798417C3" w14:textId="77777777" w:rsidR="009E11EE" w:rsidRDefault="00000000">
            <w:pPr>
              <w:spacing w:after="0" w:line="240" w:lineRule="auto"/>
              <w:jc w:val="center"/>
            </w:pPr>
            <w:r>
              <w:rPr>
                <w:sz w:val="16"/>
              </w:rPr>
              <w:t>40</w:t>
            </w:r>
          </w:p>
        </w:tc>
        <w:tc>
          <w:tcPr>
            <w:tcW w:w="3960" w:type="dxa"/>
            <w:shd w:val="clear" w:color="auto" w:fill="F2F4F7"/>
            <w:tcMar>
              <w:top w:w="80" w:type="dxa"/>
              <w:left w:w="120" w:type="dxa"/>
              <w:bottom w:w="80" w:type="dxa"/>
              <w:right w:w="120" w:type="dxa"/>
            </w:tcMar>
            <w:vAlign w:val="center"/>
          </w:tcPr>
          <w:p w14:paraId="5B908F65" w14:textId="77777777" w:rsidR="009E11EE" w:rsidRDefault="00000000">
            <w:pPr>
              <w:spacing w:after="0" w:line="240" w:lineRule="auto"/>
            </w:pPr>
            <w:r>
              <w:rPr>
                <w:sz w:val="16"/>
              </w:rPr>
              <w:t>Bảo</w:t>
            </w:r>
          </w:p>
        </w:tc>
        <w:tc>
          <w:tcPr>
            <w:tcW w:w="960" w:type="dxa"/>
            <w:shd w:val="clear" w:color="auto" w:fill="F2F4F7"/>
            <w:tcMar>
              <w:top w:w="80" w:type="dxa"/>
              <w:left w:w="120" w:type="dxa"/>
              <w:bottom w:w="80" w:type="dxa"/>
              <w:right w:w="120" w:type="dxa"/>
            </w:tcMar>
            <w:vAlign w:val="center"/>
          </w:tcPr>
          <w:p w14:paraId="53DA03C3"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6DCF2328"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3E84B522"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0425C015"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37469A3B" w14:textId="77777777" w:rsidR="009E11EE" w:rsidRDefault="00000000">
            <w:pPr>
              <w:spacing w:after="0" w:line="240" w:lineRule="auto"/>
              <w:jc w:val="center"/>
            </w:pPr>
            <w:r>
              <w:rPr>
                <w:sz w:val="16"/>
              </w:rPr>
              <w:t>0</w:t>
            </w:r>
          </w:p>
        </w:tc>
      </w:tr>
      <w:tr w:rsidR="009E11EE" w14:paraId="1BC91A25" w14:textId="77777777">
        <w:tc>
          <w:tcPr>
            <w:tcW w:w="600" w:type="dxa"/>
            <w:tcMar>
              <w:top w:w="80" w:type="dxa"/>
              <w:left w:w="120" w:type="dxa"/>
              <w:bottom w:w="80" w:type="dxa"/>
              <w:right w:w="120" w:type="dxa"/>
            </w:tcMar>
            <w:vAlign w:val="center"/>
          </w:tcPr>
          <w:p w14:paraId="1390E670" w14:textId="77777777" w:rsidR="009E11EE" w:rsidRDefault="00000000">
            <w:pPr>
              <w:spacing w:after="0" w:line="240" w:lineRule="auto"/>
              <w:jc w:val="center"/>
            </w:pPr>
            <w:r>
              <w:rPr>
                <w:sz w:val="16"/>
              </w:rPr>
              <w:t>41</w:t>
            </w:r>
          </w:p>
        </w:tc>
        <w:tc>
          <w:tcPr>
            <w:tcW w:w="3960" w:type="dxa"/>
            <w:tcMar>
              <w:top w:w="80" w:type="dxa"/>
              <w:left w:w="120" w:type="dxa"/>
              <w:bottom w:w="80" w:type="dxa"/>
              <w:right w:w="120" w:type="dxa"/>
            </w:tcMar>
            <w:vAlign w:val="center"/>
          </w:tcPr>
          <w:p w14:paraId="38E5042B" w14:textId="77777777" w:rsidR="009E11EE" w:rsidRDefault="00000000">
            <w:pPr>
              <w:spacing w:after="0" w:line="240" w:lineRule="auto"/>
            </w:pPr>
            <w:r>
              <w:rPr>
                <w:sz w:val="16"/>
              </w:rPr>
              <w:t>CHINH</w:t>
            </w:r>
          </w:p>
        </w:tc>
        <w:tc>
          <w:tcPr>
            <w:tcW w:w="960" w:type="dxa"/>
            <w:tcMar>
              <w:top w:w="80" w:type="dxa"/>
              <w:left w:w="120" w:type="dxa"/>
              <w:bottom w:w="80" w:type="dxa"/>
              <w:right w:w="120" w:type="dxa"/>
            </w:tcMar>
            <w:vAlign w:val="center"/>
          </w:tcPr>
          <w:p w14:paraId="44DDC947"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0B7F729A"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335C2E33"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72653377"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2F744D60" w14:textId="77777777" w:rsidR="009E11EE" w:rsidRDefault="00000000">
            <w:pPr>
              <w:spacing w:after="0" w:line="240" w:lineRule="auto"/>
              <w:jc w:val="center"/>
            </w:pPr>
            <w:r>
              <w:rPr>
                <w:sz w:val="16"/>
              </w:rPr>
              <w:t>0</w:t>
            </w:r>
          </w:p>
        </w:tc>
      </w:tr>
      <w:tr w:rsidR="009E11EE" w14:paraId="598972B1" w14:textId="77777777">
        <w:tc>
          <w:tcPr>
            <w:tcW w:w="600" w:type="dxa"/>
            <w:shd w:val="clear" w:color="auto" w:fill="F2F4F7"/>
            <w:tcMar>
              <w:top w:w="80" w:type="dxa"/>
              <w:left w:w="120" w:type="dxa"/>
              <w:bottom w:w="80" w:type="dxa"/>
              <w:right w:w="120" w:type="dxa"/>
            </w:tcMar>
            <w:vAlign w:val="center"/>
          </w:tcPr>
          <w:p w14:paraId="0CFCAEBF" w14:textId="77777777" w:rsidR="009E11EE" w:rsidRDefault="00000000">
            <w:pPr>
              <w:spacing w:after="0" w:line="240" w:lineRule="auto"/>
              <w:jc w:val="center"/>
            </w:pPr>
            <w:r>
              <w:rPr>
                <w:sz w:val="16"/>
              </w:rPr>
              <w:t>42</w:t>
            </w:r>
          </w:p>
        </w:tc>
        <w:tc>
          <w:tcPr>
            <w:tcW w:w="3960" w:type="dxa"/>
            <w:shd w:val="clear" w:color="auto" w:fill="F2F4F7"/>
            <w:tcMar>
              <w:top w:w="80" w:type="dxa"/>
              <w:left w:w="120" w:type="dxa"/>
              <w:bottom w:w="80" w:type="dxa"/>
              <w:right w:w="120" w:type="dxa"/>
            </w:tcMar>
            <w:vAlign w:val="center"/>
          </w:tcPr>
          <w:p w14:paraId="54C89CCB" w14:textId="77777777" w:rsidR="009E11EE" w:rsidRDefault="00000000">
            <w:pPr>
              <w:spacing w:after="0" w:line="240" w:lineRule="auto"/>
            </w:pPr>
            <w:r>
              <w:rPr>
                <w:sz w:val="16"/>
              </w:rPr>
              <w:t>Duy Tài</w:t>
            </w:r>
          </w:p>
        </w:tc>
        <w:tc>
          <w:tcPr>
            <w:tcW w:w="960" w:type="dxa"/>
            <w:shd w:val="clear" w:color="auto" w:fill="F2F4F7"/>
            <w:tcMar>
              <w:top w:w="80" w:type="dxa"/>
              <w:left w:w="120" w:type="dxa"/>
              <w:bottom w:w="80" w:type="dxa"/>
              <w:right w:w="120" w:type="dxa"/>
            </w:tcMar>
            <w:vAlign w:val="center"/>
          </w:tcPr>
          <w:p w14:paraId="2F33F58F"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7760324F"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4076E5DA"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2C5CBE6E"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7D023A74" w14:textId="77777777" w:rsidR="009E11EE" w:rsidRDefault="00000000">
            <w:pPr>
              <w:spacing w:after="0" w:line="240" w:lineRule="auto"/>
              <w:jc w:val="center"/>
            </w:pPr>
            <w:r>
              <w:rPr>
                <w:sz w:val="16"/>
              </w:rPr>
              <w:t>0</w:t>
            </w:r>
          </w:p>
        </w:tc>
      </w:tr>
      <w:tr w:rsidR="009E11EE" w14:paraId="739C66E6" w14:textId="77777777">
        <w:tc>
          <w:tcPr>
            <w:tcW w:w="600" w:type="dxa"/>
            <w:tcMar>
              <w:top w:w="80" w:type="dxa"/>
              <w:left w:w="120" w:type="dxa"/>
              <w:bottom w:w="80" w:type="dxa"/>
              <w:right w:w="120" w:type="dxa"/>
            </w:tcMar>
            <w:vAlign w:val="center"/>
          </w:tcPr>
          <w:p w14:paraId="0901E890" w14:textId="77777777" w:rsidR="009E11EE" w:rsidRDefault="00000000">
            <w:pPr>
              <w:spacing w:after="0" w:line="240" w:lineRule="auto"/>
              <w:jc w:val="center"/>
            </w:pPr>
            <w:r>
              <w:rPr>
                <w:sz w:val="16"/>
              </w:rPr>
              <w:t>43</w:t>
            </w:r>
          </w:p>
        </w:tc>
        <w:tc>
          <w:tcPr>
            <w:tcW w:w="3960" w:type="dxa"/>
            <w:tcMar>
              <w:top w:w="80" w:type="dxa"/>
              <w:left w:w="120" w:type="dxa"/>
              <w:bottom w:w="80" w:type="dxa"/>
              <w:right w:w="120" w:type="dxa"/>
            </w:tcMar>
            <w:vAlign w:val="center"/>
          </w:tcPr>
          <w:p w14:paraId="2943A43F" w14:textId="77777777" w:rsidR="009E11EE" w:rsidRDefault="00000000">
            <w:pPr>
              <w:spacing w:after="0" w:line="240" w:lineRule="auto"/>
            </w:pPr>
            <w:r>
              <w:rPr>
                <w:sz w:val="16"/>
              </w:rPr>
              <w:t>Dương</w:t>
            </w:r>
          </w:p>
        </w:tc>
        <w:tc>
          <w:tcPr>
            <w:tcW w:w="960" w:type="dxa"/>
            <w:tcMar>
              <w:top w:w="80" w:type="dxa"/>
              <w:left w:w="120" w:type="dxa"/>
              <w:bottom w:w="80" w:type="dxa"/>
              <w:right w:w="120" w:type="dxa"/>
            </w:tcMar>
            <w:vAlign w:val="center"/>
          </w:tcPr>
          <w:p w14:paraId="2300C6C0"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6FD580A0"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6CB461E6"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5F1CA46C"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68DCA46A" w14:textId="77777777" w:rsidR="009E11EE" w:rsidRDefault="00000000">
            <w:pPr>
              <w:spacing w:after="0" w:line="240" w:lineRule="auto"/>
              <w:jc w:val="center"/>
            </w:pPr>
            <w:r>
              <w:rPr>
                <w:sz w:val="16"/>
              </w:rPr>
              <w:t>0</w:t>
            </w:r>
          </w:p>
        </w:tc>
      </w:tr>
      <w:tr w:rsidR="009E11EE" w14:paraId="60B0A5E6" w14:textId="77777777">
        <w:tc>
          <w:tcPr>
            <w:tcW w:w="600" w:type="dxa"/>
            <w:shd w:val="clear" w:color="auto" w:fill="F2F4F7"/>
            <w:tcMar>
              <w:top w:w="80" w:type="dxa"/>
              <w:left w:w="120" w:type="dxa"/>
              <w:bottom w:w="80" w:type="dxa"/>
              <w:right w:w="120" w:type="dxa"/>
            </w:tcMar>
            <w:vAlign w:val="center"/>
          </w:tcPr>
          <w:p w14:paraId="52247113" w14:textId="77777777" w:rsidR="009E11EE" w:rsidRDefault="00000000">
            <w:pPr>
              <w:spacing w:after="0" w:line="240" w:lineRule="auto"/>
              <w:jc w:val="center"/>
            </w:pPr>
            <w:r>
              <w:rPr>
                <w:sz w:val="16"/>
              </w:rPr>
              <w:t>44</w:t>
            </w:r>
          </w:p>
        </w:tc>
        <w:tc>
          <w:tcPr>
            <w:tcW w:w="3960" w:type="dxa"/>
            <w:shd w:val="clear" w:color="auto" w:fill="F2F4F7"/>
            <w:tcMar>
              <w:top w:w="80" w:type="dxa"/>
              <w:left w:w="120" w:type="dxa"/>
              <w:bottom w:w="80" w:type="dxa"/>
              <w:right w:w="120" w:type="dxa"/>
            </w:tcMar>
            <w:vAlign w:val="center"/>
          </w:tcPr>
          <w:p w14:paraId="5B12D8EA" w14:textId="77777777" w:rsidR="009E11EE" w:rsidRDefault="00000000">
            <w:pPr>
              <w:spacing w:after="0" w:line="240" w:lineRule="auto"/>
            </w:pPr>
            <w:r>
              <w:rPr>
                <w:sz w:val="16"/>
              </w:rPr>
              <w:t>Dương Tấn Hiền , Nông Đức Trường</w:t>
            </w:r>
          </w:p>
        </w:tc>
        <w:tc>
          <w:tcPr>
            <w:tcW w:w="960" w:type="dxa"/>
            <w:shd w:val="clear" w:color="auto" w:fill="F2F4F7"/>
            <w:tcMar>
              <w:top w:w="80" w:type="dxa"/>
              <w:left w:w="120" w:type="dxa"/>
              <w:bottom w:w="80" w:type="dxa"/>
              <w:right w:w="120" w:type="dxa"/>
            </w:tcMar>
            <w:vAlign w:val="center"/>
          </w:tcPr>
          <w:p w14:paraId="7D18823D"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30495A51"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091AAE85"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5FA5D6AB"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78293A5B" w14:textId="77777777" w:rsidR="009E11EE" w:rsidRDefault="00000000">
            <w:pPr>
              <w:spacing w:after="0" w:line="240" w:lineRule="auto"/>
              <w:jc w:val="center"/>
            </w:pPr>
            <w:r>
              <w:rPr>
                <w:sz w:val="16"/>
              </w:rPr>
              <w:t>0</w:t>
            </w:r>
          </w:p>
        </w:tc>
      </w:tr>
      <w:tr w:rsidR="009E11EE" w14:paraId="7F1DD1D0" w14:textId="77777777">
        <w:tc>
          <w:tcPr>
            <w:tcW w:w="600" w:type="dxa"/>
            <w:tcMar>
              <w:top w:w="80" w:type="dxa"/>
              <w:left w:w="120" w:type="dxa"/>
              <w:bottom w:w="80" w:type="dxa"/>
              <w:right w:w="120" w:type="dxa"/>
            </w:tcMar>
            <w:vAlign w:val="center"/>
          </w:tcPr>
          <w:p w14:paraId="73D957AC" w14:textId="77777777" w:rsidR="009E11EE" w:rsidRDefault="00000000">
            <w:pPr>
              <w:spacing w:after="0" w:line="240" w:lineRule="auto"/>
              <w:jc w:val="center"/>
            </w:pPr>
            <w:r>
              <w:rPr>
                <w:sz w:val="16"/>
              </w:rPr>
              <w:t>45</w:t>
            </w:r>
          </w:p>
        </w:tc>
        <w:tc>
          <w:tcPr>
            <w:tcW w:w="3960" w:type="dxa"/>
            <w:tcMar>
              <w:top w:w="80" w:type="dxa"/>
              <w:left w:w="120" w:type="dxa"/>
              <w:bottom w:w="80" w:type="dxa"/>
              <w:right w:w="120" w:type="dxa"/>
            </w:tcMar>
            <w:vAlign w:val="center"/>
          </w:tcPr>
          <w:p w14:paraId="740549A2" w14:textId="77777777" w:rsidR="009E11EE" w:rsidRDefault="00000000">
            <w:pPr>
              <w:spacing w:after="0" w:line="240" w:lineRule="auto"/>
            </w:pPr>
            <w:r>
              <w:rPr>
                <w:sz w:val="16"/>
              </w:rPr>
              <w:t>Giáp Văn Sáu</w:t>
            </w:r>
          </w:p>
        </w:tc>
        <w:tc>
          <w:tcPr>
            <w:tcW w:w="960" w:type="dxa"/>
            <w:tcMar>
              <w:top w:w="80" w:type="dxa"/>
              <w:left w:w="120" w:type="dxa"/>
              <w:bottom w:w="80" w:type="dxa"/>
              <w:right w:w="120" w:type="dxa"/>
            </w:tcMar>
            <w:vAlign w:val="center"/>
          </w:tcPr>
          <w:p w14:paraId="09E6B847"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733828F9"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4C88C69A"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3637DC62"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180E7EA9" w14:textId="77777777" w:rsidR="009E11EE" w:rsidRDefault="00000000">
            <w:pPr>
              <w:spacing w:after="0" w:line="240" w:lineRule="auto"/>
              <w:jc w:val="center"/>
            </w:pPr>
            <w:r>
              <w:rPr>
                <w:sz w:val="16"/>
              </w:rPr>
              <w:t>0</w:t>
            </w:r>
          </w:p>
        </w:tc>
      </w:tr>
      <w:tr w:rsidR="009E11EE" w14:paraId="0721E334" w14:textId="77777777">
        <w:tc>
          <w:tcPr>
            <w:tcW w:w="600" w:type="dxa"/>
            <w:shd w:val="clear" w:color="auto" w:fill="F2F4F7"/>
            <w:tcMar>
              <w:top w:w="80" w:type="dxa"/>
              <w:left w:w="120" w:type="dxa"/>
              <w:bottom w:w="80" w:type="dxa"/>
              <w:right w:w="120" w:type="dxa"/>
            </w:tcMar>
            <w:vAlign w:val="center"/>
          </w:tcPr>
          <w:p w14:paraId="36071026" w14:textId="77777777" w:rsidR="009E11EE" w:rsidRDefault="00000000">
            <w:pPr>
              <w:spacing w:after="0" w:line="240" w:lineRule="auto"/>
              <w:jc w:val="center"/>
            </w:pPr>
            <w:r>
              <w:rPr>
                <w:sz w:val="16"/>
              </w:rPr>
              <w:t>46</w:t>
            </w:r>
          </w:p>
        </w:tc>
        <w:tc>
          <w:tcPr>
            <w:tcW w:w="3960" w:type="dxa"/>
            <w:shd w:val="clear" w:color="auto" w:fill="F2F4F7"/>
            <w:tcMar>
              <w:top w:w="80" w:type="dxa"/>
              <w:left w:w="120" w:type="dxa"/>
              <w:bottom w:w="80" w:type="dxa"/>
              <w:right w:w="120" w:type="dxa"/>
            </w:tcMar>
            <w:vAlign w:val="center"/>
          </w:tcPr>
          <w:p w14:paraId="480357BF" w14:textId="77777777" w:rsidR="009E11EE" w:rsidRDefault="00000000">
            <w:pPr>
              <w:spacing w:after="0" w:line="240" w:lineRule="auto"/>
            </w:pPr>
            <w:r>
              <w:rPr>
                <w:sz w:val="16"/>
              </w:rPr>
              <w:t>Hoàn</w:t>
            </w:r>
          </w:p>
        </w:tc>
        <w:tc>
          <w:tcPr>
            <w:tcW w:w="960" w:type="dxa"/>
            <w:shd w:val="clear" w:color="auto" w:fill="F2F4F7"/>
            <w:tcMar>
              <w:top w:w="80" w:type="dxa"/>
              <w:left w:w="120" w:type="dxa"/>
              <w:bottom w:w="80" w:type="dxa"/>
              <w:right w:w="120" w:type="dxa"/>
            </w:tcMar>
            <w:vAlign w:val="center"/>
          </w:tcPr>
          <w:p w14:paraId="434A2157"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0DEDD01D"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7755A347"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2B65C438"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7A2561B2" w14:textId="77777777" w:rsidR="009E11EE" w:rsidRDefault="00000000">
            <w:pPr>
              <w:spacing w:after="0" w:line="240" w:lineRule="auto"/>
              <w:jc w:val="center"/>
            </w:pPr>
            <w:r>
              <w:rPr>
                <w:sz w:val="16"/>
              </w:rPr>
              <w:t>0</w:t>
            </w:r>
          </w:p>
        </w:tc>
      </w:tr>
      <w:tr w:rsidR="009E11EE" w14:paraId="5C547640" w14:textId="77777777">
        <w:tc>
          <w:tcPr>
            <w:tcW w:w="600" w:type="dxa"/>
            <w:tcMar>
              <w:top w:w="80" w:type="dxa"/>
              <w:left w:w="120" w:type="dxa"/>
              <w:bottom w:w="80" w:type="dxa"/>
              <w:right w:w="120" w:type="dxa"/>
            </w:tcMar>
            <w:vAlign w:val="center"/>
          </w:tcPr>
          <w:p w14:paraId="3A15E6FB" w14:textId="77777777" w:rsidR="009E11EE" w:rsidRDefault="00000000">
            <w:pPr>
              <w:spacing w:after="0" w:line="240" w:lineRule="auto"/>
              <w:jc w:val="center"/>
            </w:pPr>
            <w:r>
              <w:rPr>
                <w:sz w:val="16"/>
              </w:rPr>
              <w:lastRenderedPageBreak/>
              <w:t>47</w:t>
            </w:r>
          </w:p>
        </w:tc>
        <w:tc>
          <w:tcPr>
            <w:tcW w:w="3960" w:type="dxa"/>
            <w:tcMar>
              <w:top w:w="80" w:type="dxa"/>
              <w:left w:w="120" w:type="dxa"/>
              <w:bottom w:w="80" w:type="dxa"/>
              <w:right w:w="120" w:type="dxa"/>
            </w:tcMar>
            <w:vAlign w:val="center"/>
          </w:tcPr>
          <w:p w14:paraId="754B01A6" w14:textId="77777777" w:rsidR="009E11EE" w:rsidRDefault="00000000">
            <w:pPr>
              <w:spacing w:after="0" w:line="240" w:lineRule="auto"/>
            </w:pPr>
            <w:r>
              <w:rPr>
                <w:sz w:val="16"/>
              </w:rPr>
              <w:t>Hồ Văn Tròn Em , Nguyễn Minh Thoại</w:t>
            </w:r>
          </w:p>
        </w:tc>
        <w:tc>
          <w:tcPr>
            <w:tcW w:w="960" w:type="dxa"/>
            <w:tcMar>
              <w:top w:w="80" w:type="dxa"/>
              <w:left w:w="120" w:type="dxa"/>
              <w:bottom w:w="80" w:type="dxa"/>
              <w:right w:w="120" w:type="dxa"/>
            </w:tcMar>
            <w:vAlign w:val="center"/>
          </w:tcPr>
          <w:p w14:paraId="598B2EAC"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4B8A4F94"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141BCB77"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095960E3"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44E690F9" w14:textId="77777777" w:rsidR="009E11EE" w:rsidRDefault="00000000">
            <w:pPr>
              <w:spacing w:after="0" w:line="240" w:lineRule="auto"/>
              <w:jc w:val="center"/>
            </w:pPr>
            <w:r>
              <w:rPr>
                <w:sz w:val="16"/>
              </w:rPr>
              <w:t>0</w:t>
            </w:r>
          </w:p>
        </w:tc>
      </w:tr>
      <w:tr w:rsidR="009E11EE" w14:paraId="5B2F5549" w14:textId="77777777">
        <w:tc>
          <w:tcPr>
            <w:tcW w:w="600" w:type="dxa"/>
            <w:shd w:val="clear" w:color="auto" w:fill="F2F4F7"/>
            <w:tcMar>
              <w:top w:w="80" w:type="dxa"/>
              <w:left w:w="120" w:type="dxa"/>
              <w:bottom w:w="80" w:type="dxa"/>
              <w:right w:w="120" w:type="dxa"/>
            </w:tcMar>
            <w:vAlign w:val="center"/>
          </w:tcPr>
          <w:p w14:paraId="2F494E44" w14:textId="77777777" w:rsidR="009E11EE" w:rsidRDefault="00000000">
            <w:pPr>
              <w:spacing w:after="0" w:line="240" w:lineRule="auto"/>
              <w:jc w:val="center"/>
            </w:pPr>
            <w:r>
              <w:rPr>
                <w:sz w:val="16"/>
              </w:rPr>
              <w:t>48</w:t>
            </w:r>
          </w:p>
        </w:tc>
        <w:tc>
          <w:tcPr>
            <w:tcW w:w="3960" w:type="dxa"/>
            <w:shd w:val="clear" w:color="auto" w:fill="F2F4F7"/>
            <w:tcMar>
              <w:top w:w="80" w:type="dxa"/>
              <w:left w:w="120" w:type="dxa"/>
              <w:bottom w:w="80" w:type="dxa"/>
              <w:right w:w="120" w:type="dxa"/>
            </w:tcMar>
            <w:vAlign w:val="center"/>
          </w:tcPr>
          <w:p w14:paraId="2A4C5874" w14:textId="77777777" w:rsidR="009E11EE" w:rsidRDefault="00000000">
            <w:pPr>
              <w:spacing w:after="0" w:line="240" w:lineRule="auto"/>
            </w:pPr>
            <w:r>
              <w:rPr>
                <w:sz w:val="16"/>
              </w:rPr>
              <w:t>Hồ Văn Việt</w:t>
            </w:r>
          </w:p>
        </w:tc>
        <w:tc>
          <w:tcPr>
            <w:tcW w:w="960" w:type="dxa"/>
            <w:shd w:val="clear" w:color="auto" w:fill="F2F4F7"/>
            <w:tcMar>
              <w:top w:w="80" w:type="dxa"/>
              <w:left w:w="120" w:type="dxa"/>
              <w:bottom w:w="80" w:type="dxa"/>
              <w:right w:w="120" w:type="dxa"/>
            </w:tcMar>
            <w:vAlign w:val="center"/>
          </w:tcPr>
          <w:p w14:paraId="4DEA1422"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28134CD2"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0776E06C"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768C3153"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7B4D2FCA" w14:textId="77777777" w:rsidR="009E11EE" w:rsidRDefault="00000000">
            <w:pPr>
              <w:spacing w:after="0" w:line="240" w:lineRule="auto"/>
              <w:jc w:val="center"/>
            </w:pPr>
            <w:r>
              <w:rPr>
                <w:sz w:val="16"/>
              </w:rPr>
              <w:t>0</w:t>
            </w:r>
          </w:p>
        </w:tc>
      </w:tr>
      <w:tr w:rsidR="009E11EE" w14:paraId="5171EFD1" w14:textId="77777777">
        <w:tc>
          <w:tcPr>
            <w:tcW w:w="600" w:type="dxa"/>
            <w:tcMar>
              <w:top w:w="80" w:type="dxa"/>
              <w:left w:w="120" w:type="dxa"/>
              <w:bottom w:w="80" w:type="dxa"/>
              <w:right w:w="120" w:type="dxa"/>
            </w:tcMar>
            <w:vAlign w:val="center"/>
          </w:tcPr>
          <w:p w14:paraId="41E7C9EE" w14:textId="77777777" w:rsidR="009E11EE" w:rsidRDefault="00000000">
            <w:pPr>
              <w:spacing w:after="0" w:line="240" w:lineRule="auto"/>
              <w:jc w:val="center"/>
            </w:pPr>
            <w:r>
              <w:rPr>
                <w:sz w:val="16"/>
              </w:rPr>
              <w:t>49</w:t>
            </w:r>
          </w:p>
        </w:tc>
        <w:tc>
          <w:tcPr>
            <w:tcW w:w="3960" w:type="dxa"/>
            <w:tcMar>
              <w:top w:w="80" w:type="dxa"/>
              <w:left w:w="120" w:type="dxa"/>
              <w:bottom w:w="80" w:type="dxa"/>
              <w:right w:w="120" w:type="dxa"/>
            </w:tcMar>
            <w:vAlign w:val="center"/>
          </w:tcPr>
          <w:p w14:paraId="743A8553" w14:textId="77777777" w:rsidR="009E11EE" w:rsidRDefault="00000000">
            <w:pPr>
              <w:spacing w:after="0" w:line="240" w:lineRule="auto"/>
            </w:pPr>
            <w:r>
              <w:rPr>
                <w:sz w:val="16"/>
              </w:rPr>
              <w:t>Hữu Nhựt</w:t>
            </w:r>
          </w:p>
        </w:tc>
        <w:tc>
          <w:tcPr>
            <w:tcW w:w="960" w:type="dxa"/>
            <w:tcMar>
              <w:top w:w="80" w:type="dxa"/>
              <w:left w:w="120" w:type="dxa"/>
              <w:bottom w:w="80" w:type="dxa"/>
              <w:right w:w="120" w:type="dxa"/>
            </w:tcMar>
            <w:vAlign w:val="center"/>
          </w:tcPr>
          <w:p w14:paraId="0419C781"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6C074733"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6E43573A"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287634E6"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59D81386" w14:textId="77777777" w:rsidR="009E11EE" w:rsidRDefault="00000000">
            <w:pPr>
              <w:spacing w:after="0" w:line="240" w:lineRule="auto"/>
              <w:jc w:val="center"/>
            </w:pPr>
            <w:r>
              <w:rPr>
                <w:sz w:val="16"/>
              </w:rPr>
              <w:t>0</w:t>
            </w:r>
          </w:p>
        </w:tc>
      </w:tr>
      <w:tr w:rsidR="009E11EE" w14:paraId="53940342" w14:textId="77777777">
        <w:tc>
          <w:tcPr>
            <w:tcW w:w="600" w:type="dxa"/>
            <w:shd w:val="clear" w:color="auto" w:fill="F2F4F7"/>
            <w:tcMar>
              <w:top w:w="80" w:type="dxa"/>
              <w:left w:w="120" w:type="dxa"/>
              <w:bottom w:w="80" w:type="dxa"/>
              <w:right w:w="120" w:type="dxa"/>
            </w:tcMar>
            <w:vAlign w:val="center"/>
          </w:tcPr>
          <w:p w14:paraId="1B0A1399" w14:textId="77777777" w:rsidR="009E11EE" w:rsidRDefault="00000000">
            <w:pPr>
              <w:spacing w:after="0" w:line="240" w:lineRule="auto"/>
              <w:jc w:val="center"/>
            </w:pPr>
            <w:r>
              <w:rPr>
                <w:sz w:val="16"/>
              </w:rPr>
              <w:t>50</w:t>
            </w:r>
          </w:p>
        </w:tc>
        <w:tc>
          <w:tcPr>
            <w:tcW w:w="3960" w:type="dxa"/>
            <w:shd w:val="clear" w:color="auto" w:fill="F2F4F7"/>
            <w:tcMar>
              <w:top w:w="80" w:type="dxa"/>
              <w:left w:w="120" w:type="dxa"/>
              <w:bottom w:w="80" w:type="dxa"/>
              <w:right w:w="120" w:type="dxa"/>
            </w:tcMar>
            <w:vAlign w:val="center"/>
          </w:tcPr>
          <w:p w14:paraId="6C9E92EC" w14:textId="77777777" w:rsidR="009E11EE" w:rsidRDefault="00000000">
            <w:pPr>
              <w:spacing w:after="0" w:line="240" w:lineRule="auto"/>
            </w:pPr>
            <w:r>
              <w:rPr>
                <w:sz w:val="16"/>
              </w:rPr>
              <w:t>Lưu Thanh Nhật Tảo</w:t>
            </w:r>
          </w:p>
        </w:tc>
        <w:tc>
          <w:tcPr>
            <w:tcW w:w="960" w:type="dxa"/>
            <w:shd w:val="clear" w:color="auto" w:fill="F2F4F7"/>
            <w:tcMar>
              <w:top w:w="80" w:type="dxa"/>
              <w:left w:w="120" w:type="dxa"/>
              <w:bottom w:w="80" w:type="dxa"/>
              <w:right w:w="120" w:type="dxa"/>
            </w:tcMar>
            <w:vAlign w:val="center"/>
          </w:tcPr>
          <w:p w14:paraId="1A77465F"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6CD36DDF"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062AE92B"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373FD27D"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267AE445" w14:textId="77777777" w:rsidR="009E11EE" w:rsidRDefault="00000000">
            <w:pPr>
              <w:spacing w:after="0" w:line="240" w:lineRule="auto"/>
              <w:jc w:val="center"/>
            </w:pPr>
            <w:r>
              <w:rPr>
                <w:sz w:val="16"/>
              </w:rPr>
              <w:t>0</w:t>
            </w:r>
          </w:p>
        </w:tc>
      </w:tr>
      <w:tr w:rsidR="009E11EE" w14:paraId="65F8F50D" w14:textId="77777777">
        <w:tc>
          <w:tcPr>
            <w:tcW w:w="600" w:type="dxa"/>
            <w:tcMar>
              <w:top w:w="80" w:type="dxa"/>
              <w:left w:w="120" w:type="dxa"/>
              <w:bottom w:w="80" w:type="dxa"/>
              <w:right w:w="120" w:type="dxa"/>
            </w:tcMar>
            <w:vAlign w:val="center"/>
          </w:tcPr>
          <w:p w14:paraId="704DCCCC" w14:textId="77777777" w:rsidR="009E11EE" w:rsidRDefault="00000000">
            <w:pPr>
              <w:spacing w:after="0" w:line="240" w:lineRule="auto"/>
              <w:jc w:val="center"/>
            </w:pPr>
            <w:r>
              <w:rPr>
                <w:sz w:val="16"/>
              </w:rPr>
              <w:t>51</w:t>
            </w:r>
          </w:p>
        </w:tc>
        <w:tc>
          <w:tcPr>
            <w:tcW w:w="3960" w:type="dxa"/>
            <w:tcMar>
              <w:top w:w="80" w:type="dxa"/>
              <w:left w:w="120" w:type="dxa"/>
              <w:bottom w:w="80" w:type="dxa"/>
              <w:right w:w="120" w:type="dxa"/>
            </w:tcMar>
            <w:vAlign w:val="center"/>
          </w:tcPr>
          <w:p w14:paraId="73B6956F" w14:textId="77777777" w:rsidR="009E11EE" w:rsidRDefault="00000000">
            <w:pPr>
              <w:spacing w:after="0" w:line="240" w:lineRule="auto"/>
            </w:pPr>
            <w:r>
              <w:rPr>
                <w:sz w:val="16"/>
              </w:rPr>
              <w:t>Nguyên Hưu Lơi</w:t>
            </w:r>
          </w:p>
        </w:tc>
        <w:tc>
          <w:tcPr>
            <w:tcW w:w="960" w:type="dxa"/>
            <w:tcMar>
              <w:top w:w="80" w:type="dxa"/>
              <w:left w:w="120" w:type="dxa"/>
              <w:bottom w:w="80" w:type="dxa"/>
              <w:right w:w="120" w:type="dxa"/>
            </w:tcMar>
            <w:vAlign w:val="center"/>
          </w:tcPr>
          <w:p w14:paraId="3E8FAFBF"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295605EF"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642E699B"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63963998"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152C77B4" w14:textId="77777777" w:rsidR="009E11EE" w:rsidRDefault="00000000">
            <w:pPr>
              <w:spacing w:after="0" w:line="240" w:lineRule="auto"/>
              <w:jc w:val="center"/>
            </w:pPr>
            <w:r>
              <w:rPr>
                <w:sz w:val="16"/>
              </w:rPr>
              <w:t>0</w:t>
            </w:r>
          </w:p>
        </w:tc>
      </w:tr>
      <w:tr w:rsidR="009E11EE" w14:paraId="5143E375" w14:textId="77777777">
        <w:tc>
          <w:tcPr>
            <w:tcW w:w="600" w:type="dxa"/>
            <w:shd w:val="clear" w:color="auto" w:fill="F2F4F7"/>
            <w:tcMar>
              <w:top w:w="80" w:type="dxa"/>
              <w:left w:w="120" w:type="dxa"/>
              <w:bottom w:w="80" w:type="dxa"/>
              <w:right w:w="120" w:type="dxa"/>
            </w:tcMar>
            <w:vAlign w:val="center"/>
          </w:tcPr>
          <w:p w14:paraId="1ADDEA90" w14:textId="77777777" w:rsidR="009E11EE" w:rsidRDefault="00000000">
            <w:pPr>
              <w:spacing w:after="0" w:line="240" w:lineRule="auto"/>
              <w:jc w:val="center"/>
            </w:pPr>
            <w:r>
              <w:rPr>
                <w:sz w:val="16"/>
              </w:rPr>
              <w:t>52</w:t>
            </w:r>
          </w:p>
        </w:tc>
        <w:tc>
          <w:tcPr>
            <w:tcW w:w="3960" w:type="dxa"/>
            <w:shd w:val="clear" w:color="auto" w:fill="F2F4F7"/>
            <w:tcMar>
              <w:top w:w="80" w:type="dxa"/>
              <w:left w:w="120" w:type="dxa"/>
              <w:bottom w:w="80" w:type="dxa"/>
              <w:right w:w="120" w:type="dxa"/>
            </w:tcMar>
            <w:vAlign w:val="center"/>
          </w:tcPr>
          <w:p w14:paraId="4E7C4CEF" w14:textId="77777777" w:rsidR="009E11EE" w:rsidRDefault="00000000">
            <w:pPr>
              <w:spacing w:after="0" w:line="240" w:lineRule="auto"/>
            </w:pPr>
            <w:r>
              <w:rPr>
                <w:sz w:val="16"/>
              </w:rPr>
              <w:t>Nguyễn Như Quyền , NGUYỄN KIM GIANG</w:t>
            </w:r>
          </w:p>
        </w:tc>
        <w:tc>
          <w:tcPr>
            <w:tcW w:w="960" w:type="dxa"/>
            <w:shd w:val="clear" w:color="auto" w:fill="F2F4F7"/>
            <w:tcMar>
              <w:top w:w="80" w:type="dxa"/>
              <w:left w:w="120" w:type="dxa"/>
              <w:bottom w:w="80" w:type="dxa"/>
              <w:right w:w="120" w:type="dxa"/>
            </w:tcMar>
            <w:vAlign w:val="center"/>
          </w:tcPr>
          <w:p w14:paraId="11A056A0"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4F27FDE2"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4C43A510"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5A20281C"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1EAF9716" w14:textId="77777777" w:rsidR="009E11EE" w:rsidRDefault="00000000">
            <w:pPr>
              <w:spacing w:after="0" w:line="240" w:lineRule="auto"/>
              <w:jc w:val="center"/>
            </w:pPr>
            <w:r>
              <w:rPr>
                <w:sz w:val="16"/>
              </w:rPr>
              <w:t>0</w:t>
            </w:r>
          </w:p>
        </w:tc>
      </w:tr>
      <w:tr w:rsidR="009E11EE" w14:paraId="315021A2" w14:textId="77777777">
        <w:tc>
          <w:tcPr>
            <w:tcW w:w="600" w:type="dxa"/>
            <w:tcMar>
              <w:top w:w="80" w:type="dxa"/>
              <w:left w:w="120" w:type="dxa"/>
              <w:bottom w:w="80" w:type="dxa"/>
              <w:right w:w="120" w:type="dxa"/>
            </w:tcMar>
            <w:vAlign w:val="center"/>
          </w:tcPr>
          <w:p w14:paraId="3479EFBF" w14:textId="77777777" w:rsidR="009E11EE" w:rsidRDefault="00000000">
            <w:pPr>
              <w:spacing w:after="0" w:line="240" w:lineRule="auto"/>
              <w:jc w:val="center"/>
            </w:pPr>
            <w:r>
              <w:rPr>
                <w:sz w:val="16"/>
              </w:rPr>
              <w:t>53</w:t>
            </w:r>
          </w:p>
        </w:tc>
        <w:tc>
          <w:tcPr>
            <w:tcW w:w="3960" w:type="dxa"/>
            <w:tcMar>
              <w:top w:w="80" w:type="dxa"/>
              <w:left w:w="120" w:type="dxa"/>
              <w:bottom w:w="80" w:type="dxa"/>
              <w:right w:w="120" w:type="dxa"/>
            </w:tcMar>
            <w:vAlign w:val="center"/>
          </w:tcPr>
          <w:p w14:paraId="44EF4FF9" w14:textId="77777777" w:rsidR="009E11EE" w:rsidRDefault="00000000">
            <w:pPr>
              <w:spacing w:after="0" w:line="240" w:lineRule="auto"/>
            </w:pPr>
            <w:r>
              <w:rPr>
                <w:sz w:val="16"/>
              </w:rPr>
              <w:t>Nguyễn Thị Thu</w:t>
            </w:r>
          </w:p>
        </w:tc>
        <w:tc>
          <w:tcPr>
            <w:tcW w:w="960" w:type="dxa"/>
            <w:tcMar>
              <w:top w:w="80" w:type="dxa"/>
              <w:left w:w="120" w:type="dxa"/>
              <w:bottom w:w="80" w:type="dxa"/>
              <w:right w:w="120" w:type="dxa"/>
            </w:tcMar>
            <w:vAlign w:val="center"/>
          </w:tcPr>
          <w:p w14:paraId="2BDBD847"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2C04E6F3"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531CB2DF"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0F06F081"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18453006" w14:textId="77777777" w:rsidR="009E11EE" w:rsidRDefault="00000000">
            <w:pPr>
              <w:spacing w:after="0" w:line="240" w:lineRule="auto"/>
              <w:jc w:val="center"/>
            </w:pPr>
            <w:r>
              <w:rPr>
                <w:sz w:val="16"/>
              </w:rPr>
              <w:t>0</w:t>
            </w:r>
          </w:p>
        </w:tc>
      </w:tr>
      <w:tr w:rsidR="009E11EE" w14:paraId="210DD663" w14:textId="77777777">
        <w:tc>
          <w:tcPr>
            <w:tcW w:w="600" w:type="dxa"/>
            <w:shd w:val="clear" w:color="auto" w:fill="F2F4F7"/>
            <w:tcMar>
              <w:top w:w="80" w:type="dxa"/>
              <w:left w:w="120" w:type="dxa"/>
              <w:bottom w:w="80" w:type="dxa"/>
              <w:right w:w="120" w:type="dxa"/>
            </w:tcMar>
            <w:vAlign w:val="center"/>
          </w:tcPr>
          <w:p w14:paraId="6A271A51" w14:textId="77777777" w:rsidR="009E11EE" w:rsidRDefault="00000000">
            <w:pPr>
              <w:spacing w:after="0" w:line="240" w:lineRule="auto"/>
              <w:jc w:val="center"/>
            </w:pPr>
            <w:r>
              <w:rPr>
                <w:sz w:val="16"/>
              </w:rPr>
              <w:t>54</w:t>
            </w:r>
          </w:p>
        </w:tc>
        <w:tc>
          <w:tcPr>
            <w:tcW w:w="3960" w:type="dxa"/>
            <w:shd w:val="clear" w:color="auto" w:fill="F2F4F7"/>
            <w:tcMar>
              <w:top w:w="80" w:type="dxa"/>
              <w:left w:w="120" w:type="dxa"/>
              <w:bottom w:w="80" w:type="dxa"/>
              <w:right w:w="120" w:type="dxa"/>
            </w:tcMar>
            <w:vAlign w:val="center"/>
          </w:tcPr>
          <w:p w14:paraId="792986CA" w14:textId="77777777" w:rsidR="009E11EE" w:rsidRDefault="00000000">
            <w:pPr>
              <w:spacing w:after="0" w:line="240" w:lineRule="auto"/>
            </w:pPr>
            <w:r>
              <w:rPr>
                <w:sz w:val="16"/>
              </w:rPr>
              <w:t>Nguyễn Văn Hòa</w:t>
            </w:r>
          </w:p>
        </w:tc>
        <w:tc>
          <w:tcPr>
            <w:tcW w:w="960" w:type="dxa"/>
            <w:shd w:val="clear" w:color="auto" w:fill="F2F4F7"/>
            <w:tcMar>
              <w:top w:w="80" w:type="dxa"/>
              <w:left w:w="120" w:type="dxa"/>
              <w:bottom w:w="80" w:type="dxa"/>
              <w:right w:w="120" w:type="dxa"/>
            </w:tcMar>
            <w:vAlign w:val="center"/>
          </w:tcPr>
          <w:p w14:paraId="4924ECC4"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289BFEEF"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038FE79A"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42B4AB14"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2813F795" w14:textId="77777777" w:rsidR="009E11EE" w:rsidRDefault="00000000">
            <w:pPr>
              <w:spacing w:after="0" w:line="240" w:lineRule="auto"/>
              <w:jc w:val="center"/>
            </w:pPr>
            <w:r>
              <w:rPr>
                <w:sz w:val="16"/>
              </w:rPr>
              <w:t>0</w:t>
            </w:r>
          </w:p>
        </w:tc>
      </w:tr>
      <w:tr w:rsidR="009E11EE" w14:paraId="6094EA88" w14:textId="77777777">
        <w:tc>
          <w:tcPr>
            <w:tcW w:w="600" w:type="dxa"/>
            <w:tcMar>
              <w:top w:w="80" w:type="dxa"/>
              <w:left w:w="120" w:type="dxa"/>
              <w:bottom w:w="80" w:type="dxa"/>
              <w:right w:w="120" w:type="dxa"/>
            </w:tcMar>
            <w:vAlign w:val="center"/>
          </w:tcPr>
          <w:p w14:paraId="2AE663D7" w14:textId="77777777" w:rsidR="009E11EE" w:rsidRDefault="00000000">
            <w:pPr>
              <w:spacing w:after="0" w:line="240" w:lineRule="auto"/>
              <w:jc w:val="center"/>
            </w:pPr>
            <w:r>
              <w:rPr>
                <w:sz w:val="16"/>
              </w:rPr>
              <w:t>55</w:t>
            </w:r>
          </w:p>
        </w:tc>
        <w:tc>
          <w:tcPr>
            <w:tcW w:w="3960" w:type="dxa"/>
            <w:tcMar>
              <w:top w:w="80" w:type="dxa"/>
              <w:left w:w="120" w:type="dxa"/>
              <w:bottom w:w="80" w:type="dxa"/>
              <w:right w:w="120" w:type="dxa"/>
            </w:tcMar>
            <w:vAlign w:val="center"/>
          </w:tcPr>
          <w:p w14:paraId="6390FAB5" w14:textId="77777777" w:rsidR="009E11EE" w:rsidRDefault="00000000">
            <w:pPr>
              <w:spacing w:after="0" w:line="240" w:lineRule="auto"/>
            </w:pPr>
            <w:r>
              <w:rPr>
                <w:sz w:val="16"/>
              </w:rPr>
              <w:t>Nguyễn Văn Ninh , Bùi Văn Chất</w:t>
            </w:r>
          </w:p>
        </w:tc>
        <w:tc>
          <w:tcPr>
            <w:tcW w:w="960" w:type="dxa"/>
            <w:tcMar>
              <w:top w:w="80" w:type="dxa"/>
              <w:left w:w="120" w:type="dxa"/>
              <w:bottom w:w="80" w:type="dxa"/>
              <w:right w:w="120" w:type="dxa"/>
            </w:tcMar>
            <w:vAlign w:val="center"/>
          </w:tcPr>
          <w:p w14:paraId="4BEED628"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249AA5A8"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5BD1F1CD"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20362229"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57C94CD2" w14:textId="77777777" w:rsidR="009E11EE" w:rsidRDefault="00000000">
            <w:pPr>
              <w:spacing w:after="0" w:line="240" w:lineRule="auto"/>
              <w:jc w:val="center"/>
            </w:pPr>
            <w:r>
              <w:rPr>
                <w:sz w:val="16"/>
              </w:rPr>
              <w:t>0</w:t>
            </w:r>
          </w:p>
        </w:tc>
      </w:tr>
      <w:tr w:rsidR="009E11EE" w14:paraId="0BAE48E3" w14:textId="77777777">
        <w:tc>
          <w:tcPr>
            <w:tcW w:w="600" w:type="dxa"/>
            <w:shd w:val="clear" w:color="auto" w:fill="F2F4F7"/>
            <w:tcMar>
              <w:top w:w="80" w:type="dxa"/>
              <w:left w:w="120" w:type="dxa"/>
              <w:bottom w:w="80" w:type="dxa"/>
              <w:right w:w="120" w:type="dxa"/>
            </w:tcMar>
            <w:vAlign w:val="center"/>
          </w:tcPr>
          <w:p w14:paraId="4BF63FDE" w14:textId="77777777" w:rsidR="009E11EE" w:rsidRDefault="00000000">
            <w:pPr>
              <w:spacing w:after="0" w:line="240" w:lineRule="auto"/>
              <w:jc w:val="center"/>
            </w:pPr>
            <w:r>
              <w:rPr>
                <w:sz w:val="16"/>
              </w:rPr>
              <w:t>56</w:t>
            </w:r>
          </w:p>
        </w:tc>
        <w:tc>
          <w:tcPr>
            <w:tcW w:w="3960" w:type="dxa"/>
            <w:shd w:val="clear" w:color="auto" w:fill="F2F4F7"/>
            <w:tcMar>
              <w:top w:w="80" w:type="dxa"/>
              <w:left w:w="120" w:type="dxa"/>
              <w:bottom w:w="80" w:type="dxa"/>
              <w:right w:w="120" w:type="dxa"/>
            </w:tcMar>
            <w:vAlign w:val="center"/>
          </w:tcPr>
          <w:p w14:paraId="40FD0708" w14:textId="77777777" w:rsidR="009E11EE" w:rsidRDefault="00000000">
            <w:pPr>
              <w:spacing w:after="0" w:line="240" w:lineRule="auto"/>
            </w:pPr>
            <w:r>
              <w:rPr>
                <w:sz w:val="16"/>
              </w:rPr>
              <w:t>Nguyễn Văn Ninh , Trịnh Bá Quyền</w:t>
            </w:r>
          </w:p>
        </w:tc>
        <w:tc>
          <w:tcPr>
            <w:tcW w:w="960" w:type="dxa"/>
            <w:shd w:val="clear" w:color="auto" w:fill="F2F4F7"/>
            <w:tcMar>
              <w:top w:w="80" w:type="dxa"/>
              <w:left w:w="120" w:type="dxa"/>
              <w:bottom w:w="80" w:type="dxa"/>
              <w:right w:w="120" w:type="dxa"/>
            </w:tcMar>
            <w:vAlign w:val="center"/>
          </w:tcPr>
          <w:p w14:paraId="4603A083"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14319CEE"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4E5E1A0C"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0B1A120F"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023378CF" w14:textId="77777777" w:rsidR="009E11EE" w:rsidRDefault="00000000">
            <w:pPr>
              <w:spacing w:after="0" w:line="240" w:lineRule="auto"/>
              <w:jc w:val="center"/>
            </w:pPr>
            <w:r>
              <w:rPr>
                <w:sz w:val="16"/>
              </w:rPr>
              <w:t>0</w:t>
            </w:r>
          </w:p>
        </w:tc>
      </w:tr>
      <w:tr w:rsidR="009E11EE" w14:paraId="26AC47B6" w14:textId="77777777">
        <w:tc>
          <w:tcPr>
            <w:tcW w:w="600" w:type="dxa"/>
            <w:tcMar>
              <w:top w:w="80" w:type="dxa"/>
              <w:left w:w="120" w:type="dxa"/>
              <w:bottom w:w="80" w:type="dxa"/>
              <w:right w:w="120" w:type="dxa"/>
            </w:tcMar>
            <w:vAlign w:val="center"/>
          </w:tcPr>
          <w:p w14:paraId="382EDBF9" w14:textId="77777777" w:rsidR="009E11EE" w:rsidRDefault="00000000">
            <w:pPr>
              <w:spacing w:after="0" w:line="240" w:lineRule="auto"/>
              <w:jc w:val="center"/>
            </w:pPr>
            <w:r>
              <w:rPr>
                <w:sz w:val="16"/>
              </w:rPr>
              <w:t>57</w:t>
            </w:r>
          </w:p>
        </w:tc>
        <w:tc>
          <w:tcPr>
            <w:tcW w:w="3960" w:type="dxa"/>
            <w:tcMar>
              <w:top w:w="80" w:type="dxa"/>
              <w:left w:w="120" w:type="dxa"/>
              <w:bottom w:w="80" w:type="dxa"/>
              <w:right w:w="120" w:type="dxa"/>
            </w:tcMar>
            <w:vAlign w:val="center"/>
          </w:tcPr>
          <w:p w14:paraId="78B9B011" w14:textId="77777777" w:rsidR="009E11EE" w:rsidRDefault="00000000">
            <w:pPr>
              <w:spacing w:after="0" w:line="240" w:lineRule="auto"/>
            </w:pPr>
            <w:r>
              <w:rPr>
                <w:sz w:val="16"/>
              </w:rPr>
              <w:t>Nguyễn Văn Tuân</w:t>
            </w:r>
          </w:p>
        </w:tc>
        <w:tc>
          <w:tcPr>
            <w:tcW w:w="960" w:type="dxa"/>
            <w:tcMar>
              <w:top w:w="80" w:type="dxa"/>
              <w:left w:w="120" w:type="dxa"/>
              <w:bottom w:w="80" w:type="dxa"/>
              <w:right w:w="120" w:type="dxa"/>
            </w:tcMar>
            <w:vAlign w:val="center"/>
          </w:tcPr>
          <w:p w14:paraId="06A47E2E"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6F8963E1"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04C99F49"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45F06067"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31AF21B1" w14:textId="77777777" w:rsidR="009E11EE" w:rsidRDefault="00000000">
            <w:pPr>
              <w:spacing w:after="0" w:line="240" w:lineRule="auto"/>
              <w:jc w:val="center"/>
            </w:pPr>
            <w:r>
              <w:rPr>
                <w:sz w:val="16"/>
              </w:rPr>
              <w:t>0</w:t>
            </w:r>
          </w:p>
        </w:tc>
      </w:tr>
      <w:tr w:rsidR="009E11EE" w14:paraId="4204ACA0" w14:textId="77777777">
        <w:tc>
          <w:tcPr>
            <w:tcW w:w="600" w:type="dxa"/>
            <w:shd w:val="clear" w:color="auto" w:fill="F2F4F7"/>
            <w:tcMar>
              <w:top w:w="80" w:type="dxa"/>
              <w:left w:w="120" w:type="dxa"/>
              <w:bottom w:w="80" w:type="dxa"/>
              <w:right w:w="120" w:type="dxa"/>
            </w:tcMar>
            <w:vAlign w:val="center"/>
          </w:tcPr>
          <w:p w14:paraId="3A47E4BD" w14:textId="77777777" w:rsidR="009E11EE" w:rsidRDefault="00000000">
            <w:pPr>
              <w:spacing w:after="0" w:line="240" w:lineRule="auto"/>
              <w:jc w:val="center"/>
            </w:pPr>
            <w:r>
              <w:rPr>
                <w:sz w:val="16"/>
              </w:rPr>
              <w:t>58</w:t>
            </w:r>
          </w:p>
        </w:tc>
        <w:tc>
          <w:tcPr>
            <w:tcW w:w="3960" w:type="dxa"/>
            <w:shd w:val="clear" w:color="auto" w:fill="F2F4F7"/>
            <w:tcMar>
              <w:top w:w="80" w:type="dxa"/>
              <w:left w:w="120" w:type="dxa"/>
              <w:bottom w:w="80" w:type="dxa"/>
              <w:right w:w="120" w:type="dxa"/>
            </w:tcMar>
            <w:vAlign w:val="center"/>
          </w:tcPr>
          <w:p w14:paraId="731EF568" w14:textId="77777777" w:rsidR="009E11EE" w:rsidRDefault="00000000">
            <w:pPr>
              <w:spacing w:after="0" w:line="240" w:lineRule="auto"/>
            </w:pPr>
            <w:r>
              <w:rPr>
                <w:sz w:val="16"/>
              </w:rPr>
              <w:t>Phạm Văn Linh , Nguyễn Quốc Khánh</w:t>
            </w:r>
          </w:p>
        </w:tc>
        <w:tc>
          <w:tcPr>
            <w:tcW w:w="960" w:type="dxa"/>
            <w:shd w:val="clear" w:color="auto" w:fill="F2F4F7"/>
            <w:tcMar>
              <w:top w:w="80" w:type="dxa"/>
              <w:left w:w="120" w:type="dxa"/>
              <w:bottom w:w="80" w:type="dxa"/>
              <w:right w:w="120" w:type="dxa"/>
            </w:tcMar>
            <w:vAlign w:val="center"/>
          </w:tcPr>
          <w:p w14:paraId="05B99351"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3B5539B5"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4F939FD5"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6D67885E"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37E75DC2" w14:textId="77777777" w:rsidR="009E11EE" w:rsidRDefault="00000000">
            <w:pPr>
              <w:spacing w:after="0" w:line="240" w:lineRule="auto"/>
              <w:jc w:val="center"/>
            </w:pPr>
            <w:r>
              <w:rPr>
                <w:sz w:val="16"/>
              </w:rPr>
              <w:t>0</w:t>
            </w:r>
          </w:p>
        </w:tc>
      </w:tr>
      <w:tr w:rsidR="009E11EE" w14:paraId="3A10E3C4" w14:textId="77777777">
        <w:tc>
          <w:tcPr>
            <w:tcW w:w="600" w:type="dxa"/>
            <w:tcMar>
              <w:top w:w="80" w:type="dxa"/>
              <w:left w:w="120" w:type="dxa"/>
              <w:bottom w:w="80" w:type="dxa"/>
              <w:right w:w="120" w:type="dxa"/>
            </w:tcMar>
            <w:vAlign w:val="center"/>
          </w:tcPr>
          <w:p w14:paraId="485F4519" w14:textId="77777777" w:rsidR="009E11EE" w:rsidRDefault="00000000">
            <w:pPr>
              <w:spacing w:after="0" w:line="240" w:lineRule="auto"/>
              <w:jc w:val="center"/>
            </w:pPr>
            <w:r>
              <w:rPr>
                <w:sz w:val="16"/>
              </w:rPr>
              <w:t>59</w:t>
            </w:r>
          </w:p>
        </w:tc>
        <w:tc>
          <w:tcPr>
            <w:tcW w:w="3960" w:type="dxa"/>
            <w:tcMar>
              <w:top w:w="80" w:type="dxa"/>
              <w:left w:w="120" w:type="dxa"/>
              <w:bottom w:w="80" w:type="dxa"/>
              <w:right w:w="120" w:type="dxa"/>
            </w:tcMar>
            <w:vAlign w:val="center"/>
          </w:tcPr>
          <w:p w14:paraId="09EABB28" w14:textId="77777777" w:rsidR="009E11EE" w:rsidRDefault="00000000">
            <w:pPr>
              <w:spacing w:after="0" w:line="240" w:lineRule="auto"/>
            </w:pPr>
            <w:r>
              <w:rPr>
                <w:sz w:val="16"/>
              </w:rPr>
              <w:t>Quách Văn Vũ</w:t>
            </w:r>
          </w:p>
        </w:tc>
        <w:tc>
          <w:tcPr>
            <w:tcW w:w="960" w:type="dxa"/>
            <w:tcMar>
              <w:top w:w="80" w:type="dxa"/>
              <w:left w:w="120" w:type="dxa"/>
              <w:bottom w:w="80" w:type="dxa"/>
              <w:right w:w="120" w:type="dxa"/>
            </w:tcMar>
            <w:vAlign w:val="center"/>
          </w:tcPr>
          <w:p w14:paraId="0D1AB6AA"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54DE5606"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7096FBD8"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6B487B3D"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56ACB10B" w14:textId="77777777" w:rsidR="009E11EE" w:rsidRDefault="00000000">
            <w:pPr>
              <w:spacing w:after="0" w:line="240" w:lineRule="auto"/>
              <w:jc w:val="center"/>
            </w:pPr>
            <w:r>
              <w:rPr>
                <w:sz w:val="16"/>
              </w:rPr>
              <w:t>0</w:t>
            </w:r>
          </w:p>
        </w:tc>
      </w:tr>
      <w:tr w:rsidR="009E11EE" w14:paraId="5EE0D525" w14:textId="77777777">
        <w:tc>
          <w:tcPr>
            <w:tcW w:w="600" w:type="dxa"/>
            <w:shd w:val="clear" w:color="auto" w:fill="F2F4F7"/>
            <w:tcMar>
              <w:top w:w="80" w:type="dxa"/>
              <w:left w:w="120" w:type="dxa"/>
              <w:bottom w:w="80" w:type="dxa"/>
              <w:right w:w="120" w:type="dxa"/>
            </w:tcMar>
            <w:vAlign w:val="center"/>
          </w:tcPr>
          <w:p w14:paraId="34FE97D7" w14:textId="77777777" w:rsidR="009E11EE" w:rsidRDefault="00000000">
            <w:pPr>
              <w:spacing w:after="0" w:line="240" w:lineRule="auto"/>
              <w:jc w:val="center"/>
            </w:pPr>
            <w:r>
              <w:rPr>
                <w:sz w:val="16"/>
              </w:rPr>
              <w:t>60</w:t>
            </w:r>
          </w:p>
        </w:tc>
        <w:tc>
          <w:tcPr>
            <w:tcW w:w="3960" w:type="dxa"/>
            <w:shd w:val="clear" w:color="auto" w:fill="F2F4F7"/>
            <w:tcMar>
              <w:top w:w="80" w:type="dxa"/>
              <w:left w:w="120" w:type="dxa"/>
              <w:bottom w:w="80" w:type="dxa"/>
              <w:right w:w="120" w:type="dxa"/>
            </w:tcMar>
            <w:vAlign w:val="center"/>
          </w:tcPr>
          <w:p w14:paraId="2613F171" w14:textId="77777777" w:rsidR="009E11EE" w:rsidRDefault="00000000">
            <w:pPr>
              <w:spacing w:after="0" w:line="240" w:lineRule="auto"/>
            </w:pPr>
            <w:r>
              <w:rPr>
                <w:sz w:val="16"/>
              </w:rPr>
              <w:t>Thái Thành Lưu</w:t>
            </w:r>
          </w:p>
        </w:tc>
        <w:tc>
          <w:tcPr>
            <w:tcW w:w="960" w:type="dxa"/>
            <w:shd w:val="clear" w:color="auto" w:fill="F2F4F7"/>
            <w:tcMar>
              <w:top w:w="80" w:type="dxa"/>
              <w:left w:w="120" w:type="dxa"/>
              <w:bottom w:w="80" w:type="dxa"/>
              <w:right w:w="120" w:type="dxa"/>
            </w:tcMar>
            <w:vAlign w:val="center"/>
          </w:tcPr>
          <w:p w14:paraId="662249D3"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4C771252"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0F06B87F"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0FE09869"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3643B76E" w14:textId="77777777" w:rsidR="009E11EE" w:rsidRDefault="00000000">
            <w:pPr>
              <w:spacing w:after="0" w:line="240" w:lineRule="auto"/>
              <w:jc w:val="center"/>
            </w:pPr>
            <w:r>
              <w:rPr>
                <w:sz w:val="16"/>
              </w:rPr>
              <w:t>0</w:t>
            </w:r>
          </w:p>
        </w:tc>
      </w:tr>
      <w:tr w:rsidR="009E11EE" w14:paraId="01526089" w14:textId="77777777">
        <w:tc>
          <w:tcPr>
            <w:tcW w:w="600" w:type="dxa"/>
            <w:tcMar>
              <w:top w:w="80" w:type="dxa"/>
              <w:left w:w="120" w:type="dxa"/>
              <w:bottom w:w="80" w:type="dxa"/>
              <w:right w:w="120" w:type="dxa"/>
            </w:tcMar>
            <w:vAlign w:val="center"/>
          </w:tcPr>
          <w:p w14:paraId="725DD2A4" w14:textId="77777777" w:rsidR="009E11EE" w:rsidRDefault="00000000">
            <w:pPr>
              <w:spacing w:after="0" w:line="240" w:lineRule="auto"/>
              <w:jc w:val="center"/>
            </w:pPr>
            <w:r>
              <w:rPr>
                <w:sz w:val="16"/>
              </w:rPr>
              <w:t>61</w:t>
            </w:r>
          </w:p>
        </w:tc>
        <w:tc>
          <w:tcPr>
            <w:tcW w:w="3960" w:type="dxa"/>
            <w:tcMar>
              <w:top w:w="80" w:type="dxa"/>
              <w:left w:w="120" w:type="dxa"/>
              <w:bottom w:w="80" w:type="dxa"/>
              <w:right w:w="120" w:type="dxa"/>
            </w:tcMar>
            <w:vAlign w:val="center"/>
          </w:tcPr>
          <w:p w14:paraId="1466D47E" w14:textId="77777777" w:rsidR="009E11EE" w:rsidRDefault="00000000">
            <w:pPr>
              <w:spacing w:after="0" w:line="240" w:lineRule="auto"/>
            </w:pPr>
            <w:r>
              <w:rPr>
                <w:sz w:val="16"/>
              </w:rPr>
              <w:t>Thái Văn Tiến</w:t>
            </w:r>
          </w:p>
        </w:tc>
        <w:tc>
          <w:tcPr>
            <w:tcW w:w="960" w:type="dxa"/>
            <w:tcMar>
              <w:top w:w="80" w:type="dxa"/>
              <w:left w:w="120" w:type="dxa"/>
              <w:bottom w:w="80" w:type="dxa"/>
              <w:right w:w="120" w:type="dxa"/>
            </w:tcMar>
            <w:vAlign w:val="center"/>
          </w:tcPr>
          <w:p w14:paraId="47F2A370"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4274EC55"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1A9B6142"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55EED56D"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467E9622" w14:textId="77777777" w:rsidR="009E11EE" w:rsidRDefault="00000000">
            <w:pPr>
              <w:spacing w:after="0" w:line="240" w:lineRule="auto"/>
              <w:jc w:val="center"/>
            </w:pPr>
            <w:r>
              <w:rPr>
                <w:sz w:val="16"/>
              </w:rPr>
              <w:t>0</w:t>
            </w:r>
          </w:p>
        </w:tc>
      </w:tr>
      <w:tr w:rsidR="009E11EE" w14:paraId="22DC0C2F" w14:textId="77777777">
        <w:tc>
          <w:tcPr>
            <w:tcW w:w="600" w:type="dxa"/>
            <w:shd w:val="clear" w:color="auto" w:fill="F2F4F7"/>
            <w:tcMar>
              <w:top w:w="80" w:type="dxa"/>
              <w:left w:w="120" w:type="dxa"/>
              <w:bottom w:w="80" w:type="dxa"/>
              <w:right w:w="120" w:type="dxa"/>
            </w:tcMar>
            <w:vAlign w:val="center"/>
          </w:tcPr>
          <w:p w14:paraId="504E1480" w14:textId="77777777" w:rsidR="009E11EE" w:rsidRDefault="00000000">
            <w:pPr>
              <w:spacing w:after="0" w:line="240" w:lineRule="auto"/>
              <w:jc w:val="center"/>
            </w:pPr>
            <w:r>
              <w:rPr>
                <w:sz w:val="16"/>
              </w:rPr>
              <w:t>62</w:t>
            </w:r>
          </w:p>
        </w:tc>
        <w:tc>
          <w:tcPr>
            <w:tcW w:w="3960" w:type="dxa"/>
            <w:shd w:val="clear" w:color="auto" w:fill="F2F4F7"/>
            <w:tcMar>
              <w:top w:w="80" w:type="dxa"/>
              <w:left w:w="120" w:type="dxa"/>
              <w:bottom w:w="80" w:type="dxa"/>
              <w:right w:w="120" w:type="dxa"/>
            </w:tcMar>
            <w:vAlign w:val="center"/>
          </w:tcPr>
          <w:p w14:paraId="5E755D33" w14:textId="77777777" w:rsidR="009E11EE" w:rsidRDefault="00000000">
            <w:pPr>
              <w:spacing w:after="0" w:line="240" w:lineRule="auto"/>
            </w:pPr>
            <w:r>
              <w:rPr>
                <w:sz w:val="16"/>
              </w:rPr>
              <w:t>Trinh Hữu Hải , Hà Huy Thêm</w:t>
            </w:r>
          </w:p>
        </w:tc>
        <w:tc>
          <w:tcPr>
            <w:tcW w:w="960" w:type="dxa"/>
            <w:shd w:val="clear" w:color="auto" w:fill="F2F4F7"/>
            <w:tcMar>
              <w:top w:w="80" w:type="dxa"/>
              <w:left w:w="120" w:type="dxa"/>
              <w:bottom w:w="80" w:type="dxa"/>
              <w:right w:w="120" w:type="dxa"/>
            </w:tcMar>
            <w:vAlign w:val="center"/>
          </w:tcPr>
          <w:p w14:paraId="578545A4"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2ECD95CC"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1FF87832"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1A27DBC6"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06270AF5" w14:textId="77777777" w:rsidR="009E11EE" w:rsidRDefault="00000000">
            <w:pPr>
              <w:spacing w:after="0" w:line="240" w:lineRule="auto"/>
              <w:jc w:val="center"/>
            </w:pPr>
            <w:r>
              <w:rPr>
                <w:sz w:val="16"/>
              </w:rPr>
              <w:t>0</w:t>
            </w:r>
          </w:p>
        </w:tc>
      </w:tr>
      <w:tr w:rsidR="009E11EE" w14:paraId="27AC1192" w14:textId="77777777">
        <w:tc>
          <w:tcPr>
            <w:tcW w:w="600" w:type="dxa"/>
            <w:tcMar>
              <w:top w:w="80" w:type="dxa"/>
              <w:left w:w="120" w:type="dxa"/>
              <w:bottom w:w="80" w:type="dxa"/>
              <w:right w:w="120" w:type="dxa"/>
            </w:tcMar>
            <w:vAlign w:val="center"/>
          </w:tcPr>
          <w:p w14:paraId="6ECC1CDF" w14:textId="77777777" w:rsidR="009E11EE" w:rsidRDefault="00000000">
            <w:pPr>
              <w:spacing w:after="0" w:line="240" w:lineRule="auto"/>
              <w:jc w:val="center"/>
            </w:pPr>
            <w:r>
              <w:rPr>
                <w:sz w:val="16"/>
              </w:rPr>
              <w:t>63</w:t>
            </w:r>
          </w:p>
        </w:tc>
        <w:tc>
          <w:tcPr>
            <w:tcW w:w="3960" w:type="dxa"/>
            <w:tcMar>
              <w:top w:w="80" w:type="dxa"/>
              <w:left w:w="120" w:type="dxa"/>
              <w:bottom w:w="80" w:type="dxa"/>
              <w:right w:w="120" w:type="dxa"/>
            </w:tcMar>
            <w:vAlign w:val="center"/>
          </w:tcPr>
          <w:p w14:paraId="277C80E3" w14:textId="77777777" w:rsidR="009E11EE" w:rsidRDefault="00000000">
            <w:pPr>
              <w:spacing w:after="0" w:line="240" w:lineRule="auto"/>
            </w:pPr>
            <w:r>
              <w:rPr>
                <w:sz w:val="16"/>
              </w:rPr>
              <w:t>Trần Văn Hát , Hà Huy Thêm</w:t>
            </w:r>
          </w:p>
        </w:tc>
        <w:tc>
          <w:tcPr>
            <w:tcW w:w="960" w:type="dxa"/>
            <w:tcMar>
              <w:top w:w="80" w:type="dxa"/>
              <w:left w:w="120" w:type="dxa"/>
              <w:bottom w:w="80" w:type="dxa"/>
              <w:right w:w="120" w:type="dxa"/>
            </w:tcMar>
            <w:vAlign w:val="center"/>
          </w:tcPr>
          <w:p w14:paraId="6E695144"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595F7E82"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3F853524"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74547FD7"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68B94C2C" w14:textId="77777777" w:rsidR="009E11EE" w:rsidRDefault="00000000">
            <w:pPr>
              <w:spacing w:after="0" w:line="240" w:lineRule="auto"/>
              <w:jc w:val="center"/>
            </w:pPr>
            <w:r>
              <w:rPr>
                <w:sz w:val="16"/>
              </w:rPr>
              <w:t>0</w:t>
            </w:r>
          </w:p>
        </w:tc>
      </w:tr>
      <w:tr w:rsidR="009E11EE" w14:paraId="293DC8D9" w14:textId="77777777">
        <w:tc>
          <w:tcPr>
            <w:tcW w:w="600" w:type="dxa"/>
            <w:shd w:val="clear" w:color="auto" w:fill="F2F4F7"/>
            <w:tcMar>
              <w:top w:w="80" w:type="dxa"/>
              <w:left w:w="120" w:type="dxa"/>
              <w:bottom w:w="80" w:type="dxa"/>
              <w:right w:w="120" w:type="dxa"/>
            </w:tcMar>
            <w:vAlign w:val="center"/>
          </w:tcPr>
          <w:p w14:paraId="0F2AE2DC" w14:textId="77777777" w:rsidR="009E11EE" w:rsidRDefault="00000000">
            <w:pPr>
              <w:spacing w:after="0" w:line="240" w:lineRule="auto"/>
              <w:jc w:val="center"/>
            </w:pPr>
            <w:r>
              <w:rPr>
                <w:sz w:val="16"/>
              </w:rPr>
              <w:t>64</w:t>
            </w:r>
          </w:p>
        </w:tc>
        <w:tc>
          <w:tcPr>
            <w:tcW w:w="3960" w:type="dxa"/>
            <w:shd w:val="clear" w:color="auto" w:fill="F2F4F7"/>
            <w:tcMar>
              <w:top w:w="80" w:type="dxa"/>
              <w:left w:w="120" w:type="dxa"/>
              <w:bottom w:w="80" w:type="dxa"/>
              <w:right w:w="120" w:type="dxa"/>
            </w:tcMar>
            <w:vAlign w:val="center"/>
          </w:tcPr>
          <w:p w14:paraId="7B4DDD12" w14:textId="77777777" w:rsidR="009E11EE" w:rsidRDefault="00000000">
            <w:pPr>
              <w:spacing w:after="0" w:line="240" w:lineRule="auto"/>
            </w:pPr>
            <w:r>
              <w:rPr>
                <w:sz w:val="16"/>
              </w:rPr>
              <w:t>Trần Văn Thưởng</w:t>
            </w:r>
          </w:p>
        </w:tc>
        <w:tc>
          <w:tcPr>
            <w:tcW w:w="960" w:type="dxa"/>
            <w:shd w:val="clear" w:color="auto" w:fill="F2F4F7"/>
            <w:tcMar>
              <w:top w:w="80" w:type="dxa"/>
              <w:left w:w="120" w:type="dxa"/>
              <w:bottom w:w="80" w:type="dxa"/>
              <w:right w:w="120" w:type="dxa"/>
            </w:tcMar>
            <w:vAlign w:val="center"/>
          </w:tcPr>
          <w:p w14:paraId="752702DB"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74A58D8E"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0E34867C"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10180D4E"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05C31D0A" w14:textId="77777777" w:rsidR="009E11EE" w:rsidRDefault="00000000">
            <w:pPr>
              <w:spacing w:after="0" w:line="240" w:lineRule="auto"/>
              <w:jc w:val="center"/>
            </w:pPr>
            <w:r>
              <w:rPr>
                <w:sz w:val="16"/>
              </w:rPr>
              <w:t>0</w:t>
            </w:r>
          </w:p>
        </w:tc>
      </w:tr>
      <w:tr w:rsidR="009E11EE" w14:paraId="7C960A6B" w14:textId="77777777">
        <w:tc>
          <w:tcPr>
            <w:tcW w:w="600" w:type="dxa"/>
            <w:tcMar>
              <w:top w:w="80" w:type="dxa"/>
              <w:left w:w="120" w:type="dxa"/>
              <w:bottom w:w="80" w:type="dxa"/>
              <w:right w:w="120" w:type="dxa"/>
            </w:tcMar>
            <w:vAlign w:val="center"/>
          </w:tcPr>
          <w:p w14:paraId="424EF9DC" w14:textId="77777777" w:rsidR="009E11EE" w:rsidRDefault="00000000">
            <w:pPr>
              <w:spacing w:after="0" w:line="240" w:lineRule="auto"/>
              <w:jc w:val="center"/>
            </w:pPr>
            <w:r>
              <w:rPr>
                <w:sz w:val="16"/>
              </w:rPr>
              <w:t>65</w:t>
            </w:r>
          </w:p>
        </w:tc>
        <w:tc>
          <w:tcPr>
            <w:tcW w:w="3960" w:type="dxa"/>
            <w:tcMar>
              <w:top w:w="80" w:type="dxa"/>
              <w:left w:w="120" w:type="dxa"/>
              <w:bottom w:w="80" w:type="dxa"/>
              <w:right w:w="120" w:type="dxa"/>
            </w:tcMar>
            <w:vAlign w:val="center"/>
          </w:tcPr>
          <w:p w14:paraId="6AD43C45" w14:textId="77777777" w:rsidR="009E11EE" w:rsidRDefault="00000000">
            <w:pPr>
              <w:spacing w:after="0" w:line="240" w:lineRule="auto"/>
            </w:pPr>
            <w:r>
              <w:rPr>
                <w:sz w:val="16"/>
              </w:rPr>
              <w:t>Tạo , Thao</w:t>
            </w:r>
          </w:p>
        </w:tc>
        <w:tc>
          <w:tcPr>
            <w:tcW w:w="960" w:type="dxa"/>
            <w:tcMar>
              <w:top w:w="80" w:type="dxa"/>
              <w:left w:w="120" w:type="dxa"/>
              <w:bottom w:w="80" w:type="dxa"/>
              <w:right w:w="120" w:type="dxa"/>
            </w:tcMar>
            <w:vAlign w:val="center"/>
          </w:tcPr>
          <w:p w14:paraId="6B190A9D"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3AB92A70"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6C9DD8D6"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7E9474E3"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20551F14" w14:textId="77777777" w:rsidR="009E11EE" w:rsidRDefault="00000000">
            <w:pPr>
              <w:spacing w:after="0" w:line="240" w:lineRule="auto"/>
              <w:jc w:val="center"/>
            </w:pPr>
            <w:r>
              <w:rPr>
                <w:sz w:val="16"/>
              </w:rPr>
              <w:t>0</w:t>
            </w:r>
          </w:p>
        </w:tc>
      </w:tr>
      <w:tr w:rsidR="009E11EE" w14:paraId="7E5E31A0" w14:textId="77777777">
        <w:tc>
          <w:tcPr>
            <w:tcW w:w="600" w:type="dxa"/>
            <w:shd w:val="clear" w:color="auto" w:fill="F2F4F7"/>
            <w:tcMar>
              <w:top w:w="80" w:type="dxa"/>
              <w:left w:w="120" w:type="dxa"/>
              <w:bottom w:w="80" w:type="dxa"/>
              <w:right w:w="120" w:type="dxa"/>
            </w:tcMar>
            <w:vAlign w:val="center"/>
          </w:tcPr>
          <w:p w14:paraId="231AA801" w14:textId="77777777" w:rsidR="009E11EE" w:rsidRDefault="00000000">
            <w:pPr>
              <w:spacing w:after="0" w:line="240" w:lineRule="auto"/>
              <w:jc w:val="center"/>
            </w:pPr>
            <w:r>
              <w:rPr>
                <w:sz w:val="16"/>
              </w:rPr>
              <w:t>66</w:t>
            </w:r>
          </w:p>
        </w:tc>
        <w:tc>
          <w:tcPr>
            <w:tcW w:w="3960" w:type="dxa"/>
            <w:shd w:val="clear" w:color="auto" w:fill="F2F4F7"/>
            <w:tcMar>
              <w:top w:w="80" w:type="dxa"/>
              <w:left w:w="120" w:type="dxa"/>
              <w:bottom w:w="80" w:type="dxa"/>
              <w:right w:w="120" w:type="dxa"/>
            </w:tcMar>
            <w:vAlign w:val="center"/>
          </w:tcPr>
          <w:p w14:paraId="50ABEF07" w14:textId="77777777" w:rsidR="009E11EE" w:rsidRDefault="00000000">
            <w:pPr>
              <w:spacing w:after="0" w:line="240" w:lineRule="auto"/>
            </w:pPr>
            <w:r>
              <w:rPr>
                <w:sz w:val="16"/>
              </w:rPr>
              <w:t>Vay Lương Thuận</w:t>
            </w:r>
          </w:p>
        </w:tc>
        <w:tc>
          <w:tcPr>
            <w:tcW w:w="960" w:type="dxa"/>
            <w:shd w:val="clear" w:color="auto" w:fill="F2F4F7"/>
            <w:tcMar>
              <w:top w:w="80" w:type="dxa"/>
              <w:left w:w="120" w:type="dxa"/>
              <w:bottom w:w="80" w:type="dxa"/>
              <w:right w:w="120" w:type="dxa"/>
            </w:tcMar>
            <w:vAlign w:val="center"/>
          </w:tcPr>
          <w:p w14:paraId="6EFDB003"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15566671"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2EA4C090"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017C210B"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120C567A" w14:textId="77777777" w:rsidR="009E11EE" w:rsidRDefault="00000000">
            <w:pPr>
              <w:spacing w:after="0" w:line="240" w:lineRule="auto"/>
              <w:jc w:val="center"/>
            </w:pPr>
            <w:r>
              <w:rPr>
                <w:sz w:val="16"/>
              </w:rPr>
              <w:t>0</w:t>
            </w:r>
          </w:p>
        </w:tc>
      </w:tr>
      <w:tr w:rsidR="009E11EE" w14:paraId="1915A4AE" w14:textId="77777777">
        <w:tc>
          <w:tcPr>
            <w:tcW w:w="600" w:type="dxa"/>
            <w:tcMar>
              <w:top w:w="80" w:type="dxa"/>
              <w:left w:w="120" w:type="dxa"/>
              <w:bottom w:w="80" w:type="dxa"/>
              <w:right w:w="120" w:type="dxa"/>
            </w:tcMar>
            <w:vAlign w:val="center"/>
          </w:tcPr>
          <w:p w14:paraId="7EA2D260" w14:textId="77777777" w:rsidR="009E11EE" w:rsidRDefault="00000000">
            <w:pPr>
              <w:spacing w:after="0" w:line="240" w:lineRule="auto"/>
              <w:jc w:val="center"/>
            </w:pPr>
            <w:r>
              <w:rPr>
                <w:sz w:val="16"/>
              </w:rPr>
              <w:t>67</w:t>
            </w:r>
          </w:p>
        </w:tc>
        <w:tc>
          <w:tcPr>
            <w:tcW w:w="3960" w:type="dxa"/>
            <w:tcMar>
              <w:top w:w="80" w:type="dxa"/>
              <w:left w:w="120" w:type="dxa"/>
              <w:bottom w:w="80" w:type="dxa"/>
              <w:right w:w="120" w:type="dxa"/>
            </w:tcMar>
            <w:vAlign w:val="center"/>
          </w:tcPr>
          <w:p w14:paraId="476DB039" w14:textId="77777777" w:rsidR="009E11EE" w:rsidRDefault="00000000">
            <w:pPr>
              <w:spacing w:after="0" w:line="240" w:lineRule="auto"/>
            </w:pPr>
            <w:r>
              <w:rPr>
                <w:sz w:val="16"/>
              </w:rPr>
              <w:t>Văn Lịnh , Hữu Nghị</w:t>
            </w:r>
          </w:p>
        </w:tc>
        <w:tc>
          <w:tcPr>
            <w:tcW w:w="960" w:type="dxa"/>
            <w:tcMar>
              <w:top w:w="80" w:type="dxa"/>
              <w:left w:w="120" w:type="dxa"/>
              <w:bottom w:w="80" w:type="dxa"/>
              <w:right w:w="120" w:type="dxa"/>
            </w:tcMar>
            <w:vAlign w:val="center"/>
          </w:tcPr>
          <w:p w14:paraId="560E6494"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013574DC"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7AD0CF65"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37B14DBB"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27FFBD80" w14:textId="77777777" w:rsidR="009E11EE" w:rsidRDefault="00000000">
            <w:pPr>
              <w:spacing w:after="0" w:line="240" w:lineRule="auto"/>
              <w:jc w:val="center"/>
            </w:pPr>
            <w:r>
              <w:rPr>
                <w:sz w:val="16"/>
              </w:rPr>
              <w:t>0</w:t>
            </w:r>
          </w:p>
        </w:tc>
      </w:tr>
      <w:tr w:rsidR="009E11EE" w14:paraId="0B826A33" w14:textId="77777777">
        <w:tc>
          <w:tcPr>
            <w:tcW w:w="600" w:type="dxa"/>
            <w:shd w:val="clear" w:color="auto" w:fill="F2F4F7"/>
            <w:tcMar>
              <w:top w:w="80" w:type="dxa"/>
              <w:left w:w="120" w:type="dxa"/>
              <w:bottom w:w="80" w:type="dxa"/>
              <w:right w:w="120" w:type="dxa"/>
            </w:tcMar>
            <w:vAlign w:val="center"/>
          </w:tcPr>
          <w:p w14:paraId="6E5B5E22" w14:textId="77777777" w:rsidR="009E11EE" w:rsidRDefault="00000000">
            <w:pPr>
              <w:spacing w:after="0" w:line="240" w:lineRule="auto"/>
              <w:jc w:val="center"/>
            </w:pPr>
            <w:r>
              <w:rPr>
                <w:sz w:val="16"/>
              </w:rPr>
              <w:t>68</w:t>
            </w:r>
          </w:p>
        </w:tc>
        <w:tc>
          <w:tcPr>
            <w:tcW w:w="3960" w:type="dxa"/>
            <w:shd w:val="clear" w:color="auto" w:fill="F2F4F7"/>
            <w:tcMar>
              <w:top w:w="80" w:type="dxa"/>
              <w:left w:w="120" w:type="dxa"/>
              <w:bottom w:w="80" w:type="dxa"/>
              <w:right w:w="120" w:type="dxa"/>
            </w:tcMar>
            <w:vAlign w:val="center"/>
          </w:tcPr>
          <w:p w14:paraId="42371DA9" w14:textId="77777777" w:rsidR="009E11EE" w:rsidRDefault="00000000">
            <w:pPr>
              <w:spacing w:after="0" w:line="240" w:lineRule="auto"/>
            </w:pPr>
            <w:r>
              <w:rPr>
                <w:sz w:val="16"/>
              </w:rPr>
              <w:t>Xuân Thơm</w:t>
            </w:r>
          </w:p>
        </w:tc>
        <w:tc>
          <w:tcPr>
            <w:tcW w:w="960" w:type="dxa"/>
            <w:shd w:val="clear" w:color="auto" w:fill="F2F4F7"/>
            <w:tcMar>
              <w:top w:w="80" w:type="dxa"/>
              <w:left w:w="120" w:type="dxa"/>
              <w:bottom w:w="80" w:type="dxa"/>
              <w:right w:w="120" w:type="dxa"/>
            </w:tcMar>
            <w:vAlign w:val="center"/>
          </w:tcPr>
          <w:p w14:paraId="5779B808"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7395EA5D"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594CDB5C"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74882FB6"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279B4A69" w14:textId="77777777" w:rsidR="009E11EE" w:rsidRDefault="00000000">
            <w:pPr>
              <w:spacing w:after="0" w:line="240" w:lineRule="auto"/>
              <w:jc w:val="center"/>
            </w:pPr>
            <w:r>
              <w:rPr>
                <w:sz w:val="16"/>
              </w:rPr>
              <w:t>0</w:t>
            </w:r>
          </w:p>
        </w:tc>
      </w:tr>
      <w:tr w:rsidR="009E11EE" w14:paraId="782BAF1B" w14:textId="77777777">
        <w:tc>
          <w:tcPr>
            <w:tcW w:w="600" w:type="dxa"/>
            <w:tcMar>
              <w:top w:w="80" w:type="dxa"/>
              <w:left w:w="120" w:type="dxa"/>
              <w:bottom w:w="80" w:type="dxa"/>
              <w:right w:w="120" w:type="dxa"/>
            </w:tcMar>
            <w:vAlign w:val="center"/>
          </w:tcPr>
          <w:p w14:paraId="2530E804" w14:textId="77777777" w:rsidR="009E11EE" w:rsidRDefault="00000000">
            <w:pPr>
              <w:spacing w:after="0" w:line="240" w:lineRule="auto"/>
              <w:jc w:val="center"/>
            </w:pPr>
            <w:r>
              <w:rPr>
                <w:sz w:val="16"/>
              </w:rPr>
              <w:t>69</w:t>
            </w:r>
          </w:p>
        </w:tc>
        <w:tc>
          <w:tcPr>
            <w:tcW w:w="3960" w:type="dxa"/>
            <w:tcMar>
              <w:top w:w="80" w:type="dxa"/>
              <w:left w:w="120" w:type="dxa"/>
              <w:bottom w:w="80" w:type="dxa"/>
              <w:right w:w="120" w:type="dxa"/>
            </w:tcMar>
            <w:vAlign w:val="center"/>
          </w:tcPr>
          <w:p w14:paraId="6041B1D9" w14:textId="77777777" w:rsidR="009E11EE" w:rsidRDefault="00000000">
            <w:pPr>
              <w:spacing w:after="0" w:line="240" w:lineRule="auto"/>
            </w:pPr>
            <w:r>
              <w:rPr>
                <w:sz w:val="16"/>
              </w:rPr>
              <w:t>Đoàn Thanh Nhân , Nông Đức Trường</w:t>
            </w:r>
          </w:p>
        </w:tc>
        <w:tc>
          <w:tcPr>
            <w:tcW w:w="960" w:type="dxa"/>
            <w:tcMar>
              <w:top w:w="80" w:type="dxa"/>
              <w:left w:w="120" w:type="dxa"/>
              <w:bottom w:w="80" w:type="dxa"/>
              <w:right w:w="120" w:type="dxa"/>
            </w:tcMar>
            <w:vAlign w:val="center"/>
          </w:tcPr>
          <w:p w14:paraId="5350CE36"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5E03DB89"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550A0284"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7C0F636E"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75667F39" w14:textId="77777777" w:rsidR="009E11EE" w:rsidRDefault="00000000">
            <w:pPr>
              <w:spacing w:after="0" w:line="240" w:lineRule="auto"/>
              <w:jc w:val="center"/>
            </w:pPr>
            <w:r>
              <w:rPr>
                <w:sz w:val="16"/>
              </w:rPr>
              <w:t>0</w:t>
            </w:r>
          </w:p>
        </w:tc>
      </w:tr>
      <w:tr w:rsidR="009E11EE" w14:paraId="553385F3" w14:textId="77777777">
        <w:tc>
          <w:tcPr>
            <w:tcW w:w="600" w:type="dxa"/>
            <w:shd w:val="clear" w:color="auto" w:fill="F2F4F7"/>
            <w:tcMar>
              <w:top w:w="80" w:type="dxa"/>
              <w:left w:w="120" w:type="dxa"/>
              <w:bottom w:w="80" w:type="dxa"/>
              <w:right w:w="120" w:type="dxa"/>
            </w:tcMar>
            <w:vAlign w:val="center"/>
          </w:tcPr>
          <w:p w14:paraId="3EE99353" w14:textId="77777777" w:rsidR="009E11EE" w:rsidRDefault="00000000">
            <w:pPr>
              <w:spacing w:after="0" w:line="240" w:lineRule="auto"/>
              <w:jc w:val="center"/>
            </w:pPr>
            <w:r>
              <w:rPr>
                <w:sz w:val="16"/>
              </w:rPr>
              <w:t>70</w:t>
            </w:r>
          </w:p>
        </w:tc>
        <w:tc>
          <w:tcPr>
            <w:tcW w:w="3960" w:type="dxa"/>
            <w:shd w:val="clear" w:color="auto" w:fill="F2F4F7"/>
            <w:tcMar>
              <w:top w:w="80" w:type="dxa"/>
              <w:left w:w="120" w:type="dxa"/>
              <w:bottom w:w="80" w:type="dxa"/>
              <w:right w:w="120" w:type="dxa"/>
            </w:tcMar>
            <w:vAlign w:val="center"/>
          </w:tcPr>
          <w:p w14:paraId="21C59C03" w14:textId="77777777" w:rsidR="009E11EE" w:rsidRDefault="00000000">
            <w:pPr>
              <w:spacing w:after="0" w:line="240" w:lineRule="auto"/>
            </w:pPr>
            <w:r>
              <w:rPr>
                <w:sz w:val="16"/>
              </w:rPr>
              <w:t>ĐÌNH VINH</w:t>
            </w:r>
          </w:p>
        </w:tc>
        <w:tc>
          <w:tcPr>
            <w:tcW w:w="960" w:type="dxa"/>
            <w:shd w:val="clear" w:color="auto" w:fill="F2F4F7"/>
            <w:tcMar>
              <w:top w:w="80" w:type="dxa"/>
              <w:left w:w="120" w:type="dxa"/>
              <w:bottom w:w="80" w:type="dxa"/>
              <w:right w:w="120" w:type="dxa"/>
            </w:tcMar>
            <w:vAlign w:val="center"/>
          </w:tcPr>
          <w:p w14:paraId="34FEF628"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343638EB"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1F3267CA"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6BC470BE"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6A262A59" w14:textId="77777777" w:rsidR="009E11EE" w:rsidRDefault="00000000">
            <w:pPr>
              <w:spacing w:after="0" w:line="240" w:lineRule="auto"/>
              <w:jc w:val="center"/>
            </w:pPr>
            <w:r>
              <w:rPr>
                <w:sz w:val="16"/>
              </w:rPr>
              <w:t>0</w:t>
            </w:r>
          </w:p>
        </w:tc>
      </w:tr>
      <w:tr w:rsidR="009E11EE" w14:paraId="10D68C99" w14:textId="77777777">
        <w:tc>
          <w:tcPr>
            <w:tcW w:w="600" w:type="dxa"/>
            <w:tcMar>
              <w:top w:w="80" w:type="dxa"/>
              <w:left w:w="120" w:type="dxa"/>
              <w:bottom w:w="80" w:type="dxa"/>
              <w:right w:w="120" w:type="dxa"/>
            </w:tcMar>
            <w:vAlign w:val="center"/>
          </w:tcPr>
          <w:p w14:paraId="34A6B184" w14:textId="77777777" w:rsidR="009E11EE" w:rsidRDefault="00000000">
            <w:pPr>
              <w:spacing w:after="0" w:line="240" w:lineRule="auto"/>
              <w:jc w:val="center"/>
            </w:pPr>
            <w:r>
              <w:rPr>
                <w:sz w:val="16"/>
              </w:rPr>
              <w:t>71</w:t>
            </w:r>
          </w:p>
        </w:tc>
        <w:tc>
          <w:tcPr>
            <w:tcW w:w="3960" w:type="dxa"/>
            <w:tcMar>
              <w:top w:w="80" w:type="dxa"/>
              <w:left w:w="120" w:type="dxa"/>
              <w:bottom w:w="80" w:type="dxa"/>
              <w:right w:w="120" w:type="dxa"/>
            </w:tcMar>
            <w:vAlign w:val="center"/>
          </w:tcPr>
          <w:p w14:paraId="79F4E08D" w14:textId="77777777" w:rsidR="009E11EE" w:rsidRDefault="00000000">
            <w:pPr>
              <w:spacing w:after="0" w:line="240" w:lineRule="auto"/>
            </w:pPr>
            <w:r>
              <w:rPr>
                <w:sz w:val="16"/>
              </w:rPr>
              <w:t>Đăng Hiệp</w:t>
            </w:r>
          </w:p>
        </w:tc>
        <w:tc>
          <w:tcPr>
            <w:tcW w:w="960" w:type="dxa"/>
            <w:tcMar>
              <w:top w:w="80" w:type="dxa"/>
              <w:left w:w="120" w:type="dxa"/>
              <w:bottom w:w="80" w:type="dxa"/>
              <w:right w:w="120" w:type="dxa"/>
            </w:tcMar>
            <w:vAlign w:val="center"/>
          </w:tcPr>
          <w:p w14:paraId="42578BFD"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33A25209"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7531F709"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18DF1752"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418E72CA" w14:textId="77777777" w:rsidR="009E11EE" w:rsidRDefault="00000000">
            <w:pPr>
              <w:spacing w:after="0" w:line="240" w:lineRule="auto"/>
              <w:jc w:val="center"/>
            </w:pPr>
            <w:r>
              <w:rPr>
                <w:sz w:val="16"/>
              </w:rPr>
              <w:t>0</w:t>
            </w:r>
          </w:p>
        </w:tc>
      </w:tr>
      <w:tr w:rsidR="009E11EE" w14:paraId="5B2DD802" w14:textId="77777777">
        <w:tc>
          <w:tcPr>
            <w:tcW w:w="600" w:type="dxa"/>
            <w:shd w:val="clear" w:color="auto" w:fill="F2F4F7"/>
            <w:tcMar>
              <w:top w:w="80" w:type="dxa"/>
              <w:left w:w="120" w:type="dxa"/>
              <w:bottom w:w="80" w:type="dxa"/>
              <w:right w:w="120" w:type="dxa"/>
            </w:tcMar>
            <w:vAlign w:val="center"/>
          </w:tcPr>
          <w:p w14:paraId="11DC7B90" w14:textId="77777777" w:rsidR="009E11EE" w:rsidRDefault="00000000">
            <w:pPr>
              <w:spacing w:after="0" w:line="240" w:lineRule="auto"/>
              <w:jc w:val="center"/>
            </w:pPr>
            <w:r>
              <w:rPr>
                <w:sz w:val="16"/>
              </w:rPr>
              <w:t>72</w:t>
            </w:r>
          </w:p>
        </w:tc>
        <w:tc>
          <w:tcPr>
            <w:tcW w:w="3960" w:type="dxa"/>
            <w:shd w:val="clear" w:color="auto" w:fill="F2F4F7"/>
            <w:tcMar>
              <w:top w:w="80" w:type="dxa"/>
              <w:left w:w="120" w:type="dxa"/>
              <w:bottom w:w="80" w:type="dxa"/>
              <w:right w:w="120" w:type="dxa"/>
            </w:tcMar>
            <w:vAlign w:val="center"/>
          </w:tcPr>
          <w:p w14:paraId="527CFCB5" w14:textId="77777777" w:rsidR="009E11EE" w:rsidRDefault="00000000">
            <w:pPr>
              <w:spacing w:after="0" w:line="240" w:lineRule="auto"/>
            </w:pPr>
            <w:r>
              <w:rPr>
                <w:sz w:val="16"/>
              </w:rPr>
              <w:t>Đại Phước</w:t>
            </w:r>
          </w:p>
        </w:tc>
        <w:tc>
          <w:tcPr>
            <w:tcW w:w="960" w:type="dxa"/>
            <w:shd w:val="clear" w:color="auto" w:fill="F2F4F7"/>
            <w:tcMar>
              <w:top w:w="80" w:type="dxa"/>
              <w:left w:w="120" w:type="dxa"/>
              <w:bottom w:w="80" w:type="dxa"/>
              <w:right w:w="120" w:type="dxa"/>
            </w:tcMar>
            <w:vAlign w:val="center"/>
          </w:tcPr>
          <w:p w14:paraId="1FF78AD7"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769620D6"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78769D90" w14:textId="77777777" w:rsidR="009E11EE" w:rsidRDefault="00000000">
            <w:pPr>
              <w:spacing w:after="0" w:line="240" w:lineRule="auto"/>
              <w:jc w:val="center"/>
            </w:pPr>
            <w:r>
              <w:rPr>
                <w:sz w:val="16"/>
              </w:rPr>
              <w:t>1</w:t>
            </w:r>
          </w:p>
        </w:tc>
        <w:tc>
          <w:tcPr>
            <w:tcW w:w="960" w:type="dxa"/>
            <w:shd w:val="clear" w:color="auto" w:fill="F2F4F7"/>
            <w:tcMar>
              <w:top w:w="80" w:type="dxa"/>
              <w:left w:w="120" w:type="dxa"/>
              <w:bottom w:w="80" w:type="dxa"/>
              <w:right w:w="120" w:type="dxa"/>
            </w:tcMar>
            <w:vAlign w:val="center"/>
          </w:tcPr>
          <w:p w14:paraId="798785D6" w14:textId="77777777" w:rsidR="009E11EE" w:rsidRDefault="00000000">
            <w:pPr>
              <w:spacing w:after="0" w:line="240" w:lineRule="auto"/>
              <w:jc w:val="center"/>
            </w:pPr>
            <w:r>
              <w:rPr>
                <w:sz w:val="16"/>
              </w:rPr>
              <w:t>0</w:t>
            </w:r>
          </w:p>
        </w:tc>
        <w:tc>
          <w:tcPr>
            <w:tcW w:w="960" w:type="dxa"/>
            <w:shd w:val="clear" w:color="auto" w:fill="F2F4F7"/>
            <w:tcMar>
              <w:top w:w="80" w:type="dxa"/>
              <w:left w:w="120" w:type="dxa"/>
              <w:bottom w:w="80" w:type="dxa"/>
              <w:right w:w="120" w:type="dxa"/>
            </w:tcMar>
            <w:vAlign w:val="center"/>
          </w:tcPr>
          <w:p w14:paraId="5F264B91" w14:textId="77777777" w:rsidR="009E11EE" w:rsidRDefault="00000000">
            <w:pPr>
              <w:spacing w:after="0" w:line="240" w:lineRule="auto"/>
              <w:jc w:val="center"/>
            </w:pPr>
            <w:r>
              <w:rPr>
                <w:sz w:val="16"/>
              </w:rPr>
              <w:t>0</w:t>
            </w:r>
          </w:p>
        </w:tc>
      </w:tr>
      <w:tr w:rsidR="009E11EE" w14:paraId="2AFE0650" w14:textId="77777777">
        <w:tc>
          <w:tcPr>
            <w:tcW w:w="600" w:type="dxa"/>
            <w:tcMar>
              <w:top w:w="80" w:type="dxa"/>
              <w:left w:w="120" w:type="dxa"/>
              <w:bottom w:w="80" w:type="dxa"/>
              <w:right w:w="120" w:type="dxa"/>
            </w:tcMar>
            <w:vAlign w:val="center"/>
          </w:tcPr>
          <w:p w14:paraId="08C4B8DE" w14:textId="77777777" w:rsidR="009E11EE" w:rsidRDefault="00000000">
            <w:pPr>
              <w:spacing w:after="0" w:line="240" w:lineRule="auto"/>
              <w:jc w:val="center"/>
            </w:pPr>
            <w:r>
              <w:rPr>
                <w:sz w:val="16"/>
              </w:rPr>
              <w:t>73</w:t>
            </w:r>
          </w:p>
        </w:tc>
        <w:tc>
          <w:tcPr>
            <w:tcW w:w="3960" w:type="dxa"/>
            <w:tcMar>
              <w:top w:w="80" w:type="dxa"/>
              <w:left w:w="120" w:type="dxa"/>
              <w:bottom w:w="80" w:type="dxa"/>
              <w:right w:w="120" w:type="dxa"/>
            </w:tcMar>
            <w:vAlign w:val="center"/>
          </w:tcPr>
          <w:p w14:paraId="7DF4E4F3" w14:textId="77777777" w:rsidR="009E11EE" w:rsidRDefault="00000000">
            <w:pPr>
              <w:spacing w:after="0" w:line="240" w:lineRule="auto"/>
            </w:pPr>
            <w:r>
              <w:rPr>
                <w:sz w:val="16"/>
              </w:rPr>
              <w:t>Đỗ Quang Thủy</w:t>
            </w:r>
          </w:p>
        </w:tc>
        <w:tc>
          <w:tcPr>
            <w:tcW w:w="960" w:type="dxa"/>
            <w:tcMar>
              <w:top w:w="80" w:type="dxa"/>
              <w:left w:w="120" w:type="dxa"/>
              <w:bottom w:w="80" w:type="dxa"/>
              <w:right w:w="120" w:type="dxa"/>
            </w:tcMar>
            <w:vAlign w:val="center"/>
          </w:tcPr>
          <w:p w14:paraId="37004958"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210A939B"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2DCD6498" w14:textId="77777777" w:rsidR="009E11EE" w:rsidRDefault="00000000">
            <w:pPr>
              <w:spacing w:after="0" w:line="240" w:lineRule="auto"/>
              <w:jc w:val="center"/>
            </w:pPr>
            <w:r>
              <w:rPr>
                <w:sz w:val="16"/>
              </w:rPr>
              <w:t>1</w:t>
            </w:r>
          </w:p>
        </w:tc>
        <w:tc>
          <w:tcPr>
            <w:tcW w:w="960" w:type="dxa"/>
            <w:tcMar>
              <w:top w:w="80" w:type="dxa"/>
              <w:left w:w="120" w:type="dxa"/>
              <w:bottom w:w="80" w:type="dxa"/>
              <w:right w:w="120" w:type="dxa"/>
            </w:tcMar>
            <w:vAlign w:val="center"/>
          </w:tcPr>
          <w:p w14:paraId="3B98F967" w14:textId="77777777" w:rsidR="009E11EE" w:rsidRDefault="00000000">
            <w:pPr>
              <w:spacing w:after="0" w:line="240" w:lineRule="auto"/>
              <w:jc w:val="center"/>
            </w:pPr>
            <w:r>
              <w:rPr>
                <w:sz w:val="16"/>
              </w:rPr>
              <w:t>0</w:t>
            </w:r>
          </w:p>
        </w:tc>
        <w:tc>
          <w:tcPr>
            <w:tcW w:w="960" w:type="dxa"/>
            <w:tcMar>
              <w:top w:w="80" w:type="dxa"/>
              <w:left w:w="120" w:type="dxa"/>
              <w:bottom w:w="80" w:type="dxa"/>
              <w:right w:w="120" w:type="dxa"/>
            </w:tcMar>
            <w:vAlign w:val="center"/>
          </w:tcPr>
          <w:p w14:paraId="76A4CA9E" w14:textId="77777777" w:rsidR="009E11EE" w:rsidRDefault="00000000">
            <w:pPr>
              <w:spacing w:after="0" w:line="240" w:lineRule="auto"/>
              <w:jc w:val="center"/>
            </w:pPr>
            <w:r>
              <w:rPr>
                <w:sz w:val="16"/>
              </w:rPr>
              <w:t>0</w:t>
            </w:r>
          </w:p>
        </w:tc>
      </w:tr>
    </w:tbl>
    <w:p w14:paraId="6E44E8BA" w14:textId="77777777" w:rsidR="009E11EE" w:rsidRDefault="009E11EE">
      <w:pPr>
        <w:spacing w:after="0"/>
      </w:pPr>
    </w:p>
    <w:p w14:paraId="64A11437" w14:textId="77777777" w:rsidR="009E11EE" w:rsidRDefault="00000000">
      <w:r>
        <w:br w:type="page"/>
      </w:r>
    </w:p>
    <w:p w14:paraId="12916A82" w14:textId="77777777" w:rsidR="009E11EE" w:rsidRDefault="00000000">
      <w:pPr>
        <w:pStyle w:val="Heading1"/>
      </w:pPr>
      <w:r>
        <w:lastRenderedPageBreak/>
        <w:t>4. Chi tiết mẫu theo kỹ thuật viên/nhóm</w:t>
      </w:r>
    </w:p>
    <w:p w14:paraId="6FAFBF9C" w14:textId="77777777" w:rsidR="009E11EE" w:rsidRDefault="00000000">
      <w:pPr>
        <w:pStyle w:val="Heading2"/>
      </w:pPr>
      <w:r>
        <w:rPr>
          <w:rFonts w:ascii="Arial" w:hAnsi="Arial"/>
        </w:rPr>
        <w:t>4.1. Chưa ghi nhận kỹ thuật</w:t>
      </w:r>
    </w:p>
    <w:p w14:paraId="4456C154" w14:textId="77777777" w:rsidR="009E11EE" w:rsidRDefault="00000000">
      <w:r>
        <w:rPr>
          <w:b/>
          <w:sz w:val="18"/>
        </w:rPr>
        <w:t xml:space="preserve">Tổng: </w:t>
      </w:r>
      <w:r>
        <w:rPr>
          <w:sz w:val="18"/>
        </w:rPr>
        <w:t>9</w:t>
      </w:r>
      <w:r>
        <w:rPr>
          <w:b/>
          <w:sz w:val="18"/>
        </w:rPr>
        <w:t xml:space="preserve">  |  Mới: </w:t>
      </w:r>
      <w:r>
        <w:rPr>
          <w:sz w:val="18"/>
        </w:rPr>
        <w:t>0</w:t>
      </w:r>
      <w:r>
        <w:rPr>
          <w:b/>
          <w:sz w:val="18"/>
        </w:rPr>
        <w:t xml:space="preserve">  |  Bộ: </w:t>
      </w:r>
      <w:r>
        <w:rPr>
          <w:sz w:val="18"/>
        </w:rPr>
        <w:t>0</w:t>
      </w:r>
      <w:r>
        <w:rPr>
          <w:b/>
          <w:sz w:val="18"/>
        </w:rPr>
        <w:t xml:space="preserve">  |  Nhân: </w:t>
      </w:r>
      <w:r>
        <w:rPr>
          <w:sz w:val="18"/>
        </w:rPr>
        <w:t>0</w:t>
      </w:r>
      <w:r>
        <w:rPr>
          <w:b/>
          <w:sz w:val="18"/>
        </w:rPr>
        <w:t xml:space="preserve">  |  Khác: </w:t>
      </w:r>
      <w:r>
        <w:rPr>
          <w:sz w:val="18"/>
        </w:rPr>
        <w:t>9</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78BD50AA" w14:textId="77777777">
        <w:trPr>
          <w:tblHeader/>
        </w:trPr>
        <w:tc>
          <w:tcPr>
            <w:tcW w:w="600" w:type="dxa"/>
            <w:shd w:val="clear" w:color="auto" w:fill="1F4E78"/>
            <w:tcMar>
              <w:top w:w="80" w:type="dxa"/>
              <w:left w:w="120" w:type="dxa"/>
              <w:bottom w:w="80" w:type="dxa"/>
              <w:right w:w="120" w:type="dxa"/>
            </w:tcMar>
            <w:vAlign w:val="center"/>
          </w:tcPr>
          <w:p w14:paraId="4F437E85"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6B598756"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64A9D1F8"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61E90E4E"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44D69FCD" w14:textId="77777777" w:rsidR="009E11EE" w:rsidRDefault="00000000">
            <w:pPr>
              <w:spacing w:after="0"/>
              <w:jc w:val="center"/>
            </w:pPr>
            <w:r>
              <w:rPr>
                <w:b/>
                <w:color w:val="FFFFFF"/>
                <w:sz w:val="17"/>
              </w:rPr>
              <w:t>Nhà máy</w:t>
            </w:r>
          </w:p>
        </w:tc>
      </w:tr>
      <w:tr w:rsidR="009E11EE" w14:paraId="6BB7A743" w14:textId="77777777">
        <w:tc>
          <w:tcPr>
            <w:tcW w:w="600" w:type="dxa"/>
            <w:tcMar>
              <w:top w:w="80" w:type="dxa"/>
              <w:left w:w="120" w:type="dxa"/>
              <w:bottom w:w="80" w:type="dxa"/>
              <w:right w:w="120" w:type="dxa"/>
            </w:tcMar>
            <w:vAlign w:val="center"/>
          </w:tcPr>
          <w:p w14:paraId="11CC77C1"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6C1AF376" w14:textId="77777777" w:rsidR="009E11EE" w:rsidRDefault="00000000">
            <w:pPr>
              <w:spacing w:after="0" w:line="240" w:lineRule="auto"/>
            </w:pPr>
            <w:r>
              <w:rPr>
                <w:sz w:val="16"/>
              </w:rPr>
              <w:t>Chưa ghi nhận tên/mã mẫu</w:t>
            </w:r>
          </w:p>
        </w:tc>
        <w:tc>
          <w:tcPr>
            <w:tcW w:w="2000" w:type="dxa"/>
            <w:tcMar>
              <w:top w:w="80" w:type="dxa"/>
              <w:left w:w="120" w:type="dxa"/>
              <w:bottom w:w="80" w:type="dxa"/>
              <w:right w:w="120" w:type="dxa"/>
            </w:tcMar>
            <w:vAlign w:val="center"/>
          </w:tcPr>
          <w:p w14:paraId="60FAF997" w14:textId="77777777" w:rsidR="009E11EE" w:rsidRDefault="00000000">
            <w:pPr>
              <w:spacing w:after="0" w:line="240" w:lineRule="auto"/>
            </w:pPr>
            <w:r>
              <w:rPr>
                <w:sz w:val="16"/>
              </w:rPr>
              <w:t>Chưa ghi nhận</w:t>
            </w:r>
          </w:p>
        </w:tc>
        <w:tc>
          <w:tcPr>
            <w:tcW w:w="1200" w:type="dxa"/>
            <w:tcMar>
              <w:top w:w="80" w:type="dxa"/>
              <w:left w:w="120" w:type="dxa"/>
              <w:bottom w:w="80" w:type="dxa"/>
              <w:right w:w="120" w:type="dxa"/>
            </w:tcMar>
            <w:vAlign w:val="center"/>
          </w:tcPr>
          <w:p w14:paraId="1745FC49" w14:textId="77777777" w:rsidR="009E11EE" w:rsidRDefault="00000000">
            <w:pPr>
              <w:spacing w:after="0" w:line="240" w:lineRule="auto"/>
              <w:jc w:val="center"/>
            </w:pPr>
            <w:r>
              <w:rPr>
                <w:sz w:val="16"/>
              </w:rPr>
              <w:t>Chưa phân loại</w:t>
            </w:r>
          </w:p>
        </w:tc>
        <w:tc>
          <w:tcPr>
            <w:tcW w:w="2000" w:type="dxa"/>
            <w:tcMar>
              <w:top w:w="80" w:type="dxa"/>
              <w:left w:w="120" w:type="dxa"/>
              <w:bottom w:w="80" w:type="dxa"/>
              <w:right w:w="120" w:type="dxa"/>
            </w:tcMar>
            <w:vAlign w:val="center"/>
          </w:tcPr>
          <w:p w14:paraId="72EC3B9B" w14:textId="77777777" w:rsidR="009E11EE" w:rsidRDefault="00000000">
            <w:pPr>
              <w:spacing w:after="0" w:line="240" w:lineRule="auto"/>
            </w:pPr>
            <w:r>
              <w:rPr>
                <w:sz w:val="16"/>
              </w:rPr>
              <w:t>HỐ NAI M&amp;M</w:t>
            </w:r>
          </w:p>
        </w:tc>
      </w:tr>
      <w:tr w:rsidR="009E11EE" w14:paraId="4570EBE2" w14:textId="77777777">
        <w:tc>
          <w:tcPr>
            <w:tcW w:w="600" w:type="dxa"/>
            <w:shd w:val="clear" w:color="auto" w:fill="F2F4F7"/>
            <w:tcMar>
              <w:top w:w="80" w:type="dxa"/>
              <w:left w:w="120" w:type="dxa"/>
              <w:bottom w:w="80" w:type="dxa"/>
              <w:right w:w="120" w:type="dxa"/>
            </w:tcMar>
            <w:vAlign w:val="center"/>
          </w:tcPr>
          <w:p w14:paraId="7F989C36"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1CADD2F5" w14:textId="77777777" w:rsidR="009E11EE" w:rsidRDefault="00000000">
            <w:pPr>
              <w:spacing w:after="0" w:line="240" w:lineRule="auto"/>
            </w:pPr>
            <w:r>
              <w:rPr>
                <w:sz w:val="16"/>
              </w:rPr>
              <w:t>Chưa ghi nhận tên/mã mẫu</w:t>
            </w:r>
          </w:p>
        </w:tc>
        <w:tc>
          <w:tcPr>
            <w:tcW w:w="2000" w:type="dxa"/>
            <w:shd w:val="clear" w:color="auto" w:fill="F2F4F7"/>
            <w:tcMar>
              <w:top w:w="80" w:type="dxa"/>
              <w:left w:w="120" w:type="dxa"/>
              <w:bottom w:w="80" w:type="dxa"/>
              <w:right w:w="120" w:type="dxa"/>
            </w:tcMar>
            <w:vAlign w:val="center"/>
          </w:tcPr>
          <w:p w14:paraId="5382C6E9" w14:textId="77777777" w:rsidR="009E11EE" w:rsidRDefault="00000000">
            <w:pPr>
              <w:spacing w:after="0" w:line="240" w:lineRule="auto"/>
            </w:pPr>
            <w:r>
              <w:rPr>
                <w:sz w:val="16"/>
              </w:rPr>
              <w:t>Chưa ghi nhận</w:t>
            </w:r>
          </w:p>
        </w:tc>
        <w:tc>
          <w:tcPr>
            <w:tcW w:w="1200" w:type="dxa"/>
            <w:shd w:val="clear" w:color="auto" w:fill="F2F4F7"/>
            <w:tcMar>
              <w:top w:w="80" w:type="dxa"/>
              <w:left w:w="120" w:type="dxa"/>
              <w:bottom w:w="80" w:type="dxa"/>
              <w:right w:w="120" w:type="dxa"/>
            </w:tcMar>
            <w:vAlign w:val="center"/>
          </w:tcPr>
          <w:p w14:paraId="5B15C48A" w14:textId="77777777" w:rsidR="009E11EE" w:rsidRDefault="00000000">
            <w:pPr>
              <w:spacing w:after="0" w:line="240" w:lineRule="auto"/>
              <w:jc w:val="center"/>
            </w:pPr>
            <w:r>
              <w:rPr>
                <w:sz w:val="16"/>
              </w:rPr>
              <w:t>Chưa phân loại</w:t>
            </w:r>
          </w:p>
        </w:tc>
        <w:tc>
          <w:tcPr>
            <w:tcW w:w="2000" w:type="dxa"/>
            <w:shd w:val="clear" w:color="auto" w:fill="F2F4F7"/>
            <w:tcMar>
              <w:top w:w="80" w:type="dxa"/>
              <w:left w:w="120" w:type="dxa"/>
              <w:bottom w:w="80" w:type="dxa"/>
              <w:right w:w="120" w:type="dxa"/>
            </w:tcMar>
            <w:vAlign w:val="center"/>
          </w:tcPr>
          <w:p w14:paraId="6D21D18C" w14:textId="77777777" w:rsidR="009E11EE" w:rsidRDefault="00000000">
            <w:pPr>
              <w:spacing w:after="0" w:line="240" w:lineRule="auto"/>
            </w:pPr>
            <w:r>
              <w:rPr>
                <w:sz w:val="16"/>
              </w:rPr>
              <w:t>THIẾT ĐAN</w:t>
            </w:r>
          </w:p>
        </w:tc>
      </w:tr>
      <w:tr w:rsidR="009E11EE" w14:paraId="16A57F80" w14:textId="77777777">
        <w:tc>
          <w:tcPr>
            <w:tcW w:w="600" w:type="dxa"/>
            <w:tcMar>
              <w:top w:w="80" w:type="dxa"/>
              <w:left w:w="120" w:type="dxa"/>
              <w:bottom w:w="80" w:type="dxa"/>
              <w:right w:w="120" w:type="dxa"/>
            </w:tcMar>
            <w:vAlign w:val="center"/>
          </w:tcPr>
          <w:p w14:paraId="1816190B" w14:textId="77777777" w:rsidR="009E11EE" w:rsidRDefault="00000000">
            <w:pPr>
              <w:spacing w:after="0" w:line="240" w:lineRule="auto"/>
              <w:jc w:val="center"/>
            </w:pPr>
            <w:r>
              <w:rPr>
                <w:sz w:val="16"/>
              </w:rPr>
              <w:t>3</w:t>
            </w:r>
          </w:p>
        </w:tc>
        <w:tc>
          <w:tcPr>
            <w:tcW w:w="3560" w:type="dxa"/>
            <w:tcMar>
              <w:top w:w="80" w:type="dxa"/>
              <w:left w:w="120" w:type="dxa"/>
              <w:bottom w:w="80" w:type="dxa"/>
              <w:right w:w="120" w:type="dxa"/>
            </w:tcMar>
            <w:vAlign w:val="center"/>
          </w:tcPr>
          <w:p w14:paraId="22CB699B" w14:textId="77777777" w:rsidR="009E11EE" w:rsidRDefault="00000000">
            <w:pPr>
              <w:spacing w:after="0" w:line="240" w:lineRule="auto"/>
            </w:pPr>
            <w:r>
              <w:rPr>
                <w:sz w:val="16"/>
              </w:rPr>
              <w:t>Chưa ghi nhận tên/mã mẫu</w:t>
            </w:r>
          </w:p>
        </w:tc>
        <w:tc>
          <w:tcPr>
            <w:tcW w:w="2000" w:type="dxa"/>
            <w:tcMar>
              <w:top w:w="80" w:type="dxa"/>
              <w:left w:w="120" w:type="dxa"/>
              <w:bottom w:w="80" w:type="dxa"/>
              <w:right w:w="120" w:type="dxa"/>
            </w:tcMar>
            <w:vAlign w:val="center"/>
          </w:tcPr>
          <w:p w14:paraId="709F1208" w14:textId="77777777" w:rsidR="009E11EE" w:rsidRDefault="00000000">
            <w:pPr>
              <w:spacing w:after="0" w:line="240" w:lineRule="auto"/>
            </w:pPr>
            <w:r>
              <w:rPr>
                <w:sz w:val="16"/>
              </w:rPr>
              <w:t>Chưa ghi nhận</w:t>
            </w:r>
          </w:p>
        </w:tc>
        <w:tc>
          <w:tcPr>
            <w:tcW w:w="1200" w:type="dxa"/>
            <w:tcMar>
              <w:top w:w="80" w:type="dxa"/>
              <w:left w:w="120" w:type="dxa"/>
              <w:bottom w:w="80" w:type="dxa"/>
              <w:right w:w="120" w:type="dxa"/>
            </w:tcMar>
            <w:vAlign w:val="center"/>
          </w:tcPr>
          <w:p w14:paraId="2183BBFD" w14:textId="77777777" w:rsidR="009E11EE" w:rsidRDefault="00000000">
            <w:pPr>
              <w:spacing w:after="0" w:line="240" w:lineRule="auto"/>
              <w:jc w:val="center"/>
            </w:pPr>
            <w:r>
              <w:rPr>
                <w:sz w:val="16"/>
              </w:rPr>
              <w:t>Chưa phân loại</w:t>
            </w:r>
          </w:p>
        </w:tc>
        <w:tc>
          <w:tcPr>
            <w:tcW w:w="2000" w:type="dxa"/>
            <w:tcMar>
              <w:top w:w="80" w:type="dxa"/>
              <w:left w:w="120" w:type="dxa"/>
              <w:bottom w:w="80" w:type="dxa"/>
              <w:right w:w="120" w:type="dxa"/>
            </w:tcMar>
            <w:vAlign w:val="center"/>
          </w:tcPr>
          <w:p w14:paraId="55CF8EC8" w14:textId="77777777" w:rsidR="009E11EE" w:rsidRDefault="00000000">
            <w:pPr>
              <w:spacing w:after="0" w:line="240" w:lineRule="auto"/>
            </w:pPr>
            <w:r>
              <w:rPr>
                <w:sz w:val="16"/>
              </w:rPr>
              <w:t>ĐẠI HẢI</w:t>
            </w:r>
          </w:p>
        </w:tc>
      </w:tr>
      <w:tr w:rsidR="009E11EE" w14:paraId="4D0545F5" w14:textId="77777777">
        <w:tc>
          <w:tcPr>
            <w:tcW w:w="600" w:type="dxa"/>
            <w:shd w:val="clear" w:color="auto" w:fill="F2F4F7"/>
            <w:tcMar>
              <w:top w:w="80" w:type="dxa"/>
              <w:left w:w="120" w:type="dxa"/>
              <w:bottom w:w="80" w:type="dxa"/>
              <w:right w:w="120" w:type="dxa"/>
            </w:tcMar>
            <w:vAlign w:val="center"/>
          </w:tcPr>
          <w:p w14:paraId="66191A1B" w14:textId="77777777" w:rsidR="009E11EE" w:rsidRDefault="00000000">
            <w:pPr>
              <w:spacing w:after="0" w:line="240" w:lineRule="auto"/>
              <w:jc w:val="center"/>
            </w:pPr>
            <w:r>
              <w:rPr>
                <w:sz w:val="16"/>
              </w:rPr>
              <w:t>4</w:t>
            </w:r>
          </w:p>
        </w:tc>
        <w:tc>
          <w:tcPr>
            <w:tcW w:w="3560" w:type="dxa"/>
            <w:shd w:val="clear" w:color="auto" w:fill="F2F4F7"/>
            <w:tcMar>
              <w:top w:w="80" w:type="dxa"/>
              <w:left w:w="120" w:type="dxa"/>
              <w:bottom w:w="80" w:type="dxa"/>
              <w:right w:w="120" w:type="dxa"/>
            </w:tcMar>
            <w:vAlign w:val="center"/>
          </w:tcPr>
          <w:p w14:paraId="6C0B5805" w14:textId="77777777" w:rsidR="009E11EE" w:rsidRDefault="00000000">
            <w:pPr>
              <w:spacing w:after="0" w:line="240" w:lineRule="auto"/>
            </w:pPr>
            <w:r>
              <w:rPr>
                <w:sz w:val="16"/>
              </w:rPr>
              <w:t>Chưa ghi nhận tên/mã mẫu</w:t>
            </w:r>
          </w:p>
        </w:tc>
        <w:tc>
          <w:tcPr>
            <w:tcW w:w="2000" w:type="dxa"/>
            <w:shd w:val="clear" w:color="auto" w:fill="F2F4F7"/>
            <w:tcMar>
              <w:top w:w="80" w:type="dxa"/>
              <w:left w:w="120" w:type="dxa"/>
              <w:bottom w:w="80" w:type="dxa"/>
              <w:right w:w="120" w:type="dxa"/>
            </w:tcMar>
            <w:vAlign w:val="center"/>
          </w:tcPr>
          <w:p w14:paraId="0A3CAC55" w14:textId="77777777" w:rsidR="009E11EE" w:rsidRDefault="00000000">
            <w:pPr>
              <w:spacing w:after="0" w:line="240" w:lineRule="auto"/>
            </w:pPr>
            <w:r>
              <w:rPr>
                <w:sz w:val="16"/>
              </w:rPr>
              <w:t>Chưa ghi nhận</w:t>
            </w:r>
          </w:p>
        </w:tc>
        <w:tc>
          <w:tcPr>
            <w:tcW w:w="1200" w:type="dxa"/>
            <w:shd w:val="clear" w:color="auto" w:fill="F2F4F7"/>
            <w:tcMar>
              <w:top w:w="80" w:type="dxa"/>
              <w:left w:w="120" w:type="dxa"/>
              <w:bottom w:w="80" w:type="dxa"/>
              <w:right w:w="120" w:type="dxa"/>
            </w:tcMar>
            <w:vAlign w:val="center"/>
          </w:tcPr>
          <w:p w14:paraId="54ABFDBD" w14:textId="77777777" w:rsidR="009E11EE" w:rsidRDefault="00000000">
            <w:pPr>
              <w:spacing w:after="0" w:line="240" w:lineRule="auto"/>
              <w:jc w:val="center"/>
            </w:pPr>
            <w:r>
              <w:rPr>
                <w:sz w:val="16"/>
              </w:rPr>
              <w:t>Chưa phân loại</w:t>
            </w:r>
          </w:p>
        </w:tc>
        <w:tc>
          <w:tcPr>
            <w:tcW w:w="2000" w:type="dxa"/>
            <w:shd w:val="clear" w:color="auto" w:fill="F2F4F7"/>
            <w:tcMar>
              <w:top w:w="80" w:type="dxa"/>
              <w:left w:w="120" w:type="dxa"/>
              <w:bottom w:w="80" w:type="dxa"/>
              <w:right w:w="120" w:type="dxa"/>
            </w:tcMar>
            <w:vAlign w:val="center"/>
          </w:tcPr>
          <w:p w14:paraId="653212BA" w14:textId="77777777" w:rsidR="009E11EE" w:rsidRDefault="00000000">
            <w:pPr>
              <w:spacing w:after="0" w:line="240" w:lineRule="auto"/>
            </w:pPr>
            <w:r>
              <w:rPr>
                <w:sz w:val="16"/>
              </w:rPr>
              <w:t>VIỆT MỸ</w:t>
            </w:r>
          </w:p>
        </w:tc>
      </w:tr>
      <w:tr w:rsidR="009E11EE" w14:paraId="026A72C1" w14:textId="77777777">
        <w:tc>
          <w:tcPr>
            <w:tcW w:w="600" w:type="dxa"/>
            <w:tcMar>
              <w:top w:w="80" w:type="dxa"/>
              <w:left w:w="120" w:type="dxa"/>
              <w:bottom w:w="80" w:type="dxa"/>
              <w:right w:w="120" w:type="dxa"/>
            </w:tcMar>
            <w:vAlign w:val="center"/>
          </w:tcPr>
          <w:p w14:paraId="5E59A06B" w14:textId="77777777" w:rsidR="009E11EE" w:rsidRDefault="00000000">
            <w:pPr>
              <w:spacing w:after="0" w:line="240" w:lineRule="auto"/>
              <w:jc w:val="center"/>
            </w:pPr>
            <w:r>
              <w:rPr>
                <w:sz w:val="16"/>
              </w:rPr>
              <w:t>5</w:t>
            </w:r>
          </w:p>
        </w:tc>
        <w:tc>
          <w:tcPr>
            <w:tcW w:w="3560" w:type="dxa"/>
            <w:tcMar>
              <w:top w:w="80" w:type="dxa"/>
              <w:left w:w="120" w:type="dxa"/>
              <w:bottom w:w="80" w:type="dxa"/>
              <w:right w:w="120" w:type="dxa"/>
            </w:tcMar>
            <w:vAlign w:val="center"/>
          </w:tcPr>
          <w:p w14:paraId="2F6C0F99" w14:textId="77777777" w:rsidR="009E11EE" w:rsidRDefault="00000000">
            <w:pPr>
              <w:spacing w:after="0" w:line="240" w:lineRule="auto"/>
            </w:pPr>
            <w:r>
              <w:rPr>
                <w:sz w:val="16"/>
              </w:rPr>
              <w:t>Chưa ghi nhận tên/mã mẫu</w:t>
            </w:r>
          </w:p>
        </w:tc>
        <w:tc>
          <w:tcPr>
            <w:tcW w:w="2000" w:type="dxa"/>
            <w:tcMar>
              <w:top w:w="80" w:type="dxa"/>
              <w:left w:w="120" w:type="dxa"/>
              <w:bottom w:w="80" w:type="dxa"/>
              <w:right w:w="120" w:type="dxa"/>
            </w:tcMar>
            <w:vAlign w:val="center"/>
          </w:tcPr>
          <w:p w14:paraId="5F9F3B8B" w14:textId="77777777" w:rsidR="009E11EE" w:rsidRDefault="00000000">
            <w:pPr>
              <w:spacing w:after="0" w:line="240" w:lineRule="auto"/>
            </w:pPr>
            <w:r>
              <w:rPr>
                <w:sz w:val="16"/>
              </w:rPr>
              <w:t>Chưa ghi nhận</w:t>
            </w:r>
          </w:p>
        </w:tc>
        <w:tc>
          <w:tcPr>
            <w:tcW w:w="1200" w:type="dxa"/>
            <w:tcMar>
              <w:top w:w="80" w:type="dxa"/>
              <w:left w:w="120" w:type="dxa"/>
              <w:bottom w:w="80" w:type="dxa"/>
              <w:right w:w="120" w:type="dxa"/>
            </w:tcMar>
            <w:vAlign w:val="center"/>
          </w:tcPr>
          <w:p w14:paraId="7ABC30F7" w14:textId="77777777" w:rsidR="009E11EE" w:rsidRDefault="00000000">
            <w:pPr>
              <w:spacing w:after="0" w:line="240" w:lineRule="auto"/>
              <w:jc w:val="center"/>
            </w:pPr>
            <w:r>
              <w:rPr>
                <w:sz w:val="16"/>
              </w:rPr>
              <w:t>Chưa phân loại</w:t>
            </w:r>
          </w:p>
        </w:tc>
        <w:tc>
          <w:tcPr>
            <w:tcW w:w="2000" w:type="dxa"/>
            <w:tcMar>
              <w:top w:w="80" w:type="dxa"/>
              <w:left w:w="120" w:type="dxa"/>
              <w:bottom w:w="80" w:type="dxa"/>
              <w:right w:w="120" w:type="dxa"/>
            </w:tcMar>
            <w:vAlign w:val="center"/>
          </w:tcPr>
          <w:p w14:paraId="20AF5C08" w14:textId="77777777" w:rsidR="009E11EE" w:rsidRDefault="00000000">
            <w:pPr>
              <w:spacing w:after="0" w:line="240" w:lineRule="auto"/>
            </w:pPr>
            <w:r>
              <w:rPr>
                <w:sz w:val="16"/>
              </w:rPr>
              <w:t>PQ</w:t>
            </w:r>
          </w:p>
        </w:tc>
      </w:tr>
      <w:tr w:rsidR="009E11EE" w14:paraId="57973BCB" w14:textId="77777777">
        <w:tc>
          <w:tcPr>
            <w:tcW w:w="600" w:type="dxa"/>
            <w:shd w:val="clear" w:color="auto" w:fill="F2F4F7"/>
            <w:tcMar>
              <w:top w:w="80" w:type="dxa"/>
              <w:left w:w="120" w:type="dxa"/>
              <w:bottom w:w="80" w:type="dxa"/>
              <w:right w:w="120" w:type="dxa"/>
            </w:tcMar>
            <w:vAlign w:val="center"/>
          </w:tcPr>
          <w:p w14:paraId="48C11368" w14:textId="77777777" w:rsidR="009E11EE" w:rsidRDefault="00000000">
            <w:pPr>
              <w:spacing w:after="0" w:line="240" w:lineRule="auto"/>
              <w:jc w:val="center"/>
            </w:pPr>
            <w:r>
              <w:rPr>
                <w:sz w:val="16"/>
              </w:rPr>
              <w:t>6</w:t>
            </w:r>
          </w:p>
        </w:tc>
        <w:tc>
          <w:tcPr>
            <w:tcW w:w="3560" w:type="dxa"/>
            <w:shd w:val="clear" w:color="auto" w:fill="F2F4F7"/>
            <w:tcMar>
              <w:top w:w="80" w:type="dxa"/>
              <w:left w:w="120" w:type="dxa"/>
              <w:bottom w:w="80" w:type="dxa"/>
              <w:right w:w="120" w:type="dxa"/>
            </w:tcMar>
            <w:vAlign w:val="center"/>
          </w:tcPr>
          <w:p w14:paraId="32124697" w14:textId="77777777" w:rsidR="009E11EE" w:rsidRDefault="00000000">
            <w:pPr>
              <w:spacing w:after="0" w:line="240" w:lineRule="auto"/>
            </w:pPr>
            <w:r>
              <w:rPr>
                <w:sz w:val="16"/>
              </w:rPr>
              <w:t>Chưa ghi nhận tên/mã mẫu</w:t>
            </w:r>
          </w:p>
        </w:tc>
        <w:tc>
          <w:tcPr>
            <w:tcW w:w="2000" w:type="dxa"/>
            <w:shd w:val="clear" w:color="auto" w:fill="F2F4F7"/>
            <w:tcMar>
              <w:top w:w="80" w:type="dxa"/>
              <w:left w:w="120" w:type="dxa"/>
              <w:bottom w:w="80" w:type="dxa"/>
              <w:right w:w="120" w:type="dxa"/>
            </w:tcMar>
            <w:vAlign w:val="center"/>
          </w:tcPr>
          <w:p w14:paraId="022AD61E" w14:textId="77777777" w:rsidR="009E11EE" w:rsidRDefault="00000000">
            <w:pPr>
              <w:spacing w:after="0" w:line="240" w:lineRule="auto"/>
            </w:pPr>
            <w:r>
              <w:rPr>
                <w:sz w:val="16"/>
              </w:rPr>
              <w:t>Chưa ghi nhận</w:t>
            </w:r>
          </w:p>
        </w:tc>
        <w:tc>
          <w:tcPr>
            <w:tcW w:w="1200" w:type="dxa"/>
            <w:shd w:val="clear" w:color="auto" w:fill="F2F4F7"/>
            <w:tcMar>
              <w:top w:w="80" w:type="dxa"/>
              <w:left w:w="120" w:type="dxa"/>
              <w:bottom w:w="80" w:type="dxa"/>
              <w:right w:w="120" w:type="dxa"/>
            </w:tcMar>
            <w:vAlign w:val="center"/>
          </w:tcPr>
          <w:p w14:paraId="4064E669" w14:textId="77777777" w:rsidR="009E11EE" w:rsidRDefault="00000000">
            <w:pPr>
              <w:spacing w:after="0" w:line="240" w:lineRule="auto"/>
              <w:jc w:val="center"/>
            </w:pPr>
            <w:r>
              <w:rPr>
                <w:sz w:val="16"/>
              </w:rPr>
              <w:t>Chưa phân loại</w:t>
            </w:r>
          </w:p>
        </w:tc>
        <w:tc>
          <w:tcPr>
            <w:tcW w:w="2000" w:type="dxa"/>
            <w:shd w:val="clear" w:color="auto" w:fill="F2F4F7"/>
            <w:tcMar>
              <w:top w:w="80" w:type="dxa"/>
              <w:left w:w="120" w:type="dxa"/>
              <w:bottom w:w="80" w:type="dxa"/>
              <w:right w:w="120" w:type="dxa"/>
            </w:tcMar>
            <w:vAlign w:val="center"/>
          </w:tcPr>
          <w:p w14:paraId="79E815BF" w14:textId="77777777" w:rsidR="009E11EE" w:rsidRDefault="00000000">
            <w:pPr>
              <w:spacing w:after="0" w:line="240" w:lineRule="auto"/>
            </w:pPr>
            <w:r>
              <w:rPr>
                <w:sz w:val="16"/>
              </w:rPr>
              <w:t>TÂN TIẾN ĐỒNG NAI</w:t>
            </w:r>
          </w:p>
        </w:tc>
      </w:tr>
      <w:tr w:rsidR="009E11EE" w14:paraId="03BC4004" w14:textId="77777777">
        <w:tc>
          <w:tcPr>
            <w:tcW w:w="600" w:type="dxa"/>
            <w:tcMar>
              <w:top w:w="80" w:type="dxa"/>
              <w:left w:w="120" w:type="dxa"/>
              <w:bottom w:w="80" w:type="dxa"/>
              <w:right w:w="120" w:type="dxa"/>
            </w:tcMar>
            <w:vAlign w:val="center"/>
          </w:tcPr>
          <w:p w14:paraId="5FDDBAE1" w14:textId="77777777" w:rsidR="009E11EE" w:rsidRDefault="00000000">
            <w:pPr>
              <w:spacing w:after="0" w:line="240" w:lineRule="auto"/>
              <w:jc w:val="center"/>
            </w:pPr>
            <w:r>
              <w:rPr>
                <w:sz w:val="16"/>
              </w:rPr>
              <w:t>7</w:t>
            </w:r>
          </w:p>
        </w:tc>
        <w:tc>
          <w:tcPr>
            <w:tcW w:w="3560" w:type="dxa"/>
            <w:tcMar>
              <w:top w:w="80" w:type="dxa"/>
              <w:left w:w="120" w:type="dxa"/>
              <w:bottom w:w="80" w:type="dxa"/>
              <w:right w:w="120" w:type="dxa"/>
            </w:tcMar>
            <w:vAlign w:val="center"/>
          </w:tcPr>
          <w:p w14:paraId="5857254D" w14:textId="77777777" w:rsidR="009E11EE" w:rsidRDefault="00000000">
            <w:pPr>
              <w:spacing w:after="0" w:line="240" w:lineRule="auto"/>
            </w:pPr>
            <w:r>
              <w:rPr>
                <w:sz w:val="16"/>
              </w:rPr>
              <w:t>Chưa ghi nhận tên/mã mẫu</w:t>
            </w:r>
          </w:p>
        </w:tc>
        <w:tc>
          <w:tcPr>
            <w:tcW w:w="2000" w:type="dxa"/>
            <w:tcMar>
              <w:top w:w="80" w:type="dxa"/>
              <w:left w:w="120" w:type="dxa"/>
              <w:bottom w:w="80" w:type="dxa"/>
              <w:right w:w="120" w:type="dxa"/>
            </w:tcMar>
            <w:vAlign w:val="center"/>
          </w:tcPr>
          <w:p w14:paraId="223ED377" w14:textId="77777777" w:rsidR="009E11EE" w:rsidRDefault="00000000">
            <w:pPr>
              <w:spacing w:after="0" w:line="240" w:lineRule="auto"/>
            </w:pPr>
            <w:r>
              <w:rPr>
                <w:sz w:val="16"/>
              </w:rPr>
              <w:t>Chưa ghi nhận</w:t>
            </w:r>
          </w:p>
        </w:tc>
        <w:tc>
          <w:tcPr>
            <w:tcW w:w="1200" w:type="dxa"/>
            <w:tcMar>
              <w:top w:w="80" w:type="dxa"/>
              <w:left w:w="120" w:type="dxa"/>
              <w:bottom w:w="80" w:type="dxa"/>
              <w:right w:w="120" w:type="dxa"/>
            </w:tcMar>
            <w:vAlign w:val="center"/>
          </w:tcPr>
          <w:p w14:paraId="5F434390" w14:textId="77777777" w:rsidR="009E11EE" w:rsidRDefault="00000000">
            <w:pPr>
              <w:spacing w:after="0" w:line="240" w:lineRule="auto"/>
              <w:jc w:val="center"/>
            </w:pPr>
            <w:r>
              <w:rPr>
                <w:sz w:val="16"/>
              </w:rPr>
              <w:t>Chưa phân loại</w:t>
            </w:r>
          </w:p>
        </w:tc>
        <w:tc>
          <w:tcPr>
            <w:tcW w:w="2000" w:type="dxa"/>
            <w:tcMar>
              <w:top w:w="80" w:type="dxa"/>
              <w:left w:w="120" w:type="dxa"/>
              <w:bottom w:w="80" w:type="dxa"/>
              <w:right w:w="120" w:type="dxa"/>
            </w:tcMar>
            <w:vAlign w:val="center"/>
          </w:tcPr>
          <w:p w14:paraId="3283C228" w14:textId="77777777" w:rsidR="009E11EE" w:rsidRDefault="00000000">
            <w:pPr>
              <w:spacing w:after="0" w:line="240" w:lineRule="auto"/>
            </w:pPr>
            <w:r>
              <w:rPr>
                <w:sz w:val="16"/>
              </w:rPr>
              <w:t>DEMEYER</w:t>
            </w:r>
          </w:p>
        </w:tc>
      </w:tr>
      <w:tr w:rsidR="009E11EE" w14:paraId="40A35DC2" w14:textId="77777777">
        <w:tc>
          <w:tcPr>
            <w:tcW w:w="600" w:type="dxa"/>
            <w:shd w:val="clear" w:color="auto" w:fill="F2F4F7"/>
            <w:tcMar>
              <w:top w:w="80" w:type="dxa"/>
              <w:left w:w="120" w:type="dxa"/>
              <w:bottom w:w="80" w:type="dxa"/>
              <w:right w:w="120" w:type="dxa"/>
            </w:tcMar>
            <w:vAlign w:val="center"/>
          </w:tcPr>
          <w:p w14:paraId="67F097DE" w14:textId="77777777" w:rsidR="009E11EE" w:rsidRDefault="00000000">
            <w:pPr>
              <w:spacing w:after="0" w:line="240" w:lineRule="auto"/>
              <w:jc w:val="center"/>
            </w:pPr>
            <w:r>
              <w:rPr>
                <w:sz w:val="16"/>
              </w:rPr>
              <w:t>8</w:t>
            </w:r>
          </w:p>
        </w:tc>
        <w:tc>
          <w:tcPr>
            <w:tcW w:w="3560" w:type="dxa"/>
            <w:shd w:val="clear" w:color="auto" w:fill="F2F4F7"/>
            <w:tcMar>
              <w:top w:w="80" w:type="dxa"/>
              <w:left w:w="120" w:type="dxa"/>
              <w:bottom w:w="80" w:type="dxa"/>
              <w:right w:w="120" w:type="dxa"/>
            </w:tcMar>
            <w:vAlign w:val="center"/>
          </w:tcPr>
          <w:p w14:paraId="13FF0541" w14:textId="77777777" w:rsidR="009E11EE" w:rsidRDefault="00000000">
            <w:pPr>
              <w:spacing w:after="0" w:line="240" w:lineRule="auto"/>
            </w:pPr>
            <w:r>
              <w:rPr>
                <w:sz w:val="16"/>
              </w:rPr>
              <w:t>Chưa ghi nhận tên/mã mẫu</w:t>
            </w:r>
          </w:p>
        </w:tc>
        <w:tc>
          <w:tcPr>
            <w:tcW w:w="2000" w:type="dxa"/>
            <w:shd w:val="clear" w:color="auto" w:fill="F2F4F7"/>
            <w:tcMar>
              <w:top w:w="80" w:type="dxa"/>
              <w:left w:w="120" w:type="dxa"/>
              <w:bottom w:w="80" w:type="dxa"/>
              <w:right w:w="120" w:type="dxa"/>
            </w:tcMar>
            <w:vAlign w:val="center"/>
          </w:tcPr>
          <w:p w14:paraId="39794DC7" w14:textId="77777777" w:rsidR="009E11EE" w:rsidRDefault="00000000">
            <w:pPr>
              <w:spacing w:after="0" w:line="240" w:lineRule="auto"/>
            </w:pPr>
            <w:r>
              <w:rPr>
                <w:sz w:val="16"/>
              </w:rPr>
              <w:t>Chưa ghi nhận</w:t>
            </w:r>
          </w:p>
        </w:tc>
        <w:tc>
          <w:tcPr>
            <w:tcW w:w="1200" w:type="dxa"/>
            <w:shd w:val="clear" w:color="auto" w:fill="F2F4F7"/>
            <w:tcMar>
              <w:top w:w="80" w:type="dxa"/>
              <w:left w:w="120" w:type="dxa"/>
              <w:bottom w:w="80" w:type="dxa"/>
              <w:right w:w="120" w:type="dxa"/>
            </w:tcMar>
            <w:vAlign w:val="center"/>
          </w:tcPr>
          <w:p w14:paraId="7DA9A9D9" w14:textId="77777777" w:rsidR="009E11EE" w:rsidRDefault="00000000">
            <w:pPr>
              <w:spacing w:after="0" w:line="240" w:lineRule="auto"/>
              <w:jc w:val="center"/>
            </w:pPr>
            <w:r>
              <w:rPr>
                <w:sz w:val="16"/>
              </w:rPr>
              <w:t>Chưa phân loại</w:t>
            </w:r>
          </w:p>
        </w:tc>
        <w:tc>
          <w:tcPr>
            <w:tcW w:w="2000" w:type="dxa"/>
            <w:shd w:val="clear" w:color="auto" w:fill="F2F4F7"/>
            <w:tcMar>
              <w:top w:w="80" w:type="dxa"/>
              <w:left w:w="120" w:type="dxa"/>
              <w:bottom w:w="80" w:type="dxa"/>
              <w:right w:w="120" w:type="dxa"/>
            </w:tcMar>
            <w:vAlign w:val="center"/>
          </w:tcPr>
          <w:p w14:paraId="70E5F2E0" w14:textId="77777777" w:rsidR="009E11EE" w:rsidRDefault="00000000">
            <w:pPr>
              <w:spacing w:after="0" w:line="240" w:lineRule="auto"/>
            </w:pPr>
            <w:r>
              <w:rPr>
                <w:sz w:val="16"/>
              </w:rPr>
              <w:t>HÀNH MỸ</w:t>
            </w:r>
          </w:p>
        </w:tc>
      </w:tr>
      <w:tr w:rsidR="009E11EE" w14:paraId="5080492C" w14:textId="77777777">
        <w:tc>
          <w:tcPr>
            <w:tcW w:w="600" w:type="dxa"/>
            <w:tcMar>
              <w:top w:w="80" w:type="dxa"/>
              <w:left w:w="120" w:type="dxa"/>
              <w:bottom w:w="80" w:type="dxa"/>
              <w:right w:w="120" w:type="dxa"/>
            </w:tcMar>
            <w:vAlign w:val="center"/>
          </w:tcPr>
          <w:p w14:paraId="5650A1FC" w14:textId="77777777" w:rsidR="009E11EE" w:rsidRDefault="00000000">
            <w:pPr>
              <w:spacing w:after="0" w:line="240" w:lineRule="auto"/>
              <w:jc w:val="center"/>
            </w:pPr>
            <w:r>
              <w:rPr>
                <w:sz w:val="16"/>
              </w:rPr>
              <w:t>9</w:t>
            </w:r>
          </w:p>
        </w:tc>
        <w:tc>
          <w:tcPr>
            <w:tcW w:w="3560" w:type="dxa"/>
            <w:tcMar>
              <w:top w:w="80" w:type="dxa"/>
              <w:left w:w="120" w:type="dxa"/>
              <w:bottom w:w="80" w:type="dxa"/>
              <w:right w:w="120" w:type="dxa"/>
            </w:tcMar>
            <w:vAlign w:val="center"/>
          </w:tcPr>
          <w:p w14:paraId="6E631776" w14:textId="77777777" w:rsidR="009E11EE" w:rsidRDefault="00000000">
            <w:pPr>
              <w:spacing w:after="0" w:line="240" w:lineRule="auto"/>
            </w:pPr>
            <w:r>
              <w:rPr>
                <w:sz w:val="16"/>
              </w:rPr>
              <w:t>Chưa ghi nhận tên/mã mẫu</w:t>
            </w:r>
          </w:p>
        </w:tc>
        <w:tc>
          <w:tcPr>
            <w:tcW w:w="2000" w:type="dxa"/>
            <w:tcMar>
              <w:top w:w="80" w:type="dxa"/>
              <w:left w:w="120" w:type="dxa"/>
              <w:bottom w:w="80" w:type="dxa"/>
              <w:right w:w="120" w:type="dxa"/>
            </w:tcMar>
            <w:vAlign w:val="center"/>
          </w:tcPr>
          <w:p w14:paraId="6A87FEAE" w14:textId="77777777" w:rsidR="009E11EE" w:rsidRDefault="00000000">
            <w:pPr>
              <w:spacing w:after="0" w:line="240" w:lineRule="auto"/>
            </w:pPr>
            <w:r>
              <w:rPr>
                <w:sz w:val="16"/>
              </w:rPr>
              <w:t>Chưa ghi nhận</w:t>
            </w:r>
          </w:p>
        </w:tc>
        <w:tc>
          <w:tcPr>
            <w:tcW w:w="1200" w:type="dxa"/>
            <w:tcMar>
              <w:top w:w="80" w:type="dxa"/>
              <w:left w:w="120" w:type="dxa"/>
              <w:bottom w:w="80" w:type="dxa"/>
              <w:right w:w="120" w:type="dxa"/>
            </w:tcMar>
            <w:vAlign w:val="center"/>
          </w:tcPr>
          <w:p w14:paraId="7E4239F1" w14:textId="77777777" w:rsidR="009E11EE" w:rsidRDefault="00000000">
            <w:pPr>
              <w:spacing w:after="0" w:line="240" w:lineRule="auto"/>
              <w:jc w:val="center"/>
            </w:pPr>
            <w:r>
              <w:rPr>
                <w:sz w:val="16"/>
              </w:rPr>
              <w:t>Chưa phân loại</w:t>
            </w:r>
          </w:p>
        </w:tc>
        <w:tc>
          <w:tcPr>
            <w:tcW w:w="2000" w:type="dxa"/>
            <w:tcMar>
              <w:top w:w="80" w:type="dxa"/>
              <w:left w:w="120" w:type="dxa"/>
              <w:bottom w:w="80" w:type="dxa"/>
              <w:right w:w="120" w:type="dxa"/>
            </w:tcMar>
            <w:vAlign w:val="center"/>
          </w:tcPr>
          <w:p w14:paraId="4DB5BF7F" w14:textId="77777777" w:rsidR="009E11EE" w:rsidRDefault="00000000">
            <w:pPr>
              <w:spacing w:after="0" w:line="240" w:lineRule="auto"/>
            </w:pPr>
            <w:r>
              <w:rPr>
                <w:sz w:val="16"/>
              </w:rPr>
              <w:t>THIÊN ĐỊNH</w:t>
            </w:r>
          </w:p>
        </w:tc>
      </w:tr>
    </w:tbl>
    <w:p w14:paraId="6483F53F" w14:textId="77777777" w:rsidR="009E11EE" w:rsidRDefault="009E11EE">
      <w:pPr>
        <w:spacing w:after="0"/>
      </w:pPr>
    </w:p>
    <w:p w14:paraId="3564710A" w14:textId="77777777" w:rsidR="009E11EE" w:rsidRDefault="00000000">
      <w:pPr>
        <w:pStyle w:val="Heading2"/>
      </w:pPr>
      <w:r>
        <w:rPr>
          <w:rFonts w:ascii="Arial" w:hAnsi="Arial"/>
        </w:rPr>
        <w:t>4.2. Lê Văn Như</w:t>
      </w:r>
    </w:p>
    <w:p w14:paraId="69516FD6" w14:textId="77777777" w:rsidR="009E11EE" w:rsidRDefault="00000000">
      <w:r>
        <w:rPr>
          <w:b/>
          <w:sz w:val="18"/>
        </w:rPr>
        <w:t xml:space="preserve">Tổng: </w:t>
      </w:r>
      <w:r>
        <w:rPr>
          <w:sz w:val="18"/>
        </w:rPr>
        <w:t>8</w:t>
      </w:r>
      <w:r>
        <w:rPr>
          <w:b/>
          <w:sz w:val="18"/>
        </w:rPr>
        <w:t xml:space="preserve">  |  Mới: </w:t>
      </w:r>
      <w:r>
        <w:rPr>
          <w:sz w:val="18"/>
        </w:rPr>
        <w:t>4</w:t>
      </w:r>
      <w:r>
        <w:rPr>
          <w:b/>
          <w:sz w:val="18"/>
        </w:rPr>
        <w:t xml:space="preserve">  |  Bộ: </w:t>
      </w:r>
      <w:r>
        <w:rPr>
          <w:sz w:val="18"/>
        </w:rPr>
        <w:t>0</w:t>
      </w:r>
      <w:r>
        <w:rPr>
          <w:b/>
          <w:sz w:val="18"/>
        </w:rPr>
        <w:t xml:space="preserve">  |  Nhân: </w:t>
      </w:r>
      <w:r>
        <w:rPr>
          <w:sz w:val="18"/>
        </w:rPr>
        <w:t>4</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609FCDD9" w14:textId="77777777">
        <w:trPr>
          <w:tblHeader/>
        </w:trPr>
        <w:tc>
          <w:tcPr>
            <w:tcW w:w="600" w:type="dxa"/>
            <w:shd w:val="clear" w:color="auto" w:fill="1F4E78"/>
            <w:tcMar>
              <w:top w:w="80" w:type="dxa"/>
              <w:left w:w="120" w:type="dxa"/>
              <w:bottom w:w="80" w:type="dxa"/>
              <w:right w:w="120" w:type="dxa"/>
            </w:tcMar>
            <w:vAlign w:val="center"/>
          </w:tcPr>
          <w:p w14:paraId="743C5176"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490E0B36"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3AD0ED76"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7C328F58"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3AB22E1C" w14:textId="77777777" w:rsidR="009E11EE" w:rsidRDefault="00000000">
            <w:pPr>
              <w:spacing w:after="0"/>
              <w:jc w:val="center"/>
            </w:pPr>
            <w:r>
              <w:rPr>
                <w:b/>
                <w:color w:val="FFFFFF"/>
                <w:sz w:val="17"/>
              </w:rPr>
              <w:t>Nhà máy</w:t>
            </w:r>
          </w:p>
        </w:tc>
      </w:tr>
      <w:tr w:rsidR="009E11EE" w14:paraId="12B95339" w14:textId="77777777">
        <w:tc>
          <w:tcPr>
            <w:tcW w:w="600" w:type="dxa"/>
            <w:tcMar>
              <w:top w:w="80" w:type="dxa"/>
              <w:left w:w="120" w:type="dxa"/>
              <w:bottom w:w="80" w:type="dxa"/>
              <w:right w:w="120" w:type="dxa"/>
            </w:tcMar>
            <w:vAlign w:val="center"/>
          </w:tcPr>
          <w:p w14:paraId="6DA8EA53"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043272F5" w14:textId="77777777" w:rsidR="009E11EE" w:rsidRDefault="00000000">
            <w:pPr>
              <w:spacing w:after="0" w:line="240" w:lineRule="auto"/>
            </w:pPr>
            <w:r>
              <w:rPr>
                <w:sz w:val="16"/>
              </w:rPr>
              <w:t>S-1002Y | Jotun S-1002Y</w:t>
            </w:r>
          </w:p>
        </w:tc>
        <w:tc>
          <w:tcPr>
            <w:tcW w:w="2000" w:type="dxa"/>
            <w:tcMar>
              <w:top w:w="80" w:type="dxa"/>
              <w:left w:w="120" w:type="dxa"/>
              <w:bottom w:w="80" w:type="dxa"/>
              <w:right w:w="120" w:type="dxa"/>
            </w:tcMar>
            <w:vAlign w:val="center"/>
          </w:tcPr>
          <w:p w14:paraId="1E70DDC6" w14:textId="77777777" w:rsidR="009E11EE" w:rsidRDefault="00000000">
            <w:pPr>
              <w:spacing w:after="0" w:line="240" w:lineRule="auto"/>
            </w:pPr>
            <w:r>
              <w:rPr>
                <w:sz w:val="16"/>
              </w:rPr>
              <w:t>Nhà sếp tín</w:t>
            </w:r>
          </w:p>
        </w:tc>
        <w:tc>
          <w:tcPr>
            <w:tcW w:w="1200" w:type="dxa"/>
            <w:tcMar>
              <w:top w:w="80" w:type="dxa"/>
              <w:left w:w="120" w:type="dxa"/>
              <w:bottom w:w="80" w:type="dxa"/>
              <w:right w:w="120" w:type="dxa"/>
            </w:tcMar>
            <w:vAlign w:val="center"/>
          </w:tcPr>
          <w:p w14:paraId="6AF8B451"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622A7AE3" w14:textId="77777777" w:rsidR="009E11EE" w:rsidRDefault="00000000">
            <w:pPr>
              <w:spacing w:after="0" w:line="240" w:lineRule="auto"/>
            </w:pPr>
            <w:r>
              <w:rPr>
                <w:sz w:val="16"/>
              </w:rPr>
              <w:t>ALLIANCE</w:t>
            </w:r>
          </w:p>
        </w:tc>
      </w:tr>
      <w:tr w:rsidR="009E11EE" w14:paraId="4373E7D7" w14:textId="77777777">
        <w:tc>
          <w:tcPr>
            <w:tcW w:w="600" w:type="dxa"/>
            <w:shd w:val="clear" w:color="auto" w:fill="F2F4F7"/>
            <w:tcMar>
              <w:top w:w="80" w:type="dxa"/>
              <w:left w:w="120" w:type="dxa"/>
              <w:bottom w:w="80" w:type="dxa"/>
              <w:right w:w="120" w:type="dxa"/>
            </w:tcMar>
            <w:vAlign w:val="center"/>
          </w:tcPr>
          <w:p w14:paraId="6ABA75BD"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0E43D12B" w14:textId="77777777" w:rsidR="009E11EE" w:rsidRDefault="00000000">
            <w:pPr>
              <w:spacing w:after="0" w:line="240" w:lineRule="auto"/>
            </w:pPr>
            <w:r>
              <w:rPr>
                <w:sz w:val="16"/>
              </w:rPr>
              <w:t>S1000N | Jotun S1000N</w:t>
            </w:r>
          </w:p>
        </w:tc>
        <w:tc>
          <w:tcPr>
            <w:tcW w:w="2000" w:type="dxa"/>
            <w:shd w:val="clear" w:color="auto" w:fill="F2F4F7"/>
            <w:tcMar>
              <w:top w:w="80" w:type="dxa"/>
              <w:left w:w="120" w:type="dxa"/>
              <w:bottom w:w="80" w:type="dxa"/>
              <w:right w:w="120" w:type="dxa"/>
            </w:tcMar>
            <w:vAlign w:val="center"/>
          </w:tcPr>
          <w:p w14:paraId="5ABC1B9D" w14:textId="77777777" w:rsidR="009E11EE" w:rsidRDefault="00000000">
            <w:pPr>
              <w:spacing w:after="0" w:line="240" w:lineRule="auto"/>
            </w:pPr>
            <w:r>
              <w:rPr>
                <w:sz w:val="16"/>
              </w:rPr>
              <w:t>Nhà sếp tín</w:t>
            </w:r>
          </w:p>
        </w:tc>
        <w:tc>
          <w:tcPr>
            <w:tcW w:w="1200" w:type="dxa"/>
            <w:shd w:val="clear" w:color="auto" w:fill="F2F4F7"/>
            <w:tcMar>
              <w:top w:w="80" w:type="dxa"/>
              <w:left w:w="120" w:type="dxa"/>
              <w:bottom w:w="80" w:type="dxa"/>
              <w:right w:w="120" w:type="dxa"/>
            </w:tcMar>
            <w:vAlign w:val="center"/>
          </w:tcPr>
          <w:p w14:paraId="7D7C2A53" w14:textId="77777777" w:rsidR="009E11EE" w:rsidRDefault="00000000">
            <w:pPr>
              <w:spacing w:after="0" w:line="240" w:lineRule="auto"/>
              <w:jc w:val="center"/>
            </w:pPr>
            <w:r>
              <w:rPr>
                <w:sz w:val="16"/>
              </w:rPr>
              <w:t>Mới</w:t>
            </w:r>
          </w:p>
        </w:tc>
        <w:tc>
          <w:tcPr>
            <w:tcW w:w="2000" w:type="dxa"/>
            <w:shd w:val="clear" w:color="auto" w:fill="F2F4F7"/>
            <w:tcMar>
              <w:top w:w="80" w:type="dxa"/>
              <w:left w:w="120" w:type="dxa"/>
              <w:bottom w:w="80" w:type="dxa"/>
              <w:right w:w="120" w:type="dxa"/>
            </w:tcMar>
            <w:vAlign w:val="center"/>
          </w:tcPr>
          <w:p w14:paraId="1F70BF9F" w14:textId="77777777" w:rsidR="009E11EE" w:rsidRDefault="00000000">
            <w:pPr>
              <w:spacing w:after="0" w:line="240" w:lineRule="auto"/>
            </w:pPr>
            <w:r>
              <w:rPr>
                <w:sz w:val="16"/>
              </w:rPr>
              <w:t>ALLIANCE</w:t>
            </w:r>
          </w:p>
        </w:tc>
      </w:tr>
      <w:tr w:rsidR="009E11EE" w14:paraId="5B8F7342" w14:textId="77777777">
        <w:tc>
          <w:tcPr>
            <w:tcW w:w="600" w:type="dxa"/>
            <w:tcMar>
              <w:top w:w="80" w:type="dxa"/>
              <w:left w:w="120" w:type="dxa"/>
              <w:bottom w:w="80" w:type="dxa"/>
              <w:right w:w="120" w:type="dxa"/>
            </w:tcMar>
            <w:vAlign w:val="center"/>
          </w:tcPr>
          <w:p w14:paraId="5091FBF8" w14:textId="77777777" w:rsidR="009E11EE" w:rsidRDefault="00000000">
            <w:pPr>
              <w:spacing w:after="0" w:line="240" w:lineRule="auto"/>
              <w:jc w:val="center"/>
            </w:pPr>
            <w:r>
              <w:rPr>
                <w:sz w:val="16"/>
              </w:rPr>
              <w:t>3</w:t>
            </w:r>
          </w:p>
        </w:tc>
        <w:tc>
          <w:tcPr>
            <w:tcW w:w="3560" w:type="dxa"/>
            <w:tcMar>
              <w:top w:w="80" w:type="dxa"/>
              <w:left w:w="120" w:type="dxa"/>
              <w:bottom w:w="80" w:type="dxa"/>
              <w:right w:w="120" w:type="dxa"/>
            </w:tcMar>
            <w:vAlign w:val="center"/>
          </w:tcPr>
          <w:p w14:paraId="0B7C4345" w14:textId="77777777" w:rsidR="009E11EE" w:rsidRDefault="00000000">
            <w:pPr>
              <w:spacing w:after="0" w:line="240" w:lineRule="auto"/>
            </w:pPr>
            <w:r>
              <w:rPr>
                <w:sz w:val="16"/>
              </w:rPr>
              <w:t>S0500N | Jotun S0500N</w:t>
            </w:r>
          </w:p>
        </w:tc>
        <w:tc>
          <w:tcPr>
            <w:tcW w:w="2000" w:type="dxa"/>
            <w:tcMar>
              <w:top w:w="80" w:type="dxa"/>
              <w:left w:w="120" w:type="dxa"/>
              <w:bottom w:w="80" w:type="dxa"/>
              <w:right w:w="120" w:type="dxa"/>
            </w:tcMar>
            <w:vAlign w:val="center"/>
          </w:tcPr>
          <w:p w14:paraId="392D704E" w14:textId="77777777" w:rsidR="009E11EE" w:rsidRDefault="00000000">
            <w:pPr>
              <w:spacing w:after="0" w:line="240" w:lineRule="auto"/>
            </w:pPr>
            <w:r>
              <w:rPr>
                <w:sz w:val="16"/>
              </w:rPr>
              <w:t>Nhà sếp tín</w:t>
            </w:r>
          </w:p>
        </w:tc>
        <w:tc>
          <w:tcPr>
            <w:tcW w:w="1200" w:type="dxa"/>
            <w:tcMar>
              <w:top w:w="80" w:type="dxa"/>
              <w:left w:w="120" w:type="dxa"/>
              <w:bottom w:w="80" w:type="dxa"/>
              <w:right w:w="120" w:type="dxa"/>
            </w:tcMar>
            <w:vAlign w:val="center"/>
          </w:tcPr>
          <w:p w14:paraId="1F3A29B1"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155E3E79" w14:textId="77777777" w:rsidR="009E11EE" w:rsidRDefault="00000000">
            <w:pPr>
              <w:spacing w:after="0" w:line="240" w:lineRule="auto"/>
            </w:pPr>
            <w:r>
              <w:rPr>
                <w:sz w:val="16"/>
              </w:rPr>
              <w:t>ALLIANCE</w:t>
            </w:r>
          </w:p>
        </w:tc>
      </w:tr>
      <w:tr w:rsidR="009E11EE" w14:paraId="4C1BAAFC" w14:textId="77777777">
        <w:tc>
          <w:tcPr>
            <w:tcW w:w="600" w:type="dxa"/>
            <w:shd w:val="clear" w:color="auto" w:fill="F2F4F7"/>
            <w:tcMar>
              <w:top w:w="80" w:type="dxa"/>
              <w:left w:w="120" w:type="dxa"/>
              <w:bottom w:w="80" w:type="dxa"/>
              <w:right w:w="120" w:type="dxa"/>
            </w:tcMar>
            <w:vAlign w:val="center"/>
          </w:tcPr>
          <w:p w14:paraId="294599DF" w14:textId="77777777" w:rsidR="009E11EE" w:rsidRDefault="00000000">
            <w:pPr>
              <w:spacing w:after="0" w:line="240" w:lineRule="auto"/>
              <w:jc w:val="center"/>
            </w:pPr>
            <w:r>
              <w:rPr>
                <w:sz w:val="16"/>
              </w:rPr>
              <w:t>4</w:t>
            </w:r>
          </w:p>
        </w:tc>
        <w:tc>
          <w:tcPr>
            <w:tcW w:w="3560" w:type="dxa"/>
            <w:shd w:val="clear" w:color="auto" w:fill="F2F4F7"/>
            <w:tcMar>
              <w:top w:w="80" w:type="dxa"/>
              <w:left w:w="120" w:type="dxa"/>
              <w:bottom w:w="80" w:type="dxa"/>
              <w:right w:w="120" w:type="dxa"/>
            </w:tcMar>
            <w:vAlign w:val="center"/>
          </w:tcPr>
          <w:p w14:paraId="6E2CD341" w14:textId="77777777" w:rsidR="009E11EE" w:rsidRDefault="00000000">
            <w:pPr>
              <w:spacing w:after="0" w:line="240" w:lineRule="auto"/>
            </w:pPr>
            <w:r>
              <w:rPr>
                <w:sz w:val="16"/>
              </w:rPr>
              <w:t>S8000N | Jotun S8000N</w:t>
            </w:r>
          </w:p>
        </w:tc>
        <w:tc>
          <w:tcPr>
            <w:tcW w:w="2000" w:type="dxa"/>
            <w:shd w:val="clear" w:color="auto" w:fill="F2F4F7"/>
            <w:tcMar>
              <w:top w:w="80" w:type="dxa"/>
              <w:left w:w="120" w:type="dxa"/>
              <w:bottom w:w="80" w:type="dxa"/>
              <w:right w:w="120" w:type="dxa"/>
            </w:tcMar>
            <w:vAlign w:val="center"/>
          </w:tcPr>
          <w:p w14:paraId="48B15D3F" w14:textId="77777777" w:rsidR="009E11EE" w:rsidRDefault="00000000">
            <w:pPr>
              <w:spacing w:after="0" w:line="240" w:lineRule="auto"/>
            </w:pPr>
            <w:r>
              <w:rPr>
                <w:sz w:val="16"/>
              </w:rPr>
              <w:t>Sonasea Nha Trang</w:t>
            </w:r>
          </w:p>
        </w:tc>
        <w:tc>
          <w:tcPr>
            <w:tcW w:w="1200" w:type="dxa"/>
            <w:shd w:val="clear" w:color="auto" w:fill="F2F4F7"/>
            <w:tcMar>
              <w:top w:w="80" w:type="dxa"/>
              <w:left w:w="120" w:type="dxa"/>
              <w:bottom w:w="80" w:type="dxa"/>
              <w:right w:w="120" w:type="dxa"/>
            </w:tcMar>
            <w:vAlign w:val="center"/>
          </w:tcPr>
          <w:p w14:paraId="575324CF" w14:textId="77777777" w:rsidR="009E11EE" w:rsidRDefault="00000000">
            <w:pPr>
              <w:spacing w:after="0" w:line="240" w:lineRule="auto"/>
              <w:jc w:val="center"/>
            </w:pPr>
            <w:r>
              <w:rPr>
                <w:sz w:val="16"/>
              </w:rPr>
              <w:t>Mới</w:t>
            </w:r>
          </w:p>
        </w:tc>
        <w:tc>
          <w:tcPr>
            <w:tcW w:w="2000" w:type="dxa"/>
            <w:shd w:val="clear" w:color="auto" w:fill="F2F4F7"/>
            <w:tcMar>
              <w:top w:w="80" w:type="dxa"/>
              <w:left w:w="120" w:type="dxa"/>
              <w:bottom w:w="80" w:type="dxa"/>
              <w:right w:w="120" w:type="dxa"/>
            </w:tcMar>
            <w:vAlign w:val="center"/>
          </w:tcPr>
          <w:p w14:paraId="2BB7FAC2" w14:textId="77777777" w:rsidR="009E11EE" w:rsidRDefault="00000000">
            <w:pPr>
              <w:spacing w:after="0" w:line="240" w:lineRule="auto"/>
            </w:pPr>
            <w:r>
              <w:rPr>
                <w:sz w:val="16"/>
              </w:rPr>
              <w:t>ALLIANCE</w:t>
            </w:r>
          </w:p>
        </w:tc>
      </w:tr>
      <w:tr w:rsidR="009E11EE" w14:paraId="0655C64F" w14:textId="77777777">
        <w:tc>
          <w:tcPr>
            <w:tcW w:w="600" w:type="dxa"/>
            <w:tcMar>
              <w:top w:w="80" w:type="dxa"/>
              <w:left w:w="120" w:type="dxa"/>
              <w:bottom w:w="80" w:type="dxa"/>
              <w:right w:w="120" w:type="dxa"/>
            </w:tcMar>
            <w:vAlign w:val="center"/>
          </w:tcPr>
          <w:p w14:paraId="5C7B5C76" w14:textId="77777777" w:rsidR="009E11EE" w:rsidRDefault="00000000">
            <w:pPr>
              <w:spacing w:after="0" w:line="240" w:lineRule="auto"/>
              <w:jc w:val="center"/>
            </w:pPr>
            <w:r>
              <w:rPr>
                <w:sz w:val="16"/>
              </w:rPr>
              <w:t>5</w:t>
            </w:r>
          </w:p>
        </w:tc>
        <w:tc>
          <w:tcPr>
            <w:tcW w:w="3560" w:type="dxa"/>
            <w:tcMar>
              <w:top w:w="80" w:type="dxa"/>
              <w:left w:w="120" w:type="dxa"/>
              <w:bottom w:w="80" w:type="dxa"/>
              <w:right w:w="120" w:type="dxa"/>
            </w:tcMar>
            <w:vAlign w:val="center"/>
          </w:tcPr>
          <w:p w14:paraId="03970FAF" w14:textId="77777777" w:rsidR="009E11EE" w:rsidRDefault="00000000">
            <w:pPr>
              <w:spacing w:after="0" w:line="240" w:lineRule="auto"/>
            </w:pPr>
            <w:r>
              <w:rPr>
                <w:sz w:val="16"/>
              </w:rPr>
              <w:t>Theo cửa lá sách | Theo cửa lá sách</w:t>
            </w:r>
          </w:p>
        </w:tc>
        <w:tc>
          <w:tcPr>
            <w:tcW w:w="2000" w:type="dxa"/>
            <w:tcMar>
              <w:top w:w="80" w:type="dxa"/>
              <w:left w:w="120" w:type="dxa"/>
              <w:bottom w:w="80" w:type="dxa"/>
              <w:right w:w="120" w:type="dxa"/>
            </w:tcMar>
            <w:vAlign w:val="center"/>
          </w:tcPr>
          <w:p w14:paraId="554166DE" w14:textId="77777777" w:rsidR="009E11EE" w:rsidRDefault="00000000">
            <w:pPr>
              <w:spacing w:after="0" w:line="240" w:lineRule="auto"/>
            </w:pPr>
            <w:r>
              <w:rPr>
                <w:sz w:val="16"/>
              </w:rPr>
              <w:t>Park Hyatt</w:t>
            </w:r>
          </w:p>
        </w:tc>
        <w:tc>
          <w:tcPr>
            <w:tcW w:w="1200" w:type="dxa"/>
            <w:tcMar>
              <w:top w:w="80" w:type="dxa"/>
              <w:left w:w="120" w:type="dxa"/>
              <w:bottom w:w="80" w:type="dxa"/>
              <w:right w:w="120" w:type="dxa"/>
            </w:tcMar>
            <w:vAlign w:val="center"/>
          </w:tcPr>
          <w:p w14:paraId="491438A0" w14:textId="77777777" w:rsidR="009E11EE" w:rsidRDefault="00000000">
            <w:pPr>
              <w:spacing w:after="0" w:line="240" w:lineRule="auto"/>
              <w:jc w:val="center"/>
            </w:pPr>
            <w:r>
              <w:rPr>
                <w:sz w:val="16"/>
              </w:rPr>
              <w:t>Nhân</w:t>
            </w:r>
          </w:p>
        </w:tc>
        <w:tc>
          <w:tcPr>
            <w:tcW w:w="2000" w:type="dxa"/>
            <w:tcMar>
              <w:top w:w="80" w:type="dxa"/>
              <w:left w:w="120" w:type="dxa"/>
              <w:bottom w:w="80" w:type="dxa"/>
              <w:right w:w="120" w:type="dxa"/>
            </w:tcMar>
            <w:vAlign w:val="center"/>
          </w:tcPr>
          <w:p w14:paraId="27CD3422" w14:textId="77777777" w:rsidR="009E11EE" w:rsidRDefault="00000000">
            <w:pPr>
              <w:spacing w:after="0" w:line="240" w:lineRule="auto"/>
            </w:pPr>
            <w:r>
              <w:rPr>
                <w:sz w:val="16"/>
              </w:rPr>
              <w:t>ALLIANCE</w:t>
            </w:r>
          </w:p>
        </w:tc>
      </w:tr>
      <w:tr w:rsidR="009E11EE" w14:paraId="6E82A249" w14:textId="77777777">
        <w:tc>
          <w:tcPr>
            <w:tcW w:w="600" w:type="dxa"/>
            <w:shd w:val="clear" w:color="auto" w:fill="F2F4F7"/>
            <w:tcMar>
              <w:top w:w="80" w:type="dxa"/>
              <w:left w:w="120" w:type="dxa"/>
              <w:bottom w:w="80" w:type="dxa"/>
              <w:right w:w="120" w:type="dxa"/>
            </w:tcMar>
            <w:vAlign w:val="center"/>
          </w:tcPr>
          <w:p w14:paraId="23A582E4" w14:textId="77777777" w:rsidR="009E11EE" w:rsidRDefault="00000000">
            <w:pPr>
              <w:spacing w:after="0" w:line="240" w:lineRule="auto"/>
              <w:jc w:val="center"/>
            </w:pPr>
            <w:r>
              <w:rPr>
                <w:sz w:val="16"/>
              </w:rPr>
              <w:t>6</w:t>
            </w:r>
          </w:p>
        </w:tc>
        <w:tc>
          <w:tcPr>
            <w:tcW w:w="3560" w:type="dxa"/>
            <w:shd w:val="clear" w:color="auto" w:fill="F2F4F7"/>
            <w:tcMar>
              <w:top w:w="80" w:type="dxa"/>
              <w:left w:w="120" w:type="dxa"/>
              <w:bottom w:w="80" w:type="dxa"/>
              <w:right w:w="120" w:type="dxa"/>
            </w:tcMar>
            <w:vAlign w:val="center"/>
          </w:tcPr>
          <w:p w14:paraId="1F9B3587" w14:textId="77777777" w:rsidR="009E11EE" w:rsidRDefault="00000000">
            <w:pPr>
              <w:spacing w:after="0" w:line="240" w:lineRule="auto"/>
            </w:pPr>
            <w:r>
              <w:rPr>
                <w:sz w:val="16"/>
              </w:rPr>
              <w:t>CP-WD-03AB/AC | CP-WD-03 AB/AC</w:t>
            </w:r>
          </w:p>
        </w:tc>
        <w:tc>
          <w:tcPr>
            <w:tcW w:w="2000" w:type="dxa"/>
            <w:shd w:val="clear" w:color="auto" w:fill="F2F4F7"/>
            <w:tcMar>
              <w:top w:w="80" w:type="dxa"/>
              <w:left w:w="120" w:type="dxa"/>
              <w:bottom w:w="80" w:type="dxa"/>
              <w:right w:w="120" w:type="dxa"/>
            </w:tcMar>
            <w:vAlign w:val="center"/>
          </w:tcPr>
          <w:p w14:paraId="20614793" w14:textId="77777777" w:rsidR="009E11EE" w:rsidRDefault="00000000">
            <w:pPr>
              <w:spacing w:after="0" w:line="240" w:lineRule="auto"/>
            </w:pPr>
            <w:r>
              <w:rPr>
                <w:sz w:val="16"/>
              </w:rPr>
              <w:t>Núi hoa đà lạt</w:t>
            </w:r>
          </w:p>
        </w:tc>
        <w:tc>
          <w:tcPr>
            <w:tcW w:w="1200" w:type="dxa"/>
            <w:shd w:val="clear" w:color="auto" w:fill="F2F4F7"/>
            <w:tcMar>
              <w:top w:w="80" w:type="dxa"/>
              <w:left w:w="120" w:type="dxa"/>
              <w:bottom w:w="80" w:type="dxa"/>
              <w:right w:w="120" w:type="dxa"/>
            </w:tcMar>
            <w:vAlign w:val="center"/>
          </w:tcPr>
          <w:p w14:paraId="4F038979" w14:textId="77777777" w:rsidR="009E11EE" w:rsidRDefault="00000000">
            <w:pPr>
              <w:spacing w:after="0" w:line="240" w:lineRule="auto"/>
              <w:jc w:val="center"/>
            </w:pPr>
            <w:r>
              <w:rPr>
                <w:sz w:val="16"/>
              </w:rPr>
              <w:t>Nhân</w:t>
            </w:r>
          </w:p>
        </w:tc>
        <w:tc>
          <w:tcPr>
            <w:tcW w:w="2000" w:type="dxa"/>
            <w:shd w:val="clear" w:color="auto" w:fill="F2F4F7"/>
            <w:tcMar>
              <w:top w:w="80" w:type="dxa"/>
              <w:left w:w="120" w:type="dxa"/>
              <w:bottom w:w="80" w:type="dxa"/>
              <w:right w:w="120" w:type="dxa"/>
            </w:tcMar>
            <w:vAlign w:val="center"/>
          </w:tcPr>
          <w:p w14:paraId="55BDD434" w14:textId="77777777" w:rsidR="009E11EE" w:rsidRDefault="00000000">
            <w:pPr>
              <w:spacing w:after="0" w:line="240" w:lineRule="auto"/>
            </w:pPr>
            <w:r>
              <w:rPr>
                <w:sz w:val="16"/>
              </w:rPr>
              <w:t>ALLIANCE</w:t>
            </w:r>
          </w:p>
        </w:tc>
      </w:tr>
      <w:tr w:rsidR="009E11EE" w14:paraId="73DBE539" w14:textId="77777777">
        <w:tc>
          <w:tcPr>
            <w:tcW w:w="600" w:type="dxa"/>
            <w:tcMar>
              <w:top w:w="80" w:type="dxa"/>
              <w:left w:w="120" w:type="dxa"/>
              <w:bottom w:w="80" w:type="dxa"/>
              <w:right w:w="120" w:type="dxa"/>
            </w:tcMar>
            <w:vAlign w:val="center"/>
          </w:tcPr>
          <w:p w14:paraId="2498AABB" w14:textId="77777777" w:rsidR="009E11EE" w:rsidRDefault="00000000">
            <w:pPr>
              <w:spacing w:after="0" w:line="240" w:lineRule="auto"/>
              <w:jc w:val="center"/>
            </w:pPr>
            <w:r>
              <w:rPr>
                <w:sz w:val="16"/>
              </w:rPr>
              <w:t>7</w:t>
            </w:r>
          </w:p>
        </w:tc>
        <w:tc>
          <w:tcPr>
            <w:tcW w:w="3560" w:type="dxa"/>
            <w:tcMar>
              <w:top w:w="80" w:type="dxa"/>
              <w:left w:w="120" w:type="dxa"/>
              <w:bottom w:w="80" w:type="dxa"/>
              <w:right w:w="120" w:type="dxa"/>
            </w:tcMar>
            <w:vAlign w:val="center"/>
          </w:tcPr>
          <w:p w14:paraId="0FDA841B" w14:textId="77777777" w:rsidR="009E11EE" w:rsidRDefault="00000000">
            <w:pPr>
              <w:spacing w:after="0" w:line="240" w:lineRule="auto"/>
            </w:pPr>
            <w:r>
              <w:rPr>
                <w:sz w:val="16"/>
              </w:rPr>
              <w:t>WD-01 | WD-01</w:t>
            </w:r>
          </w:p>
        </w:tc>
        <w:tc>
          <w:tcPr>
            <w:tcW w:w="2000" w:type="dxa"/>
            <w:tcMar>
              <w:top w:w="80" w:type="dxa"/>
              <w:left w:w="120" w:type="dxa"/>
              <w:bottom w:w="80" w:type="dxa"/>
              <w:right w:w="120" w:type="dxa"/>
            </w:tcMar>
            <w:vAlign w:val="center"/>
          </w:tcPr>
          <w:p w14:paraId="4D0AADD0" w14:textId="77777777" w:rsidR="009E11EE" w:rsidRDefault="00000000">
            <w:pPr>
              <w:spacing w:after="0" w:line="240" w:lineRule="auto"/>
            </w:pPr>
            <w:r>
              <w:rPr>
                <w:sz w:val="16"/>
              </w:rPr>
              <w:t>Nam khang</w:t>
            </w:r>
          </w:p>
        </w:tc>
        <w:tc>
          <w:tcPr>
            <w:tcW w:w="1200" w:type="dxa"/>
            <w:tcMar>
              <w:top w:w="80" w:type="dxa"/>
              <w:left w:w="120" w:type="dxa"/>
              <w:bottom w:w="80" w:type="dxa"/>
              <w:right w:w="120" w:type="dxa"/>
            </w:tcMar>
            <w:vAlign w:val="center"/>
          </w:tcPr>
          <w:p w14:paraId="2DBAF2A2" w14:textId="77777777" w:rsidR="009E11EE" w:rsidRDefault="00000000">
            <w:pPr>
              <w:spacing w:after="0" w:line="240" w:lineRule="auto"/>
              <w:jc w:val="center"/>
            </w:pPr>
            <w:r>
              <w:rPr>
                <w:sz w:val="16"/>
              </w:rPr>
              <w:t>Nhân</w:t>
            </w:r>
          </w:p>
        </w:tc>
        <w:tc>
          <w:tcPr>
            <w:tcW w:w="2000" w:type="dxa"/>
            <w:tcMar>
              <w:top w:w="80" w:type="dxa"/>
              <w:left w:w="120" w:type="dxa"/>
              <w:bottom w:w="80" w:type="dxa"/>
              <w:right w:w="120" w:type="dxa"/>
            </w:tcMar>
            <w:vAlign w:val="center"/>
          </w:tcPr>
          <w:p w14:paraId="77FB042B" w14:textId="77777777" w:rsidR="009E11EE" w:rsidRDefault="00000000">
            <w:pPr>
              <w:spacing w:after="0" w:line="240" w:lineRule="auto"/>
            </w:pPr>
            <w:r>
              <w:rPr>
                <w:sz w:val="16"/>
              </w:rPr>
              <w:t>ALLIANCE</w:t>
            </w:r>
          </w:p>
        </w:tc>
      </w:tr>
      <w:tr w:rsidR="009E11EE" w14:paraId="280802E5" w14:textId="77777777">
        <w:tc>
          <w:tcPr>
            <w:tcW w:w="600" w:type="dxa"/>
            <w:shd w:val="clear" w:color="auto" w:fill="F2F4F7"/>
            <w:tcMar>
              <w:top w:w="80" w:type="dxa"/>
              <w:left w:w="120" w:type="dxa"/>
              <w:bottom w:w="80" w:type="dxa"/>
              <w:right w:w="120" w:type="dxa"/>
            </w:tcMar>
            <w:vAlign w:val="center"/>
          </w:tcPr>
          <w:p w14:paraId="55F5A26F" w14:textId="77777777" w:rsidR="009E11EE" w:rsidRDefault="00000000">
            <w:pPr>
              <w:spacing w:after="0" w:line="240" w:lineRule="auto"/>
              <w:jc w:val="center"/>
            </w:pPr>
            <w:r>
              <w:rPr>
                <w:sz w:val="16"/>
              </w:rPr>
              <w:t>8</w:t>
            </w:r>
          </w:p>
        </w:tc>
        <w:tc>
          <w:tcPr>
            <w:tcW w:w="3560" w:type="dxa"/>
            <w:shd w:val="clear" w:color="auto" w:fill="F2F4F7"/>
            <w:tcMar>
              <w:top w:w="80" w:type="dxa"/>
              <w:left w:w="120" w:type="dxa"/>
              <w:bottom w:w="80" w:type="dxa"/>
              <w:right w:w="120" w:type="dxa"/>
            </w:tcMar>
            <w:vAlign w:val="center"/>
          </w:tcPr>
          <w:p w14:paraId="4B65575D" w14:textId="77777777" w:rsidR="009E11EE" w:rsidRDefault="00000000">
            <w:pPr>
              <w:spacing w:after="0" w:line="240" w:lineRule="auto"/>
            </w:pPr>
            <w:r>
              <w:rPr>
                <w:sz w:val="16"/>
              </w:rPr>
              <w:t>WD-01 AVA | WD-01 AVA</w:t>
            </w:r>
          </w:p>
        </w:tc>
        <w:tc>
          <w:tcPr>
            <w:tcW w:w="2000" w:type="dxa"/>
            <w:shd w:val="clear" w:color="auto" w:fill="F2F4F7"/>
            <w:tcMar>
              <w:top w:w="80" w:type="dxa"/>
              <w:left w:w="120" w:type="dxa"/>
              <w:bottom w:w="80" w:type="dxa"/>
              <w:right w:w="120" w:type="dxa"/>
            </w:tcMar>
            <w:vAlign w:val="center"/>
          </w:tcPr>
          <w:p w14:paraId="09D558DD" w14:textId="77777777" w:rsidR="009E11EE" w:rsidRDefault="00000000">
            <w:pPr>
              <w:spacing w:after="0" w:line="240" w:lineRule="auto"/>
            </w:pPr>
            <w:r>
              <w:rPr>
                <w:sz w:val="16"/>
              </w:rPr>
              <w:t>Nam khang</w:t>
            </w:r>
          </w:p>
        </w:tc>
        <w:tc>
          <w:tcPr>
            <w:tcW w:w="1200" w:type="dxa"/>
            <w:shd w:val="clear" w:color="auto" w:fill="F2F4F7"/>
            <w:tcMar>
              <w:top w:w="80" w:type="dxa"/>
              <w:left w:w="120" w:type="dxa"/>
              <w:bottom w:w="80" w:type="dxa"/>
              <w:right w:w="120" w:type="dxa"/>
            </w:tcMar>
            <w:vAlign w:val="center"/>
          </w:tcPr>
          <w:p w14:paraId="58BED41A" w14:textId="77777777" w:rsidR="009E11EE" w:rsidRDefault="00000000">
            <w:pPr>
              <w:spacing w:after="0" w:line="240" w:lineRule="auto"/>
              <w:jc w:val="center"/>
            </w:pPr>
            <w:r>
              <w:rPr>
                <w:sz w:val="16"/>
              </w:rPr>
              <w:t>Nhân</w:t>
            </w:r>
          </w:p>
        </w:tc>
        <w:tc>
          <w:tcPr>
            <w:tcW w:w="2000" w:type="dxa"/>
            <w:shd w:val="clear" w:color="auto" w:fill="F2F4F7"/>
            <w:tcMar>
              <w:top w:w="80" w:type="dxa"/>
              <w:left w:w="120" w:type="dxa"/>
              <w:bottom w:w="80" w:type="dxa"/>
              <w:right w:w="120" w:type="dxa"/>
            </w:tcMar>
            <w:vAlign w:val="center"/>
          </w:tcPr>
          <w:p w14:paraId="2BDBBDAB" w14:textId="77777777" w:rsidR="009E11EE" w:rsidRDefault="00000000">
            <w:pPr>
              <w:spacing w:after="0" w:line="240" w:lineRule="auto"/>
            </w:pPr>
            <w:r>
              <w:rPr>
                <w:sz w:val="16"/>
              </w:rPr>
              <w:t>ALLIANCE</w:t>
            </w:r>
          </w:p>
        </w:tc>
      </w:tr>
    </w:tbl>
    <w:p w14:paraId="5663C064" w14:textId="77777777" w:rsidR="009E11EE" w:rsidRDefault="009E11EE">
      <w:pPr>
        <w:spacing w:after="0"/>
      </w:pPr>
    </w:p>
    <w:p w14:paraId="4BD894D1" w14:textId="77777777" w:rsidR="009E11EE" w:rsidRDefault="00000000">
      <w:pPr>
        <w:pStyle w:val="Heading2"/>
      </w:pPr>
      <w:r>
        <w:rPr>
          <w:rFonts w:ascii="Arial" w:hAnsi="Arial"/>
        </w:rPr>
        <w:t>4.3. Lâm Văn Nông</w:t>
      </w:r>
    </w:p>
    <w:p w14:paraId="4ED2039F" w14:textId="77777777" w:rsidR="009E11EE" w:rsidRDefault="00000000">
      <w:r>
        <w:rPr>
          <w:b/>
          <w:sz w:val="18"/>
        </w:rPr>
        <w:t xml:space="preserve">Tổng: </w:t>
      </w:r>
      <w:r>
        <w:rPr>
          <w:sz w:val="18"/>
        </w:rPr>
        <w:t>6</w:t>
      </w:r>
      <w:r>
        <w:rPr>
          <w:b/>
          <w:sz w:val="18"/>
        </w:rPr>
        <w:t xml:space="preserve">  |  Mới: </w:t>
      </w:r>
      <w:r>
        <w:rPr>
          <w:sz w:val="18"/>
        </w:rPr>
        <w:t>5</w:t>
      </w:r>
      <w:r>
        <w:rPr>
          <w:b/>
          <w:sz w:val="18"/>
        </w:rPr>
        <w:t xml:space="preserve">  |  Bộ: </w:t>
      </w:r>
      <w:r>
        <w:rPr>
          <w:sz w:val="18"/>
        </w:rPr>
        <w:t>0</w:t>
      </w:r>
      <w:r>
        <w:rPr>
          <w:b/>
          <w:sz w:val="18"/>
        </w:rPr>
        <w:t xml:space="preserve">  |  Nhân: </w:t>
      </w:r>
      <w:r>
        <w:rPr>
          <w:sz w:val="18"/>
        </w:rPr>
        <w:t>1</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1A719B52" w14:textId="77777777">
        <w:trPr>
          <w:tblHeader/>
        </w:trPr>
        <w:tc>
          <w:tcPr>
            <w:tcW w:w="600" w:type="dxa"/>
            <w:shd w:val="clear" w:color="auto" w:fill="1F4E78"/>
            <w:tcMar>
              <w:top w:w="80" w:type="dxa"/>
              <w:left w:w="120" w:type="dxa"/>
              <w:bottom w:w="80" w:type="dxa"/>
              <w:right w:w="120" w:type="dxa"/>
            </w:tcMar>
            <w:vAlign w:val="center"/>
          </w:tcPr>
          <w:p w14:paraId="69E1C19A"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14CD1ECB"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1C23102A"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082FDA80"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2EDE1FAA" w14:textId="77777777" w:rsidR="009E11EE" w:rsidRDefault="00000000">
            <w:pPr>
              <w:spacing w:after="0"/>
              <w:jc w:val="center"/>
            </w:pPr>
            <w:r>
              <w:rPr>
                <w:b/>
                <w:color w:val="FFFFFF"/>
                <w:sz w:val="17"/>
              </w:rPr>
              <w:t>Nhà máy</w:t>
            </w:r>
          </w:p>
        </w:tc>
      </w:tr>
      <w:tr w:rsidR="009E11EE" w14:paraId="6D25C0CE" w14:textId="77777777">
        <w:tc>
          <w:tcPr>
            <w:tcW w:w="600" w:type="dxa"/>
            <w:tcMar>
              <w:top w:w="80" w:type="dxa"/>
              <w:left w:w="120" w:type="dxa"/>
              <w:bottom w:w="80" w:type="dxa"/>
              <w:right w:w="120" w:type="dxa"/>
            </w:tcMar>
            <w:vAlign w:val="center"/>
          </w:tcPr>
          <w:p w14:paraId="1360551C"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71ADCF1D" w14:textId="77777777" w:rsidR="009E11EE" w:rsidRDefault="00000000">
            <w:pPr>
              <w:spacing w:after="0" w:line="240" w:lineRule="auto"/>
            </w:pPr>
            <w:r>
              <w:rPr>
                <w:sz w:val="16"/>
              </w:rPr>
              <w:t>SCW 3322</w:t>
            </w:r>
          </w:p>
        </w:tc>
        <w:tc>
          <w:tcPr>
            <w:tcW w:w="2000" w:type="dxa"/>
            <w:tcMar>
              <w:top w:w="80" w:type="dxa"/>
              <w:left w:w="120" w:type="dxa"/>
              <w:bottom w:w="80" w:type="dxa"/>
              <w:right w:w="120" w:type="dxa"/>
            </w:tcMar>
            <w:vAlign w:val="center"/>
          </w:tcPr>
          <w:p w14:paraId="33EF715D" w14:textId="77777777" w:rsidR="009E11EE" w:rsidRDefault="00000000">
            <w:pPr>
              <w:spacing w:after="0" w:line="240" w:lineRule="auto"/>
            </w:pPr>
            <w:r>
              <w:rPr>
                <w:sz w:val="16"/>
              </w:rPr>
              <w:t>AN PHÁT CƯỜNG</w:t>
            </w:r>
          </w:p>
        </w:tc>
        <w:tc>
          <w:tcPr>
            <w:tcW w:w="1200" w:type="dxa"/>
            <w:tcMar>
              <w:top w:w="80" w:type="dxa"/>
              <w:left w:w="120" w:type="dxa"/>
              <w:bottom w:w="80" w:type="dxa"/>
              <w:right w:w="120" w:type="dxa"/>
            </w:tcMar>
            <w:vAlign w:val="center"/>
          </w:tcPr>
          <w:p w14:paraId="03DCD0EF"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494813A0" w14:textId="77777777" w:rsidR="009E11EE" w:rsidRDefault="00000000">
            <w:pPr>
              <w:spacing w:after="0" w:line="240" w:lineRule="auto"/>
            </w:pPr>
            <w:r>
              <w:rPr>
                <w:sz w:val="16"/>
              </w:rPr>
              <w:t>AN PHÁT CƯỜNG</w:t>
            </w:r>
          </w:p>
        </w:tc>
      </w:tr>
      <w:tr w:rsidR="009E11EE" w14:paraId="73108669" w14:textId="77777777">
        <w:tc>
          <w:tcPr>
            <w:tcW w:w="600" w:type="dxa"/>
            <w:shd w:val="clear" w:color="auto" w:fill="F2F4F7"/>
            <w:tcMar>
              <w:top w:w="80" w:type="dxa"/>
              <w:left w:w="120" w:type="dxa"/>
              <w:bottom w:w="80" w:type="dxa"/>
              <w:right w:w="120" w:type="dxa"/>
            </w:tcMar>
            <w:vAlign w:val="center"/>
          </w:tcPr>
          <w:p w14:paraId="5C629D50"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4E39F747" w14:textId="77777777" w:rsidR="009E11EE" w:rsidRDefault="00000000">
            <w:pPr>
              <w:spacing w:after="0" w:line="240" w:lineRule="auto"/>
            </w:pPr>
            <w:r>
              <w:rPr>
                <w:sz w:val="16"/>
              </w:rPr>
              <w:t>SCW 3360</w:t>
            </w:r>
          </w:p>
        </w:tc>
        <w:tc>
          <w:tcPr>
            <w:tcW w:w="2000" w:type="dxa"/>
            <w:shd w:val="clear" w:color="auto" w:fill="F2F4F7"/>
            <w:tcMar>
              <w:top w:w="80" w:type="dxa"/>
              <w:left w:w="120" w:type="dxa"/>
              <w:bottom w:w="80" w:type="dxa"/>
              <w:right w:w="120" w:type="dxa"/>
            </w:tcMar>
            <w:vAlign w:val="center"/>
          </w:tcPr>
          <w:p w14:paraId="20D04A3E" w14:textId="77777777" w:rsidR="009E11EE" w:rsidRDefault="00000000">
            <w:pPr>
              <w:spacing w:after="0" w:line="240" w:lineRule="auto"/>
            </w:pPr>
            <w:r>
              <w:rPr>
                <w:sz w:val="16"/>
              </w:rPr>
              <w:t>AN PHÁT CƯỜNG</w:t>
            </w:r>
          </w:p>
        </w:tc>
        <w:tc>
          <w:tcPr>
            <w:tcW w:w="1200" w:type="dxa"/>
            <w:shd w:val="clear" w:color="auto" w:fill="F2F4F7"/>
            <w:tcMar>
              <w:top w:w="80" w:type="dxa"/>
              <w:left w:w="120" w:type="dxa"/>
              <w:bottom w:w="80" w:type="dxa"/>
              <w:right w:w="120" w:type="dxa"/>
            </w:tcMar>
            <w:vAlign w:val="center"/>
          </w:tcPr>
          <w:p w14:paraId="71BCF221" w14:textId="77777777" w:rsidR="009E11EE" w:rsidRDefault="00000000">
            <w:pPr>
              <w:spacing w:after="0" w:line="240" w:lineRule="auto"/>
              <w:jc w:val="center"/>
            </w:pPr>
            <w:r>
              <w:rPr>
                <w:sz w:val="16"/>
              </w:rPr>
              <w:t>Nhân</w:t>
            </w:r>
          </w:p>
        </w:tc>
        <w:tc>
          <w:tcPr>
            <w:tcW w:w="2000" w:type="dxa"/>
            <w:shd w:val="clear" w:color="auto" w:fill="F2F4F7"/>
            <w:tcMar>
              <w:top w:w="80" w:type="dxa"/>
              <w:left w:w="120" w:type="dxa"/>
              <w:bottom w:w="80" w:type="dxa"/>
              <w:right w:w="120" w:type="dxa"/>
            </w:tcMar>
            <w:vAlign w:val="center"/>
          </w:tcPr>
          <w:p w14:paraId="78A1D25F" w14:textId="77777777" w:rsidR="009E11EE" w:rsidRDefault="00000000">
            <w:pPr>
              <w:spacing w:after="0" w:line="240" w:lineRule="auto"/>
            </w:pPr>
            <w:r>
              <w:rPr>
                <w:sz w:val="16"/>
              </w:rPr>
              <w:t>AN PHÁT CƯỜNG</w:t>
            </w:r>
          </w:p>
        </w:tc>
      </w:tr>
      <w:tr w:rsidR="009E11EE" w14:paraId="09AED9A6" w14:textId="77777777">
        <w:tc>
          <w:tcPr>
            <w:tcW w:w="600" w:type="dxa"/>
            <w:tcMar>
              <w:top w:w="80" w:type="dxa"/>
              <w:left w:w="120" w:type="dxa"/>
              <w:bottom w:w="80" w:type="dxa"/>
              <w:right w:w="120" w:type="dxa"/>
            </w:tcMar>
            <w:vAlign w:val="center"/>
          </w:tcPr>
          <w:p w14:paraId="5C016CBE" w14:textId="77777777" w:rsidR="009E11EE" w:rsidRDefault="00000000">
            <w:pPr>
              <w:spacing w:after="0" w:line="240" w:lineRule="auto"/>
              <w:jc w:val="center"/>
            </w:pPr>
            <w:r>
              <w:rPr>
                <w:sz w:val="16"/>
              </w:rPr>
              <w:t>3</w:t>
            </w:r>
          </w:p>
        </w:tc>
        <w:tc>
          <w:tcPr>
            <w:tcW w:w="3560" w:type="dxa"/>
            <w:tcMar>
              <w:top w:w="80" w:type="dxa"/>
              <w:left w:w="120" w:type="dxa"/>
              <w:bottom w:w="80" w:type="dxa"/>
              <w:right w:w="120" w:type="dxa"/>
            </w:tcMar>
            <w:vAlign w:val="center"/>
          </w:tcPr>
          <w:p w14:paraId="3DB5A5F1" w14:textId="77777777" w:rsidR="009E11EE" w:rsidRDefault="00000000">
            <w:pPr>
              <w:spacing w:after="0" w:line="240" w:lineRule="auto"/>
            </w:pPr>
            <w:r>
              <w:rPr>
                <w:sz w:val="16"/>
              </w:rPr>
              <w:t>SCW 3361</w:t>
            </w:r>
          </w:p>
        </w:tc>
        <w:tc>
          <w:tcPr>
            <w:tcW w:w="2000" w:type="dxa"/>
            <w:tcMar>
              <w:top w:w="80" w:type="dxa"/>
              <w:left w:w="120" w:type="dxa"/>
              <w:bottom w:w="80" w:type="dxa"/>
              <w:right w:w="120" w:type="dxa"/>
            </w:tcMar>
            <w:vAlign w:val="center"/>
          </w:tcPr>
          <w:p w14:paraId="7CABDE1F" w14:textId="77777777" w:rsidR="009E11EE" w:rsidRDefault="00000000">
            <w:pPr>
              <w:spacing w:after="0" w:line="240" w:lineRule="auto"/>
            </w:pPr>
            <w:r>
              <w:rPr>
                <w:sz w:val="16"/>
              </w:rPr>
              <w:t>AN PHÁT CƯỜNG</w:t>
            </w:r>
          </w:p>
        </w:tc>
        <w:tc>
          <w:tcPr>
            <w:tcW w:w="1200" w:type="dxa"/>
            <w:tcMar>
              <w:top w:w="80" w:type="dxa"/>
              <w:left w:w="120" w:type="dxa"/>
              <w:bottom w:w="80" w:type="dxa"/>
              <w:right w:w="120" w:type="dxa"/>
            </w:tcMar>
            <w:vAlign w:val="center"/>
          </w:tcPr>
          <w:p w14:paraId="687547B7"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764D2C71" w14:textId="77777777" w:rsidR="009E11EE" w:rsidRDefault="00000000">
            <w:pPr>
              <w:spacing w:after="0" w:line="240" w:lineRule="auto"/>
            </w:pPr>
            <w:r>
              <w:rPr>
                <w:sz w:val="16"/>
              </w:rPr>
              <w:t>AN PHÁT CƯỜNG</w:t>
            </w:r>
          </w:p>
        </w:tc>
      </w:tr>
      <w:tr w:rsidR="009E11EE" w14:paraId="45C56D5F" w14:textId="77777777">
        <w:tc>
          <w:tcPr>
            <w:tcW w:w="600" w:type="dxa"/>
            <w:shd w:val="clear" w:color="auto" w:fill="F2F4F7"/>
            <w:tcMar>
              <w:top w:w="80" w:type="dxa"/>
              <w:left w:w="120" w:type="dxa"/>
              <w:bottom w:w="80" w:type="dxa"/>
              <w:right w:w="120" w:type="dxa"/>
            </w:tcMar>
            <w:vAlign w:val="center"/>
          </w:tcPr>
          <w:p w14:paraId="13E06CAE" w14:textId="77777777" w:rsidR="009E11EE" w:rsidRDefault="00000000">
            <w:pPr>
              <w:spacing w:after="0" w:line="240" w:lineRule="auto"/>
              <w:jc w:val="center"/>
            </w:pPr>
            <w:r>
              <w:rPr>
                <w:sz w:val="16"/>
              </w:rPr>
              <w:lastRenderedPageBreak/>
              <w:t>4</w:t>
            </w:r>
          </w:p>
        </w:tc>
        <w:tc>
          <w:tcPr>
            <w:tcW w:w="3560" w:type="dxa"/>
            <w:shd w:val="clear" w:color="auto" w:fill="F2F4F7"/>
            <w:tcMar>
              <w:top w:w="80" w:type="dxa"/>
              <w:left w:w="120" w:type="dxa"/>
              <w:bottom w:w="80" w:type="dxa"/>
              <w:right w:w="120" w:type="dxa"/>
            </w:tcMar>
            <w:vAlign w:val="center"/>
          </w:tcPr>
          <w:p w14:paraId="23B60B9B" w14:textId="77777777" w:rsidR="009E11EE" w:rsidRDefault="00000000">
            <w:pPr>
              <w:spacing w:after="0" w:line="240" w:lineRule="auto"/>
            </w:pPr>
            <w:r>
              <w:rPr>
                <w:sz w:val="16"/>
              </w:rPr>
              <w:t>APC 04</w:t>
            </w:r>
          </w:p>
        </w:tc>
        <w:tc>
          <w:tcPr>
            <w:tcW w:w="2000" w:type="dxa"/>
            <w:shd w:val="clear" w:color="auto" w:fill="F2F4F7"/>
            <w:tcMar>
              <w:top w:w="80" w:type="dxa"/>
              <w:left w:w="120" w:type="dxa"/>
              <w:bottom w:w="80" w:type="dxa"/>
              <w:right w:w="120" w:type="dxa"/>
            </w:tcMar>
            <w:vAlign w:val="center"/>
          </w:tcPr>
          <w:p w14:paraId="19E7FC39" w14:textId="77777777" w:rsidR="009E11EE" w:rsidRDefault="00000000">
            <w:pPr>
              <w:spacing w:after="0" w:line="240" w:lineRule="auto"/>
            </w:pPr>
            <w:r>
              <w:rPr>
                <w:sz w:val="16"/>
              </w:rPr>
              <w:t>AN PHÁT CƯỜNG</w:t>
            </w:r>
          </w:p>
        </w:tc>
        <w:tc>
          <w:tcPr>
            <w:tcW w:w="1200" w:type="dxa"/>
            <w:shd w:val="clear" w:color="auto" w:fill="F2F4F7"/>
            <w:tcMar>
              <w:top w:w="80" w:type="dxa"/>
              <w:left w:w="120" w:type="dxa"/>
              <w:bottom w:w="80" w:type="dxa"/>
              <w:right w:w="120" w:type="dxa"/>
            </w:tcMar>
            <w:vAlign w:val="center"/>
          </w:tcPr>
          <w:p w14:paraId="73C3D20C" w14:textId="77777777" w:rsidR="009E11EE" w:rsidRDefault="00000000">
            <w:pPr>
              <w:spacing w:after="0" w:line="240" w:lineRule="auto"/>
              <w:jc w:val="center"/>
            </w:pPr>
            <w:r>
              <w:rPr>
                <w:sz w:val="16"/>
              </w:rPr>
              <w:t>Mới</w:t>
            </w:r>
          </w:p>
        </w:tc>
        <w:tc>
          <w:tcPr>
            <w:tcW w:w="2000" w:type="dxa"/>
            <w:shd w:val="clear" w:color="auto" w:fill="F2F4F7"/>
            <w:tcMar>
              <w:top w:w="80" w:type="dxa"/>
              <w:left w:w="120" w:type="dxa"/>
              <w:bottom w:w="80" w:type="dxa"/>
              <w:right w:w="120" w:type="dxa"/>
            </w:tcMar>
            <w:vAlign w:val="center"/>
          </w:tcPr>
          <w:p w14:paraId="3A5E112B" w14:textId="77777777" w:rsidR="009E11EE" w:rsidRDefault="00000000">
            <w:pPr>
              <w:spacing w:after="0" w:line="240" w:lineRule="auto"/>
            </w:pPr>
            <w:r>
              <w:rPr>
                <w:sz w:val="16"/>
              </w:rPr>
              <w:t>AN PHÁT CƯỜNG</w:t>
            </w:r>
          </w:p>
        </w:tc>
      </w:tr>
      <w:tr w:rsidR="009E11EE" w14:paraId="634A94E8" w14:textId="77777777">
        <w:tc>
          <w:tcPr>
            <w:tcW w:w="600" w:type="dxa"/>
            <w:tcMar>
              <w:top w:w="80" w:type="dxa"/>
              <w:left w:w="120" w:type="dxa"/>
              <w:bottom w:w="80" w:type="dxa"/>
              <w:right w:w="120" w:type="dxa"/>
            </w:tcMar>
            <w:vAlign w:val="center"/>
          </w:tcPr>
          <w:p w14:paraId="4201ABAE" w14:textId="77777777" w:rsidR="009E11EE" w:rsidRDefault="00000000">
            <w:pPr>
              <w:spacing w:after="0" w:line="240" w:lineRule="auto"/>
              <w:jc w:val="center"/>
            </w:pPr>
            <w:r>
              <w:rPr>
                <w:sz w:val="16"/>
              </w:rPr>
              <w:t>5</w:t>
            </w:r>
          </w:p>
        </w:tc>
        <w:tc>
          <w:tcPr>
            <w:tcW w:w="3560" w:type="dxa"/>
            <w:tcMar>
              <w:top w:w="80" w:type="dxa"/>
              <w:left w:w="120" w:type="dxa"/>
              <w:bottom w:w="80" w:type="dxa"/>
              <w:right w:w="120" w:type="dxa"/>
            </w:tcMar>
            <w:vAlign w:val="center"/>
          </w:tcPr>
          <w:p w14:paraId="552407B4" w14:textId="77777777" w:rsidR="009E11EE" w:rsidRDefault="00000000">
            <w:pPr>
              <w:spacing w:after="0" w:line="240" w:lineRule="auto"/>
            </w:pPr>
            <w:r>
              <w:rPr>
                <w:sz w:val="16"/>
              </w:rPr>
              <w:t>CG 02</w:t>
            </w:r>
          </w:p>
        </w:tc>
        <w:tc>
          <w:tcPr>
            <w:tcW w:w="2000" w:type="dxa"/>
            <w:tcMar>
              <w:top w:w="80" w:type="dxa"/>
              <w:left w:w="120" w:type="dxa"/>
              <w:bottom w:w="80" w:type="dxa"/>
              <w:right w:w="120" w:type="dxa"/>
            </w:tcMar>
            <w:vAlign w:val="center"/>
          </w:tcPr>
          <w:p w14:paraId="624867E5" w14:textId="77777777" w:rsidR="009E11EE" w:rsidRDefault="00000000">
            <w:pPr>
              <w:spacing w:after="0" w:line="240" w:lineRule="auto"/>
            </w:pPr>
            <w:r>
              <w:rPr>
                <w:sz w:val="16"/>
              </w:rPr>
              <w:t>AN PHÁT CƯỜNG</w:t>
            </w:r>
          </w:p>
        </w:tc>
        <w:tc>
          <w:tcPr>
            <w:tcW w:w="1200" w:type="dxa"/>
            <w:tcMar>
              <w:top w:w="80" w:type="dxa"/>
              <w:left w:w="120" w:type="dxa"/>
              <w:bottom w:w="80" w:type="dxa"/>
              <w:right w:w="120" w:type="dxa"/>
            </w:tcMar>
            <w:vAlign w:val="center"/>
          </w:tcPr>
          <w:p w14:paraId="0EC69E6D"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74B87417" w14:textId="77777777" w:rsidR="009E11EE" w:rsidRDefault="00000000">
            <w:pPr>
              <w:spacing w:after="0" w:line="240" w:lineRule="auto"/>
            </w:pPr>
            <w:r>
              <w:rPr>
                <w:sz w:val="16"/>
              </w:rPr>
              <w:t>AN PHÁT CƯỜNG</w:t>
            </w:r>
          </w:p>
        </w:tc>
      </w:tr>
      <w:tr w:rsidR="009E11EE" w14:paraId="5CCE03E3" w14:textId="77777777">
        <w:tc>
          <w:tcPr>
            <w:tcW w:w="600" w:type="dxa"/>
            <w:shd w:val="clear" w:color="auto" w:fill="F2F4F7"/>
            <w:tcMar>
              <w:top w:w="80" w:type="dxa"/>
              <w:left w:w="120" w:type="dxa"/>
              <w:bottom w:w="80" w:type="dxa"/>
              <w:right w:w="120" w:type="dxa"/>
            </w:tcMar>
            <w:vAlign w:val="center"/>
          </w:tcPr>
          <w:p w14:paraId="3F3F808B" w14:textId="77777777" w:rsidR="009E11EE" w:rsidRDefault="00000000">
            <w:pPr>
              <w:spacing w:after="0" w:line="240" w:lineRule="auto"/>
              <w:jc w:val="center"/>
            </w:pPr>
            <w:r>
              <w:rPr>
                <w:sz w:val="16"/>
              </w:rPr>
              <w:t>6</w:t>
            </w:r>
          </w:p>
        </w:tc>
        <w:tc>
          <w:tcPr>
            <w:tcW w:w="3560" w:type="dxa"/>
            <w:shd w:val="clear" w:color="auto" w:fill="F2F4F7"/>
            <w:tcMar>
              <w:top w:w="80" w:type="dxa"/>
              <w:left w:w="120" w:type="dxa"/>
              <w:bottom w:w="80" w:type="dxa"/>
              <w:right w:w="120" w:type="dxa"/>
            </w:tcMar>
            <w:vAlign w:val="center"/>
          </w:tcPr>
          <w:p w14:paraId="02331C6E" w14:textId="77777777" w:rsidR="009E11EE" w:rsidRDefault="00000000">
            <w:pPr>
              <w:spacing w:after="0" w:line="240" w:lineRule="auto"/>
            </w:pPr>
            <w:r>
              <w:rPr>
                <w:sz w:val="16"/>
              </w:rPr>
              <w:t>WD 01</w:t>
            </w:r>
          </w:p>
        </w:tc>
        <w:tc>
          <w:tcPr>
            <w:tcW w:w="2000" w:type="dxa"/>
            <w:shd w:val="clear" w:color="auto" w:fill="F2F4F7"/>
            <w:tcMar>
              <w:top w:w="80" w:type="dxa"/>
              <w:left w:w="120" w:type="dxa"/>
              <w:bottom w:w="80" w:type="dxa"/>
              <w:right w:w="120" w:type="dxa"/>
            </w:tcMar>
            <w:vAlign w:val="center"/>
          </w:tcPr>
          <w:p w14:paraId="7DD669D2" w14:textId="77777777" w:rsidR="009E11EE" w:rsidRDefault="00000000">
            <w:pPr>
              <w:spacing w:after="0" w:line="240" w:lineRule="auto"/>
            </w:pPr>
            <w:r>
              <w:rPr>
                <w:sz w:val="16"/>
              </w:rPr>
              <w:t>AN PHÁT CƯỜNG</w:t>
            </w:r>
          </w:p>
        </w:tc>
        <w:tc>
          <w:tcPr>
            <w:tcW w:w="1200" w:type="dxa"/>
            <w:shd w:val="clear" w:color="auto" w:fill="F2F4F7"/>
            <w:tcMar>
              <w:top w:w="80" w:type="dxa"/>
              <w:left w:w="120" w:type="dxa"/>
              <w:bottom w:w="80" w:type="dxa"/>
              <w:right w:w="120" w:type="dxa"/>
            </w:tcMar>
            <w:vAlign w:val="center"/>
          </w:tcPr>
          <w:p w14:paraId="25A69088" w14:textId="77777777" w:rsidR="009E11EE" w:rsidRDefault="00000000">
            <w:pPr>
              <w:spacing w:after="0" w:line="240" w:lineRule="auto"/>
              <w:jc w:val="center"/>
            </w:pPr>
            <w:r>
              <w:rPr>
                <w:sz w:val="16"/>
              </w:rPr>
              <w:t>Mới</w:t>
            </w:r>
          </w:p>
        </w:tc>
        <w:tc>
          <w:tcPr>
            <w:tcW w:w="2000" w:type="dxa"/>
            <w:shd w:val="clear" w:color="auto" w:fill="F2F4F7"/>
            <w:tcMar>
              <w:top w:w="80" w:type="dxa"/>
              <w:left w:w="120" w:type="dxa"/>
              <w:bottom w:w="80" w:type="dxa"/>
              <w:right w:w="120" w:type="dxa"/>
            </w:tcMar>
            <w:vAlign w:val="center"/>
          </w:tcPr>
          <w:p w14:paraId="020389E7" w14:textId="77777777" w:rsidR="009E11EE" w:rsidRDefault="00000000">
            <w:pPr>
              <w:spacing w:after="0" w:line="240" w:lineRule="auto"/>
            </w:pPr>
            <w:r>
              <w:rPr>
                <w:sz w:val="16"/>
              </w:rPr>
              <w:t>AN PHÁT CƯỜNG</w:t>
            </w:r>
          </w:p>
        </w:tc>
      </w:tr>
    </w:tbl>
    <w:p w14:paraId="6677F24F" w14:textId="77777777" w:rsidR="009E11EE" w:rsidRDefault="009E11EE">
      <w:pPr>
        <w:spacing w:after="0"/>
      </w:pPr>
    </w:p>
    <w:p w14:paraId="22979F30" w14:textId="77777777" w:rsidR="009E11EE" w:rsidRDefault="00000000">
      <w:pPr>
        <w:pStyle w:val="Heading2"/>
      </w:pPr>
      <w:r>
        <w:rPr>
          <w:rFonts w:ascii="Arial" w:hAnsi="Arial"/>
        </w:rPr>
        <w:t>4.4. Trường</w:t>
      </w:r>
    </w:p>
    <w:p w14:paraId="2DC2A9CA" w14:textId="77777777" w:rsidR="009E11EE" w:rsidRDefault="00000000">
      <w:r>
        <w:rPr>
          <w:b/>
          <w:sz w:val="18"/>
        </w:rPr>
        <w:t xml:space="preserve">Tổng: </w:t>
      </w:r>
      <w:r>
        <w:rPr>
          <w:sz w:val="18"/>
        </w:rPr>
        <w:t>6</w:t>
      </w:r>
      <w:r>
        <w:rPr>
          <w:b/>
          <w:sz w:val="18"/>
        </w:rPr>
        <w:t xml:space="preserve">  |  Mới: </w:t>
      </w:r>
      <w:r>
        <w:rPr>
          <w:sz w:val="18"/>
        </w:rPr>
        <w:t>2</w:t>
      </w:r>
      <w:r>
        <w:rPr>
          <w:b/>
          <w:sz w:val="18"/>
        </w:rPr>
        <w:t xml:space="preserve">  |  Bộ: </w:t>
      </w:r>
      <w:r>
        <w:rPr>
          <w:sz w:val="18"/>
        </w:rPr>
        <w:t>2</w:t>
      </w:r>
      <w:r>
        <w:rPr>
          <w:b/>
          <w:sz w:val="18"/>
        </w:rPr>
        <w:t xml:space="preserve">  |  Nhân: </w:t>
      </w:r>
      <w:r>
        <w:rPr>
          <w:sz w:val="18"/>
        </w:rPr>
        <w:t>2</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05DC51F6" w14:textId="77777777">
        <w:trPr>
          <w:tblHeader/>
        </w:trPr>
        <w:tc>
          <w:tcPr>
            <w:tcW w:w="600" w:type="dxa"/>
            <w:shd w:val="clear" w:color="auto" w:fill="1F4E78"/>
            <w:tcMar>
              <w:top w:w="80" w:type="dxa"/>
              <w:left w:w="120" w:type="dxa"/>
              <w:bottom w:w="80" w:type="dxa"/>
              <w:right w:w="120" w:type="dxa"/>
            </w:tcMar>
            <w:vAlign w:val="center"/>
          </w:tcPr>
          <w:p w14:paraId="1FF86A73"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18187CDF"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7E7B283C"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55C392F6"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4AE9C94C" w14:textId="77777777" w:rsidR="009E11EE" w:rsidRDefault="00000000">
            <w:pPr>
              <w:spacing w:after="0"/>
              <w:jc w:val="center"/>
            </w:pPr>
            <w:r>
              <w:rPr>
                <w:b/>
                <w:color w:val="FFFFFF"/>
                <w:sz w:val="17"/>
              </w:rPr>
              <w:t>Nhà máy</w:t>
            </w:r>
          </w:p>
        </w:tc>
      </w:tr>
      <w:tr w:rsidR="009E11EE" w14:paraId="63D95572" w14:textId="77777777">
        <w:tc>
          <w:tcPr>
            <w:tcW w:w="600" w:type="dxa"/>
            <w:tcMar>
              <w:top w:w="80" w:type="dxa"/>
              <w:left w:w="120" w:type="dxa"/>
              <w:bottom w:w="80" w:type="dxa"/>
              <w:right w:w="120" w:type="dxa"/>
            </w:tcMar>
            <w:vAlign w:val="center"/>
          </w:tcPr>
          <w:p w14:paraId="70410CAD"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0A903F8A" w14:textId="77777777" w:rsidR="009E11EE" w:rsidRDefault="00000000">
            <w:pPr>
              <w:spacing w:after="0" w:line="240" w:lineRule="auto"/>
            </w:pPr>
            <w:r>
              <w:rPr>
                <w:sz w:val="16"/>
              </w:rPr>
              <w:t>TT 1509 (Ghế)</w:t>
            </w:r>
          </w:p>
        </w:tc>
        <w:tc>
          <w:tcPr>
            <w:tcW w:w="2000" w:type="dxa"/>
            <w:tcMar>
              <w:top w:w="80" w:type="dxa"/>
              <w:left w:w="120" w:type="dxa"/>
              <w:bottom w:w="80" w:type="dxa"/>
              <w:right w:w="120" w:type="dxa"/>
            </w:tcMar>
            <w:vAlign w:val="center"/>
          </w:tcPr>
          <w:p w14:paraId="5AE239D1" w14:textId="77777777" w:rsidR="009E11EE" w:rsidRDefault="00000000">
            <w:pPr>
              <w:spacing w:after="0" w:line="240" w:lineRule="auto"/>
            </w:pPr>
            <w:r>
              <w:rPr>
                <w:sz w:val="16"/>
              </w:rPr>
              <w:t>Pulic</w:t>
            </w:r>
          </w:p>
        </w:tc>
        <w:tc>
          <w:tcPr>
            <w:tcW w:w="1200" w:type="dxa"/>
            <w:tcMar>
              <w:top w:w="80" w:type="dxa"/>
              <w:left w:w="120" w:type="dxa"/>
              <w:bottom w:w="80" w:type="dxa"/>
              <w:right w:w="120" w:type="dxa"/>
            </w:tcMar>
            <w:vAlign w:val="center"/>
          </w:tcPr>
          <w:p w14:paraId="33D0F8F8"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72EC071A" w14:textId="77777777" w:rsidR="009E11EE" w:rsidRDefault="00000000">
            <w:pPr>
              <w:spacing w:after="0" w:line="240" w:lineRule="auto"/>
            </w:pPr>
            <w:r>
              <w:rPr>
                <w:sz w:val="16"/>
              </w:rPr>
              <w:t>TÂN THÀNH</w:t>
            </w:r>
          </w:p>
        </w:tc>
      </w:tr>
      <w:tr w:rsidR="009E11EE" w14:paraId="5F677063" w14:textId="77777777">
        <w:tc>
          <w:tcPr>
            <w:tcW w:w="600" w:type="dxa"/>
            <w:shd w:val="clear" w:color="auto" w:fill="F2F4F7"/>
            <w:tcMar>
              <w:top w:w="80" w:type="dxa"/>
              <w:left w:w="120" w:type="dxa"/>
              <w:bottom w:w="80" w:type="dxa"/>
              <w:right w:w="120" w:type="dxa"/>
            </w:tcMar>
            <w:vAlign w:val="center"/>
          </w:tcPr>
          <w:p w14:paraId="23AFF0ED"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2FBA66E6" w14:textId="77777777" w:rsidR="009E11EE" w:rsidRDefault="00000000">
            <w:pPr>
              <w:spacing w:after="0" w:line="240" w:lineRule="auto"/>
            </w:pPr>
            <w:r>
              <w:rPr>
                <w:sz w:val="16"/>
              </w:rPr>
              <w:t>TT 1598 (Ghế)</w:t>
            </w:r>
          </w:p>
        </w:tc>
        <w:tc>
          <w:tcPr>
            <w:tcW w:w="2000" w:type="dxa"/>
            <w:shd w:val="clear" w:color="auto" w:fill="F2F4F7"/>
            <w:tcMar>
              <w:top w:w="80" w:type="dxa"/>
              <w:left w:w="120" w:type="dxa"/>
              <w:bottom w:w="80" w:type="dxa"/>
              <w:right w:w="120" w:type="dxa"/>
            </w:tcMar>
            <w:vAlign w:val="center"/>
          </w:tcPr>
          <w:p w14:paraId="1D0A653E" w14:textId="77777777" w:rsidR="009E11EE" w:rsidRDefault="00000000">
            <w:pPr>
              <w:spacing w:after="0" w:line="240" w:lineRule="auto"/>
            </w:pPr>
            <w:r>
              <w:rPr>
                <w:sz w:val="16"/>
              </w:rPr>
              <w:t>Pulic</w:t>
            </w:r>
          </w:p>
        </w:tc>
        <w:tc>
          <w:tcPr>
            <w:tcW w:w="1200" w:type="dxa"/>
            <w:shd w:val="clear" w:color="auto" w:fill="F2F4F7"/>
            <w:tcMar>
              <w:top w:w="80" w:type="dxa"/>
              <w:left w:w="120" w:type="dxa"/>
              <w:bottom w:w="80" w:type="dxa"/>
              <w:right w:w="120" w:type="dxa"/>
            </w:tcMar>
            <w:vAlign w:val="center"/>
          </w:tcPr>
          <w:p w14:paraId="32DAAD47" w14:textId="77777777" w:rsidR="009E11EE" w:rsidRDefault="00000000">
            <w:pPr>
              <w:spacing w:after="0" w:line="240" w:lineRule="auto"/>
              <w:jc w:val="center"/>
            </w:pPr>
            <w:r>
              <w:rPr>
                <w:sz w:val="16"/>
              </w:rPr>
              <w:t>Bộ</w:t>
            </w:r>
          </w:p>
        </w:tc>
        <w:tc>
          <w:tcPr>
            <w:tcW w:w="2000" w:type="dxa"/>
            <w:shd w:val="clear" w:color="auto" w:fill="F2F4F7"/>
            <w:tcMar>
              <w:top w:w="80" w:type="dxa"/>
              <w:left w:w="120" w:type="dxa"/>
              <w:bottom w:w="80" w:type="dxa"/>
              <w:right w:w="120" w:type="dxa"/>
            </w:tcMar>
            <w:vAlign w:val="center"/>
          </w:tcPr>
          <w:p w14:paraId="0A3647A6" w14:textId="77777777" w:rsidR="009E11EE" w:rsidRDefault="00000000">
            <w:pPr>
              <w:spacing w:after="0" w:line="240" w:lineRule="auto"/>
            </w:pPr>
            <w:r>
              <w:rPr>
                <w:sz w:val="16"/>
              </w:rPr>
              <w:t>TÂN THÀNH</w:t>
            </w:r>
          </w:p>
        </w:tc>
      </w:tr>
      <w:tr w:rsidR="009E11EE" w14:paraId="13E7EDD2" w14:textId="77777777">
        <w:tc>
          <w:tcPr>
            <w:tcW w:w="600" w:type="dxa"/>
            <w:tcMar>
              <w:top w:w="80" w:type="dxa"/>
              <w:left w:w="120" w:type="dxa"/>
              <w:bottom w:w="80" w:type="dxa"/>
              <w:right w:w="120" w:type="dxa"/>
            </w:tcMar>
            <w:vAlign w:val="center"/>
          </w:tcPr>
          <w:p w14:paraId="1E4F71F0" w14:textId="77777777" w:rsidR="009E11EE" w:rsidRDefault="00000000">
            <w:pPr>
              <w:spacing w:after="0" w:line="240" w:lineRule="auto"/>
              <w:jc w:val="center"/>
            </w:pPr>
            <w:r>
              <w:rPr>
                <w:sz w:val="16"/>
              </w:rPr>
              <w:t>3</w:t>
            </w:r>
          </w:p>
        </w:tc>
        <w:tc>
          <w:tcPr>
            <w:tcW w:w="3560" w:type="dxa"/>
            <w:tcMar>
              <w:top w:w="80" w:type="dxa"/>
              <w:left w:w="120" w:type="dxa"/>
              <w:bottom w:w="80" w:type="dxa"/>
              <w:right w:w="120" w:type="dxa"/>
            </w:tcMar>
            <w:vAlign w:val="center"/>
          </w:tcPr>
          <w:p w14:paraId="68D2D435" w14:textId="77777777" w:rsidR="009E11EE" w:rsidRDefault="00000000">
            <w:pPr>
              <w:spacing w:after="0" w:line="240" w:lineRule="auto"/>
            </w:pPr>
            <w:r>
              <w:rPr>
                <w:sz w:val="16"/>
              </w:rPr>
              <w:t>TT TH 24283</w:t>
            </w:r>
          </w:p>
        </w:tc>
        <w:tc>
          <w:tcPr>
            <w:tcW w:w="2000" w:type="dxa"/>
            <w:tcMar>
              <w:top w:w="80" w:type="dxa"/>
              <w:left w:w="120" w:type="dxa"/>
              <w:bottom w:w="80" w:type="dxa"/>
              <w:right w:w="120" w:type="dxa"/>
            </w:tcMar>
            <w:vAlign w:val="center"/>
          </w:tcPr>
          <w:p w14:paraId="7B23F527" w14:textId="77777777" w:rsidR="009E11EE" w:rsidRDefault="00000000">
            <w:pPr>
              <w:spacing w:after="0" w:line="240" w:lineRule="auto"/>
            </w:pPr>
            <w:r>
              <w:rPr>
                <w:sz w:val="16"/>
              </w:rPr>
              <w:t>Hikari</w:t>
            </w:r>
          </w:p>
        </w:tc>
        <w:tc>
          <w:tcPr>
            <w:tcW w:w="1200" w:type="dxa"/>
            <w:tcMar>
              <w:top w:w="80" w:type="dxa"/>
              <w:left w:w="120" w:type="dxa"/>
              <w:bottom w:w="80" w:type="dxa"/>
              <w:right w:w="120" w:type="dxa"/>
            </w:tcMar>
            <w:vAlign w:val="center"/>
          </w:tcPr>
          <w:p w14:paraId="2D80DBB2" w14:textId="77777777" w:rsidR="009E11EE" w:rsidRDefault="00000000">
            <w:pPr>
              <w:spacing w:after="0" w:line="240" w:lineRule="auto"/>
              <w:jc w:val="center"/>
            </w:pPr>
            <w:r>
              <w:rPr>
                <w:sz w:val="16"/>
              </w:rPr>
              <w:t>Nhân</w:t>
            </w:r>
          </w:p>
        </w:tc>
        <w:tc>
          <w:tcPr>
            <w:tcW w:w="2000" w:type="dxa"/>
            <w:tcMar>
              <w:top w:w="80" w:type="dxa"/>
              <w:left w:w="120" w:type="dxa"/>
              <w:bottom w:w="80" w:type="dxa"/>
              <w:right w:w="120" w:type="dxa"/>
            </w:tcMar>
            <w:vAlign w:val="center"/>
          </w:tcPr>
          <w:p w14:paraId="4378FF53" w14:textId="77777777" w:rsidR="009E11EE" w:rsidRDefault="00000000">
            <w:pPr>
              <w:spacing w:after="0" w:line="240" w:lineRule="auto"/>
            </w:pPr>
            <w:r>
              <w:rPr>
                <w:sz w:val="16"/>
              </w:rPr>
              <w:t>TÂN THÀNH</w:t>
            </w:r>
          </w:p>
        </w:tc>
      </w:tr>
      <w:tr w:rsidR="009E11EE" w14:paraId="5FE1CEBF" w14:textId="77777777">
        <w:tc>
          <w:tcPr>
            <w:tcW w:w="600" w:type="dxa"/>
            <w:shd w:val="clear" w:color="auto" w:fill="F2F4F7"/>
            <w:tcMar>
              <w:top w:w="80" w:type="dxa"/>
              <w:left w:w="120" w:type="dxa"/>
              <w:bottom w:w="80" w:type="dxa"/>
              <w:right w:w="120" w:type="dxa"/>
            </w:tcMar>
            <w:vAlign w:val="center"/>
          </w:tcPr>
          <w:p w14:paraId="439B3C86" w14:textId="77777777" w:rsidR="009E11EE" w:rsidRDefault="00000000">
            <w:pPr>
              <w:spacing w:after="0" w:line="240" w:lineRule="auto"/>
              <w:jc w:val="center"/>
            </w:pPr>
            <w:r>
              <w:rPr>
                <w:sz w:val="16"/>
              </w:rPr>
              <w:t>4</w:t>
            </w:r>
          </w:p>
        </w:tc>
        <w:tc>
          <w:tcPr>
            <w:tcW w:w="3560" w:type="dxa"/>
            <w:shd w:val="clear" w:color="auto" w:fill="F2F4F7"/>
            <w:tcMar>
              <w:top w:w="80" w:type="dxa"/>
              <w:left w:w="120" w:type="dxa"/>
              <w:bottom w:w="80" w:type="dxa"/>
              <w:right w:w="120" w:type="dxa"/>
            </w:tcMar>
            <w:vAlign w:val="center"/>
          </w:tcPr>
          <w:p w14:paraId="356DB31A" w14:textId="77777777" w:rsidR="009E11EE" w:rsidRDefault="00000000">
            <w:pPr>
              <w:spacing w:after="0" w:line="240" w:lineRule="auto"/>
            </w:pPr>
            <w:r>
              <w:rPr>
                <w:sz w:val="16"/>
              </w:rPr>
              <w:t>TT 2659</w:t>
            </w:r>
          </w:p>
        </w:tc>
        <w:tc>
          <w:tcPr>
            <w:tcW w:w="2000" w:type="dxa"/>
            <w:shd w:val="clear" w:color="auto" w:fill="F2F4F7"/>
            <w:tcMar>
              <w:top w:w="80" w:type="dxa"/>
              <w:left w:w="120" w:type="dxa"/>
              <w:bottom w:w="80" w:type="dxa"/>
              <w:right w:w="120" w:type="dxa"/>
            </w:tcMar>
            <w:vAlign w:val="center"/>
          </w:tcPr>
          <w:p w14:paraId="4C7CBECB" w14:textId="77777777" w:rsidR="009E11EE" w:rsidRDefault="00000000">
            <w:pPr>
              <w:spacing w:after="0" w:line="240" w:lineRule="auto"/>
            </w:pPr>
            <w:r>
              <w:rPr>
                <w:sz w:val="16"/>
              </w:rPr>
              <w:t>Hikari</w:t>
            </w:r>
          </w:p>
        </w:tc>
        <w:tc>
          <w:tcPr>
            <w:tcW w:w="1200" w:type="dxa"/>
            <w:shd w:val="clear" w:color="auto" w:fill="F2F4F7"/>
            <w:tcMar>
              <w:top w:w="80" w:type="dxa"/>
              <w:left w:w="120" w:type="dxa"/>
              <w:bottom w:w="80" w:type="dxa"/>
              <w:right w:w="120" w:type="dxa"/>
            </w:tcMar>
            <w:vAlign w:val="center"/>
          </w:tcPr>
          <w:p w14:paraId="68B03D1F" w14:textId="77777777" w:rsidR="009E11EE" w:rsidRDefault="00000000">
            <w:pPr>
              <w:spacing w:after="0" w:line="240" w:lineRule="auto"/>
              <w:jc w:val="center"/>
            </w:pPr>
            <w:r>
              <w:rPr>
                <w:sz w:val="16"/>
              </w:rPr>
              <w:t>Nhân</w:t>
            </w:r>
          </w:p>
        </w:tc>
        <w:tc>
          <w:tcPr>
            <w:tcW w:w="2000" w:type="dxa"/>
            <w:shd w:val="clear" w:color="auto" w:fill="F2F4F7"/>
            <w:tcMar>
              <w:top w:w="80" w:type="dxa"/>
              <w:left w:w="120" w:type="dxa"/>
              <w:bottom w:w="80" w:type="dxa"/>
              <w:right w:w="120" w:type="dxa"/>
            </w:tcMar>
            <w:vAlign w:val="center"/>
          </w:tcPr>
          <w:p w14:paraId="4C25C420" w14:textId="77777777" w:rsidR="009E11EE" w:rsidRDefault="00000000">
            <w:pPr>
              <w:spacing w:after="0" w:line="240" w:lineRule="auto"/>
            </w:pPr>
            <w:r>
              <w:rPr>
                <w:sz w:val="16"/>
              </w:rPr>
              <w:t>TÂN THÀNH</w:t>
            </w:r>
          </w:p>
        </w:tc>
      </w:tr>
      <w:tr w:rsidR="009E11EE" w14:paraId="1E663F30" w14:textId="77777777">
        <w:tc>
          <w:tcPr>
            <w:tcW w:w="600" w:type="dxa"/>
            <w:tcMar>
              <w:top w:w="80" w:type="dxa"/>
              <w:left w:w="120" w:type="dxa"/>
              <w:bottom w:w="80" w:type="dxa"/>
              <w:right w:w="120" w:type="dxa"/>
            </w:tcMar>
            <w:vAlign w:val="center"/>
          </w:tcPr>
          <w:p w14:paraId="74C56E65" w14:textId="77777777" w:rsidR="009E11EE" w:rsidRDefault="00000000">
            <w:pPr>
              <w:spacing w:after="0" w:line="240" w:lineRule="auto"/>
              <w:jc w:val="center"/>
            </w:pPr>
            <w:r>
              <w:rPr>
                <w:sz w:val="16"/>
              </w:rPr>
              <w:t>5</w:t>
            </w:r>
          </w:p>
        </w:tc>
        <w:tc>
          <w:tcPr>
            <w:tcW w:w="3560" w:type="dxa"/>
            <w:tcMar>
              <w:top w:w="80" w:type="dxa"/>
              <w:left w:w="120" w:type="dxa"/>
              <w:bottom w:w="80" w:type="dxa"/>
              <w:right w:w="120" w:type="dxa"/>
            </w:tcMar>
            <w:vAlign w:val="center"/>
          </w:tcPr>
          <w:p w14:paraId="5528FFF1" w14:textId="77777777" w:rsidR="009E11EE" w:rsidRDefault="00000000">
            <w:pPr>
              <w:spacing w:after="0" w:line="240" w:lineRule="auto"/>
            </w:pPr>
            <w:r>
              <w:rPr>
                <w:sz w:val="16"/>
              </w:rPr>
              <w:t>TT TH 26144</w:t>
            </w:r>
          </w:p>
        </w:tc>
        <w:tc>
          <w:tcPr>
            <w:tcW w:w="2000" w:type="dxa"/>
            <w:tcMar>
              <w:top w:w="80" w:type="dxa"/>
              <w:left w:w="120" w:type="dxa"/>
              <w:bottom w:w="80" w:type="dxa"/>
              <w:right w:w="120" w:type="dxa"/>
            </w:tcMar>
            <w:vAlign w:val="center"/>
          </w:tcPr>
          <w:p w14:paraId="20EFA615" w14:textId="77777777" w:rsidR="009E11EE" w:rsidRDefault="00000000">
            <w:pPr>
              <w:spacing w:after="0" w:line="240" w:lineRule="auto"/>
            </w:pPr>
            <w:r>
              <w:rPr>
                <w:sz w:val="16"/>
              </w:rPr>
              <w:t>Aspland</w:t>
            </w:r>
          </w:p>
        </w:tc>
        <w:tc>
          <w:tcPr>
            <w:tcW w:w="1200" w:type="dxa"/>
            <w:tcMar>
              <w:top w:w="80" w:type="dxa"/>
              <w:left w:w="120" w:type="dxa"/>
              <w:bottom w:w="80" w:type="dxa"/>
              <w:right w:w="120" w:type="dxa"/>
            </w:tcMar>
            <w:vAlign w:val="center"/>
          </w:tcPr>
          <w:p w14:paraId="24C32BD4"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6E752055" w14:textId="77777777" w:rsidR="009E11EE" w:rsidRDefault="00000000">
            <w:pPr>
              <w:spacing w:after="0" w:line="240" w:lineRule="auto"/>
            </w:pPr>
            <w:r>
              <w:rPr>
                <w:sz w:val="16"/>
              </w:rPr>
              <w:t>TÂN THÀNH</w:t>
            </w:r>
          </w:p>
        </w:tc>
      </w:tr>
      <w:tr w:rsidR="009E11EE" w14:paraId="1204B1BF" w14:textId="77777777">
        <w:tc>
          <w:tcPr>
            <w:tcW w:w="600" w:type="dxa"/>
            <w:shd w:val="clear" w:color="auto" w:fill="F2F4F7"/>
            <w:tcMar>
              <w:top w:w="80" w:type="dxa"/>
              <w:left w:w="120" w:type="dxa"/>
              <w:bottom w:w="80" w:type="dxa"/>
              <w:right w:w="120" w:type="dxa"/>
            </w:tcMar>
            <w:vAlign w:val="center"/>
          </w:tcPr>
          <w:p w14:paraId="5392D3E7" w14:textId="77777777" w:rsidR="009E11EE" w:rsidRDefault="00000000">
            <w:pPr>
              <w:spacing w:after="0" w:line="240" w:lineRule="auto"/>
              <w:jc w:val="center"/>
            </w:pPr>
            <w:r>
              <w:rPr>
                <w:sz w:val="16"/>
              </w:rPr>
              <w:t>6</w:t>
            </w:r>
          </w:p>
        </w:tc>
        <w:tc>
          <w:tcPr>
            <w:tcW w:w="3560" w:type="dxa"/>
            <w:shd w:val="clear" w:color="auto" w:fill="F2F4F7"/>
            <w:tcMar>
              <w:top w:w="80" w:type="dxa"/>
              <w:left w:w="120" w:type="dxa"/>
              <w:bottom w:w="80" w:type="dxa"/>
              <w:right w:w="120" w:type="dxa"/>
            </w:tcMar>
            <w:vAlign w:val="center"/>
          </w:tcPr>
          <w:p w14:paraId="42D818FD" w14:textId="77777777" w:rsidR="009E11EE" w:rsidRDefault="00000000">
            <w:pPr>
              <w:spacing w:after="0" w:line="240" w:lineRule="auto"/>
            </w:pPr>
            <w:r>
              <w:rPr>
                <w:sz w:val="16"/>
              </w:rPr>
              <w:t>TT TH 26147</w:t>
            </w:r>
          </w:p>
        </w:tc>
        <w:tc>
          <w:tcPr>
            <w:tcW w:w="2000" w:type="dxa"/>
            <w:shd w:val="clear" w:color="auto" w:fill="F2F4F7"/>
            <w:tcMar>
              <w:top w:w="80" w:type="dxa"/>
              <w:left w:w="120" w:type="dxa"/>
              <w:bottom w:w="80" w:type="dxa"/>
              <w:right w:w="120" w:type="dxa"/>
            </w:tcMar>
            <w:vAlign w:val="center"/>
          </w:tcPr>
          <w:p w14:paraId="7743741A" w14:textId="77777777" w:rsidR="009E11EE" w:rsidRDefault="00000000">
            <w:pPr>
              <w:spacing w:after="0" w:line="240" w:lineRule="auto"/>
            </w:pPr>
            <w:r>
              <w:rPr>
                <w:sz w:val="16"/>
              </w:rPr>
              <w:t>EGL</w:t>
            </w:r>
          </w:p>
        </w:tc>
        <w:tc>
          <w:tcPr>
            <w:tcW w:w="1200" w:type="dxa"/>
            <w:shd w:val="clear" w:color="auto" w:fill="F2F4F7"/>
            <w:tcMar>
              <w:top w:w="80" w:type="dxa"/>
              <w:left w:w="120" w:type="dxa"/>
              <w:bottom w:w="80" w:type="dxa"/>
              <w:right w:w="120" w:type="dxa"/>
            </w:tcMar>
            <w:vAlign w:val="center"/>
          </w:tcPr>
          <w:p w14:paraId="71CA139C" w14:textId="77777777" w:rsidR="009E11EE" w:rsidRDefault="00000000">
            <w:pPr>
              <w:spacing w:after="0" w:line="240" w:lineRule="auto"/>
              <w:jc w:val="center"/>
            </w:pPr>
            <w:r>
              <w:rPr>
                <w:sz w:val="16"/>
              </w:rPr>
              <w:t>Mới</w:t>
            </w:r>
          </w:p>
        </w:tc>
        <w:tc>
          <w:tcPr>
            <w:tcW w:w="2000" w:type="dxa"/>
            <w:shd w:val="clear" w:color="auto" w:fill="F2F4F7"/>
            <w:tcMar>
              <w:top w:w="80" w:type="dxa"/>
              <w:left w:w="120" w:type="dxa"/>
              <w:bottom w:w="80" w:type="dxa"/>
              <w:right w:w="120" w:type="dxa"/>
            </w:tcMar>
            <w:vAlign w:val="center"/>
          </w:tcPr>
          <w:p w14:paraId="705F45C6" w14:textId="77777777" w:rsidR="009E11EE" w:rsidRDefault="00000000">
            <w:pPr>
              <w:spacing w:after="0" w:line="240" w:lineRule="auto"/>
            </w:pPr>
            <w:r>
              <w:rPr>
                <w:sz w:val="16"/>
              </w:rPr>
              <w:t>TÂN THÀNH</w:t>
            </w:r>
          </w:p>
        </w:tc>
      </w:tr>
    </w:tbl>
    <w:p w14:paraId="5923A6C1" w14:textId="77777777" w:rsidR="009E11EE" w:rsidRDefault="009E11EE">
      <w:pPr>
        <w:spacing w:after="0"/>
      </w:pPr>
    </w:p>
    <w:p w14:paraId="47C1270F" w14:textId="77777777" w:rsidR="009E11EE" w:rsidRDefault="00000000">
      <w:pPr>
        <w:pStyle w:val="Heading2"/>
      </w:pPr>
      <w:r>
        <w:rPr>
          <w:rFonts w:ascii="Arial" w:hAnsi="Arial"/>
        </w:rPr>
        <w:t>4.5. Lê Xuân Tương</w:t>
      </w:r>
    </w:p>
    <w:p w14:paraId="58044855" w14:textId="77777777" w:rsidR="009E11EE" w:rsidRDefault="00000000">
      <w:r>
        <w:rPr>
          <w:b/>
          <w:sz w:val="18"/>
        </w:rPr>
        <w:t xml:space="preserve">Tổng: </w:t>
      </w:r>
      <w:r>
        <w:rPr>
          <w:sz w:val="18"/>
        </w:rPr>
        <w:t>5</w:t>
      </w:r>
      <w:r>
        <w:rPr>
          <w:b/>
          <w:sz w:val="18"/>
        </w:rPr>
        <w:t xml:space="preserve">  |  Mới: </w:t>
      </w:r>
      <w:r>
        <w:rPr>
          <w:sz w:val="18"/>
        </w:rPr>
        <w:t>0</w:t>
      </w:r>
      <w:r>
        <w:rPr>
          <w:b/>
          <w:sz w:val="18"/>
        </w:rPr>
        <w:t xml:space="preserve">  |  Bộ: </w:t>
      </w:r>
      <w:r>
        <w:rPr>
          <w:sz w:val="18"/>
        </w:rPr>
        <w:t>5</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248C5BD1" w14:textId="77777777">
        <w:trPr>
          <w:tblHeader/>
        </w:trPr>
        <w:tc>
          <w:tcPr>
            <w:tcW w:w="600" w:type="dxa"/>
            <w:shd w:val="clear" w:color="auto" w:fill="1F4E78"/>
            <w:tcMar>
              <w:top w:w="80" w:type="dxa"/>
              <w:left w:w="120" w:type="dxa"/>
              <w:bottom w:w="80" w:type="dxa"/>
              <w:right w:w="120" w:type="dxa"/>
            </w:tcMar>
            <w:vAlign w:val="center"/>
          </w:tcPr>
          <w:p w14:paraId="3757D592"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3FA92312"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56B34BFE"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3777430A"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7553A275" w14:textId="77777777" w:rsidR="009E11EE" w:rsidRDefault="00000000">
            <w:pPr>
              <w:spacing w:after="0"/>
              <w:jc w:val="center"/>
            </w:pPr>
            <w:r>
              <w:rPr>
                <w:b/>
                <w:color w:val="FFFFFF"/>
                <w:sz w:val="17"/>
              </w:rPr>
              <w:t>Nhà máy</w:t>
            </w:r>
          </w:p>
        </w:tc>
      </w:tr>
      <w:tr w:rsidR="009E11EE" w14:paraId="5EB5F09E" w14:textId="77777777">
        <w:tc>
          <w:tcPr>
            <w:tcW w:w="600" w:type="dxa"/>
            <w:tcMar>
              <w:top w:w="80" w:type="dxa"/>
              <w:left w:w="120" w:type="dxa"/>
              <w:bottom w:w="80" w:type="dxa"/>
              <w:right w:w="120" w:type="dxa"/>
            </w:tcMar>
            <w:vAlign w:val="center"/>
          </w:tcPr>
          <w:p w14:paraId="37AB1766"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39AD7FEB" w14:textId="77777777" w:rsidR="009E11EE" w:rsidRDefault="00000000">
            <w:pPr>
              <w:spacing w:after="0" w:line="240" w:lineRule="auto"/>
            </w:pPr>
            <w:r>
              <w:rPr>
                <w:sz w:val="16"/>
              </w:rPr>
              <w:t>MP 746 H (Bàn +ghế)</w:t>
            </w:r>
          </w:p>
        </w:tc>
        <w:tc>
          <w:tcPr>
            <w:tcW w:w="2000" w:type="dxa"/>
            <w:tcMar>
              <w:top w:w="80" w:type="dxa"/>
              <w:left w:w="120" w:type="dxa"/>
              <w:bottom w:w="80" w:type="dxa"/>
              <w:right w:w="120" w:type="dxa"/>
            </w:tcMar>
            <w:vAlign w:val="center"/>
          </w:tcPr>
          <w:p w14:paraId="5011285F" w14:textId="77777777" w:rsidR="009E11EE" w:rsidRDefault="00000000">
            <w:pPr>
              <w:spacing w:after="0" w:line="240" w:lineRule="auto"/>
            </w:pPr>
            <w:r>
              <w:rPr>
                <w:sz w:val="16"/>
              </w:rPr>
              <w:t>Article</w:t>
            </w:r>
          </w:p>
        </w:tc>
        <w:tc>
          <w:tcPr>
            <w:tcW w:w="1200" w:type="dxa"/>
            <w:tcMar>
              <w:top w:w="80" w:type="dxa"/>
              <w:left w:w="120" w:type="dxa"/>
              <w:bottom w:w="80" w:type="dxa"/>
              <w:right w:w="120" w:type="dxa"/>
            </w:tcMar>
            <w:vAlign w:val="center"/>
          </w:tcPr>
          <w:p w14:paraId="3D46A1B9"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59B70E8C" w14:textId="77777777" w:rsidR="009E11EE" w:rsidRDefault="00000000">
            <w:pPr>
              <w:spacing w:after="0" w:line="240" w:lineRule="auto"/>
            </w:pPr>
            <w:r>
              <w:rPr>
                <w:sz w:val="16"/>
              </w:rPr>
              <w:t>MINH PHÁT</w:t>
            </w:r>
          </w:p>
        </w:tc>
      </w:tr>
      <w:tr w:rsidR="009E11EE" w14:paraId="48AEAFEE" w14:textId="77777777">
        <w:tc>
          <w:tcPr>
            <w:tcW w:w="600" w:type="dxa"/>
            <w:shd w:val="clear" w:color="auto" w:fill="F2F4F7"/>
            <w:tcMar>
              <w:top w:w="80" w:type="dxa"/>
              <w:left w:w="120" w:type="dxa"/>
              <w:bottom w:w="80" w:type="dxa"/>
              <w:right w:w="120" w:type="dxa"/>
            </w:tcMar>
            <w:vAlign w:val="center"/>
          </w:tcPr>
          <w:p w14:paraId="04DCBC7D"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2337A7C8" w14:textId="77777777" w:rsidR="009E11EE" w:rsidRDefault="00000000">
            <w:pPr>
              <w:spacing w:after="0" w:line="240" w:lineRule="auto"/>
            </w:pPr>
            <w:r>
              <w:rPr>
                <w:sz w:val="16"/>
              </w:rPr>
              <w:t>MP 727 H (Ghế)</w:t>
            </w:r>
          </w:p>
        </w:tc>
        <w:tc>
          <w:tcPr>
            <w:tcW w:w="2000" w:type="dxa"/>
            <w:shd w:val="clear" w:color="auto" w:fill="F2F4F7"/>
            <w:tcMar>
              <w:top w:w="80" w:type="dxa"/>
              <w:left w:w="120" w:type="dxa"/>
              <w:bottom w:w="80" w:type="dxa"/>
              <w:right w:w="120" w:type="dxa"/>
            </w:tcMar>
            <w:vAlign w:val="center"/>
          </w:tcPr>
          <w:p w14:paraId="292C691E" w14:textId="77777777" w:rsidR="009E11EE" w:rsidRDefault="00000000">
            <w:pPr>
              <w:spacing w:after="0" w:line="240" w:lineRule="auto"/>
            </w:pPr>
            <w:r>
              <w:rPr>
                <w:sz w:val="16"/>
              </w:rPr>
              <w:t>Article</w:t>
            </w:r>
          </w:p>
        </w:tc>
        <w:tc>
          <w:tcPr>
            <w:tcW w:w="1200" w:type="dxa"/>
            <w:shd w:val="clear" w:color="auto" w:fill="F2F4F7"/>
            <w:tcMar>
              <w:top w:w="80" w:type="dxa"/>
              <w:left w:w="120" w:type="dxa"/>
              <w:bottom w:w="80" w:type="dxa"/>
              <w:right w:w="120" w:type="dxa"/>
            </w:tcMar>
            <w:vAlign w:val="center"/>
          </w:tcPr>
          <w:p w14:paraId="27C965FD" w14:textId="77777777" w:rsidR="009E11EE" w:rsidRDefault="00000000">
            <w:pPr>
              <w:spacing w:after="0" w:line="240" w:lineRule="auto"/>
              <w:jc w:val="center"/>
            </w:pPr>
            <w:r>
              <w:rPr>
                <w:sz w:val="16"/>
              </w:rPr>
              <w:t>Bộ</w:t>
            </w:r>
          </w:p>
        </w:tc>
        <w:tc>
          <w:tcPr>
            <w:tcW w:w="2000" w:type="dxa"/>
            <w:shd w:val="clear" w:color="auto" w:fill="F2F4F7"/>
            <w:tcMar>
              <w:top w:w="80" w:type="dxa"/>
              <w:left w:w="120" w:type="dxa"/>
              <w:bottom w:w="80" w:type="dxa"/>
              <w:right w:w="120" w:type="dxa"/>
            </w:tcMar>
            <w:vAlign w:val="center"/>
          </w:tcPr>
          <w:p w14:paraId="745A5653" w14:textId="77777777" w:rsidR="009E11EE" w:rsidRDefault="00000000">
            <w:pPr>
              <w:spacing w:after="0" w:line="240" w:lineRule="auto"/>
            </w:pPr>
            <w:r>
              <w:rPr>
                <w:sz w:val="16"/>
              </w:rPr>
              <w:t>MINH PHÁT</w:t>
            </w:r>
          </w:p>
        </w:tc>
      </w:tr>
      <w:tr w:rsidR="009E11EE" w14:paraId="6B252285" w14:textId="77777777">
        <w:tc>
          <w:tcPr>
            <w:tcW w:w="600" w:type="dxa"/>
            <w:tcMar>
              <w:top w:w="80" w:type="dxa"/>
              <w:left w:w="120" w:type="dxa"/>
              <w:bottom w:w="80" w:type="dxa"/>
              <w:right w:w="120" w:type="dxa"/>
            </w:tcMar>
            <w:vAlign w:val="center"/>
          </w:tcPr>
          <w:p w14:paraId="70A00803" w14:textId="77777777" w:rsidR="009E11EE" w:rsidRDefault="00000000">
            <w:pPr>
              <w:spacing w:after="0" w:line="240" w:lineRule="auto"/>
              <w:jc w:val="center"/>
            </w:pPr>
            <w:r>
              <w:rPr>
                <w:sz w:val="16"/>
              </w:rPr>
              <w:t>3</w:t>
            </w:r>
          </w:p>
        </w:tc>
        <w:tc>
          <w:tcPr>
            <w:tcW w:w="3560" w:type="dxa"/>
            <w:tcMar>
              <w:top w:w="80" w:type="dxa"/>
              <w:left w:w="120" w:type="dxa"/>
              <w:bottom w:w="80" w:type="dxa"/>
              <w:right w:w="120" w:type="dxa"/>
            </w:tcMar>
            <w:vAlign w:val="center"/>
          </w:tcPr>
          <w:p w14:paraId="46605107" w14:textId="77777777" w:rsidR="009E11EE" w:rsidRDefault="00000000">
            <w:pPr>
              <w:spacing w:after="0" w:line="240" w:lineRule="auto"/>
            </w:pPr>
            <w:r>
              <w:rPr>
                <w:sz w:val="16"/>
              </w:rPr>
              <w:t>MP 695 (Giường)</w:t>
            </w:r>
          </w:p>
        </w:tc>
        <w:tc>
          <w:tcPr>
            <w:tcW w:w="2000" w:type="dxa"/>
            <w:tcMar>
              <w:top w:w="80" w:type="dxa"/>
              <w:left w:w="120" w:type="dxa"/>
              <w:bottom w:w="80" w:type="dxa"/>
              <w:right w:w="120" w:type="dxa"/>
            </w:tcMar>
            <w:vAlign w:val="center"/>
          </w:tcPr>
          <w:p w14:paraId="78114FC8" w14:textId="77777777" w:rsidR="009E11EE" w:rsidRDefault="00000000">
            <w:pPr>
              <w:spacing w:after="0" w:line="240" w:lineRule="auto"/>
            </w:pPr>
            <w:r>
              <w:rPr>
                <w:sz w:val="16"/>
              </w:rPr>
              <w:t>Wayfair</w:t>
            </w:r>
          </w:p>
        </w:tc>
        <w:tc>
          <w:tcPr>
            <w:tcW w:w="1200" w:type="dxa"/>
            <w:tcMar>
              <w:top w:w="80" w:type="dxa"/>
              <w:left w:w="120" w:type="dxa"/>
              <w:bottom w:w="80" w:type="dxa"/>
              <w:right w:w="120" w:type="dxa"/>
            </w:tcMar>
            <w:vAlign w:val="center"/>
          </w:tcPr>
          <w:p w14:paraId="4B2EAE7B"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58E88437" w14:textId="77777777" w:rsidR="009E11EE" w:rsidRDefault="00000000">
            <w:pPr>
              <w:spacing w:after="0" w:line="240" w:lineRule="auto"/>
            </w:pPr>
            <w:r>
              <w:rPr>
                <w:sz w:val="16"/>
              </w:rPr>
              <w:t>MINH PHÁT</w:t>
            </w:r>
          </w:p>
        </w:tc>
      </w:tr>
      <w:tr w:rsidR="009E11EE" w14:paraId="6C5615EC" w14:textId="77777777">
        <w:tc>
          <w:tcPr>
            <w:tcW w:w="600" w:type="dxa"/>
            <w:shd w:val="clear" w:color="auto" w:fill="F2F4F7"/>
            <w:tcMar>
              <w:top w:w="80" w:type="dxa"/>
              <w:left w:w="120" w:type="dxa"/>
              <w:bottom w:w="80" w:type="dxa"/>
              <w:right w:w="120" w:type="dxa"/>
            </w:tcMar>
            <w:vAlign w:val="center"/>
          </w:tcPr>
          <w:p w14:paraId="0AAA41C7" w14:textId="77777777" w:rsidR="009E11EE" w:rsidRDefault="00000000">
            <w:pPr>
              <w:spacing w:after="0" w:line="240" w:lineRule="auto"/>
              <w:jc w:val="center"/>
            </w:pPr>
            <w:r>
              <w:rPr>
                <w:sz w:val="16"/>
              </w:rPr>
              <w:t>4</w:t>
            </w:r>
          </w:p>
        </w:tc>
        <w:tc>
          <w:tcPr>
            <w:tcW w:w="3560" w:type="dxa"/>
            <w:shd w:val="clear" w:color="auto" w:fill="F2F4F7"/>
            <w:tcMar>
              <w:top w:w="80" w:type="dxa"/>
              <w:left w:w="120" w:type="dxa"/>
              <w:bottom w:w="80" w:type="dxa"/>
              <w:right w:w="120" w:type="dxa"/>
            </w:tcMar>
            <w:vAlign w:val="center"/>
          </w:tcPr>
          <w:p w14:paraId="40AA33B4" w14:textId="77777777" w:rsidR="009E11EE" w:rsidRDefault="00000000">
            <w:pPr>
              <w:spacing w:after="0" w:line="240" w:lineRule="auto"/>
            </w:pPr>
            <w:r>
              <w:rPr>
                <w:sz w:val="16"/>
              </w:rPr>
              <w:t>MP 495 H (Ghế)</w:t>
            </w:r>
          </w:p>
        </w:tc>
        <w:tc>
          <w:tcPr>
            <w:tcW w:w="2000" w:type="dxa"/>
            <w:shd w:val="clear" w:color="auto" w:fill="F2F4F7"/>
            <w:tcMar>
              <w:top w:w="80" w:type="dxa"/>
              <w:left w:w="120" w:type="dxa"/>
              <w:bottom w:w="80" w:type="dxa"/>
              <w:right w:w="120" w:type="dxa"/>
            </w:tcMar>
            <w:vAlign w:val="center"/>
          </w:tcPr>
          <w:p w14:paraId="5C8E5402" w14:textId="77777777" w:rsidR="009E11EE" w:rsidRDefault="00000000">
            <w:pPr>
              <w:spacing w:after="0" w:line="240" w:lineRule="auto"/>
            </w:pPr>
            <w:r>
              <w:rPr>
                <w:sz w:val="16"/>
              </w:rPr>
              <w:t>Article</w:t>
            </w:r>
          </w:p>
        </w:tc>
        <w:tc>
          <w:tcPr>
            <w:tcW w:w="1200" w:type="dxa"/>
            <w:shd w:val="clear" w:color="auto" w:fill="F2F4F7"/>
            <w:tcMar>
              <w:top w:w="80" w:type="dxa"/>
              <w:left w:w="120" w:type="dxa"/>
              <w:bottom w:w="80" w:type="dxa"/>
              <w:right w:w="120" w:type="dxa"/>
            </w:tcMar>
            <w:vAlign w:val="center"/>
          </w:tcPr>
          <w:p w14:paraId="5B39C5D7" w14:textId="77777777" w:rsidR="009E11EE" w:rsidRDefault="00000000">
            <w:pPr>
              <w:spacing w:after="0" w:line="240" w:lineRule="auto"/>
              <w:jc w:val="center"/>
            </w:pPr>
            <w:r>
              <w:rPr>
                <w:sz w:val="16"/>
              </w:rPr>
              <w:t>Bộ</w:t>
            </w:r>
          </w:p>
        </w:tc>
        <w:tc>
          <w:tcPr>
            <w:tcW w:w="2000" w:type="dxa"/>
            <w:shd w:val="clear" w:color="auto" w:fill="F2F4F7"/>
            <w:tcMar>
              <w:top w:w="80" w:type="dxa"/>
              <w:left w:w="120" w:type="dxa"/>
              <w:bottom w:w="80" w:type="dxa"/>
              <w:right w:w="120" w:type="dxa"/>
            </w:tcMar>
            <w:vAlign w:val="center"/>
          </w:tcPr>
          <w:p w14:paraId="52679F46" w14:textId="77777777" w:rsidR="009E11EE" w:rsidRDefault="00000000">
            <w:pPr>
              <w:spacing w:after="0" w:line="240" w:lineRule="auto"/>
            </w:pPr>
            <w:r>
              <w:rPr>
                <w:sz w:val="16"/>
              </w:rPr>
              <w:t>MINH PHÁT</w:t>
            </w:r>
          </w:p>
        </w:tc>
      </w:tr>
      <w:tr w:rsidR="009E11EE" w14:paraId="5145F3CE" w14:textId="77777777">
        <w:tc>
          <w:tcPr>
            <w:tcW w:w="600" w:type="dxa"/>
            <w:tcMar>
              <w:top w:w="80" w:type="dxa"/>
              <w:left w:w="120" w:type="dxa"/>
              <w:bottom w:w="80" w:type="dxa"/>
              <w:right w:w="120" w:type="dxa"/>
            </w:tcMar>
            <w:vAlign w:val="center"/>
          </w:tcPr>
          <w:p w14:paraId="3D93E23D" w14:textId="77777777" w:rsidR="009E11EE" w:rsidRDefault="00000000">
            <w:pPr>
              <w:spacing w:after="0" w:line="240" w:lineRule="auto"/>
              <w:jc w:val="center"/>
            </w:pPr>
            <w:r>
              <w:rPr>
                <w:sz w:val="16"/>
              </w:rPr>
              <w:t>5</w:t>
            </w:r>
          </w:p>
        </w:tc>
        <w:tc>
          <w:tcPr>
            <w:tcW w:w="3560" w:type="dxa"/>
            <w:tcMar>
              <w:top w:w="80" w:type="dxa"/>
              <w:left w:w="120" w:type="dxa"/>
              <w:bottom w:w="80" w:type="dxa"/>
              <w:right w:w="120" w:type="dxa"/>
            </w:tcMar>
            <w:vAlign w:val="center"/>
          </w:tcPr>
          <w:p w14:paraId="6D5B2064" w14:textId="77777777" w:rsidR="009E11EE" w:rsidRDefault="00000000">
            <w:pPr>
              <w:spacing w:after="0" w:line="240" w:lineRule="auto"/>
            </w:pPr>
            <w:r>
              <w:rPr>
                <w:sz w:val="16"/>
              </w:rPr>
              <w:t>MP 645 H (Ghế)</w:t>
            </w:r>
          </w:p>
        </w:tc>
        <w:tc>
          <w:tcPr>
            <w:tcW w:w="2000" w:type="dxa"/>
            <w:tcMar>
              <w:top w:w="80" w:type="dxa"/>
              <w:left w:w="120" w:type="dxa"/>
              <w:bottom w:w="80" w:type="dxa"/>
              <w:right w:w="120" w:type="dxa"/>
            </w:tcMar>
            <w:vAlign w:val="center"/>
          </w:tcPr>
          <w:p w14:paraId="5BF67B30" w14:textId="77777777" w:rsidR="009E11EE" w:rsidRDefault="00000000">
            <w:pPr>
              <w:spacing w:after="0" w:line="240" w:lineRule="auto"/>
            </w:pPr>
            <w:r>
              <w:rPr>
                <w:sz w:val="16"/>
              </w:rPr>
              <w:t>Article</w:t>
            </w:r>
          </w:p>
        </w:tc>
        <w:tc>
          <w:tcPr>
            <w:tcW w:w="1200" w:type="dxa"/>
            <w:tcMar>
              <w:top w:w="80" w:type="dxa"/>
              <w:left w:w="120" w:type="dxa"/>
              <w:bottom w:w="80" w:type="dxa"/>
              <w:right w:w="120" w:type="dxa"/>
            </w:tcMar>
            <w:vAlign w:val="center"/>
          </w:tcPr>
          <w:p w14:paraId="19E0B8C8"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5D1D8A0D" w14:textId="77777777" w:rsidR="009E11EE" w:rsidRDefault="00000000">
            <w:pPr>
              <w:spacing w:after="0" w:line="240" w:lineRule="auto"/>
            </w:pPr>
            <w:r>
              <w:rPr>
                <w:sz w:val="16"/>
              </w:rPr>
              <w:t>MINH PHÁT</w:t>
            </w:r>
          </w:p>
        </w:tc>
      </w:tr>
    </w:tbl>
    <w:p w14:paraId="03A712EF" w14:textId="77777777" w:rsidR="009E11EE" w:rsidRDefault="009E11EE">
      <w:pPr>
        <w:spacing w:after="0"/>
      </w:pPr>
    </w:p>
    <w:p w14:paraId="3B8E2049" w14:textId="77777777" w:rsidR="009E11EE" w:rsidRDefault="00000000">
      <w:pPr>
        <w:pStyle w:val="Heading2"/>
      </w:pPr>
      <w:r>
        <w:rPr>
          <w:rFonts w:ascii="Arial" w:hAnsi="Arial"/>
        </w:rPr>
        <w:t>4.6. Nguyễn Quốc Khánh</w:t>
      </w:r>
    </w:p>
    <w:p w14:paraId="5679529B" w14:textId="77777777" w:rsidR="009E11EE" w:rsidRDefault="00000000">
      <w:r>
        <w:rPr>
          <w:b/>
          <w:sz w:val="18"/>
        </w:rPr>
        <w:t xml:space="preserve">Tổng: </w:t>
      </w:r>
      <w:r>
        <w:rPr>
          <w:sz w:val="18"/>
        </w:rPr>
        <w:t>5</w:t>
      </w:r>
      <w:r>
        <w:rPr>
          <w:b/>
          <w:sz w:val="18"/>
        </w:rPr>
        <w:t xml:space="preserve">  |  Mới: </w:t>
      </w:r>
      <w:r>
        <w:rPr>
          <w:sz w:val="18"/>
        </w:rPr>
        <w:t>4</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5B79A44E" w14:textId="77777777">
        <w:trPr>
          <w:tblHeader/>
        </w:trPr>
        <w:tc>
          <w:tcPr>
            <w:tcW w:w="600" w:type="dxa"/>
            <w:shd w:val="clear" w:color="auto" w:fill="1F4E78"/>
            <w:tcMar>
              <w:top w:w="80" w:type="dxa"/>
              <w:left w:w="120" w:type="dxa"/>
              <w:bottom w:w="80" w:type="dxa"/>
              <w:right w:w="120" w:type="dxa"/>
            </w:tcMar>
            <w:vAlign w:val="center"/>
          </w:tcPr>
          <w:p w14:paraId="0762E618"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7821DBC4"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45F8DF1F"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779477E8"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15C902B5" w14:textId="77777777" w:rsidR="009E11EE" w:rsidRDefault="00000000">
            <w:pPr>
              <w:spacing w:after="0"/>
              <w:jc w:val="center"/>
            </w:pPr>
            <w:r>
              <w:rPr>
                <w:b/>
                <w:color w:val="FFFFFF"/>
                <w:sz w:val="17"/>
              </w:rPr>
              <w:t>Nhà máy</w:t>
            </w:r>
          </w:p>
        </w:tc>
      </w:tr>
      <w:tr w:rsidR="009E11EE" w14:paraId="560FF2BB" w14:textId="77777777">
        <w:tc>
          <w:tcPr>
            <w:tcW w:w="600" w:type="dxa"/>
            <w:tcMar>
              <w:top w:w="80" w:type="dxa"/>
              <w:left w:w="120" w:type="dxa"/>
              <w:bottom w:w="80" w:type="dxa"/>
              <w:right w:w="120" w:type="dxa"/>
            </w:tcMar>
            <w:vAlign w:val="center"/>
          </w:tcPr>
          <w:p w14:paraId="64A13A45"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18456586" w14:textId="77777777" w:rsidR="009E11EE" w:rsidRDefault="00000000">
            <w:pPr>
              <w:spacing w:after="0" w:line="240" w:lineRule="auto"/>
            </w:pPr>
            <w:r>
              <w:rPr>
                <w:sz w:val="16"/>
              </w:rPr>
              <w:t>PT 03</w:t>
            </w:r>
          </w:p>
        </w:tc>
        <w:tc>
          <w:tcPr>
            <w:tcW w:w="2000" w:type="dxa"/>
            <w:tcMar>
              <w:top w:w="80" w:type="dxa"/>
              <w:left w:w="120" w:type="dxa"/>
              <w:bottom w:w="80" w:type="dxa"/>
              <w:right w:w="120" w:type="dxa"/>
            </w:tcMar>
            <w:vAlign w:val="center"/>
          </w:tcPr>
          <w:p w14:paraId="39549435" w14:textId="77777777" w:rsidR="009E11EE" w:rsidRDefault="00000000">
            <w:pPr>
              <w:spacing w:after="0" w:line="240" w:lineRule="auto"/>
            </w:pPr>
            <w:r>
              <w:rPr>
                <w:sz w:val="16"/>
              </w:rPr>
              <w:t>DY</w:t>
            </w:r>
          </w:p>
        </w:tc>
        <w:tc>
          <w:tcPr>
            <w:tcW w:w="1200" w:type="dxa"/>
            <w:tcMar>
              <w:top w:w="80" w:type="dxa"/>
              <w:left w:w="120" w:type="dxa"/>
              <w:bottom w:w="80" w:type="dxa"/>
              <w:right w:w="120" w:type="dxa"/>
            </w:tcMar>
            <w:vAlign w:val="center"/>
          </w:tcPr>
          <w:p w14:paraId="7CC67683"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64BD87CF" w14:textId="77777777" w:rsidR="009E11EE" w:rsidRDefault="00000000">
            <w:pPr>
              <w:spacing w:after="0" w:line="240" w:lineRule="auto"/>
            </w:pPr>
            <w:r>
              <w:rPr>
                <w:sz w:val="16"/>
              </w:rPr>
              <w:t>TRENWORD</w:t>
            </w:r>
          </w:p>
        </w:tc>
      </w:tr>
      <w:tr w:rsidR="009E11EE" w14:paraId="56221524" w14:textId="77777777">
        <w:tc>
          <w:tcPr>
            <w:tcW w:w="600" w:type="dxa"/>
            <w:shd w:val="clear" w:color="auto" w:fill="F2F4F7"/>
            <w:tcMar>
              <w:top w:w="80" w:type="dxa"/>
              <w:left w:w="120" w:type="dxa"/>
              <w:bottom w:w="80" w:type="dxa"/>
              <w:right w:w="120" w:type="dxa"/>
            </w:tcMar>
            <w:vAlign w:val="center"/>
          </w:tcPr>
          <w:p w14:paraId="3CDFC44E"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6F7AAC0A" w14:textId="77777777" w:rsidR="009E11EE" w:rsidRDefault="00000000">
            <w:pPr>
              <w:spacing w:after="0" w:line="240" w:lineRule="auto"/>
            </w:pPr>
            <w:r>
              <w:rPr>
                <w:sz w:val="16"/>
              </w:rPr>
              <w:t>PT 04</w:t>
            </w:r>
          </w:p>
        </w:tc>
        <w:tc>
          <w:tcPr>
            <w:tcW w:w="2000" w:type="dxa"/>
            <w:shd w:val="clear" w:color="auto" w:fill="F2F4F7"/>
            <w:tcMar>
              <w:top w:w="80" w:type="dxa"/>
              <w:left w:w="120" w:type="dxa"/>
              <w:bottom w:w="80" w:type="dxa"/>
              <w:right w:w="120" w:type="dxa"/>
            </w:tcMar>
            <w:vAlign w:val="center"/>
          </w:tcPr>
          <w:p w14:paraId="5026F551" w14:textId="77777777" w:rsidR="009E11EE" w:rsidRDefault="00000000">
            <w:pPr>
              <w:spacing w:after="0" w:line="240" w:lineRule="auto"/>
            </w:pPr>
            <w:r>
              <w:rPr>
                <w:sz w:val="16"/>
              </w:rPr>
              <w:t>DY</w:t>
            </w:r>
          </w:p>
        </w:tc>
        <w:tc>
          <w:tcPr>
            <w:tcW w:w="1200" w:type="dxa"/>
            <w:shd w:val="clear" w:color="auto" w:fill="F2F4F7"/>
            <w:tcMar>
              <w:top w:w="80" w:type="dxa"/>
              <w:left w:w="120" w:type="dxa"/>
              <w:bottom w:w="80" w:type="dxa"/>
              <w:right w:w="120" w:type="dxa"/>
            </w:tcMar>
            <w:vAlign w:val="center"/>
          </w:tcPr>
          <w:p w14:paraId="019DFDAB" w14:textId="77777777" w:rsidR="009E11EE" w:rsidRDefault="00000000">
            <w:pPr>
              <w:spacing w:after="0" w:line="240" w:lineRule="auto"/>
              <w:jc w:val="center"/>
            </w:pPr>
            <w:r>
              <w:rPr>
                <w:sz w:val="16"/>
              </w:rPr>
              <w:t>Mới</w:t>
            </w:r>
          </w:p>
        </w:tc>
        <w:tc>
          <w:tcPr>
            <w:tcW w:w="2000" w:type="dxa"/>
            <w:shd w:val="clear" w:color="auto" w:fill="F2F4F7"/>
            <w:tcMar>
              <w:top w:w="80" w:type="dxa"/>
              <w:left w:w="120" w:type="dxa"/>
              <w:bottom w:w="80" w:type="dxa"/>
              <w:right w:w="120" w:type="dxa"/>
            </w:tcMar>
            <w:vAlign w:val="center"/>
          </w:tcPr>
          <w:p w14:paraId="25194969" w14:textId="77777777" w:rsidR="009E11EE" w:rsidRDefault="00000000">
            <w:pPr>
              <w:spacing w:after="0" w:line="240" w:lineRule="auto"/>
            </w:pPr>
            <w:r>
              <w:rPr>
                <w:sz w:val="16"/>
              </w:rPr>
              <w:t>TRENWORD</w:t>
            </w:r>
          </w:p>
        </w:tc>
      </w:tr>
      <w:tr w:rsidR="009E11EE" w14:paraId="0C4731AC" w14:textId="77777777">
        <w:tc>
          <w:tcPr>
            <w:tcW w:w="600" w:type="dxa"/>
            <w:tcMar>
              <w:top w:w="80" w:type="dxa"/>
              <w:left w:w="120" w:type="dxa"/>
              <w:bottom w:w="80" w:type="dxa"/>
              <w:right w:w="120" w:type="dxa"/>
            </w:tcMar>
            <w:vAlign w:val="center"/>
          </w:tcPr>
          <w:p w14:paraId="7491DCCE" w14:textId="77777777" w:rsidR="009E11EE" w:rsidRDefault="00000000">
            <w:pPr>
              <w:spacing w:after="0" w:line="240" w:lineRule="auto"/>
              <w:jc w:val="center"/>
            </w:pPr>
            <w:r>
              <w:rPr>
                <w:sz w:val="16"/>
              </w:rPr>
              <w:t>3</w:t>
            </w:r>
          </w:p>
        </w:tc>
        <w:tc>
          <w:tcPr>
            <w:tcW w:w="3560" w:type="dxa"/>
            <w:tcMar>
              <w:top w:w="80" w:type="dxa"/>
              <w:left w:w="120" w:type="dxa"/>
              <w:bottom w:w="80" w:type="dxa"/>
              <w:right w:w="120" w:type="dxa"/>
            </w:tcMar>
            <w:vAlign w:val="center"/>
          </w:tcPr>
          <w:p w14:paraId="1AD0C160" w14:textId="77777777" w:rsidR="009E11EE" w:rsidRDefault="00000000">
            <w:pPr>
              <w:spacing w:after="0" w:line="240" w:lineRule="auto"/>
            </w:pPr>
            <w:r>
              <w:rPr>
                <w:sz w:val="16"/>
              </w:rPr>
              <w:t>PT 07</w:t>
            </w:r>
          </w:p>
        </w:tc>
        <w:tc>
          <w:tcPr>
            <w:tcW w:w="2000" w:type="dxa"/>
            <w:tcMar>
              <w:top w:w="80" w:type="dxa"/>
              <w:left w:w="120" w:type="dxa"/>
              <w:bottom w:w="80" w:type="dxa"/>
              <w:right w:w="120" w:type="dxa"/>
            </w:tcMar>
            <w:vAlign w:val="center"/>
          </w:tcPr>
          <w:p w14:paraId="55974123" w14:textId="77777777" w:rsidR="009E11EE" w:rsidRDefault="00000000">
            <w:pPr>
              <w:spacing w:after="0" w:line="240" w:lineRule="auto"/>
            </w:pPr>
            <w:r>
              <w:rPr>
                <w:sz w:val="16"/>
              </w:rPr>
              <w:t>DY</w:t>
            </w:r>
          </w:p>
        </w:tc>
        <w:tc>
          <w:tcPr>
            <w:tcW w:w="1200" w:type="dxa"/>
            <w:tcMar>
              <w:top w:w="80" w:type="dxa"/>
              <w:left w:w="120" w:type="dxa"/>
              <w:bottom w:w="80" w:type="dxa"/>
              <w:right w:w="120" w:type="dxa"/>
            </w:tcMar>
            <w:vAlign w:val="center"/>
          </w:tcPr>
          <w:p w14:paraId="26AABD93"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7F376C6B" w14:textId="77777777" w:rsidR="009E11EE" w:rsidRDefault="00000000">
            <w:pPr>
              <w:spacing w:after="0" w:line="240" w:lineRule="auto"/>
            </w:pPr>
            <w:r>
              <w:rPr>
                <w:sz w:val="16"/>
              </w:rPr>
              <w:t>TRENWORD</w:t>
            </w:r>
          </w:p>
        </w:tc>
      </w:tr>
      <w:tr w:rsidR="009E11EE" w14:paraId="360F38FD" w14:textId="77777777">
        <w:tc>
          <w:tcPr>
            <w:tcW w:w="600" w:type="dxa"/>
            <w:shd w:val="clear" w:color="auto" w:fill="F2F4F7"/>
            <w:tcMar>
              <w:top w:w="80" w:type="dxa"/>
              <w:left w:w="120" w:type="dxa"/>
              <w:bottom w:w="80" w:type="dxa"/>
              <w:right w:w="120" w:type="dxa"/>
            </w:tcMar>
            <w:vAlign w:val="center"/>
          </w:tcPr>
          <w:p w14:paraId="22493D12" w14:textId="77777777" w:rsidR="009E11EE" w:rsidRDefault="00000000">
            <w:pPr>
              <w:spacing w:after="0" w:line="240" w:lineRule="auto"/>
              <w:jc w:val="center"/>
            </w:pPr>
            <w:r>
              <w:rPr>
                <w:sz w:val="16"/>
              </w:rPr>
              <w:t>4</w:t>
            </w:r>
          </w:p>
        </w:tc>
        <w:tc>
          <w:tcPr>
            <w:tcW w:w="3560" w:type="dxa"/>
            <w:shd w:val="clear" w:color="auto" w:fill="F2F4F7"/>
            <w:tcMar>
              <w:top w:w="80" w:type="dxa"/>
              <w:left w:w="120" w:type="dxa"/>
              <w:bottom w:w="80" w:type="dxa"/>
              <w:right w:w="120" w:type="dxa"/>
            </w:tcMar>
            <w:vAlign w:val="center"/>
          </w:tcPr>
          <w:p w14:paraId="6EB8AE1C" w14:textId="77777777" w:rsidR="009E11EE" w:rsidRDefault="00000000">
            <w:pPr>
              <w:spacing w:after="0" w:line="240" w:lineRule="auto"/>
            </w:pPr>
            <w:r>
              <w:rPr>
                <w:sz w:val="16"/>
              </w:rPr>
              <w:t>PT 08</w:t>
            </w:r>
          </w:p>
        </w:tc>
        <w:tc>
          <w:tcPr>
            <w:tcW w:w="2000" w:type="dxa"/>
            <w:shd w:val="clear" w:color="auto" w:fill="F2F4F7"/>
            <w:tcMar>
              <w:top w:w="80" w:type="dxa"/>
              <w:left w:w="120" w:type="dxa"/>
              <w:bottom w:w="80" w:type="dxa"/>
              <w:right w:w="120" w:type="dxa"/>
            </w:tcMar>
            <w:vAlign w:val="center"/>
          </w:tcPr>
          <w:p w14:paraId="3DFC4875" w14:textId="77777777" w:rsidR="009E11EE" w:rsidRDefault="00000000">
            <w:pPr>
              <w:spacing w:after="0" w:line="240" w:lineRule="auto"/>
            </w:pPr>
            <w:r>
              <w:rPr>
                <w:sz w:val="16"/>
              </w:rPr>
              <w:t>DY</w:t>
            </w:r>
          </w:p>
        </w:tc>
        <w:tc>
          <w:tcPr>
            <w:tcW w:w="1200" w:type="dxa"/>
            <w:shd w:val="clear" w:color="auto" w:fill="F2F4F7"/>
            <w:tcMar>
              <w:top w:w="80" w:type="dxa"/>
              <w:left w:w="120" w:type="dxa"/>
              <w:bottom w:w="80" w:type="dxa"/>
              <w:right w:w="120" w:type="dxa"/>
            </w:tcMar>
            <w:vAlign w:val="center"/>
          </w:tcPr>
          <w:p w14:paraId="127473B8" w14:textId="77777777" w:rsidR="009E11EE" w:rsidRDefault="00000000">
            <w:pPr>
              <w:spacing w:after="0" w:line="240" w:lineRule="auto"/>
              <w:jc w:val="center"/>
            </w:pPr>
            <w:r>
              <w:rPr>
                <w:sz w:val="16"/>
              </w:rPr>
              <w:t>Mới</w:t>
            </w:r>
          </w:p>
        </w:tc>
        <w:tc>
          <w:tcPr>
            <w:tcW w:w="2000" w:type="dxa"/>
            <w:shd w:val="clear" w:color="auto" w:fill="F2F4F7"/>
            <w:tcMar>
              <w:top w:w="80" w:type="dxa"/>
              <w:left w:w="120" w:type="dxa"/>
              <w:bottom w:w="80" w:type="dxa"/>
              <w:right w:w="120" w:type="dxa"/>
            </w:tcMar>
            <w:vAlign w:val="center"/>
          </w:tcPr>
          <w:p w14:paraId="18880AB3" w14:textId="77777777" w:rsidR="009E11EE" w:rsidRDefault="00000000">
            <w:pPr>
              <w:spacing w:after="0" w:line="240" w:lineRule="auto"/>
            </w:pPr>
            <w:r>
              <w:rPr>
                <w:sz w:val="16"/>
              </w:rPr>
              <w:t>TRENWORD</w:t>
            </w:r>
          </w:p>
        </w:tc>
      </w:tr>
      <w:tr w:rsidR="009E11EE" w14:paraId="376CAFEC" w14:textId="77777777">
        <w:tc>
          <w:tcPr>
            <w:tcW w:w="600" w:type="dxa"/>
            <w:tcMar>
              <w:top w:w="80" w:type="dxa"/>
              <w:left w:w="120" w:type="dxa"/>
              <w:bottom w:w="80" w:type="dxa"/>
              <w:right w:w="120" w:type="dxa"/>
            </w:tcMar>
            <w:vAlign w:val="center"/>
          </w:tcPr>
          <w:p w14:paraId="010A1216" w14:textId="77777777" w:rsidR="009E11EE" w:rsidRDefault="00000000">
            <w:pPr>
              <w:spacing w:after="0" w:line="240" w:lineRule="auto"/>
              <w:jc w:val="center"/>
            </w:pPr>
            <w:r>
              <w:rPr>
                <w:sz w:val="16"/>
              </w:rPr>
              <w:t>5</w:t>
            </w:r>
          </w:p>
        </w:tc>
        <w:tc>
          <w:tcPr>
            <w:tcW w:w="3560" w:type="dxa"/>
            <w:tcMar>
              <w:top w:w="80" w:type="dxa"/>
              <w:left w:w="120" w:type="dxa"/>
              <w:bottom w:w="80" w:type="dxa"/>
              <w:right w:w="120" w:type="dxa"/>
            </w:tcMar>
            <w:vAlign w:val="center"/>
          </w:tcPr>
          <w:p w14:paraId="7A64971A" w14:textId="77777777" w:rsidR="009E11EE" w:rsidRDefault="00000000">
            <w:pPr>
              <w:spacing w:after="0" w:line="240" w:lineRule="auto"/>
            </w:pPr>
            <w:r>
              <w:rPr>
                <w:sz w:val="16"/>
              </w:rPr>
              <w:t>TW CRA-003 (TỦ)</w:t>
            </w:r>
          </w:p>
        </w:tc>
        <w:tc>
          <w:tcPr>
            <w:tcW w:w="2000" w:type="dxa"/>
            <w:tcMar>
              <w:top w:w="80" w:type="dxa"/>
              <w:left w:w="120" w:type="dxa"/>
              <w:bottom w:w="80" w:type="dxa"/>
              <w:right w:w="120" w:type="dxa"/>
            </w:tcMar>
            <w:vAlign w:val="center"/>
          </w:tcPr>
          <w:p w14:paraId="0005BABC" w14:textId="77777777" w:rsidR="009E11EE" w:rsidRDefault="00000000">
            <w:pPr>
              <w:spacing w:after="0" w:line="240" w:lineRule="auto"/>
            </w:pPr>
            <w:r>
              <w:rPr>
                <w:sz w:val="16"/>
              </w:rPr>
              <w:t>CF</w:t>
            </w:r>
          </w:p>
        </w:tc>
        <w:tc>
          <w:tcPr>
            <w:tcW w:w="1200" w:type="dxa"/>
            <w:tcMar>
              <w:top w:w="80" w:type="dxa"/>
              <w:left w:w="120" w:type="dxa"/>
              <w:bottom w:w="80" w:type="dxa"/>
              <w:right w:w="120" w:type="dxa"/>
            </w:tcMar>
            <w:vAlign w:val="center"/>
          </w:tcPr>
          <w:p w14:paraId="76D967BB"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0D6D5BF0" w14:textId="77777777" w:rsidR="009E11EE" w:rsidRDefault="00000000">
            <w:pPr>
              <w:spacing w:after="0" w:line="240" w:lineRule="auto"/>
            </w:pPr>
            <w:r>
              <w:rPr>
                <w:sz w:val="16"/>
              </w:rPr>
              <w:t>TRENWORD</w:t>
            </w:r>
          </w:p>
        </w:tc>
      </w:tr>
    </w:tbl>
    <w:p w14:paraId="5FA5D13E" w14:textId="77777777" w:rsidR="009E11EE" w:rsidRDefault="009E11EE">
      <w:pPr>
        <w:spacing w:after="0"/>
      </w:pPr>
    </w:p>
    <w:p w14:paraId="77590F90" w14:textId="77777777" w:rsidR="009E11EE" w:rsidRDefault="00000000">
      <w:pPr>
        <w:pStyle w:val="Heading2"/>
      </w:pPr>
      <w:r>
        <w:rPr>
          <w:rFonts w:ascii="Arial" w:hAnsi="Arial"/>
        </w:rPr>
        <w:t>4.7. Nguyễn Văn Hoan</w:t>
      </w:r>
    </w:p>
    <w:p w14:paraId="2EB6F190" w14:textId="77777777" w:rsidR="009E11EE" w:rsidRDefault="00000000">
      <w:r>
        <w:rPr>
          <w:b/>
          <w:sz w:val="18"/>
        </w:rPr>
        <w:t xml:space="preserve">Tổng: </w:t>
      </w:r>
      <w:r>
        <w:rPr>
          <w:sz w:val="18"/>
        </w:rPr>
        <w:t>5</w:t>
      </w:r>
      <w:r>
        <w:rPr>
          <w:b/>
          <w:sz w:val="18"/>
        </w:rPr>
        <w:t xml:space="preserve">  |  Mới: </w:t>
      </w:r>
      <w:r>
        <w:rPr>
          <w:sz w:val="18"/>
        </w:rPr>
        <w:t>2</w:t>
      </w:r>
      <w:r>
        <w:rPr>
          <w:b/>
          <w:sz w:val="18"/>
        </w:rPr>
        <w:t xml:space="preserve">  |  Bộ: </w:t>
      </w:r>
      <w:r>
        <w:rPr>
          <w:sz w:val="18"/>
        </w:rPr>
        <w:t>3</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3B6E9CC5" w14:textId="77777777">
        <w:trPr>
          <w:tblHeader/>
        </w:trPr>
        <w:tc>
          <w:tcPr>
            <w:tcW w:w="600" w:type="dxa"/>
            <w:shd w:val="clear" w:color="auto" w:fill="1F4E78"/>
            <w:tcMar>
              <w:top w:w="80" w:type="dxa"/>
              <w:left w:w="120" w:type="dxa"/>
              <w:bottom w:w="80" w:type="dxa"/>
              <w:right w:w="120" w:type="dxa"/>
            </w:tcMar>
            <w:vAlign w:val="center"/>
          </w:tcPr>
          <w:p w14:paraId="3B5DEAAB"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1D00754B"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35A0898D"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6AC9AEC0"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5641F55C" w14:textId="77777777" w:rsidR="009E11EE" w:rsidRDefault="00000000">
            <w:pPr>
              <w:spacing w:after="0"/>
              <w:jc w:val="center"/>
            </w:pPr>
            <w:r>
              <w:rPr>
                <w:b/>
                <w:color w:val="FFFFFF"/>
                <w:sz w:val="17"/>
              </w:rPr>
              <w:t>Nhà máy</w:t>
            </w:r>
          </w:p>
        </w:tc>
      </w:tr>
      <w:tr w:rsidR="009E11EE" w14:paraId="05CB7359" w14:textId="77777777">
        <w:tc>
          <w:tcPr>
            <w:tcW w:w="600" w:type="dxa"/>
            <w:tcMar>
              <w:top w:w="80" w:type="dxa"/>
              <w:left w:w="120" w:type="dxa"/>
              <w:bottom w:w="80" w:type="dxa"/>
              <w:right w:w="120" w:type="dxa"/>
            </w:tcMar>
            <w:vAlign w:val="center"/>
          </w:tcPr>
          <w:p w14:paraId="1D80FCF2" w14:textId="77777777" w:rsidR="009E11EE" w:rsidRDefault="00000000">
            <w:pPr>
              <w:spacing w:after="0" w:line="240" w:lineRule="auto"/>
              <w:jc w:val="center"/>
            </w:pPr>
            <w:r>
              <w:rPr>
                <w:sz w:val="16"/>
              </w:rPr>
              <w:lastRenderedPageBreak/>
              <w:t>1</w:t>
            </w:r>
          </w:p>
        </w:tc>
        <w:tc>
          <w:tcPr>
            <w:tcW w:w="3560" w:type="dxa"/>
            <w:tcMar>
              <w:top w:w="80" w:type="dxa"/>
              <w:left w:w="120" w:type="dxa"/>
              <w:bottom w:w="80" w:type="dxa"/>
              <w:right w:w="120" w:type="dxa"/>
            </w:tcMar>
            <w:vAlign w:val="center"/>
          </w:tcPr>
          <w:p w14:paraId="78749F69" w14:textId="77777777" w:rsidR="009E11EE" w:rsidRDefault="00000000">
            <w:pPr>
              <w:spacing w:after="0" w:line="240" w:lineRule="auto"/>
            </w:pPr>
            <w:r>
              <w:rPr>
                <w:sz w:val="16"/>
              </w:rPr>
              <w:t>STH 183</w:t>
            </w:r>
          </w:p>
        </w:tc>
        <w:tc>
          <w:tcPr>
            <w:tcW w:w="2000" w:type="dxa"/>
            <w:tcMar>
              <w:top w:w="80" w:type="dxa"/>
              <w:left w:w="120" w:type="dxa"/>
              <w:bottom w:w="80" w:type="dxa"/>
              <w:right w:w="120" w:type="dxa"/>
            </w:tcMar>
            <w:vAlign w:val="center"/>
          </w:tcPr>
          <w:p w14:paraId="2D1474A2" w14:textId="77777777" w:rsidR="009E11EE" w:rsidRDefault="00000000">
            <w:pPr>
              <w:spacing w:after="0" w:line="240" w:lineRule="auto"/>
            </w:pPr>
            <w:r>
              <w:rPr>
                <w:sz w:val="16"/>
              </w:rPr>
              <w:t>MP</w:t>
            </w:r>
          </w:p>
        </w:tc>
        <w:tc>
          <w:tcPr>
            <w:tcW w:w="1200" w:type="dxa"/>
            <w:tcMar>
              <w:top w:w="80" w:type="dxa"/>
              <w:left w:w="120" w:type="dxa"/>
              <w:bottom w:w="80" w:type="dxa"/>
              <w:right w:w="120" w:type="dxa"/>
            </w:tcMar>
            <w:vAlign w:val="center"/>
          </w:tcPr>
          <w:p w14:paraId="04CB3D80"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04031864" w14:textId="77777777" w:rsidR="009E11EE" w:rsidRDefault="00000000">
            <w:pPr>
              <w:spacing w:after="0" w:line="240" w:lineRule="auto"/>
            </w:pPr>
            <w:r>
              <w:rPr>
                <w:sz w:val="16"/>
              </w:rPr>
              <w:t>TIẾN HƯNG</w:t>
            </w:r>
          </w:p>
        </w:tc>
      </w:tr>
      <w:tr w:rsidR="009E11EE" w14:paraId="21892327" w14:textId="77777777">
        <w:tc>
          <w:tcPr>
            <w:tcW w:w="600" w:type="dxa"/>
            <w:shd w:val="clear" w:color="auto" w:fill="F2F4F7"/>
            <w:tcMar>
              <w:top w:w="80" w:type="dxa"/>
              <w:left w:w="120" w:type="dxa"/>
              <w:bottom w:w="80" w:type="dxa"/>
              <w:right w:w="120" w:type="dxa"/>
            </w:tcMar>
            <w:vAlign w:val="center"/>
          </w:tcPr>
          <w:p w14:paraId="6914C797"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5D39D6C7" w14:textId="77777777" w:rsidR="009E11EE" w:rsidRDefault="00000000">
            <w:pPr>
              <w:spacing w:after="0" w:line="240" w:lineRule="auto"/>
            </w:pPr>
            <w:r>
              <w:rPr>
                <w:sz w:val="16"/>
              </w:rPr>
              <w:t>Mẫu phát triển</w:t>
            </w:r>
          </w:p>
        </w:tc>
        <w:tc>
          <w:tcPr>
            <w:tcW w:w="2000" w:type="dxa"/>
            <w:shd w:val="clear" w:color="auto" w:fill="F2F4F7"/>
            <w:tcMar>
              <w:top w:w="80" w:type="dxa"/>
              <w:left w:w="120" w:type="dxa"/>
              <w:bottom w:w="80" w:type="dxa"/>
              <w:right w:w="120" w:type="dxa"/>
            </w:tcMar>
            <w:vAlign w:val="center"/>
          </w:tcPr>
          <w:p w14:paraId="0EF171DA" w14:textId="77777777" w:rsidR="009E11EE" w:rsidRDefault="00000000">
            <w:pPr>
              <w:spacing w:after="0" w:line="240" w:lineRule="auto"/>
            </w:pPr>
            <w:r>
              <w:rPr>
                <w:sz w:val="16"/>
              </w:rPr>
              <w:t>MP</w:t>
            </w:r>
          </w:p>
        </w:tc>
        <w:tc>
          <w:tcPr>
            <w:tcW w:w="1200" w:type="dxa"/>
            <w:shd w:val="clear" w:color="auto" w:fill="F2F4F7"/>
            <w:tcMar>
              <w:top w:w="80" w:type="dxa"/>
              <w:left w:w="120" w:type="dxa"/>
              <w:bottom w:w="80" w:type="dxa"/>
              <w:right w:w="120" w:type="dxa"/>
            </w:tcMar>
            <w:vAlign w:val="center"/>
          </w:tcPr>
          <w:p w14:paraId="5FA97EB4" w14:textId="77777777" w:rsidR="009E11EE" w:rsidRDefault="00000000">
            <w:pPr>
              <w:spacing w:after="0" w:line="240" w:lineRule="auto"/>
              <w:jc w:val="center"/>
            </w:pPr>
            <w:r>
              <w:rPr>
                <w:sz w:val="16"/>
              </w:rPr>
              <w:t>Mới</w:t>
            </w:r>
          </w:p>
        </w:tc>
        <w:tc>
          <w:tcPr>
            <w:tcW w:w="2000" w:type="dxa"/>
            <w:shd w:val="clear" w:color="auto" w:fill="F2F4F7"/>
            <w:tcMar>
              <w:top w:w="80" w:type="dxa"/>
              <w:left w:w="120" w:type="dxa"/>
              <w:bottom w:w="80" w:type="dxa"/>
              <w:right w:w="120" w:type="dxa"/>
            </w:tcMar>
            <w:vAlign w:val="center"/>
          </w:tcPr>
          <w:p w14:paraId="046E9650" w14:textId="77777777" w:rsidR="009E11EE" w:rsidRDefault="00000000">
            <w:pPr>
              <w:spacing w:after="0" w:line="240" w:lineRule="auto"/>
            </w:pPr>
            <w:r>
              <w:rPr>
                <w:sz w:val="16"/>
              </w:rPr>
              <w:t>TIẾN HƯNG</w:t>
            </w:r>
          </w:p>
        </w:tc>
      </w:tr>
      <w:tr w:rsidR="009E11EE" w14:paraId="79689C3E" w14:textId="77777777">
        <w:tc>
          <w:tcPr>
            <w:tcW w:w="600" w:type="dxa"/>
            <w:tcMar>
              <w:top w:w="80" w:type="dxa"/>
              <w:left w:w="120" w:type="dxa"/>
              <w:bottom w:w="80" w:type="dxa"/>
              <w:right w:w="120" w:type="dxa"/>
            </w:tcMar>
            <w:vAlign w:val="center"/>
          </w:tcPr>
          <w:p w14:paraId="25164977" w14:textId="77777777" w:rsidR="009E11EE" w:rsidRDefault="00000000">
            <w:pPr>
              <w:spacing w:after="0" w:line="240" w:lineRule="auto"/>
              <w:jc w:val="center"/>
            </w:pPr>
            <w:r>
              <w:rPr>
                <w:sz w:val="16"/>
              </w:rPr>
              <w:t>3</w:t>
            </w:r>
          </w:p>
        </w:tc>
        <w:tc>
          <w:tcPr>
            <w:tcW w:w="3560" w:type="dxa"/>
            <w:tcMar>
              <w:top w:w="80" w:type="dxa"/>
              <w:left w:w="120" w:type="dxa"/>
              <w:bottom w:w="80" w:type="dxa"/>
              <w:right w:w="120" w:type="dxa"/>
            </w:tcMar>
            <w:vAlign w:val="center"/>
          </w:tcPr>
          <w:p w14:paraId="630D19D8" w14:textId="77777777" w:rsidR="009E11EE" w:rsidRDefault="00000000">
            <w:pPr>
              <w:spacing w:after="0" w:line="240" w:lineRule="auto"/>
            </w:pPr>
            <w:r>
              <w:rPr>
                <w:sz w:val="16"/>
              </w:rPr>
              <w:t>OAK 168 (Bàn)</w:t>
            </w:r>
          </w:p>
        </w:tc>
        <w:tc>
          <w:tcPr>
            <w:tcW w:w="2000" w:type="dxa"/>
            <w:tcMar>
              <w:top w:w="80" w:type="dxa"/>
              <w:left w:w="120" w:type="dxa"/>
              <w:bottom w:w="80" w:type="dxa"/>
              <w:right w:w="120" w:type="dxa"/>
            </w:tcMar>
            <w:vAlign w:val="center"/>
          </w:tcPr>
          <w:p w14:paraId="08A5557B" w14:textId="77777777" w:rsidR="009E11EE" w:rsidRDefault="00000000">
            <w:pPr>
              <w:spacing w:after="0" w:line="240" w:lineRule="auto"/>
            </w:pPr>
            <w:r>
              <w:rPr>
                <w:sz w:val="16"/>
              </w:rPr>
              <w:t>DB</w:t>
            </w:r>
          </w:p>
        </w:tc>
        <w:tc>
          <w:tcPr>
            <w:tcW w:w="1200" w:type="dxa"/>
            <w:tcMar>
              <w:top w:w="80" w:type="dxa"/>
              <w:left w:w="120" w:type="dxa"/>
              <w:bottom w:w="80" w:type="dxa"/>
              <w:right w:w="120" w:type="dxa"/>
            </w:tcMar>
            <w:vAlign w:val="center"/>
          </w:tcPr>
          <w:p w14:paraId="49CCF346"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569DA8FB" w14:textId="77777777" w:rsidR="009E11EE" w:rsidRDefault="00000000">
            <w:pPr>
              <w:spacing w:after="0" w:line="240" w:lineRule="auto"/>
            </w:pPr>
            <w:r>
              <w:rPr>
                <w:sz w:val="16"/>
              </w:rPr>
              <w:t>TIẾN HƯNG</w:t>
            </w:r>
          </w:p>
        </w:tc>
      </w:tr>
      <w:tr w:rsidR="009E11EE" w14:paraId="35F70C12" w14:textId="77777777">
        <w:tc>
          <w:tcPr>
            <w:tcW w:w="600" w:type="dxa"/>
            <w:shd w:val="clear" w:color="auto" w:fill="F2F4F7"/>
            <w:tcMar>
              <w:top w:w="80" w:type="dxa"/>
              <w:left w:w="120" w:type="dxa"/>
              <w:bottom w:w="80" w:type="dxa"/>
              <w:right w:w="120" w:type="dxa"/>
            </w:tcMar>
            <w:vAlign w:val="center"/>
          </w:tcPr>
          <w:p w14:paraId="3D3EE86A" w14:textId="77777777" w:rsidR="009E11EE" w:rsidRDefault="00000000">
            <w:pPr>
              <w:spacing w:after="0" w:line="240" w:lineRule="auto"/>
              <w:jc w:val="center"/>
            </w:pPr>
            <w:r>
              <w:rPr>
                <w:sz w:val="16"/>
              </w:rPr>
              <w:t>4</w:t>
            </w:r>
          </w:p>
        </w:tc>
        <w:tc>
          <w:tcPr>
            <w:tcW w:w="3560" w:type="dxa"/>
            <w:shd w:val="clear" w:color="auto" w:fill="F2F4F7"/>
            <w:tcMar>
              <w:top w:w="80" w:type="dxa"/>
              <w:left w:w="120" w:type="dxa"/>
              <w:bottom w:w="80" w:type="dxa"/>
              <w:right w:w="120" w:type="dxa"/>
            </w:tcMar>
            <w:vAlign w:val="center"/>
          </w:tcPr>
          <w:p w14:paraId="316707F2" w14:textId="77777777" w:rsidR="009E11EE" w:rsidRDefault="00000000">
            <w:pPr>
              <w:spacing w:after="0" w:line="240" w:lineRule="auto"/>
            </w:pPr>
            <w:r>
              <w:rPr>
                <w:sz w:val="16"/>
              </w:rPr>
              <w:t>OAK 188C (Tủ)</w:t>
            </w:r>
          </w:p>
        </w:tc>
        <w:tc>
          <w:tcPr>
            <w:tcW w:w="2000" w:type="dxa"/>
            <w:shd w:val="clear" w:color="auto" w:fill="F2F4F7"/>
            <w:tcMar>
              <w:top w:w="80" w:type="dxa"/>
              <w:left w:w="120" w:type="dxa"/>
              <w:bottom w:w="80" w:type="dxa"/>
              <w:right w:w="120" w:type="dxa"/>
            </w:tcMar>
            <w:vAlign w:val="center"/>
          </w:tcPr>
          <w:p w14:paraId="58A895CC" w14:textId="77777777" w:rsidR="009E11EE" w:rsidRDefault="00000000">
            <w:pPr>
              <w:spacing w:after="0" w:line="240" w:lineRule="auto"/>
            </w:pPr>
            <w:r>
              <w:rPr>
                <w:sz w:val="16"/>
              </w:rPr>
              <w:t>MP</w:t>
            </w:r>
          </w:p>
        </w:tc>
        <w:tc>
          <w:tcPr>
            <w:tcW w:w="1200" w:type="dxa"/>
            <w:shd w:val="clear" w:color="auto" w:fill="F2F4F7"/>
            <w:tcMar>
              <w:top w:w="80" w:type="dxa"/>
              <w:left w:w="120" w:type="dxa"/>
              <w:bottom w:w="80" w:type="dxa"/>
              <w:right w:w="120" w:type="dxa"/>
            </w:tcMar>
            <w:vAlign w:val="center"/>
          </w:tcPr>
          <w:p w14:paraId="56878681" w14:textId="77777777" w:rsidR="009E11EE" w:rsidRDefault="00000000">
            <w:pPr>
              <w:spacing w:after="0" w:line="240" w:lineRule="auto"/>
              <w:jc w:val="center"/>
            </w:pPr>
            <w:r>
              <w:rPr>
                <w:sz w:val="16"/>
              </w:rPr>
              <w:t>Bộ</w:t>
            </w:r>
          </w:p>
        </w:tc>
        <w:tc>
          <w:tcPr>
            <w:tcW w:w="2000" w:type="dxa"/>
            <w:shd w:val="clear" w:color="auto" w:fill="F2F4F7"/>
            <w:tcMar>
              <w:top w:w="80" w:type="dxa"/>
              <w:left w:w="120" w:type="dxa"/>
              <w:bottom w:w="80" w:type="dxa"/>
              <w:right w:w="120" w:type="dxa"/>
            </w:tcMar>
            <w:vAlign w:val="center"/>
          </w:tcPr>
          <w:p w14:paraId="283FE313" w14:textId="77777777" w:rsidR="009E11EE" w:rsidRDefault="00000000">
            <w:pPr>
              <w:spacing w:after="0" w:line="240" w:lineRule="auto"/>
            </w:pPr>
            <w:r>
              <w:rPr>
                <w:sz w:val="16"/>
              </w:rPr>
              <w:t>TIẾN HƯNG</w:t>
            </w:r>
          </w:p>
        </w:tc>
      </w:tr>
      <w:tr w:rsidR="009E11EE" w14:paraId="767D3EA2" w14:textId="77777777">
        <w:tc>
          <w:tcPr>
            <w:tcW w:w="600" w:type="dxa"/>
            <w:tcMar>
              <w:top w:w="80" w:type="dxa"/>
              <w:left w:w="120" w:type="dxa"/>
              <w:bottom w:w="80" w:type="dxa"/>
              <w:right w:w="120" w:type="dxa"/>
            </w:tcMar>
            <w:vAlign w:val="center"/>
          </w:tcPr>
          <w:p w14:paraId="6196E2E8" w14:textId="77777777" w:rsidR="009E11EE" w:rsidRDefault="00000000">
            <w:pPr>
              <w:spacing w:after="0" w:line="240" w:lineRule="auto"/>
              <w:jc w:val="center"/>
            </w:pPr>
            <w:r>
              <w:rPr>
                <w:sz w:val="16"/>
              </w:rPr>
              <w:t>5</w:t>
            </w:r>
          </w:p>
        </w:tc>
        <w:tc>
          <w:tcPr>
            <w:tcW w:w="3560" w:type="dxa"/>
            <w:tcMar>
              <w:top w:w="80" w:type="dxa"/>
              <w:left w:w="120" w:type="dxa"/>
              <w:bottom w:w="80" w:type="dxa"/>
              <w:right w:w="120" w:type="dxa"/>
            </w:tcMar>
            <w:vAlign w:val="center"/>
          </w:tcPr>
          <w:p w14:paraId="748BCC59" w14:textId="77777777" w:rsidR="009E11EE" w:rsidRDefault="00000000">
            <w:pPr>
              <w:spacing w:after="0" w:line="240" w:lineRule="auto"/>
            </w:pPr>
            <w:r>
              <w:rPr>
                <w:sz w:val="16"/>
              </w:rPr>
              <w:t>OAK 74 (Vách)</w:t>
            </w:r>
          </w:p>
        </w:tc>
        <w:tc>
          <w:tcPr>
            <w:tcW w:w="2000" w:type="dxa"/>
            <w:tcMar>
              <w:top w:w="80" w:type="dxa"/>
              <w:left w:w="120" w:type="dxa"/>
              <w:bottom w:w="80" w:type="dxa"/>
              <w:right w:w="120" w:type="dxa"/>
            </w:tcMar>
            <w:vAlign w:val="center"/>
          </w:tcPr>
          <w:p w14:paraId="322B6C04" w14:textId="77777777" w:rsidR="009E11EE" w:rsidRDefault="00000000">
            <w:pPr>
              <w:spacing w:after="0" w:line="240" w:lineRule="auto"/>
            </w:pPr>
            <w:r>
              <w:rPr>
                <w:sz w:val="16"/>
              </w:rPr>
              <w:t>SE</w:t>
            </w:r>
          </w:p>
        </w:tc>
        <w:tc>
          <w:tcPr>
            <w:tcW w:w="1200" w:type="dxa"/>
            <w:tcMar>
              <w:top w:w="80" w:type="dxa"/>
              <w:left w:w="120" w:type="dxa"/>
              <w:bottom w:w="80" w:type="dxa"/>
              <w:right w:w="120" w:type="dxa"/>
            </w:tcMar>
            <w:vAlign w:val="center"/>
          </w:tcPr>
          <w:p w14:paraId="46DBAEB1"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74C9A2F3" w14:textId="77777777" w:rsidR="009E11EE" w:rsidRDefault="00000000">
            <w:pPr>
              <w:spacing w:after="0" w:line="240" w:lineRule="auto"/>
            </w:pPr>
            <w:r>
              <w:rPr>
                <w:sz w:val="16"/>
              </w:rPr>
              <w:t>TIẾN HƯNG</w:t>
            </w:r>
          </w:p>
        </w:tc>
      </w:tr>
    </w:tbl>
    <w:p w14:paraId="3DD8BE85" w14:textId="77777777" w:rsidR="009E11EE" w:rsidRDefault="009E11EE">
      <w:pPr>
        <w:spacing w:after="0"/>
      </w:pPr>
    </w:p>
    <w:p w14:paraId="3F11BCEC" w14:textId="77777777" w:rsidR="009E11EE" w:rsidRDefault="00000000">
      <w:pPr>
        <w:pStyle w:val="Heading2"/>
      </w:pPr>
      <w:r>
        <w:rPr>
          <w:rFonts w:ascii="Arial" w:hAnsi="Arial"/>
        </w:rPr>
        <w:t>4.8. Bùi Hoàng Phong</w:t>
      </w:r>
    </w:p>
    <w:p w14:paraId="268983F3" w14:textId="77777777" w:rsidR="009E11EE" w:rsidRDefault="00000000">
      <w:r>
        <w:rPr>
          <w:b/>
          <w:sz w:val="18"/>
        </w:rPr>
        <w:t xml:space="preserve">Tổng: </w:t>
      </w:r>
      <w:r>
        <w:rPr>
          <w:sz w:val="18"/>
        </w:rPr>
        <w:t>4</w:t>
      </w:r>
      <w:r>
        <w:rPr>
          <w:b/>
          <w:sz w:val="18"/>
        </w:rPr>
        <w:t xml:space="preserve">  |  Mới: </w:t>
      </w:r>
      <w:r>
        <w:rPr>
          <w:sz w:val="18"/>
        </w:rPr>
        <w:t>2</w:t>
      </w:r>
      <w:r>
        <w:rPr>
          <w:b/>
          <w:sz w:val="18"/>
        </w:rPr>
        <w:t xml:space="preserve">  |  Bộ: </w:t>
      </w:r>
      <w:r>
        <w:rPr>
          <w:sz w:val="18"/>
        </w:rPr>
        <w:t>0</w:t>
      </w:r>
      <w:r>
        <w:rPr>
          <w:b/>
          <w:sz w:val="18"/>
        </w:rPr>
        <w:t xml:space="preserve">  |  Nhân: </w:t>
      </w:r>
      <w:r>
        <w:rPr>
          <w:sz w:val="18"/>
        </w:rPr>
        <w:t>2</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10EF1260" w14:textId="77777777">
        <w:trPr>
          <w:tblHeader/>
        </w:trPr>
        <w:tc>
          <w:tcPr>
            <w:tcW w:w="600" w:type="dxa"/>
            <w:shd w:val="clear" w:color="auto" w:fill="1F4E78"/>
            <w:tcMar>
              <w:top w:w="80" w:type="dxa"/>
              <w:left w:w="120" w:type="dxa"/>
              <w:bottom w:w="80" w:type="dxa"/>
              <w:right w:w="120" w:type="dxa"/>
            </w:tcMar>
            <w:vAlign w:val="center"/>
          </w:tcPr>
          <w:p w14:paraId="0497CF6E"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4EFD73BF"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6C4E367C"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0F8D138F"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323406A1" w14:textId="77777777" w:rsidR="009E11EE" w:rsidRDefault="00000000">
            <w:pPr>
              <w:spacing w:after="0"/>
              <w:jc w:val="center"/>
            </w:pPr>
            <w:r>
              <w:rPr>
                <w:b/>
                <w:color w:val="FFFFFF"/>
                <w:sz w:val="17"/>
              </w:rPr>
              <w:t>Nhà máy</w:t>
            </w:r>
          </w:p>
        </w:tc>
      </w:tr>
      <w:tr w:rsidR="009E11EE" w14:paraId="28D64B32" w14:textId="77777777">
        <w:tc>
          <w:tcPr>
            <w:tcW w:w="600" w:type="dxa"/>
            <w:tcMar>
              <w:top w:w="80" w:type="dxa"/>
              <w:left w:w="120" w:type="dxa"/>
              <w:bottom w:w="80" w:type="dxa"/>
              <w:right w:w="120" w:type="dxa"/>
            </w:tcMar>
            <w:vAlign w:val="center"/>
          </w:tcPr>
          <w:p w14:paraId="3EA0B615"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367608DD" w14:textId="77777777" w:rsidR="009E11EE" w:rsidRDefault="00000000">
            <w:pPr>
              <w:spacing w:after="0" w:line="240" w:lineRule="auto"/>
            </w:pPr>
            <w:r>
              <w:rPr>
                <w:sz w:val="16"/>
              </w:rPr>
              <w:t>ANC 2032</w:t>
            </w:r>
          </w:p>
        </w:tc>
        <w:tc>
          <w:tcPr>
            <w:tcW w:w="2000" w:type="dxa"/>
            <w:tcMar>
              <w:top w:w="80" w:type="dxa"/>
              <w:left w:w="120" w:type="dxa"/>
              <w:bottom w:w="80" w:type="dxa"/>
              <w:right w:w="120" w:type="dxa"/>
            </w:tcMar>
            <w:vAlign w:val="center"/>
          </w:tcPr>
          <w:p w14:paraId="693ED9D4" w14:textId="77777777" w:rsidR="009E11EE" w:rsidRDefault="00000000">
            <w:pPr>
              <w:spacing w:after="0" w:line="240" w:lineRule="auto"/>
            </w:pPr>
            <w:r>
              <w:rPr>
                <w:sz w:val="16"/>
              </w:rPr>
              <w:t>Tier</w:t>
            </w:r>
          </w:p>
        </w:tc>
        <w:tc>
          <w:tcPr>
            <w:tcW w:w="1200" w:type="dxa"/>
            <w:tcMar>
              <w:top w:w="80" w:type="dxa"/>
              <w:left w:w="120" w:type="dxa"/>
              <w:bottom w:w="80" w:type="dxa"/>
              <w:right w:w="120" w:type="dxa"/>
            </w:tcMar>
            <w:vAlign w:val="center"/>
          </w:tcPr>
          <w:p w14:paraId="2B378829" w14:textId="77777777" w:rsidR="009E11EE" w:rsidRDefault="00000000">
            <w:pPr>
              <w:spacing w:after="0" w:line="240" w:lineRule="auto"/>
              <w:jc w:val="center"/>
            </w:pPr>
            <w:r>
              <w:rPr>
                <w:sz w:val="16"/>
              </w:rPr>
              <w:t>Nhân</w:t>
            </w:r>
          </w:p>
        </w:tc>
        <w:tc>
          <w:tcPr>
            <w:tcW w:w="2000" w:type="dxa"/>
            <w:tcMar>
              <w:top w:w="80" w:type="dxa"/>
              <w:left w:w="120" w:type="dxa"/>
              <w:bottom w:w="80" w:type="dxa"/>
              <w:right w:w="120" w:type="dxa"/>
            </w:tcMar>
            <w:vAlign w:val="center"/>
          </w:tcPr>
          <w:p w14:paraId="0C6F6730" w14:textId="77777777" w:rsidR="009E11EE" w:rsidRDefault="00000000">
            <w:pPr>
              <w:spacing w:after="0" w:line="240" w:lineRule="auto"/>
            </w:pPr>
            <w:r>
              <w:rPr>
                <w:sz w:val="16"/>
              </w:rPr>
              <w:t>AN CƯỜNG</w:t>
            </w:r>
          </w:p>
        </w:tc>
      </w:tr>
      <w:tr w:rsidR="009E11EE" w14:paraId="7C25AC70" w14:textId="77777777">
        <w:tc>
          <w:tcPr>
            <w:tcW w:w="600" w:type="dxa"/>
            <w:shd w:val="clear" w:color="auto" w:fill="F2F4F7"/>
            <w:tcMar>
              <w:top w:w="80" w:type="dxa"/>
              <w:left w:w="120" w:type="dxa"/>
              <w:bottom w:w="80" w:type="dxa"/>
              <w:right w:w="120" w:type="dxa"/>
            </w:tcMar>
            <w:vAlign w:val="center"/>
          </w:tcPr>
          <w:p w14:paraId="400F7DD4"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2D5AFE7D" w14:textId="77777777" w:rsidR="009E11EE" w:rsidRDefault="00000000">
            <w:pPr>
              <w:spacing w:after="0" w:line="240" w:lineRule="auto"/>
            </w:pPr>
            <w:r>
              <w:rPr>
                <w:sz w:val="16"/>
              </w:rPr>
              <w:t>ANC 2033</w:t>
            </w:r>
          </w:p>
        </w:tc>
        <w:tc>
          <w:tcPr>
            <w:tcW w:w="2000" w:type="dxa"/>
            <w:shd w:val="clear" w:color="auto" w:fill="F2F4F7"/>
            <w:tcMar>
              <w:top w:w="80" w:type="dxa"/>
              <w:left w:w="120" w:type="dxa"/>
              <w:bottom w:w="80" w:type="dxa"/>
              <w:right w:w="120" w:type="dxa"/>
            </w:tcMar>
            <w:vAlign w:val="center"/>
          </w:tcPr>
          <w:p w14:paraId="16E1DE66" w14:textId="77777777" w:rsidR="009E11EE" w:rsidRDefault="00000000">
            <w:pPr>
              <w:spacing w:after="0" w:line="240" w:lineRule="auto"/>
            </w:pPr>
            <w:r>
              <w:rPr>
                <w:sz w:val="16"/>
              </w:rPr>
              <w:t>Tiger</w:t>
            </w:r>
          </w:p>
        </w:tc>
        <w:tc>
          <w:tcPr>
            <w:tcW w:w="1200" w:type="dxa"/>
            <w:shd w:val="clear" w:color="auto" w:fill="F2F4F7"/>
            <w:tcMar>
              <w:top w:w="80" w:type="dxa"/>
              <w:left w:w="120" w:type="dxa"/>
              <w:bottom w:w="80" w:type="dxa"/>
              <w:right w:w="120" w:type="dxa"/>
            </w:tcMar>
            <w:vAlign w:val="center"/>
          </w:tcPr>
          <w:p w14:paraId="721DB27D" w14:textId="77777777" w:rsidR="009E11EE" w:rsidRDefault="00000000">
            <w:pPr>
              <w:spacing w:after="0" w:line="240" w:lineRule="auto"/>
              <w:jc w:val="center"/>
            </w:pPr>
            <w:r>
              <w:rPr>
                <w:sz w:val="16"/>
              </w:rPr>
              <w:t>Nhân</w:t>
            </w:r>
          </w:p>
        </w:tc>
        <w:tc>
          <w:tcPr>
            <w:tcW w:w="2000" w:type="dxa"/>
            <w:shd w:val="clear" w:color="auto" w:fill="F2F4F7"/>
            <w:tcMar>
              <w:top w:w="80" w:type="dxa"/>
              <w:left w:w="120" w:type="dxa"/>
              <w:bottom w:w="80" w:type="dxa"/>
              <w:right w:w="120" w:type="dxa"/>
            </w:tcMar>
            <w:vAlign w:val="center"/>
          </w:tcPr>
          <w:p w14:paraId="78555187" w14:textId="77777777" w:rsidR="009E11EE" w:rsidRDefault="00000000">
            <w:pPr>
              <w:spacing w:after="0" w:line="240" w:lineRule="auto"/>
            </w:pPr>
            <w:r>
              <w:rPr>
                <w:sz w:val="16"/>
              </w:rPr>
              <w:t>AN CƯỜNG</w:t>
            </w:r>
          </w:p>
        </w:tc>
      </w:tr>
      <w:tr w:rsidR="009E11EE" w14:paraId="190F7CFA" w14:textId="77777777">
        <w:tc>
          <w:tcPr>
            <w:tcW w:w="600" w:type="dxa"/>
            <w:tcMar>
              <w:top w:w="80" w:type="dxa"/>
              <w:left w:w="120" w:type="dxa"/>
              <w:bottom w:w="80" w:type="dxa"/>
              <w:right w:w="120" w:type="dxa"/>
            </w:tcMar>
            <w:vAlign w:val="center"/>
          </w:tcPr>
          <w:p w14:paraId="4C554364" w14:textId="77777777" w:rsidR="009E11EE" w:rsidRDefault="00000000">
            <w:pPr>
              <w:spacing w:after="0" w:line="240" w:lineRule="auto"/>
              <w:jc w:val="center"/>
            </w:pPr>
            <w:r>
              <w:rPr>
                <w:sz w:val="16"/>
              </w:rPr>
              <w:t>3</w:t>
            </w:r>
          </w:p>
        </w:tc>
        <w:tc>
          <w:tcPr>
            <w:tcW w:w="3560" w:type="dxa"/>
            <w:tcMar>
              <w:top w:w="80" w:type="dxa"/>
              <w:left w:w="120" w:type="dxa"/>
              <w:bottom w:w="80" w:type="dxa"/>
              <w:right w:w="120" w:type="dxa"/>
            </w:tcMar>
            <w:vAlign w:val="center"/>
          </w:tcPr>
          <w:p w14:paraId="7E073328" w14:textId="77777777" w:rsidR="009E11EE" w:rsidRDefault="00000000">
            <w:pPr>
              <w:spacing w:after="0" w:line="240" w:lineRule="auto"/>
            </w:pPr>
            <w:r>
              <w:rPr>
                <w:sz w:val="16"/>
              </w:rPr>
              <w:t>ANC  2193</w:t>
            </w:r>
          </w:p>
        </w:tc>
        <w:tc>
          <w:tcPr>
            <w:tcW w:w="2000" w:type="dxa"/>
            <w:tcMar>
              <w:top w:w="80" w:type="dxa"/>
              <w:left w:w="120" w:type="dxa"/>
              <w:bottom w:w="80" w:type="dxa"/>
              <w:right w:w="120" w:type="dxa"/>
            </w:tcMar>
            <w:vAlign w:val="center"/>
          </w:tcPr>
          <w:p w14:paraId="754291F2" w14:textId="77777777" w:rsidR="009E11EE" w:rsidRDefault="00000000">
            <w:pPr>
              <w:spacing w:after="0" w:line="240" w:lineRule="auto"/>
            </w:pPr>
            <w:r>
              <w:rPr>
                <w:sz w:val="16"/>
              </w:rPr>
              <w:t>Tiger</w:t>
            </w:r>
          </w:p>
        </w:tc>
        <w:tc>
          <w:tcPr>
            <w:tcW w:w="1200" w:type="dxa"/>
            <w:tcMar>
              <w:top w:w="80" w:type="dxa"/>
              <w:left w:w="120" w:type="dxa"/>
              <w:bottom w:w="80" w:type="dxa"/>
              <w:right w:w="120" w:type="dxa"/>
            </w:tcMar>
            <w:vAlign w:val="center"/>
          </w:tcPr>
          <w:p w14:paraId="15E5DA0B"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2DEA857B" w14:textId="77777777" w:rsidR="009E11EE" w:rsidRDefault="00000000">
            <w:pPr>
              <w:spacing w:after="0" w:line="240" w:lineRule="auto"/>
            </w:pPr>
            <w:r>
              <w:rPr>
                <w:sz w:val="16"/>
              </w:rPr>
              <w:t>AN CƯỜNG</w:t>
            </w:r>
          </w:p>
        </w:tc>
      </w:tr>
      <w:tr w:rsidR="009E11EE" w14:paraId="6645C7CA" w14:textId="77777777">
        <w:tc>
          <w:tcPr>
            <w:tcW w:w="600" w:type="dxa"/>
            <w:shd w:val="clear" w:color="auto" w:fill="F2F4F7"/>
            <w:tcMar>
              <w:top w:w="80" w:type="dxa"/>
              <w:left w:w="120" w:type="dxa"/>
              <w:bottom w:w="80" w:type="dxa"/>
              <w:right w:w="120" w:type="dxa"/>
            </w:tcMar>
            <w:vAlign w:val="center"/>
          </w:tcPr>
          <w:p w14:paraId="023A4CA1" w14:textId="77777777" w:rsidR="009E11EE" w:rsidRDefault="00000000">
            <w:pPr>
              <w:spacing w:after="0" w:line="240" w:lineRule="auto"/>
              <w:jc w:val="center"/>
            </w:pPr>
            <w:r>
              <w:rPr>
                <w:sz w:val="16"/>
              </w:rPr>
              <w:t>4</w:t>
            </w:r>
          </w:p>
        </w:tc>
        <w:tc>
          <w:tcPr>
            <w:tcW w:w="3560" w:type="dxa"/>
            <w:shd w:val="clear" w:color="auto" w:fill="F2F4F7"/>
            <w:tcMar>
              <w:top w:w="80" w:type="dxa"/>
              <w:left w:w="120" w:type="dxa"/>
              <w:bottom w:w="80" w:type="dxa"/>
              <w:right w:w="120" w:type="dxa"/>
            </w:tcMar>
            <w:vAlign w:val="center"/>
          </w:tcPr>
          <w:p w14:paraId="119A6CBF" w14:textId="77777777" w:rsidR="009E11EE" w:rsidRDefault="00000000">
            <w:pPr>
              <w:spacing w:after="0" w:line="240" w:lineRule="auto"/>
            </w:pPr>
            <w:r>
              <w:rPr>
                <w:sz w:val="16"/>
              </w:rPr>
              <w:t>ANC 2250</w:t>
            </w:r>
          </w:p>
        </w:tc>
        <w:tc>
          <w:tcPr>
            <w:tcW w:w="2000" w:type="dxa"/>
            <w:shd w:val="clear" w:color="auto" w:fill="F2F4F7"/>
            <w:tcMar>
              <w:top w:w="80" w:type="dxa"/>
              <w:left w:w="120" w:type="dxa"/>
              <w:bottom w:w="80" w:type="dxa"/>
              <w:right w:w="120" w:type="dxa"/>
            </w:tcMar>
            <w:vAlign w:val="center"/>
          </w:tcPr>
          <w:p w14:paraId="6C4A8DF7" w14:textId="77777777" w:rsidR="009E11EE" w:rsidRDefault="00000000">
            <w:pPr>
              <w:spacing w:after="0" w:line="240" w:lineRule="auto"/>
            </w:pPr>
            <w:r>
              <w:rPr>
                <w:sz w:val="16"/>
              </w:rPr>
              <w:t>Tiger</w:t>
            </w:r>
          </w:p>
        </w:tc>
        <w:tc>
          <w:tcPr>
            <w:tcW w:w="1200" w:type="dxa"/>
            <w:shd w:val="clear" w:color="auto" w:fill="F2F4F7"/>
            <w:tcMar>
              <w:top w:w="80" w:type="dxa"/>
              <w:left w:w="120" w:type="dxa"/>
              <w:bottom w:w="80" w:type="dxa"/>
              <w:right w:w="120" w:type="dxa"/>
            </w:tcMar>
            <w:vAlign w:val="center"/>
          </w:tcPr>
          <w:p w14:paraId="03351E84" w14:textId="77777777" w:rsidR="009E11EE" w:rsidRDefault="00000000">
            <w:pPr>
              <w:spacing w:after="0" w:line="240" w:lineRule="auto"/>
              <w:jc w:val="center"/>
            </w:pPr>
            <w:r>
              <w:rPr>
                <w:sz w:val="16"/>
              </w:rPr>
              <w:t>Mới</w:t>
            </w:r>
          </w:p>
        </w:tc>
        <w:tc>
          <w:tcPr>
            <w:tcW w:w="2000" w:type="dxa"/>
            <w:shd w:val="clear" w:color="auto" w:fill="F2F4F7"/>
            <w:tcMar>
              <w:top w:w="80" w:type="dxa"/>
              <w:left w:w="120" w:type="dxa"/>
              <w:bottom w:w="80" w:type="dxa"/>
              <w:right w:w="120" w:type="dxa"/>
            </w:tcMar>
            <w:vAlign w:val="center"/>
          </w:tcPr>
          <w:p w14:paraId="27E06314" w14:textId="77777777" w:rsidR="009E11EE" w:rsidRDefault="00000000">
            <w:pPr>
              <w:spacing w:after="0" w:line="240" w:lineRule="auto"/>
            </w:pPr>
            <w:r>
              <w:rPr>
                <w:sz w:val="16"/>
              </w:rPr>
              <w:t>AN CƯỜNG</w:t>
            </w:r>
          </w:p>
        </w:tc>
      </w:tr>
    </w:tbl>
    <w:p w14:paraId="1E0E72D7" w14:textId="77777777" w:rsidR="009E11EE" w:rsidRDefault="009E11EE">
      <w:pPr>
        <w:spacing w:after="0"/>
      </w:pPr>
    </w:p>
    <w:p w14:paraId="2B586F82" w14:textId="77777777" w:rsidR="009E11EE" w:rsidRDefault="00000000">
      <w:pPr>
        <w:pStyle w:val="Heading2"/>
      </w:pPr>
      <w:r>
        <w:rPr>
          <w:rFonts w:ascii="Arial" w:hAnsi="Arial"/>
        </w:rPr>
        <w:t>4.9. Còi</w:t>
      </w:r>
    </w:p>
    <w:p w14:paraId="7ABA9A0D" w14:textId="77777777" w:rsidR="009E11EE" w:rsidRDefault="00000000">
      <w:r>
        <w:rPr>
          <w:b/>
          <w:sz w:val="18"/>
        </w:rPr>
        <w:t xml:space="preserve">Tổng: </w:t>
      </w:r>
      <w:r>
        <w:rPr>
          <w:sz w:val="18"/>
        </w:rPr>
        <w:t>4</w:t>
      </w:r>
      <w:r>
        <w:rPr>
          <w:b/>
          <w:sz w:val="18"/>
        </w:rPr>
        <w:t xml:space="preserve">  |  Mới: </w:t>
      </w:r>
      <w:r>
        <w:rPr>
          <w:sz w:val="18"/>
        </w:rPr>
        <w:t>2</w:t>
      </w:r>
      <w:r>
        <w:rPr>
          <w:b/>
          <w:sz w:val="18"/>
        </w:rPr>
        <w:t xml:space="preserve">  |  Bộ: </w:t>
      </w:r>
      <w:r>
        <w:rPr>
          <w:sz w:val="18"/>
        </w:rPr>
        <w:t>2</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4BEB9C43" w14:textId="77777777">
        <w:trPr>
          <w:tblHeader/>
        </w:trPr>
        <w:tc>
          <w:tcPr>
            <w:tcW w:w="600" w:type="dxa"/>
            <w:shd w:val="clear" w:color="auto" w:fill="1F4E78"/>
            <w:tcMar>
              <w:top w:w="80" w:type="dxa"/>
              <w:left w:w="120" w:type="dxa"/>
              <w:bottom w:w="80" w:type="dxa"/>
              <w:right w:w="120" w:type="dxa"/>
            </w:tcMar>
            <w:vAlign w:val="center"/>
          </w:tcPr>
          <w:p w14:paraId="63B4DE08"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2CB6B5BE"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786715E2"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25BF7378"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3CBD7984" w14:textId="77777777" w:rsidR="009E11EE" w:rsidRDefault="00000000">
            <w:pPr>
              <w:spacing w:after="0"/>
              <w:jc w:val="center"/>
            </w:pPr>
            <w:r>
              <w:rPr>
                <w:b/>
                <w:color w:val="FFFFFF"/>
                <w:sz w:val="17"/>
              </w:rPr>
              <w:t>Nhà máy</w:t>
            </w:r>
          </w:p>
        </w:tc>
      </w:tr>
      <w:tr w:rsidR="009E11EE" w14:paraId="34BB7D59" w14:textId="77777777">
        <w:tc>
          <w:tcPr>
            <w:tcW w:w="600" w:type="dxa"/>
            <w:tcMar>
              <w:top w:w="80" w:type="dxa"/>
              <w:left w:w="120" w:type="dxa"/>
              <w:bottom w:w="80" w:type="dxa"/>
              <w:right w:w="120" w:type="dxa"/>
            </w:tcMar>
            <w:vAlign w:val="center"/>
          </w:tcPr>
          <w:p w14:paraId="28D691FB"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4AAB0347" w14:textId="77777777" w:rsidR="009E11EE" w:rsidRDefault="00000000">
            <w:pPr>
              <w:spacing w:after="0" w:line="240" w:lineRule="auto"/>
            </w:pPr>
            <w:r>
              <w:rPr>
                <w:sz w:val="16"/>
              </w:rPr>
              <w:t>Wsg searift (Ghế)</w:t>
            </w:r>
          </w:p>
        </w:tc>
        <w:tc>
          <w:tcPr>
            <w:tcW w:w="2000" w:type="dxa"/>
            <w:tcMar>
              <w:top w:w="80" w:type="dxa"/>
              <w:left w:w="120" w:type="dxa"/>
              <w:bottom w:w="80" w:type="dxa"/>
              <w:right w:w="120" w:type="dxa"/>
            </w:tcMar>
            <w:vAlign w:val="center"/>
          </w:tcPr>
          <w:p w14:paraId="1DA9A45F" w14:textId="77777777" w:rsidR="009E11EE" w:rsidRDefault="00000000">
            <w:pPr>
              <w:spacing w:after="0" w:line="240" w:lineRule="auto"/>
            </w:pPr>
            <w:r>
              <w:rPr>
                <w:sz w:val="16"/>
              </w:rPr>
              <w:t>Wsg</w:t>
            </w:r>
          </w:p>
        </w:tc>
        <w:tc>
          <w:tcPr>
            <w:tcW w:w="1200" w:type="dxa"/>
            <w:tcMar>
              <w:top w:w="80" w:type="dxa"/>
              <w:left w:w="120" w:type="dxa"/>
              <w:bottom w:w="80" w:type="dxa"/>
              <w:right w:w="120" w:type="dxa"/>
            </w:tcMar>
            <w:vAlign w:val="center"/>
          </w:tcPr>
          <w:p w14:paraId="1013815E"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5756B71B" w14:textId="77777777" w:rsidR="009E11EE" w:rsidRDefault="00000000">
            <w:pPr>
              <w:spacing w:after="0" w:line="240" w:lineRule="auto"/>
            </w:pPr>
            <w:r>
              <w:rPr>
                <w:sz w:val="16"/>
              </w:rPr>
              <w:t>TRƯỜNG THÀNH</w:t>
            </w:r>
          </w:p>
        </w:tc>
      </w:tr>
      <w:tr w:rsidR="009E11EE" w14:paraId="32EFD3B1" w14:textId="77777777">
        <w:tc>
          <w:tcPr>
            <w:tcW w:w="600" w:type="dxa"/>
            <w:shd w:val="clear" w:color="auto" w:fill="F2F4F7"/>
            <w:tcMar>
              <w:top w:w="80" w:type="dxa"/>
              <w:left w:w="120" w:type="dxa"/>
              <w:bottom w:w="80" w:type="dxa"/>
              <w:right w:w="120" w:type="dxa"/>
            </w:tcMar>
            <w:vAlign w:val="center"/>
          </w:tcPr>
          <w:p w14:paraId="17C48073"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68806955" w14:textId="77777777" w:rsidR="009E11EE" w:rsidRDefault="00000000">
            <w:pPr>
              <w:spacing w:after="0" w:line="240" w:lineRule="auto"/>
            </w:pPr>
            <w:r>
              <w:rPr>
                <w:sz w:val="16"/>
              </w:rPr>
              <w:t>TOV SIDE BOARD RONAN (Tủ)</w:t>
            </w:r>
          </w:p>
        </w:tc>
        <w:tc>
          <w:tcPr>
            <w:tcW w:w="2000" w:type="dxa"/>
            <w:shd w:val="clear" w:color="auto" w:fill="F2F4F7"/>
            <w:tcMar>
              <w:top w:w="80" w:type="dxa"/>
              <w:left w:w="120" w:type="dxa"/>
              <w:bottom w:w="80" w:type="dxa"/>
              <w:right w:w="120" w:type="dxa"/>
            </w:tcMar>
            <w:vAlign w:val="center"/>
          </w:tcPr>
          <w:p w14:paraId="2155CC81" w14:textId="77777777" w:rsidR="009E11EE" w:rsidRDefault="00000000">
            <w:pPr>
              <w:spacing w:after="0" w:line="240" w:lineRule="auto"/>
            </w:pPr>
            <w:r>
              <w:rPr>
                <w:sz w:val="16"/>
              </w:rPr>
              <w:t>TOV</w:t>
            </w:r>
          </w:p>
        </w:tc>
        <w:tc>
          <w:tcPr>
            <w:tcW w:w="1200" w:type="dxa"/>
            <w:shd w:val="clear" w:color="auto" w:fill="F2F4F7"/>
            <w:tcMar>
              <w:top w:w="80" w:type="dxa"/>
              <w:left w:w="120" w:type="dxa"/>
              <w:bottom w:w="80" w:type="dxa"/>
              <w:right w:w="120" w:type="dxa"/>
            </w:tcMar>
            <w:vAlign w:val="center"/>
          </w:tcPr>
          <w:p w14:paraId="7393368B" w14:textId="77777777" w:rsidR="009E11EE" w:rsidRDefault="00000000">
            <w:pPr>
              <w:spacing w:after="0" w:line="240" w:lineRule="auto"/>
              <w:jc w:val="center"/>
            </w:pPr>
            <w:r>
              <w:rPr>
                <w:sz w:val="16"/>
              </w:rPr>
              <w:t>Bộ</w:t>
            </w:r>
          </w:p>
        </w:tc>
        <w:tc>
          <w:tcPr>
            <w:tcW w:w="2000" w:type="dxa"/>
            <w:shd w:val="clear" w:color="auto" w:fill="F2F4F7"/>
            <w:tcMar>
              <w:top w:w="80" w:type="dxa"/>
              <w:left w:w="120" w:type="dxa"/>
              <w:bottom w:w="80" w:type="dxa"/>
              <w:right w:w="120" w:type="dxa"/>
            </w:tcMar>
            <w:vAlign w:val="center"/>
          </w:tcPr>
          <w:p w14:paraId="71A06FD9" w14:textId="77777777" w:rsidR="009E11EE" w:rsidRDefault="00000000">
            <w:pPr>
              <w:spacing w:after="0" w:line="240" w:lineRule="auto"/>
            </w:pPr>
            <w:r>
              <w:rPr>
                <w:sz w:val="16"/>
              </w:rPr>
              <w:t>TRƯỜNG THÀNH</w:t>
            </w:r>
          </w:p>
        </w:tc>
      </w:tr>
      <w:tr w:rsidR="009E11EE" w14:paraId="53262B12" w14:textId="77777777">
        <w:tc>
          <w:tcPr>
            <w:tcW w:w="600" w:type="dxa"/>
            <w:tcMar>
              <w:top w:w="80" w:type="dxa"/>
              <w:left w:w="120" w:type="dxa"/>
              <w:bottom w:w="80" w:type="dxa"/>
              <w:right w:w="120" w:type="dxa"/>
            </w:tcMar>
            <w:vAlign w:val="center"/>
          </w:tcPr>
          <w:p w14:paraId="3598EA85" w14:textId="77777777" w:rsidR="009E11EE" w:rsidRDefault="00000000">
            <w:pPr>
              <w:spacing w:after="0" w:line="240" w:lineRule="auto"/>
              <w:jc w:val="center"/>
            </w:pPr>
            <w:r>
              <w:rPr>
                <w:sz w:val="16"/>
              </w:rPr>
              <w:t>3</w:t>
            </w:r>
          </w:p>
        </w:tc>
        <w:tc>
          <w:tcPr>
            <w:tcW w:w="3560" w:type="dxa"/>
            <w:tcMar>
              <w:top w:w="80" w:type="dxa"/>
              <w:left w:w="120" w:type="dxa"/>
              <w:bottom w:w="80" w:type="dxa"/>
              <w:right w:w="120" w:type="dxa"/>
            </w:tcMar>
            <w:vAlign w:val="center"/>
          </w:tcPr>
          <w:p w14:paraId="4669B327" w14:textId="77777777" w:rsidR="009E11EE" w:rsidRDefault="00000000">
            <w:pPr>
              <w:spacing w:after="0" w:line="240" w:lineRule="auto"/>
            </w:pPr>
            <w:r>
              <w:rPr>
                <w:sz w:val="16"/>
              </w:rPr>
              <w:t>CRZ SA (SOFA)</w:t>
            </w:r>
          </w:p>
        </w:tc>
        <w:tc>
          <w:tcPr>
            <w:tcW w:w="2000" w:type="dxa"/>
            <w:tcMar>
              <w:top w:w="80" w:type="dxa"/>
              <w:left w:w="120" w:type="dxa"/>
              <w:bottom w:w="80" w:type="dxa"/>
              <w:right w:w="120" w:type="dxa"/>
            </w:tcMar>
            <w:vAlign w:val="center"/>
          </w:tcPr>
          <w:p w14:paraId="600AB9E8" w14:textId="77777777" w:rsidR="009E11EE" w:rsidRDefault="00000000">
            <w:pPr>
              <w:spacing w:after="0" w:line="240" w:lineRule="auto"/>
            </w:pPr>
            <w:r>
              <w:rPr>
                <w:sz w:val="16"/>
              </w:rPr>
              <w:t>CRZ</w:t>
            </w:r>
          </w:p>
        </w:tc>
        <w:tc>
          <w:tcPr>
            <w:tcW w:w="1200" w:type="dxa"/>
            <w:tcMar>
              <w:top w:w="80" w:type="dxa"/>
              <w:left w:w="120" w:type="dxa"/>
              <w:bottom w:w="80" w:type="dxa"/>
              <w:right w:w="120" w:type="dxa"/>
            </w:tcMar>
            <w:vAlign w:val="center"/>
          </w:tcPr>
          <w:p w14:paraId="168AD1D9"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66A14021" w14:textId="77777777" w:rsidR="009E11EE" w:rsidRDefault="00000000">
            <w:pPr>
              <w:spacing w:after="0" w:line="240" w:lineRule="auto"/>
            </w:pPr>
            <w:r>
              <w:rPr>
                <w:sz w:val="16"/>
              </w:rPr>
              <w:t>TRƯỜNG THÀNH</w:t>
            </w:r>
          </w:p>
        </w:tc>
      </w:tr>
      <w:tr w:rsidR="009E11EE" w14:paraId="4CB010C3" w14:textId="77777777">
        <w:tc>
          <w:tcPr>
            <w:tcW w:w="600" w:type="dxa"/>
            <w:shd w:val="clear" w:color="auto" w:fill="F2F4F7"/>
            <w:tcMar>
              <w:top w:w="80" w:type="dxa"/>
              <w:left w:w="120" w:type="dxa"/>
              <w:bottom w:w="80" w:type="dxa"/>
              <w:right w:w="120" w:type="dxa"/>
            </w:tcMar>
            <w:vAlign w:val="center"/>
          </w:tcPr>
          <w:p w14:paraId="7A4F3FC1" w14:textId="77777777" w:rsidR="009E11EE" w:rsidRDefault="00000000">
            <w:pPr>
              <w:spacing w:after="0" w:line="240" w:lineRule="auto"/>
              <w:jc w:val="center"/>
            </w:pPr>
            <w:r>
              <w:rPr>
                <w:sz w:val="16"/>
              </w:rPr>
              <w:t>4</w:t>
            </w:r>
          </w:p>
        </w:tc>
        <w:tc>
          <w:tcPr>
            <w:tcW w:w="3560" w:type="dxa"/>
            <w:shd w:val="clear" w:color="auto" w:fill="F2F4F7"/>
            <w:tcMar>
              <w:top w:w="80" w:type="dxa"/>
              <w:left w:w="120" w:type="dxa"/>
              <w:bottom w:w="80" w:type="dxa"/>
              <w:right w:w="120" w:type="dxa"/>
            </w:tcMar>
            <w:vAlign w:val="center"/>
          </w:tcPr>
          <w:p w14:paraId="4D4DD6BC" w14:textId="77777777" w:rsidR="009E11EE" w:rsidRDefault="00000000">
            <w:pPr>
              <w:spacing w:after="0" w:line="240" w:lineRule="auto"/>
            </w:pPr>
            <w:r>
              <w:rPr>
                <w:sz w:val="16"/>
              </w:rPr>
              <w:t>CRZ KA (SOFA)</w:t>
            </w:r>
          </w:p>
        </w:tc>
        <w:tc>
          <w:tcPr>
            <w:tcW w:w="2000" w:type="dxa"/>
            <w:shd w:val="clear" w:color="auto" w:fill="F2F4F7"/>
            <w:tcMar>
              <w:top w:w="80" w:type="dxa"/>
              <w:left w:w="120" w:type="dxa"/>
              <w:bottom w:w="80" w:type="dxa"/>
              <w:right w:w="120" w:type="dxa"/>
            </w:tcMar>
            <w:vAlign w:val="center"/>
          </w:tcPr>
          <w:p w14:paraId="3E33BB72" w14:textId="77777777" w:rsidR="009E11EE" w:rsidRDefault="00000000">
            <w:pPr>
              <w:spacing w:after="0" w:line="240" w:lineRule="auto"/>
            </w:pPr>
            <w:r>
              <w:rPr>
                <w:sz w:val="16"/>
              </w:rPr>
              <w:t>CRZ</w:t>
            </w:r>
          </w:p>
        </w:tc>
        <w:tc>
          <w:tcPr>
            <w:tcW w:w="1200" w:type="dxa"/>
            <w:shd w:val="clear" w:color="auto" w:fill="F2F4F7"/>
            <w:tcMar>
              <w:top w:w="80" w:type="dxa"/>
              <w:left w:w="120" w:type="dxa"/>
              <w:bottom w:w="80" w:type="dxa"/>
              <w:right w:w="120" w:type="dxa"/>
            </w:tcMar>
            <w:vAlign w:val="center"/>
          </w:tcPr>
          <w:p w14:paraId="61AAD363" w14:textId="77777777" w:rsidR="009E11EE" w:rsidRDefault="00000000">
            <w:pPr>
              <w:spacing w:after="0" w:line="240" w:lineRule="auto"/>
              <w:jc w:val="center"/>
            </w:pPr>
            <w:r>
              <w:rPr>
                <w:sz w:val="16"/>
              </w:rPr>
              <w:t>Mới</w:t>
            </w:r>
          </w:p>
        </w:tc>
        <w:tc>
          <w:tcPr>
            <w:tcW w:w="2000" w:type="dxa"/>
            <w:shd w:val="clear" w:color="auto" w:fill="F2F4F7"/>
            <w:tcMar>
              <w:top w:w="80" w:type="dxa"/>
              <w:left w:w="120" w:type="dxa"/>
              <w:bottom w:w="80" w:type="dxa"/>
              <w:right w:w="120" w:type="dxa"/>
            </w:tcMar>
            <w:vAlign w:val="center"/>
          </w:tcPr>
          <w:p w14:paraId="717C6809" w14:textId="77777777" w:rsidR="009E11EE" w:rsidRDefault="00000000">
            <w:pPr>
              <w:spacing w:after="0" w:line="240" w:lineRule="auto"/>
            </w:pPr>
            <w:r>
              <w:rPr>
                <w:sz w:val="16"/>
              </w:rPr>
              <w:t>TRƯỜNG THÀNH</w:t>
            </w:r>
          </w:p>
        </w:tc>
      </w:tr>
    </w:tbl>
    <w:p w14:paraId="197FED79" w14:textId="77777777" w:rsidR="009E11EE" w:rsidRDefault="009E11EE">
      <w:pPr>
        <w:spacing w:after="0"/>
      </w:pPr>
    </w:p>
    <w:p w14:paraId="5BC5EC42" w14:textId="77777777" w:rsidR="009E11EE" w:rsidRDefault="00000000">
      <w:pPr>
        <w:pStyle w:val="Heading2"/>
      </w:pPr>
      <w:r>
        <w:rPr>
          <w:rFonts w:ascii="Arial" w:hAnsi="Arial"/>
        </w:rPr>
        <w:t>4.10. Nguyễn Thái Bảo</w:t>
      </w:r>
    </w:p>
    <w:p w14:paraId="53058DBF" w14:textId="77777777" w:rsidR="009E11EE" w:rsidRDefault="00000000">
      <w:r>
        <w:rPr>
          <w:b/>
          <w:sz w:val="18"/>
        </w:rPr>
        <w:t xml:space="preserve">Tổng: </w:t>
      </w:r>
      <w:r>
        <w:rPr>
          <w:sz w:val="18"/>
        </w:rPr>
        <w:t>4</w:t>
      </w:r>
      <w:r>
        <w:rPr>
          <w:b/>
          <w:sz w:val="18"/>
        </w:rPr>
        <w:t xml:space="preserve">  |  Mới: </w:t>
      </w:r>
      <w:r>
        <w:rPr>
          <w:sz w:val="18"/>
        </w:rPr>
        <w:t>1</w:t>
      </w:r>
      <w:r>
        <w:rPr>
          <w:b/>
          <w:sz w:val="18"/>
        </w:rPr>
        <w:t xml:space="preserve">  |  Bộ: </w:t>
      </w:r>
      <w:r>
        <w:rPr>
          <w:sz w:val="18"/>
        </w:rPr>
        <w:t>2</w:t>
      </w:r>
      <w:r>
        <w:rPr>
          <w:b/>
          <w:sz w:val="18"/>
        </w:rPr>
        <w:t xml:space="preserve">  |  Nhân: </w:t>
      </w:r>
      <w:r>
        <w:rPr>
          <w:sz w:val="18"/>
        </w:rPr>
        <w:t>1</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737A66BD" w14:textId="77777777">
        <w:trPr>
          <w:tblHeader/>
        </w:trPr>
        <w:tc>
          <w:tcPr>
            <w:tcW w:w="600" w:type="dxa"/>
            <w:shd w:val="clear" w:color="auto" w:fill="1F4E78"/>
            <w:tcMar>
              <w:top w:w="80" w:type="dxa"/>
              <w:left w:w="120" w:type="dxa"/>
              <w:bottom w:w="80" w:type="dxa"/>
              <w:right w:w="120" w:type="dxa"/>
            </w:tcMar>
            <w:vAlign w:val="center"/>
          </w:tcPr>
          <w:p w14:paraId="171BB633"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1D2985E4"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5D023A9E"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398FA17B"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5632BC9B" w14:textId="77777777" w:rsidR="009E11EE" w:rsidRDefault="00000000">
            <w:pPr>
              <w:spacing w:after="0"/>
              <w:jc w:val="center"/>
            </w:pPr>
            <w:r>
              <w:rPr>
                <w:b/>
                <w:color w:val="FFFFFF"/>
                <w:sz w:val="17"/>
              </w:rPr>
              <w:t>Nhà máy</w:t>
            </w:r>
          </w:p>
        </w:tc>
      </w:tr>
      <w:tr w:rsidR="009E11EE" w14:paraId="79070849" w14:textId="77777777">
        <w:tc>
          <w:tcPr>
            <w:tcW w:w="600" w:type="dxa"/>
            <w:tcMar>
              <w:top w:w="80" w:type="dxa"/>
              <w:left w:w="120" w:type="dxa"/>
              <w:bottom w:w="80" w:type="dxa"/>
              <w:right w:w="120" w:type="dxa"/>
            </w:tcMar>
            <w:vAlign w:val="center"/>
          </w:tcPr>
          <w:p w14:paraId="39C45819"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3C747F3D" w14:textId="77777777" w:rsidR="009E11EE" w:rsidRDefault="00000000">
            <w:pPr>
              <w:spacing w:after="0" w:line="240" w:lineRule="auto"/>
            </w:pPr>
            <w:r>
              <w:rPr>
                <w:sz w:val="16"/>
              </w:rPr>
              <w:t>Kvp 86</w:t>
            </w:r>
          </w:p>
        </w:tc>
        <w:tc>
          <w:tcPr>
            <w:tcW w:w="2000" w:type="dxa"/>
            <w:tcMar>
              <w:top w:w="80" w:type="dxa"/>
              <w:left w:w="120" w:type="dxa"/>
              <w:bottom w:w="80" w:type="dxa"/>
              <w:right w:w="120" w:type="dxa"/>
            </w:tcMar>
            <w:vAlign w:val="center"/>
          </w:tcPr>
          <w:p w14:paraId="5C421DED" w14:textId="77777777" w:rsidR="009E11EE" w:rsidRDefault="00000000">
            <w:pPr>
              <w:spacing w:after="0" w:line="240" w:lineRule="auto"/>
            </w:pPr>
            <w:r>
              <w:rPr>
                <w:sz w:val="16"/>
              </w:rPr>
              <w:t>Giang minh</w:t>
            </w:r>
          </w:p>
        </w:tc>
        <w:tc>
          <w:tcPr>
            <w:tcW w:w="1200" w:type="dxa"/>
            <w:tcMar>
              <w:top w:w="80" w:type="dxa"/>
              <w:left w:w="120" w:type="dxa"/>
              <w:bottom w:w="80" w:type="dxa"/>
              <w:right w:w="120" w:type="dxa"/>
            </w:tcMar>
            <w:vAlign w:val="center"/>
          </w:tcPr>
          <w:p w14:paraId="6F82F3F9" w14:textId="77777777" w:rsidR="009E11EE" w:rsidRDefault="00000000">
            <w:pPr>
              <w:spacing w:after="0" w:line="240" w:lineRule="auto"/>
              <w:jc w:val="center"/>
            </w:pPr>
            <w:r>
              <w:rPr>
                <w:sz w:val="16"/>
              </w:rPr>
              <w:t>Nhân</w:t>
            </w:r>
          </w:p>
        </w:tc>
        <w:tc>
          <w:tcPr>
            <w:tcW w:w="2000" w:type="dxa"/>
            <w:tcMar>
              <w:top w:w="80" w:type="dxa"/>
              <w:left w:w="120" w:type="dxa"/>
              <w:bottom w:w="80" w:type="dxa"/>
              <w:right w:w="120" w:type="dxa"/>
            </w:tcMar>
            <w:vAlign w:val="center"/>
          </w:tcPr>
          <w:p w14:paraId="0DD6805C" w14:textId="77777777" w:rsidR="009E11EE" w:rsidRDefault="00000000">
            <w:pPr>
              <w:spacing w:after="0" w:line="240" w:lineRule="auto"/>
            </w:pPr>
            <w:r>
              <w:rPr>
                <w:sz w:val="16"/>
              </w:rPr>
              <w:t>KIM VĨNH PHÚ</w:t>
            </w:r>
          </w:p>
        </w:tc>
      </w:tr>
      <w:tr w:rsidR="009E11EE" w14:paraId="780E60EB" w14:textId="77777777">
        <w:tc>
          <w:tcPr>
            <w:tcW w:w="600" w:type="dxa"/>
            <w:shd w:val="clear" w:color="auto" w:fill="F2F4F7"/>
            <w:tcMar>
              <w:top w:w="80" w:type="dxa"/>
              <w:left w:w="120" w:type="dxa"/>
              <w:bottom w:w="80" w:type="dxa"/>
              <w:right w:w="120" w:type="dxa"/>
            </w:tcMar>
            <w:vAlign w:val="center"/>
          </w:tcPr>
          <w:p w14:paraId="1DD5C192"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2C6FCAFE" w14:textId="77777777" w:rsidR="009E11EE" w:rsidRDefault="00000000">
            <w:pPr>
              <w:spacing w:after="0" w:line="240" w:lineRule="auto"/>
            </w:pPr>
            <w:r>
              <w:rPr>
                <w:sz w:val="16"/>
              </w:rPr>
              <w:t>Kvp 81</w:t>
            </w:r>
          </w:p>
        </w:tc>
        <w:tc>
          <w:tcPr>
            <w:tcW w:w="2000" w:type="dxa"/>
            <w:shd w:val="clear" w:color="auto" w:fill="F2F4F7"/>
            <w:tcMar>
              <w:top w:w="80" w:type="dxa"/>
              <w:left w:w="120" w:type="dxa"/>
              <w:bottom w:w="80" w:type="dxa"/>
              <w:right w:w="120" w:type="dxa"/>
            </w:tcMar>
            <w:vAlign w:val="center"/>
          </w:tcPr>
          <w:p w14:paraId="57CB3AA7" w14:textId="77777777" w:rsidR="009E11EE" w:rsidRDefault="00000000">
            <w:pPr>
              <w:spacing w:after="0" w:line="240" w:lineRule="auto"/>
            </w:pPr>
            <w:r>
              <w:rPr>
                <w:sz w:val="16"/>
              </w:rPr>
              <w:t>Modus</w:t>
            </w:r>
          </w:p>
        </w:tc>
        <w:tc>
          <w:tcPr>
            <w:tcW w:w="1200" w:type="dxa"/>
            <w:shd w:val="clear" w:color="auto" w:fill="F2F4F7"/>
            <w:tcMar>
              <w:top w:w="80" w:type="dxa"/>
              <w:left w:w="120" w:type="dxa"/>
              <w:bottom w:w="80" w:type="dxa"/>
              <w:right w:w="120" w:type="dxa"/>
            </w:tcMar>
            <w:vAlign w:val="center"/>
          </w:tcPr>
          <w:p w14:paraId="2A960457" w14:textId="77777777" w:rsidR="009E11EE" w:rsidRDefault="00000000">
            <w:pPr>
              <w:spacing w:after="0" w:line="240" w:lineRule="auto"/>
              <w:jc w:val="center"/>
            </w:pPr>
            <w:r>
              <w:rPr>
                <w:sz w:val="16"/>
              </w:rPr>
              <w:t>Mới</w:t>
            </w:r>
          </w:p>
        </w:tc>
        <w:tc>
          <w:tcPr>
            <w:tcW w:w="2000" w:type="dxa"/>
            <w:shd w:val="clear" w:color="auto" w:fill="F2F4F7"/>
            <w:tcMar>
              <w:top w:w="80" w:type="dxa"/>
              <w:left w:w="120" w:type="dxa"/>
              <w:bottom w:w="80" w:type="dxa"/>
              <w:right w:w="120" w:type="dxa"/>
            </w:tcMar>
            <w:vAlign w:val="center"/>
          </w:tcPr>
          <w:p w14:paraId="5831581E" w14:textId="77777777" w:rsidR="009E11EE" w:rsidRDefault="00000000">
            <w:pPr>
              <w:spacing w:after="0" w:line="240" w:lineRule="auto"/>
            </w:pPr>
            <w:r>
              <w:rPr>
                <w:sz w:val="16"/>
              </w:rPr>
              <w:t>KIM VĨNH PHÚ</w:t>
            </w:r>
          </w:p>
        </w:tc>
      </w:tr>
      <w:tr w:rsidR="009E11EE" w14:paraId="7BC74ACD" w14:textId="77777777">
        <w:tc>
          <w:tcPr>
            <w:tcW w:w="600" w:type="dxa"/>
            <w:tcMar>
              <w:top w:w="80" w:type="dxa"/>
              <w:left w:w="120" w:type="dxa"/>
              <w:bottom w:w="80" w:type="dxa"/>
              <w:right w:w="120" w:type="dxa"/>
            </w:tcMar>
            <w:vAlign w:val="center"/>
          </w:tcPr>
          <w:p w14:paraId="5AA91865" w14:textId="77777777" w:rsidR="009E11EE" w:rsidRDefault="00000000">
            <w:pPr>
              <w:spacing w:after="0" w:line="240" w:lineRule="auto"/>
              <w:jc w:val="center"/>
            </w:pPr>
            <w:r>
              <w:rPr>
                <w:sz w:val="16"/>
              </w:rPr>
              <w:t>3</w:t>
            </w:r>
          </w:p>
        </w:tc>
        <w:tc>
          <w:tcPr>
            <w:tcW w:w="3560" w:type="dxa"/>
            <w:tcMar>
              <w:top w:w="80" w:type="dxa"/>
              <w:left w:w="120" w:type="dxa"/>
              <w:bottom w:w="80" w:type="dxa"/>
              <w:right w:w="120" w:type="dxa"/>
            </w:tcMar>
            <w:vAlign w:val="center"/>
          </w:tcPr>
          <w:p w14:paraId="2419D2CE" w14:textId="77777777" w:rsidR="009E11EE" w:rsidRDefault="00000000">
            <w:pPr>
              <w:spacing w:after="0" w:line="240" w:lineRule="auto"/>
            </w:pPr>
            <w:r>
              <w:rPr>
                <w:sz w:val="16"/>
              </w:rPr>
              <w:t>Phat trien (Ghe)</w:t>
            </w:r>
          </w:p>
        </w:tc>
        <w:tc>
          <w:tcPr>
            <w:tcW w:w="2000" w:type="dxa"/>
            <w:tcMar>
              <w:top w:w="80" w:type="dxa"/>
              <w:left w:w="120" w:type="dxa"/>
              <w:bottom w:w="80" w:type="dxa"/>
              <w:right w:w="120" w:type="dxa"/>
            </w:tcMar>
            <w:vAlign w:val="center"/>
          </w:tcPr>
          <w:p w14:paraId="0DB8E2D5" w14:textId="77777777" w:rsidR="009E11EE" w:rsidRDefault="00000000">
            <w:pPr>
              <w:spacing w:after="0" w:line="240" w:lineRule="auto"/>
            </w:pPr>
            <w:r>
              <w:rPr>
                <w:sz w:val="16"/>
              </w:rPr>
              <w:t>Spa</w:t>
            </w:r>
          </w:p>
        </w:tc>
        <w:tc>
          <w:tcPr>
            <w:tcW w:w="1200" w:type="dxa"/>
            <w:tcMar>
              <w:top w:w="80" w:type="dxa"/>
              <w:left w:w="120" w:type="dxa"/>
              <w:bottom w:w="80" w:type="dxa"/>
              <w:right w:w="120" w:type="dxa"/>
            </w:tcMar>
            <w:vAlign w:val="center"/>
          </w:tcPr>
          <w:p w14:paraId="08E2CF7D"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003E942E" w14:textId="77777777" w:rsidR="009E11EE" w:rsidRDefault="00000000">
            <w:pPr>
              <w:spacing w:after="0" w:line="240" w:lineRule="auto"/>
            </w:pPr>
            <w:r>
              <w:rPr>
                <w:sz w:val="16"/>
              </w:rPr>
              <w:t>KIM VĨNH PHÚ</w:t>
            </w:r>
          </w:p>
        </w:tc>
      </w:tr>
      <w:tr w:rsidR="009E11EE" w14:paraId="4FF56BF2" w14:textId="77777777">
        <w:tc>
          <w:tcPr>
            <w:tcW w:w="600" w:type="dxa"/>
            <w:shd w:val="clear" w:color="auto" w:fill="F2F4F7"/>
            <w:tcMar>
              <w:top w:w="80" w:type="dxa"/>
              <w:left w:w="120" w:type="dxa"/>
              <w:bottom w:w="80" w:type="dxa"/>
              <w:right w:w="120" w:type="dxa"/>
            </w:tcMar>
            <w:vAlign w:val="center"/>
          </w:tcPr>
          <w:p w14:paraId="278D8D1E" w14:textId="77777777" w:rsidR="009E11EE" w:rsidRDefault="00000000">
            <w:pPr>
              <w:spacing w:after="0" w:line="240" w:lineRule="auto"/>
              <w:jc w:val="center"/>
            </w:pPr>
            <w:r>
              <w:rPr>
                <w:sz w:val="16"/>
              </w:rPr>
              <w:t>4</w:t>
            </w:r>
          </w:p>
        </w:tc>
        <w:tc>
          <w:tcPr>
            <w:tcW w:w="3560" w:type="dxa"/>
            <w:shd w:val="clear" w:color="auto" w:fill="F2F4F7"/>
            <w:tcMar>
              <w:top w:w="80" w:type="dxa"/>
              <w:left w:w="120" w:type="dxa"/>
              <w:bottom w:w="80" w:type="dxa"/>
              <w:right w:w="120" w:type="dxa"/>
            </w:tcMar>
            <w:vAlign w:val="center"/>
          </w:tcPr>
          <w:p w14:paraId="7C6B764F" w14:textId="77777777" w:rsidR="009E11EE" w:rsidRDefault="00000000">
            <w:pPr>
              <w:spacing w:after="0" w:line="240" w:lineRule="auto"/>
            </w:pPr>
            <w:r>
              <w:rPr>
                <w:sz w:val="16"/>
              </w:rPr>
              <w:t>Kvp 87 (SP TỦ)</w:t>
            </w:r>
          </w:p>
        </w:tc>
        <w:tc>
          <w:tcPr>
            <w:tcW w:w="2000" w:type="dxa"/>
            <w:shd w:val="clear" w:color="auto" w:fill="F2F4F7"/>
            <w:tcMar>
              <w:top w:w="80" w:type="dxa"/>
              <w:left w:w="120" w:type="dxa"/>
              <w:bottom w:w="80" w:type="dxa"/>
              <w:right w:w="120" w:type="dxa"/>
            </w:tcMar>
            <w:vAlign w:val="center"/>
          </w:tcPr>
          <w:p w14:paraId="41A6C0AA" w14:textId="77777777" w:rsidR="009E11EE" w:rsidRDefault="00000000">
            <w:pPr>
              <w:spacing w:after="0" w:line="240" w:lineRule="auto"/>
            </w:pPr>
            <w:r>
              <w:rPr>
                <w:sz w:val="16"/>
              </w:rPr>
              <w:t>Giang minh</w:t>
            </w:r>
          </w:p>
        </w:tc>
        <w:tc>
          <w:tcPr>
            <w:tcW w:w="1200" w:type="dxa"/>
            <w:shd w:val="clear" w:color="auto" w:fill="F2F4F7"/>
            <w:tcMar>
              <w:top w:w="80" w:type="dxa"/>
              <w:left w:w="120" w:type="dxa"/>
              <w:bottom w:w="80" w:type="dxa"/>
              <w:right w:w="120" w:type="dxa"/>
            </w:tcMar>
            <w:vAlign w:val="center"/>
          </w:tcPr>
          <w:p w14:paraId="353A1F49" w14:textId="77777777" w:rsidR="009E11EE" w:rsidRDefault="00000000">
            <w:pPr>
              <w:spacing w:after="0" w:line="240" w:lineRule="auto"/>
              <w:jc w:val="center"/>
            </w:pPr>
            <w:r>
              <w:rPr>
                <w:sz w:val="16"/>
              </w:rPr>
              <w:t>Bộ</w:t>
            </w:r>
          </w:p>
        </w:tc>
        <w:tc>
          <w:tcPr>
            <w:tcW w:w="2000" w:type="dxa"/>
            <w:shd w:val="clear" w:color="auto" w:fill="F2F4F7"/>
            <w:tcMar>
              <w:top w:w="80" w:type="dxa"/>
              <w:left w:w="120" w:type="dxa"/>
              <w:bottom w:w="80" w:type="dxa"/>
              <w:right w:w="120" w:type="dxa"/>
            </w:tcMar>
            <w:vAlign w:val="center"/>
          </w:tcPr>
          <w:p w14:paraId="11CF1215" w14:textId="77777777" w:rsidR="009E11EE" w:rsidRDefault="00000000">
            <w:pPr>
              <w:spacing w:after="0" w:line="240" w:lineRule="auto"/>
            </w:pPr>
            <w:r>
              <w:rPr>
                <w:sz w:val="16"/>
              </w:rPr>
              <w:t>KIM VĨNH PHÚ</w:t>
            </w:r>
          </w:p>
        </w:tc>
      </w:tr>
    </w:tbl>
    <w:p w14:paraId="153B0539" w14:textId="77777777" w:rsidR="009E11EE" w:rsidRDefault="009E11EE">
      <w:pPr>
        <w:spacing w:after="0"/>
      </w:pPr>
    </w:p>
    <w:p w14:paraId="14441B2D" w14:textId="77777777" w:rsidR="009E11EE" w:rsidRDefault="00000000">
      <w:pPr>
        <w:pStyle w:val="Heading2"/>
      </w:pPr>
      <w:r>
        <w:rPr>
          <w:rFonts w:ascii="Arial" w:hAnsi="Arial"/>
        </w:rPr>
        <w:t>4.11. Phạm Văn Linh</w:t>
      </w:r>
    </w:p>
    <w:p w14:paraId="13D33B0F" w14:textId="77777777" w:rsidR="009E11EE" w:rsidRDefault="00000000">
      <w:r>
        <w:rPr>
          <w:b/>
          <w:sz w:val="18"/>
        </w:rPr>
        <w:t xml:space="preserve">Tổng: </w:t>
      </w:r>
      <w:r>
        <w:rPr>
          <w:sz w:val="18"/>
        </w:rPr>
        <w:t>4</w:t>
      </w:r>
      <w:r>
        <w:rPr>
          <w:b/>
          <w:sz w:val="18"/>
        </w:rPr>
        <w:t xml:space="preserve">  |  Mới: </w:t>
      </w:r>
      <w:r>
        <w:rPr>
          <w:sz w:val="18"/>
        </w:rPr>
        <w:t>4</w:t>
      </w:r>
      <w:r>
        <w:rPr>
          <w:b/>
          <w:sz w:val="18"/>
        </w:rPr>
        <w:t xml:space="preserve">  |  Bộ: </w:t>
      </w:r>
      <w:r>
        <w:rPr>
          <w:sz w:val="18"/>
        </w:rPr>
        <w:t>0</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0C8100F6" w14:textId="77777777">
        <w:trPr>
          <w:tblHeader/>
        </w:trPr>
        <w:tc>
          <w:tcPr>
            <w:tcW w:w="600" w:type="dxa"/>
            <w:shd w:val="clear" w:color="auto" w:fill="1F4E78"/>
            <w:tcMar>
              <w:top w:w="80" w:type="dxa"/>
              <w:left w:w="120" w:type="dxa"/>
              <w:bottom w:w="80" w:type="dxa"/>
              <w:right w:w="120" w:type="dxa"/>
            </w:tcMar>
            <w:vAlign w:val="center"/>
          </w:tcPr>
          <w:p w14:paraId="298D5A49"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2ECD5FF6"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17E7381C"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1C60588D"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3731CC8D" w14:textId="77777777" w:rsidR="009E11EE" w:rsidRDefault="00000000">
            <w:pPr>
              <w:spacing w:after="0"/>
              <w:jc w:val="center"/>
            </w:pPr>
            <w:r>
              <w:rPr>
                <w:b/>
                <w:color w:val="FFFFFF"/>
                <w:sz w:val="17"/>
              </w:rPr>
              <w:t>Nhà máy</w:t>
            </w:r>
          </w:p>
        </w:tc>
      </w:tr>
      <w:tr w:rsidR="009E11EE" w14:paraId="2D91DB3F" w14:textId="77777777">
        <w:tc>
          <w:tcPr>
            <w:tcW w:w="600" w:type="dxa"/>
            <w:tcMar>
              <w:top w:w="80" w:type="dxa"/>
              <w:left w:w="120" w:type="dxa"/>
              <w:bottom w:w="80" w:type="dxa"/>
              <w:right w:w="120" w:type="dxa"/>
            </w:tcMar>
            <w:vAlign w:val="center"/>
          </w:tcPr>
          <w:p w14:paraId="4C0E98A3"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670272B0" w14:textId="77777777" w:rsidR="009E11EE" w:rsidRDefault="00000000">
            <w:pPr>
              <w:spacing w:after="0" w:line="240" w:lineRule="auto"/>
            </w:pPr>
            <w:r>
              <w:rPr>
                <w:sz w:val="16"/>
              </w:rPr>
              <w:t>PT 01</w:t>
            </w:r>
          </w:p>
        </w:tc>
        <w:tc>
          <w:tcPr>
            <w:tcW w:w="2000" w:type="dxa"/>
            <w:tcMar>
              <w:top w:w="80" w:type="dxa"/>
              <w:left w:w="120" w:type="dxa"/>
              <w:bottom w:w="80" w:type="dxa"/>
              <w:right w:w="120" w:type="dxa"/>
            </w:tcMar>
            <w:vAlign w:val="center"/>
          </w:tcPr>
          <w:p w14:paraId="63F6C318" w14:textId="77777777" w:rsidR="009E11EE" w:rsidRDefault="00000000">
            <w:pPr>
              <w:spacing w:after="0" w:line="240" w:lineRule="auto"/>
            </w:pPr>
            <w:r>
              <w:rPr>
                <w:sz w:val="16"/>
              </w:rPr>
              <w:t>DY</w:t>
            </w:r>
          </w:p>
        </w:tc>
        <w:tc>
          <w:tcPr>
            <w:tcW w:w="1200" w:type="dxa"/>
            <w:tcMar>
              <w:top w:w="80" w:type="dxa"/>
              <w:left w:w="120" w:type="dxa"/>
              <w:bottom w:w="80" w:type="dxa"/>
              <w:right w:w="120" w:type="dxa"/>
            </w:tcMar>
            <w:vAlign w:val="center"/>
          </w:tcPr>
          <w:p w14:paraId="0CA764E9"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0CD6F56C" w14:textId="77777777" w:rsidR="009E11EE" w:rsidRDefault="00000000">
            <w:pPr>
              <w:spacing w:after="0" w:line="240" w:lineRule="auto"/>
            </w:pPr>
            <w:r>
              <w:rPr>
                <w:sz w:val="16"/>
              </w:rPr>
              <w:t>TRENWORD</w:t>
            </w:r>
          </w:p>
        </w:tc>
      </w:tr>
      <w:tr w:rsidR="009E11EE" w14:paraId="29811362" w14:textId="77777777">
        <w:tc>
          <w:tcPr>
            <w:tcW w:w="600" w:type="dxa"/>
            <w:shd w:val="clear" w:color="auto" w:fill="F2F4F7"/>
            <w:tcMar>
              <w:top w:w="80" w:type="dxa"/>
              <w:left w:w="120" w:type="dxa"/>
              <w:bottom w:w="80" w:type="dxa"/>
              <w:right w:w="120" w:type="dxa"/>
            </w:tcMar>
            <w:vAlign w:val="center"/>
          </w:tcPr>
          <w:p w14:paraId="4F94BD67"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1832F721" w14:textId="77777777" w:rsidR="009E11EE" w:rsidRDefault="00000000">
            <w:pPr>
              <w:spacing w:after="0" w:line="240" w:lineRule="auto"/>
            </w:pPr>
            <w:r>
              <w:rPr>
                <w:sz w:val="16"/>
              </w:rPr>
              <w:t>PT 02</w:t>
            </w:r>
          </w:p>
        </w:tc>
        <w:tc>
          <w:tcPr>
            <w:tcW w:w="2000" w:type="dxa"/>
            <w:shd w:val="clear" w:color="auto" w:fill="F2F4F7"/>
            <w:tcMar>
              <w:top w:w="80" w:type="dxa"/>
              <w:left w:w="120" w:type="dxa"/>
              <w:bottom w:w="80" w:type="dxa"/>
              <w:right w:w="120" w:type="dxa"/>
            </w:tcMar>
            <w:vAlign w:val="center"/>
          </w:tcPr>
          <w:p w14:paraId="763F773D" w14:textId="77777777" w:rsidR="009E11EE" w:rsidRDefault="00000000">
            <w:pPr>
              <w:spacing w:after="0" w:line="240" w:lineRule="auto"/>
            </w:pPr>
            <w:r>
              <w:rPr>
                <w:sz w:val="16"/>
              </w:rPr>
              <w:t>DY</w:t>
            </w:r>
          </w:p>
        </w:tc>
        <w:tc>
          <w:tcPr>
            <w:tcW w:w="1200" w:type="dxa"/>
            <w:shd w:val="clear" w:color="auto" w:fill="F2F4F7"/>
            <w:tcMar>
              <w:top w:w="80" w:type="dxa"/>
              <w:left w:w="120" w:type="dxa"/>
              <w:bottom w:w="80" w:type="dxa"/>
              <w:right w:w="120" w:type="dxa"/>
            </w:tcMar>
            <w:vAlign w:val="center"/>
          </w:tcPr>
          <w:p w14:paraId="7BCE5F95" w14:textId="77777777" w:rsidR="009E11EE" w:rsidRDefault="00000000">
            <w:pPr>
              <w:spacing w:after="0" w:line="240" w:lineRule="auto"/>
              <w:jc w:val="center"/>
            </w:pPr>
            <w:r>
              <w:rPr>
                <w:sz w:val="16"/>
              </w:rPr>
              <w:t>Mới</w:t>
            </w:r>
          </w:p>
        </w:tc>
        <w:tc>
          <w:tcPr>
            <w:tcW w:w="2000" w:type="dxa"/>
            <w:shd w:val="clear" w:color="auto" w:fill="F2F4F7"/>
            <w:tcMar>
              <w:top w:w="80" w:type="dxa"/>
              <w:left w:w="120" w:type="dxa"/>
              <w:bottom w:w="80" w:type="dxa"/>
              <w:right w:w="120" w:type="dxa"/>
            </w:tcMar>
            <w:vAlign w:val="center"/>
          </w:tcPr>
          <w:p w14:paraId="3735E438" w14:textId="77777777" w:rsidR="009E11EE" w:rsidRDefault="00000000">
            <w:pPr>
              <w:spacing w:after="0" w:line="240" w:lineRule="auto"/>
            </w:pPr>
            <w:r>
              <w:rPr>
                <w:sz w:val="16"/>
              </w:rPr>
              <w:t>TRENWORD</w:t>
            </w:r>
          </w:p>
        </w:tc>
      </w:tr>
      <w:tr w:rsidR="009E11EE" w14:paraId="2FEB014F" w14:textId="77777777">
        <w:tc>
          <w:tcPr>
            <w:tcW w:w="600" w:type="dxa"/>
            <w:tcMar>
              <w:top w:w="80" w:type="dxa"/>
              <w:left w:w="120" w:type="dxa"/>
              <w:bottom w:w="80" w:type="dxa"/>
              <w:right w:w="120" w:type="dxa"/>
            </w:tcMar>
            <w:vAlign w:val="center"/>
          </w:tcPr>
          <w:p w14:paraId="57D164AD" w14:textId="77777777" w:rsidR="009E11EE" w:rsidRDefault="00000000">
            <w:pPr>
              <w:spacing w:after="0" w:line="240" w:lineRule="auto"/>
              <w:jc w:val="center"/>
            </w:pPr>
            <w:r>
              <w:rPr>
                <w:sz w:val="16"/>
              </w:rPr>
              <w:lastRenderedPageBreak/>
              <w:t>3</w:t>
            </w:r>
          </w:p>
        </w:tc>
        <w:tc>
          <w:tcPr>
            <w:tcW w:w="3560" w:type="dxa"/>
            <w:tcMar>
              <w:top w:w="80" w:type="dxa"/>
              <w:left w:w="120" w:type="dxa"/>
              <w:bottom w:w="80" w:type="dxa"/>
              <w:right w:w="120" w:type="dxa"/>
            </w:tcMar>
            <w:vAlign w:val="center"/>
          </w:tcPr>
          <w:p w14:paraId="17102508" w14:textId="77777777" w:rsidR="009E11EE" w:rsidRDefault="00000000">
            <w:pPr>
              <w:spacing w:after="0" w:line="240" w:lineRule="auto"/>
            </w:pPr>
            <w:r>
              <w:rPr>
                <w:sz w:val="16"/>
              </w:rPr>
              <w:t>PT 05</w:t>
            </w:r>
          </w:p>
        </w:tc>
        <w:tc>
          <w:tcPr>
            <w:tcW w:w="2000" w:type="dxa"/>
            <w:tcMar>
              <w:top w:w="80" w:type="dxa"/>
              <w:left w:w="120" w:type="dxa"/>
              <w:bottom w:w="80" w:type="dxa"/>
              <w:right w:w="120" w:type="dxa"/>
            </w:tcMar>
            <w:vAlign w:val="center"/>
          </w:tcPr>
          <w:p w14:paraId="616951C3" w14:textId="77777777" w:rsidR="009E11EE" w:rsidRDefault="00000000">
            <w:pPr>
              <w:spacing w:after="0" w:line="240" w:lineRule="auto"/>
            </w:pPr>
            <w:r>
              <w:rPr>
                <w:sz w:val="16"/>
              </w:rPr>
              <w:t>DY</w:t>
            </w:r>
          </w:p>
        </w:tc>
        <w:tc>
          <w:tcPr>
            <w:tcW w:w="1200" w:type="dxa"/>
            <w:tcMar>
              <w:top w:w="80" w:type="dxa"/>
              <w:left w:w="120" w:type="dxa"/>
              <w:bottom w:w="80" w:type="dxa"/>
              <w:right w:w="120" w:type="dxa"/>
            </w:tcMar>
            <w:vAlign w:val="center"/>
          </w:tcPr>
          <w:p w14:paraId="207285FA"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648A7D04" w14:textId="77777777" w:rsidR="009E11EE" w:rsidRDefault="00000000">
            <w:pPr>
              <w:spacing w:after="0" w:line="240" w:lineRule="auto"/>
            </w:pPr>
            <w:r>
              <w:rPr>
                <w:sz w:val="16"/>
              </w:rPr>
              <w:t>TRENWORD</w:t>
            </w:r>
          </w:p>
        </w:tc>
      </w:tr>
      <w:tr w:rsidR="009E11EE" w14:paraId="424E1BA7" w14:textId="77777777">
        <w:tc>
          <w:tcPr>
            <w:tcW w:w="600" w:type="dxa"/>
            <w:shd w:val="clear" w:color="auto" w:fill="F2F4F7"/>
            <w:tcMar>
              <w:top w:w="80" w:type="dxa"/>
              <w:left w:w="120" w:type="dxa"/>
              <w:bottom w:w="80" w:type="dxa"/>
              <w:right w:w="120" w:type="dxa"/>
            </w:tcMar>
            <w:vAlign w:val="center"/>
          </w:tcPr>
          <w:p w14:paraId="659DFB07" w14:textId="77777777" w:rsidR="009E11EE" w:rsidRDefault="00000000">
            <w:pPr>
              <w:spacing w:after="0" w:line="240" w:lineRule="auto"/>
              <w:jc w:val="center"/>
            </w:pPr>
            <w:r>
              <w:rPr>
                <w:sz w:val="16"/>
              </w:rPr>
              <w:t>4</w:t>
            </w:r>
          </w:p>
        </w:tc>
        <w:tc>
          <w:tcPr>
            <w:tcW w:w="3560" w:type="dxa"/>
            <w:shd w:val="clear" w:color="auto" w:fill="F2F4F7"/>
            <w:tcMar>
              <w:top w:w="80" w:type="dxa"/>
              <w:left w:w="120" w:type="dxa"/>
              <w:bottom w:w="80" w:type="dxa"/>
              <w:right w:w="120" w:type="dxa"/>
            </w:tcMar>
            <w:vAlign w:val="center"/>
          </w:tcPr>
          <w:p w14:paraId="78B438BF" w14:textId="77777777" w:rsidR="009E11EE" w:rsidRDefault="00000000">
            <w:pPr>
              <w:spacing w:after="0" w:line="240" w:lineRule="auto"/>
            </w:pPr>
            <w:r>
              <w:rPr>
                <w:sz w:val="16"/>
              </w:rPr>
              <w:t>PT 06</w:t>
            </w:r>
          </w:p>
        </w:tc>
        <w:tc>
          <w:tcPr>
            <w:tcW w:w="2000" w:type="dxa"/>
            <w:shd w:val="clear" w:color="auto" w:fill="F2F4F7"/>
            <w:tcMar>
              <w:top w:w="80" w:type="dxa"/>
              <w:left w:w="120" w:type="dxa"/>
              <w:bottom w:w="80" w:type="dxa"/>
              <w:right w:w="120" w:type="dxa"/>
            </w:tcMar>
            <w:vAlign w:val="center"/>
          </w:tcPr>
          <w:p w14:paraId="34F1E53C" w14:textId="77777777" w:rsidR="009E11EE" w:rsidRDefault="00000000">
            <w:pPr>
              <w:spacing w:after="0" w:line="240" w:lineRule="auto"/>
            </w:pPr>
            <w:r>
              <w:rPr>
                <w:sz w:val="16"/>
              </w:rPr>
              <w:t>DY</w:t>
            </w:r>
          </w:p>
        </w:tc>
        <w:tc>
          <w:tcPr>
            <w:tcW w:w="1200" w:type="dxa"/>
            <w:shd w:val="clear" w:color="auto" w:fill="F2F4F7"/>
            <w:tcMar>
              <w:top w:w="80" w:type="dxa"/>
              <w:left w:w="120" w:type="dxa"/>
              <w:bottom w:w="80" w:type="dxa"/>
              <w:right w:w="120" w:type="dxa"/>
            </w:tcMar>
            <w:vAlign w:val="center"/>
          </w:tcPr>
          <w:p w14:paraId="3EF3ED5D" w14:textId="77777777" w:rsidR="009E11EE" w:rsidRDefault="00000000">
            <w:pPr>
              <w:spacing w:after="0" w:line="240" w:lineRule="auto"/>
              <w:jc w:val="center"/>
            </w:pPr>
            <w:r>
              <w:rPr>
                <w:sz w:val="16"/>
              </w:rPr>
              <w:t>Mới</w:t>
            </w:r>
          </w:p>
        </w:tc>
        <w:tc>
          <w:tcPr>
            <w:tcW w:w="2000" w:type="dxa"/>
            <w:shd w:val="clear" w:color="auto" w:fill="F2F4F7"/>
            <w:tcMar>
              <w:top w:w="80" w:type="dxa"/>
              <w:left w:w="120" w:type="dxa"/>
              <w:bottom w:w="80" w:type="dxa"/>
              <w:right w:w="120" w:type="dxa"/>
            </w:tcMar>
            <w:vAlign w:val="center"/>
          </w:tcPr>
          <w:p w14:paraId="2EE5D5F6" w14:textId="77777777" w:rsidR="009E11EE" w:rsidRDefault="00000000">
            <w:pPr>
              <w:spacing w:after="0" w:line="240" w:lineRule="auto"/>
            </w:pPr>
            <w:r>
              <w:rPr>
                <w:sz w:val="16"/>
              </w:rPr>
              <w:t>TRENWORD</w:t>
            </w:r>
          </w:p>
        </w:tc>
      </w:tr>
    </w:tbl>
    <w:p w14:paraId="4987B4FA" w14:textId="77777777" w:rsidR="009E11EE" w:rsidRDefault="009E11EE">
      <w:pPr>
        <w:spacing w:after="0"/>
      </w:pPr>
    </w:p>
    <w:p w14:paraId="7636B674" w14:textId="77777777" w:rsidR="009E11EE" w:rsidRDefault="00000000">
      <w:pPr>
        <w:pStyle w:val="Heading2"/>
      </w:pPr>
      <w:r>
        <w:rPr>
          <w:rFonts w:ascii="Arial" w:hAnsi="Arial"/>
        </w:rPr>
        <w:t>4.12. Trương Công Minh</w:t>
      </w:r>
    </w:p>
    <w:p w14:paraId="2C0285F7" w14:textId="77777777" w:rsidR="009E11EE" w:rsidRDefault="00000000">
      <w:r>
        <w:rPr>
          <w:b/>
          <w:sz w:val="18"/>
        </w:rPr>
        <w:t xml:space="preserve">Tổng: </w:t>
      </w:r>
      <w:r>
        <w:rPr>
          <w:sz w:val="18"/>
        </w:rPr>
        <w:t>4</w:t>
      </w:r>
      <w:r>
        <w:rPr>
          <w:b/>
          <w:sz w:val="18"/>
        </w:rPr>
        <w:t xml:space="preserve">  |  Mới: </w:t>
      </w:r>
      <w:r>
        <w:rPr>
          <w:sz w:val="18"/>
        </w:rPr>
        <w:t>4</w:t>
      </w:r>
      <w:r>
        <w:rPr>
          <w:b/>
          <w:sz w:val="18"/>
        </w:rPr>
        <w:t xml:space="preserve">  |  Bộ: </w:t>
      </w:r>
      <w:r>
        <w:rPr>
          <w:sz w:val="18"/>
        </w:rPr>
        <w:t>0</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748A82B7" w14:textId="77777777">
        <w:trPr>
          <w:tblHeader/>
        </w:trPr>
        <w:tc>
          <w:tcPr>
            <w:tcW w:w="600" w:type="dxa"/>
            <w:shd w:val="clear" w:color="auto" w:fill="1F4E78"/>
            <w:tcMar>
              <w:top w:w="80" w:type="dxa"/>
              <w:left w:w="120" w:type="dxa"/>
              <w:bottom w:w="80" w:type="dxa"/>
              <w:right w:w="120" w:type="dxa"/>
            </w:tcMar>
            <w:vAlign w:val="center"/>
          </w:tcPr>
          <w:p w14:paraId="77DA1817"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04DB0F83"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62EED075"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7EBFF75C"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258182FA" w14:textId="77777777" w:rsidR="009E11EE" w:rsidRDefault="00000000">
            <w:pPr>
              <w:spacing w:after="0"/>
              <w:jc w:val="center"/>
            </w:pPr>
            <w:r>
              <w:rPr>
                <w:b/>
                <w:color w:val="FFFFFF"/>
                <w:sz w:val="17"/>
              </w:rPr>
              <w:t>Nhà máy</w:t>
            </w:r>
          </w:p>
        </w:tc>
      </w:tr>
      <w:tr w:rsidR="009E11EE" w14:paraId="454E9BA6" w14:textId="77777777">
        <w:tc>
          <w:tcPr>
            <w:tcW w:w="600" w:type="dxa"/>
            <w:tcMar>
              <w:top w:w="80" w:type="dxa"/>
              <w:left w:w="120" w:type="dxa"/>
              <w:bottom w:w="80" w:type="dxa"/>
              <w:right w:w="120" w:type="dxa"/>
            </w:tcMar>
            <w:vAlign w:val="center"/>
          </w:tcPr>
          <w:p w14:paraId="00C594C7"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36E95828" w14:textId="77777777" w:rsidR="009E11EE" w:rsidRDefault="00000000">
            <w:pPr>
              <w:spacing w:after="0" w:line="240" w:lineRule="auto"/>
            </w:pPr>
            <w:r>
              <w:rPr>
                <w:sz w:val="16"/>
              </w:rPr>
              <w:t>WD 01</w:t>
            </w:r>
          </w:p>
        </w:tc>
        <w:tc>
          <w:tcPr>
            <w:tcW w:w="2000" w:type="dxa"/>
            <w:tcMar>
              <w:top w:w="80" w:type="dxa"/>
              <w:left w:w="120" w:type="dxa"/>
              <w:bottom w:w="80" w:type="dxa"/>
              <w:right w:w="120" w:type="dxa"/>
            </w:tcMar>
            <w:vAlign w:val="center"/>
          </w:tcPr>
          <w:p w14:paraId="30E7C369" w14:textId="77777777" w:rsidR="009E11EE" w:rsidRDefault="00000000">
            <w:pPr>
              <w:spacing w:after="0" w:line="240" w:lineRule="auto"/>
            </w:pPr>
            <w:r>
              <w:rPr>
                <w:sz w:val="16"/>
              </w:rPr>
              <w:t>AN PHÁT CƯỜNG</w:t>
            </w:r>
          </w:p>
        </w:tc>
        <w:tc>
          <w:tcPr>
            <w:tcW w:w="1200" w:type="dxa"/>
            <w:tcMar>
              <w:top w:w="80" w:type="dxa"/>
              <w:left w:w="120" w:type="dxa"/>
              <w:bottom w:w="80" w:type="dxa"/>
              <w:right w:w="120" w:type="dxa"/>
            </w:tcMar>
            <w:vAlign w:val="center"/>
          </w:tcPr>
          <w:p w14:paraId="46406005"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2EB08798" w14:textId="77777777" w:rsidR="009E11EE" w:rsidRDefault="00000000">
            <w:pPr>
              <w:spacing w:after="0" w:line="240" w:lineRule="auto"/>
            </w:pPr>
            <w:r>
              <w:rPr>
                <w:sz w:val="16"/>
              </w:rPr>
              <w:t>AN PHÁT CƯỜNG</w:t>
            </w:r>
          </w:p>
        </w:tc>
      </w:tr>
      <w:tr w:rsidR="009E11EE" w14:paraId="6FF1444A" w14:textId="77777777">
        <w:tc>
          <w:tcPr>
            <w:tcW w:w="600" w:type="dxa"/>
            <w:shd w:val="clear" w:color="auto" w:fill="F2F4F7"/>
            <w:tcMar>
              <w:top w:w="80" w:type="dxa"/>
              <w:left w:w="120" w:type="dxa"/>
              <w:bottom w:w="80" w:type="dxa"/>
              <w:right w:w="120" w:type="dxa"/>
            </w:tcMar>
            <w:vAlign w:val="center"/>
          </w:tcPr>
          <w:p w14:paraId="73B60971"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29952199" w14:textId="77777777" w:rsidR="009E11EE" w:rsidRDefault="00000000">
            <w:pPr>
              <w:spacing w:after="0" w:line="240" w:lineRule="auto"/>
            </w:pPr>
            <w:r>
              <w:rPr>
                <w:sz w:val="16"/>
              </w:rPr>
              <w:t>APC 03</w:t>
            </w:r>
          </w:p>
        </w:tc>
        <w:tc>
          <w:tcPr>
            <w:tcW w:w="2000" w:type="dxa"/>
            <w:shd w:val="clear" w:color="auto" w:fill="F2F4F7"/>
            <w:tcMar>
              <w:top w:w="80" w:type="dxa"/>
              <w:left w:w="120" w:type="dxa"/>
              <w:bottom w:w="80" w:type="dxa"/>
              <w:right w:w="120" w:type="dxa"/>
            </w:tcMar>
            <w:vAlign w:val="center"/>
          </w:tcPr>
          <w:p w14:paraId="5936B3A3" w14:textId="77777777" w:rsidR="009E11EE" w:rsidRDefault="00000000">
            <w:pPr>
              <w:spacing w:after="0" w:line="240" w:lineRule="auto"/>
            </w:pPr>
            <w:r>
              <w:rPr>
                <w:sz w:val="16"/>
              </w:rPr>
              <w:t>AN PHÁT CƯỜNG</w:t>
            </w:r>
          </w:p>
        </w:tc>
        <w:tc>
          <w:tcPr>
            <w:tcW w:w="1200" w:type="dxa"/>
            <w:shd w:val="clear" w:color="auto" w:fill="F2F4F7"/>
            <w:tcMar>
              <w:top w:w="80" w:type="dxa"/>
              <w:left w:w="120" w:type="dxa"/>
              <w:bottom w:w="80" w:type="dxa"/>
              <w:right w:w="120" w:type="dxa"/>
            </w:tcMar>
            <w:vAlign w:val="center"/>
          </w:tcPr>
          <w:p w14:paraId="229651E1" w14:textId="77777777" w:rsidR="009E11EE" w:rsidRDefault="00000000">
            <w:pPr>
              <w:spacing w:after="0" w:line="240" w:lineRule="auto"/>
              <w:jc w:val="center"/>
            </w:pPr>
            <w:r>
              <w:rPr>
                <w:sz w:val="16"/>
              </w:rPr>
              <w:t>Mới</w:t>
            </w:r>
          </w:p>
        </w:tc>
        <w:tc>
          <w:tcPr>
            <w:tcW w:w="2000" w:type="dxa"/>
            <w:shd w:val="clear" w:color="auto" w:fill="F2F4F7"/>
            <w:tcMar>
              <w:top w:w="80" w:type="dxa"/>
              <w:left w:w="120" w:type="dxa"/>
              <w:bottom w:w="80" w:type="dxa"/>
              <w:right w:w="120" w:type="dxa"/>
            </w:tcMar>
            <w:vAlign w:val="center"/>
          </w:tcPr>
          <w:p w14:paraId="7BCFDA29" w14:textId="77777777" w:rsidR="009E11EE" w:rsidRDefault="00000000">
            <w:pPr>
              <w:spacing w:after="0" w:line="240" w:lineRule="auto"/>
            </w:pPr>
            <w:r>
              <w:rPr>
                <w:sz w:val="16"/>
              </w:rPr>
              <w:t>AN PHÁT CƯỜNG</w:t>
            </w:r>
          </w:p>
        </w:tc>
      </w:tr>
      <w:tr w:rsidR="009E11EE" w14:paraId="366E4A4A" w14:textId="77777777">
        <w:tc>
          <w:tcPr>
            <w:tcW w:w="600" w:type="dxa"/>
            <w:tcMar>
              <w:top w:w="80" w:type="dxa"/>
              <w:left w:w="120" w:type="dxa"/>
              <w:bottom w:w="80" w:type="dxa"/>
              <w:right w:w="120" w:type="dxa"/>
            </w:tcMar>
            <w:vAlign w:val="center"/>
          </w:tcPr>
          <w:p w14:paraId="15D5AC38" w14:textId="77777777" w:rsidR="009E11EE" w:rsidRDefault="00000000">
            <w:pPr>
              <w:spacing w:after="0" w:line="240" w:lineRule="auto"/>
              <w:jc w:val="center"/>
            </w:pPr>
            <w:r>
              <w:rPr>
                <w:sz w:val="16"/>
              </w:rPr>
              <w:t>3</w:t>
            </w:r>
          </w:p>
        </w:tc>
        <w:tc>
          <w:tcPr>
            <w:tcW w:w="3560" w:type="dxa"/>
            <w:tcMar>
              <w:top w:w="80" w:type="dxa"/>
              <w:left w:w="120" w:type="dxa"/>
              <w:bottom w:w="80" w:type="dxa"/>
              <w:right w:w="120" w:type="dxa"/>
            </w:tcMar>
            <w:vAlign w:val="center"/>
          </w:tcPr>
          <w:p w14:paraId="413C9205" w14:textId="77777777" w:rsidR="009E11EE" w:rsidRDefault="00000000">
            <w:pPr>
              <w:spacing w:after="0" w:line="240" w:lineRule="auto"/>
            </w:pPr>
            <w:r>
              <w:rPr>
                <w:sz w:val="16"/>
              </w:rPr>
              <w:t>LK 4534A</w:t>
            </w:r>
          </w:p>
        </w:tc>
        <w:tc>
          <w:tcPr>
            <w:tcW w:w="2000" w:type="dxa"/>
            <w:tcMar>
              <w:top w:w="80" w:type="dxa"/>
              <w:left w:w="120" w:type="dxa"/>
              <w:bottom w:w="80" w:type="dxa"/>
              <w:right w:w="120" w:type="dxa"/>
            </w:tcMar>
            <w:vAlign w:val="center"/>
          </w:tcPr>
          <w:p w14:paraId="4BBAB410" w14:textId="77777777" w:rsidR="009E11EE" w:rsidRDefault="00000000">
            <w:pPr>
              <w:spacing w:after="0" w:line="240" w:lineRule="auto"/>
            </w:pPr>
            <w:r>
              <w:rPr>
                <w:sz w:val="16"/>
              </w:rPr>
              <w:t>AN PHÁT CƯỜNG</w:t>
            </w:r>
          </w:p>
        </w:tc>
        <w:tc>
          <w:tcPr>
            <w:tcW w:w="1200" w:type="dxa"/>
            <w:tcMar>
              <w:top w:w="80" w:type="dxa"/>
              <w:left w:w="120" w:type="dxa"/>
              <w:bottom w:w="80" w:type="dxa"/>
              <w:right w:w="120" w:type="dxa"/>
            </w:tcMar>
            <w:vAlign w:val="center"/>
          </w:tcPr>
          <w:p w14:paraId="549AB961"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4EC6A9D6" w14:textId="77777777" w:rsidR="009E11EE" w:rsidRDefault="00000000">
            <w:pPr>
              <w:spacing w:after="0" w:line="240" w:lineRule="auto"/>
            </w:pPr>
            <w:r>
              <w:rPr>
                <w:sz w:val="16"/>
              </w:rPr>
              <w:t>AN PHÁT CƯỜNG</w:t>
            </w:r>
          </w:p>
        </w:tc>
      </w:tr>
      <w:tr w:rsidR="009E11EE" w14:paraId="54ABE9D2" w14:textId="77777777">
        <w:tc>
          <w:tcPr>
            <w:tcW w:w="600" w:type="dxa"/>
            <w:shd w:val="clear" w:color="auto" w:fill="F2F4F7"/>
            <w:tcMar>
              <w:top w:w="80" w:type="dxa"/>
              <w:left w:w="120" w:type="dxa"/>
              <w:bottom w:w="80" w:type="dxa"/>
              <w:right w:w="120" w:type="dxa"/>
            </w:tcMar>
            <w:vAlign w:val="center"/>
          </w:tcPr>
          <w:p w14:paraId="4024C0AA" w14:textId="77777777" w:rsidR="009E11EE" w:rsidRDefault="00000000">
            <w:pPr>
              <w:spacing w:after="0" w:line="240" w:lineRule="auto"/>
              <w:jc w:val="center"/>
            </w:pPr>
            <w:r>
              <w:rPr>
                <w:sz w:val="16"/>
              </w:rPr>
              <w:t>4</w:t>
            </w:r>
          </w:p>
        </w:tc>
        <w:tc>
          <w:tcPr>
            <w:tcW w:w="3560" w:type="dxa"/>
            <w:shd w:val="clear" w:color="auto" w:fill="F2F4F7"/>
            <w:tcMar>
              <w:top w:w="80" w:type="dxa"/>
              <w:left w:w="120" w:type="dxa"/>
              <w:bottom w:w="80" w:type="dxa"/>
              <w:right w:w="120" w:type="dxa"/>
            </w:tcMar>
            <w:vAlign w:val="center"/>
          </w:tcPr>
          <w:p w14:paraId="5D00140C" w14:textId="77777777" w:rsidR="009E11EE" w:rsidRDefault="00000000">
            <w:pPr>
              <w:spacing w:after="0" w:line="240" w:lineRule="auto"/>
            </w:pPr>
            <w:r>
              <w:rPr>
                <w:sz w:val="16"/>
              </w:rPr>
              <w:t>MÀU CPC05</w:t>
            </w:r>
          </w:p>
        </w:tc>
        <w:tc>
          <w:tcPr>
            <w:tcW w:w="2000" w:type="dxa"/>
            <w:shd w:val="clear" w:color="auto" w:fill="F2F4F7"/>
            <w:tcMar>
              <w:top w:w="80" w:type="dxa"/>
              <w:left w:w="120" w:type="dxa"/>
              <w:bottom w:w="80" w:type="dxa"/>
              <w:right w:w="120" w:type="dxa"/>
            </w:tcMar>
            <w:vAlign w:val="center"/>
          </w:tcPr>
          <w:p w14:paraId="670DE57A" w14:textId="77777777" w:rsidR="009E11EE" w:rsidRDefault="00000000">
            <w:pPr>
              <w:spacing w:after="0" w:line="240" w:lineRule="auto"/>
            </w:pPr>
            <w:r>
              <w:rPr>
                <w:sz w:val="16"/>
              </w:rPr>
              <w:t>AN PHÁT CƯỜNG</w:t>
            </w:r>
          </w:p>
        </w:tc>
        <w:tc>
          <w:tcPr>
            <w:tcW w:w="1200" w:type="dxa"/>
            <w:shd w:val="clear" w:color="auto" w:fill="F2F4F7"/>
            <w:tcMar>
              <w:top w:w="80" w:type="dxa"/>
              <w:left w:w="120" w:type="dxa"/>
              <w:bottom w:w="80" w:type="dxa"/>
              <w:right w:w="120" w:type="dxa"/>
            </w:tcMar>
            <w:vAlign w:val="center"/>
          </w:tcPr>
          <w:p w14:paraId="1B296059" w14:textId="77777777" w:rsidR="009E11EE" w:rsidRDefault="00000000">
            <w:pPr>
              <w:spacing w:after="0" w:line="240" w:lineRule="auto"/>
              <w:jc w:val="center"/>
            </w:pPr>
            <w:r>
              <w:rPr>
                <w:sz w:val="16"/>
              </w:rPr>
              <w:t>Mới</w:t>
            </w:r>
          </w:p>
        </w:tc>
        <w:tc>
          <w:tcPr>
            <w:tcW w:w="2000" w:type="dxa"/>
            <w:shd w:val="clear" w:color="auto" w:fill="F2F4F7"/>
            <w:tcMar>
              <w:top w:w="80" w:type="dxa"/>
              <w:left w:w="120" w:type="dxa"/>
              <w:bottom w:w="80" w:type="dxa"/>
              <w:right w:w="120" w:type="dxa"/>
            </w:tcMar>
            <w:vAlign w:val="center"/>
          </w:tcPr>
          <w:p w14:paraId="1D6206CF" w14:textId="77777777" w:rsidR="009E11EE" w:rsidRDefault="00000000">
            <w:pPr>
              <w:spacing w:after="0" w:line="240" w:lineRule="auto"/>
            </w:pPr>
            <w:r>
              <w:rPr>
                <w:sz w:val="16"/>
              </w:rPr>
              <w:t>AN PHÁT CƯỜNG</w:t>
            </w:r>
          </w:p>
        </w:tc>
      </w:tr>
    </w:tbl>
    <w:p w14:paraId="62360716" w14:textId="77777777" w:rsidR="009E11EE" w:rsidRDefault="009E11EE">
      <w:pPr>
        <w:spacing w:after="0"/>
      </w:pPr>
    </w:p>
    <w:p w14:paraId="4DBAC31D" w14:textId="77777777" w:rsidR="009E11EE" w:rsidRDefault="00000000">
      <w:pPr>
        <w:pStyle w:val="Heading2"/>
      </w:pPr>
      <w:r>
        <w:rPr>
          <w:rFonts w:ascii="Arial" w:hAnsi="Arial"/>
        </w:rPr>
        <w:t>4.13. Võ Quốc Khởi</w:t>
      </w:r>
    </w:p>
    <w:p w14:paraId="10DC0D80" w14:textId="77777777" w:rsidR="009E11EE" w:rsidRDefault="00000000">
      <w:r>
        <w:rPr>
          <w:b/>
          <w:sz w:val="18"/>
        </w:rPr>
        <w:t xml:space="preserve">Tổng: </w:t>
      </w:r>
      <w:r>
        <w:rPr>
          <w:sz w:val="18"/>
        </w:rPr>
        <w:t>4</w:t>
      </w:r>
      <w:r>
        <w:rPr>
          <w:b/>
          <w:sz w:val="18"/>
        </w:rPr>
        <w:t xml:space="preserve">  |  Mới: </w:t>
      </w:r>
      <w:r>
        <w:rPr>
          <w:sz w:val="18"/>
        </w:rPr>
        <w:t>3</w:t>
      </w:r>
      <w:r>
        <w:rPr>
          <w:b/>
          <w:sz w:val="18"/>
        </w:rPr>
        <w:t xml:space="preserve">  |  Bộ: </w:t>
      </w:r>
      <w:r>
        <w:rPr>
          <w:sz w:val="18"/>
        </w:rPr>
        <w:t>0</w:t>
      </w:r>
      <w:r>
        <w:rPr>
          <w:b/>
          <w:sz w:val="18"/>
        </w:rPr>
        <w:t xml:space="preserve">  |  Nhân: </w:t>
      </w:r>
      <w:r>
        <w:rPr>
          <w:sz w:val="18"/>
        </w:rPr>
        <w:t>1</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6943469D" w14:textId="77777777">
        <w:trPr>
          <w:tblHeader/>
        </w:trPr>
        <w:tc>
          <w:tcPr>
            <w:tcW w:w="600" w:type="dxa"/>
            <w:shd w:val="clear" w:color="auto" w:fill="1F4E78"/>
            <w:tcMar>
              <w:top w:w="80" w:type="dxa"/>
              <w:left w:w="120" w:type="dxa"/>
              <w:bottom w:w="80" w:type="dxa"/>
              <w:right w:w="120" w:type="dxa"/>
            </w:tcMar>
            <w:vAlign w:val="center"/>
          </w:tcPr>
          <w:p w14:paraId="64FE926F"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1544893D"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0151A5A2"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344BDB5E"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5D2B82BC" w14:textId="77777777" w:rsidR="009E11EE" w:rsidRDefault="00000000">
            <w:pPr>
              <w:spacing w:after="0"/>
              <w:jc w:val="center"/>
            </w:pPr>
            <w:r>
              <w:rPr>
                <w:b/>
                <w:color w:val="FFFFFF"/>
                <w:sz w:val="17"/>
              </w:rPr>
              <w:t>Nhà máy</w:t>
            </w:r>
          </w:p>
        </w:tc>
      </w:tr>
      <w:tr w:rsidR="009E11EE" w14:paraId="3FFF87B9" w14:textId="77777777">
        <w:tc>
          <w:tcPr>
            <w:tcW w:w="600" w:type="dxa"/>
            <w:tcMar>
              <w:top w:w="80" w:type="dxa"/>
              <w:left w:w="120" w:type="dxa"/>
              <w:bottom w:w="80" w:type="dxa"/>
              <w:right w:w="120" w:type="dxa"/>
            </w:tcMar>
            <w:vAlign w:val="center"/>
          </w:tcPr>
          <w:p w14:paraId="54F8F529"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6DE216F5" w14:textId="77777777" w:rsidR="009E11EE" w:rsidRDefault="00000000">
            <w:pPr>
              <w:spacing w:after="0" w:line="240" w:lineRule="auto"/>
            </w:pPr>
            <w:r>
              <w:rPr>
                <w:sz w:val="16"/>
              </w:rPr>
              <w:t>ART 190622 TPG</w:t>
            </w:r>
          </w:p>
        </w:tc>
        <w:tc>
          <w:tcPr>
            <w:tcW w:w="2000" w:type="dxa"/>
            <w:tcMar>
              <w:top w:w="80" w:type="dxa"/>
              <w:left w:w="120" w:type="dxa"/>
              <w:bottom w:w="80" w:type="dxa"/>
              <w:right w:w="120" w:type="dxa"/>
            </w:tcMar>
            <w:vAlign w:val="center"/>
          </w:tcPr>
          <w:p w14:paraId="1597B8E1" w14:textId="77777777" w:rsidR="009E11EE" w:rsidRDefault="00000000">
            <w:pPr>
              <w:spacing w:after="0" w:line="240" w:lineRule="auto"/>
            </w:pPr>
            <w:r>
              <w:rPr>
                <w:sz w:val="16"/>
              </w:rPr>
              <w:t>Art</w:t>
            </w:r>
          </w:p>
        </w:tc>
        <w:tc>
          <w:tcPr>
            <w:tcW w:w="1200" w:type="dxa"/>
            <w:tcMar>
              <w:top w:w="80" w:type="dxa"/>
              <w:left w:w="120" w:type="dxa"/>
              <w:bottom w:w="80" w:type="dxa"/>
              <w:right w:w="120" w:type="dxa"/>
            </w:tcMar>
            <w:vAlign w:val="center"/>
          </w:tcPr>
          <w:p w14:paraId="789C5D96"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21BF3922" w14:textId="77777777" w:rsidR="009E11EE" w:rsidRDefault="00000000">
            <w:pPr>
              <w:spacing w:after="0" w:line="240" w:lineRule="auto"/>
            </w:pPr>
            <w:r>
              <w:rPr>
                <w:sz w:val="16"/>
              </w:rPr>
              <w:t>TRƯỜNG THÀNH</w:t>
            </w:r>
          </w:p>
        </w:tc>
      </w:tr>
      <w:tr w:rsidR="009E11EE" w14:paraId="1E0BF6B3" w14:textId="77777777">
        <w:tc>
          <w:tcPr>
            <w:tcW w:w="600" w:type="dxa"/>
            <w:shd w:val="clear" w:color="auto" w:fill="F2F4F7"/>
            <w:tcMar>
              <w:top w:w="80" w:type="dxa"/>
              <w:left w:w="120" w:type="dxa"/>
              <w:bottom w:w="80" w:type="dxa"/>
              <w:right w:w="120" w:type="dxa"/>
            </w:tcMar>
            <w:vAlign w:val="center"/>
          </w:tcPr>
          <w:p w14:paraId="49068ACA"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1B074545" w14:textId="77777777" w:rsidR="009E11EE" w:rsidRDefault="00000000">
            <w:pPr>
              <w:spacing w:after="0" w:line="240" w:lineRule="auto"/>
            </w:pPr>
            <w:r>
              <w:rPr>
                <w:sz w:val="16"/>
              </w:rPr>
              <w:t>ART 194229 TPG</w:t>
            </w:r>
          </w:p>
        </w:tc>
        <w:tc>
          <w:tcPr>
            <w:tcW w:w="2000" w:type="dxa"/>
            <w:shd w:val="clear" w:color="auto" w:fill="F2F4F7"/>
            <w:tcMar>
              <w:top w:w="80" w:type="dxa"/>
              <w:left w:w="120" w:type="dxa"/>
              <w:bottom w:w="80" w:type="dxa"/>
              <w:right w:w="120" w:type="dxa"/>
            </w:tcMar>
            <w:vAlign w:val="center"/>
          </w:tcPr>
          <w:p w14:paraId="00F93266" w14:textId="77777777" w:rsidR="009E11EE" w:rsidRDefault="00000000">
            <w:pPr>
              <w:spacing w:after="0" w:line="240" w:lineRule="auto"/>
            </w:pPr>
            <w:r>
              <w:rPr>
                <w:sz w:val="16"/>
              </w:rPr>
              <w:t>Art</w:t>
            </w:r>
          </w:p>
        </w:tc>
        <w:tc>
          <w:tcPr>
            <w:tcW w:w="1200" w:type="dxa"/>
            <w:shd w:val="clear" w:color="auto" w:fill="F2F4F7"/>
            <w:tcMar>
              <w:top w:w="80" w:type="dxa"/>
              <w:left w:w="120" w:type="dxa"/>
              <w:bottom w:w="80" w:type="dxa"/>
              <w:right w:w="120" w:type="dxa"/>
            </w:tcMar>
            <w:vAlign w:val="center"/>
          </w:tcPr>
          <w:p w14:paraId="730F2DB9" w14:textId="77777777" w:rsidR="009E11EE" w:rsidRDefault="00000000">
            <w:pPr>
              <w:spacing w:after="0" w:line="240" w:lineRule="auto"/>
              <w:jc w:val="center"/>
            </w:pPr>
            <w:r>
              <w:rPr>
                <w:sz w:val="16"/>
              </w:rPr>
              <w:t>Mới</w:t>
            </w:r>
          </w:p>
        </w:tc>
        <w:tc>
          <w:tcPr>
            <w:tcW w:w="2000" w:type="dxa"/>
            <w:shd w:val="clear" w:color="auto" w:fill="F2F4F7"/>
            <w:tcMar>
              <w:top w:w="80" w:type="dxa"/>
              <w:left w:w="120" w:type="dxa"/>
              <w:bottom w:w="80" w:type="dxa"/>
              <w:right w:w="120" w:type="dxa"/>
            </w:tcMar>
            <w:vAlign w:val="center"/>
          </w:tcPr>
          <w:p w14:paraId="2859F4AA" w14:textId="77777777" w:rsidR="009E11EE" w:rsidRDefault="00000000">
            <w:pPr>
              <w:spacing w:after="0" w:line="240" w:lineRule="auto"/>
            </w:pPr>
            <w:r>
              <w:rPr>
                <w:sz w:val="16"/>
              </w:rPr>
              <w:t>TRƯỜNG THÀNH</w:t>
            </w:r>
          </w:p>
        </w:tc>
      </w:tr>
      <w:tr w:rsidR="009E11EE" w14:paraId="1DAE8456" w14:textId="77777777">
        <w:tc>
          <w:tcPr>
            <w:tcW w:w="600" w:type="dxa"/>
            <w:tcMar>
              <w:top w:w="80" w:type="dxa"/>
              <w:left w:w="120" w:type="dxa"/>
              <w:bottom w:w="80" w:type="dxa"/>
              <w:right w:w="120" w:type="dxa"/>
            </w:tcMar>
            <w:vAlign w:val="center"/>
          </w:tcPr>
          <w:p w14:paraId="4C03FBCE" w14:textId="77777777" w:rsidR="009E11EE" w:rsidRDefault="00000000">
            <w:pPr>
              <w:spacing w:after="0" w:line="240" w:lineRule="auto"/>
              <w:jc w:val="center"/>
            </w:pPr>
            <w:r>
              <w:rPr>
                <w:sz w:val="16"/>
              </w:rPr>
              <w:t>3</w:t>
            </w:r>
          </w:p>
        </w:tc>
        <w:tc>
          <w:tcPr>
            <w:tcW w:w="3560" w:type="dxa"/>
            <w:tcMar>
              <w:top w:w="80" w:type="dxa"/>
              <w:left w:w="120" w:type="dxa"/>
              <w:bottom w:w="80" w:type="dxa"/>
              <w:right w:w="120" w:type="dxa"/>
            </w:tcMar>
            <w:vAlign w:val="center"/>
          </w:tcPr>
          <w:p w14:paraId="4FDFF250" w14:textId="77777777" w:rsidR="009E11EE" w:rsidRDefault="00000000">
            <w:pPr>
              <w:spacing w:after="0" w:line="240" w:lineRule="auto"/>
            </w:pPr>
            <w:r>
              <w:rPr>
                <w:sz w:val="16"/>
              </w:rPr>
              <w:t>ART 193912 TPG</w:t>
            </w:r>
          </w:p>
        </w:tc>
        <w:tc>
          <w:tcPr>
            <w:tcW w:w="2000" w:type="dxa"/>
            <w:tcMar>
              <w:top w:w="80" w:type="dxa"/>
              <w:left w:w="120" w:type="dxa"/>
              <w:bottom w:w="80" w:type="dxa"/>
              <w:right w:w="120" w:type="dxa"/>
            </w:tcMar>
            <w:vAlign w:val="center"/>
          </w:tcPr>
          <w:p w14:paraId="5D5FD727" w14:textId="77777777" w:rsidR="009E11EE" w:rsidRDefault="00000000">
            <w:pPr>
              <w:spacing w:after="0" w:line="240" w:lineRule="auto"/>
            </w:pPr>
            <w:r>
              <w:rPr>
                <w:sz w:val="16"/>
              </w:rPr>
              <w:t>ART</w:t>
            </w:r>
          </w:p>
        </w:tc>
        <w:tc>
          <w:tcPr>
            <w:tcW w:w="1200" w:type="dxa"/>
            <w:tcMar>
              <w:top w:w="80" w:type="dxa"/>
              <w:left w:w="120" w:type="dxa"/>
              <w:bottom w:w="80" w:type="dxa"/>
              <w:right w:w="120" w:type="dxa"/>
            </w:tcMar>
            <w:vAlign w:val="center"/>
          </w:tcPr>
          <w:p w14:paraId="40CDE92E"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367766C6" w14:textId="77777777" w:rsidR="009E11EE" w:rsidRDefault="00000000">
            <w:pPr>
              <w:spacing w:after="0" w:line="240" w:lineRule="auto"/>
            </w:pPr>
            <w:r>
              <w:rPr>
                <w:sz w:val="16"/>
              </w:rPr>
              <w:t>TRƯỜNG THÀNH</w:t>
            </w:r>
          </w:p>
        </w:tc>
      </w:tr>
      <w:tr w:rsidR="009E11EE" w14:paraId="2095E6AB" w14:textId="77777777">
        <w:tc>
          <w:tcPr>
            <w:tcW w:w="600" w:type="dxa"/>
            <w:shd w:val="clear" w:color="auto" w:fill="F2F4F7"/>
            <w:tcMar>
              <w:top w:w="80" w:type="dxa"/>
              <w:left w:w="120" w:type="dxa"/>
              <w:bottom w:w="80" w:type="dxa"/>
              <w:right w:w="120" w:type="dxa"/>
            </w:tcMar>
            <w:vAlign w:val="center"/>
          </w:tcPr>
          <w:p w14:paraId="4B1798E1" w14:textId="77777777" w:rsidR="009E11EE" w:rsidRDefault="00000000">
            <w:pPr>
              <w:spacing w:after="0" w:line="240" w:lineRule="auto"/>
              <w:jc w:val="center"/>
            </w:pPr>
            <w:r>
              <w:rPr>
                <w:sz w:val="16"/>
              </w:rPr>
              <w:t>4</w:t>
            </w:r>
          </w:p>
        </w:tc>
        <w:tc>
          <w:tcPr>
            <w:tcW w:w="3560" w:type="dxa"/>
            <w:shd w:val="clear" w:color="auto" w:fill="F2F4F7"/>
            <w:tcMar>
              <w:top w:w="80" w:type="dxa"/>
              <w:left w:w="120" w:type="dxa"/>
              <w:bottom w:w="80" w:type="dxa"/>
              <w:right w:w="120" w:type="dxa"/>
            </w:tcMar>
            <w:vAlign w:val="center"/>
          </w:tcPr>
          <w:p w14:paraId="6350CE12" w14:textId="77777777" w:rsidR="009E11EE" w:rsidRDefault="00000000">
            <w:pPr>
              <w:spacing w:after="0" w:line="240" w:lineRule="auto"/>
            </w:pPr>
            <w:r>
              <w:rPr>
                <w:sz w:val="16"/>
              </w:rPr>
              <w:t>ART BURL NU HONEY</w:t>
            </w:r>
          </w:p>
        </w:tc>
        <w:tc>
          <w:tcPr>
            <w:tcW w:w="2000" w:type="dxa"/>
            <w:shd w:val="clear" w:color="auto" w:fill="F2F4F7"/>
            <w:tcMar>
              <w:top w:w="80" w:type="dxa"/>
              <w:left w:w="120" w:type="dxa"/>
              <w:bottom w:w="80" w:type="dxa"/>
              <w:right w:w="120" w:type="dxa"/>
            </w:tcMar>
            <w:vAlign w:val="center"/>
          </w:tcPr>
          <w:p w14:paraId="2DFE7CAE" w14:textId="77777777" w:rsidR="009E11EE" w:rsidRDefault="00000000">
            <w:pPr>
              <w:spacing w:after="0" w:line="240" w:lineRule="auto"/>
            </w:pPr>
            <w:r>
              <w:rPr>
                <w:sz w:val="16"/>
              </w:rPr>
              <w:t>ART</w:t>
            </w:r>
          </w:p>
        </w:tc>
        <w:tc>
          <w:tcPr>
            <w:tcW w:w="1200" w:type="dxa"/>
            <w:shd w:val="clear" w:color="auto" w:fill="F2F4F7"/>
            <w:tcMar>
              <w:top w:w="80" w:type="dxa"/>
              <w:left w:w="120" w:type="dxa"/>
              <w:bottom w:w="80" w:type="dxa"/>
              <w:right w:w="120" w:type="dxa"/>
            </w:tcMar>
            <w:vAlign w:val="center"/>
          </w:tcPr>
          <w:p w14:paraId="1701E785" w14:textId="77777777" w:rsidR="009E11EE" w:rsidRDefault="00000000">
            <w:pPr>
              <w:spacing w:after="0" w:line="240" w:lineRule="auto"/>
              <w:jc w:val="center"/>
            </w:pPr>
            <w:r>
              <w:rPr>
                <w:sz w:val="16"/>
              </w:rPr>
              <w:t>Nhân</w:t>
            </w:r>
          </w:p>
        </w:tc>
        <w:tc>
          <w:tcPr>
            <w:tcW w:w="2000" w:type="dxa"/>
            <w:shd w:val="clear" w:color="auto" w:fill="F2F4F7"/>
            <w:tcMar>
              <w:top w:w="80" w:type="dxa"/>
              <w:left w:w="120" w:type="dxa"/>
              <w:bottom w:w="80" w:type="dxa"/>
              <w:right w:w="120" w:type="dxa"/>
            </w:tcMar>
            <w:vAlign w:val="center"/>
          </w:tcPr>
          <w:p w14:paraId="3F1B97A8" w14:textId="77777777" w:rsidR="009E11EE" w:rsidRDefault="00000000">
            <w:pPr>
              <w:spacing w:after="0" w:line="240" w:lineRule="auto"/>
            </w:pPr>
            <w:r>
              <w:rPr>
                <w:sz w:val="16"/>
              </w:rPr>
              <w:t>TRƯỜNG THÀNH</w:t>
            </w:r>
          </w:p>
        </w:tc>
      </w:tr>
    </w:tbl>
    <w:p w14:paraId="31BEF168" w14:textId="77777777" w:rsidR="009E11EE" w:rsidRDefault="009E11EE">
      <w:pPr>
        <w:spacing w:after="0"/>
      </w:pPr>
    </w:p>
    <w:p w14:paraId="054000F8" w14:textId="77777777" w:rsidR="009E11EE" w:rsidRDefault="00000000">
      <w:pPr>
        <w:pStyle w:val="Heading2"/>
      </w:pPr>
      <w:r>
        <w:rPr>
          <w:rFonts w:ascii="Arial" w:hAnsi="Arial"/>
        </w:rPr>
        <w:t>4.14. Hiên</w:t>
      </w:r>
    </w:p>
    <w:p w14:paraId="0371E9F0" w14:textId="77777777" w:rsidR="009E11EE" w:rsidRDefault="00000000">
      <w:r>
        <w:rPr>
          <w:b/>
          <w:sz w:val="18"/>
        </w:rPr>
        <w:t xml:space="preserve">Tổng: </w:t>
      </w:r>
      <w:r>
        <w:rPr>
          <w:sz w:val="18"/>
        </w:rPr>
        <w:t>3</w:t>
      </w:r>
      <w:r>
        <w:rPr>
          <w:b/>
          <w:sz w:val="18"/>
        </w:rPr>
        <w:t xml:space="preserve">  |  Mới: </w:t>
      </w:r>
      <w:r>
        <w:rPr>
          <w:sz w:val="18"/>
        </w:rPr>
        <w:t>0</w:t>
      </w:r>
      <w:r>
        <w:rPr>
          <w:b/>
          <w:sz w:val="18"/>
        </w:rPr>
        <w:t xml:space="preserve">  |  Bộ: </w:t>
      </w:r>
      <w:r>
        <w:rPr>
          <w:sz w:val="18"/>
        </w:rPr>
        <w:t>0</w:t>
      </w:r>
      <w:r>
        <w:rPr>
          <w:b/>
          <w:sz w:val="18"/>
        </w:rPr>
        <w:t xml:space="preserve">  |  Nhân: </w:t>
      </w:r>
      <w:r>
        <w:rPr>
          <w:sz w:val="18"/>
        </w:rPr>
        <w:t>3</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4F3224FD" w14:textId="77777777">
        <w:trPr>
          <w:tblHeader/>
        </w:trPr>
        <w:tc>
          <w:tcPr>
            <w:tcW w:w="600" w:type="dxa"/>
            <w:shd w:val="clear" w:color="auto" w:fill="1F4E78"/>
            <w:tcMar>
              <w:top w:w="80" w:type="dxa"/>
              <w:left w:w="120" w:type="dxa"/>
              <w:bottom w:w="80" w:type="dxa"/>
              <w:right w:w="120" w:type="dxa"/>
            </w:tcMar>
            <w:vAlign w:val="center"/>
          </w:tcPr>
          <w:p w14:paraId="4428465F"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58208E77"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740650E8"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315AC0C7"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01A26CBC" w14:textId="77777777" w:rsidR="009E11EE" w:rsidRDefault="00000000">
            <w:pPr>
              <w:spacing w:after="0"/>
              <w:jc w:val="center"/>
            </w:pPr>
            <w:r>
              <w:rPr>
                <w:b/>
                <w:color w:val="FFFFFF"/>
                <w:sz w:val="17"/>
              </w:rPr>
              <w:t>Nhà máy</w:t>
            </w:r>
          </w:p>
        </w:tc>
      </w:tr>
      <w:tr w:rsidR="009E11EE" w14:paraId="6D3FA92F" w14:textId="77777777">
        <w:tc>
          <w:tcPr>
            <w:tcW w:w="600" w:type="dxa"/>
            <w:tcMar>
              <w:top w:w="80" w:type="dxa"/>
              <w:left w:w="120" w:type="dxa"/>
              <w:bottom w:w="80" w:type="dxa"/>
              <w:right w:w="120" w:type="dxa"/>
            </w:tcMar>
            <w:vAlign w:val="center"/>
          </w:tcPr>
          <w:p w14:paraId="51C1DCB2"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153C755A" w14:textId="77777777" w:rsidR="009E11EE" w:rsidRDefault="00000000">
            <w:pPr>
              <w:spacing w:after="0" w:line="240" w:lineRule="auto"/>
            </w:pPr>
            <w:r>
              <w:rPr>
                <w:sz w:val="16"/>
              </w:rPr>
              <w:t>TVIET 242</w:t>
            </w:r>
          </w:p>
        </w:tc>
        <w:tc>
          <w:tcPr>
            <w:tcW w:w="2000" w:type="dxa"/>
            <w:tcMar>
              <w:top w:w="80" w:type="dxa"/>
              <w:left w:w="120" w:type="dxa"/>
              <w:bottom w:w="80" w:type="dxa"/>
              <w:right w:w="120" w:type="dxa"/>
            </w:tcMar>
            <w:vAlign w:val="center"/>
          </w:tcPr>
          <w:p w14:paraId="4B6ECB9F" w14:textId="77777777" w:rsidR="009E11EE" w:rsidRDefault="00000000">
            <w:pPr>
              <w:spacing w:after="0" w:line="240" w:lineRule="auto"/>
            </w:pPr>
            <w:r>
              <w:rPr>
                <w:sz w:val="16"/>
              </w:rPr>
              <w:t>Seawind</w:t>
            </w:r>
          </w:p>
        </w:tc>
        <w:tc>
          <w:tcPr>
            <w:tcW w:w="1200" w:type="dxa"/>
            <w:tcMar>
              <w:top w:w="80" w:type="dxa"/>
              <w:left w:w="120" w:type="dxa"/>
              <w:bottom w:w="80" w:type="dxa"/>
              <w:right w:w="120" w:type="dxa"/>
            </w:tcMar>
            <w:vAlign w:val="center"/>
          </w:tcPr>
          <w:p w14:paraId="74866900" w14:textId="77777777" w:rsidR="009E11EE" w:rsidRDefault="00000000">
            <w:pPr>
              <w:spacing w:after="0" w:line="240" w:lineRule="auto"/>
              <w:jc w:val="center"/>
            </w:pPr>
            <w:r>
              <w:rPr>
                <w:sz w:val="16"/>
              </w:rPr>
              <w:t>Nhân</w:t>
            </w:r>
          </w:p>
        </w:tc>
        <w:tc>
          <w:tcPr>
            <w:tcW w:w="2000" w:type="dxa"/>
            <w:tcMar>
              <w:top w:w="80" w:type="dxa"/>
              <w:left w:w="120" w:type="dxa"/>
              <w:bottom w:w="80" w:type="dxa"/>
              <w:right w:w="120" w:type="dxa"/>
            </w:tcMar>
            <w:vAlign w:val="center"/>
          </w:tcPr>
          <w:p w14:paraId="637727D3" w14:textId="77777777" w:rsidR="009E11EE" w:rsidRDefault="00000000">
            <w:pPr>
              <w:spacing w:after="0" w:line="240" w:lineRule="auto"/>
            </w:pPr>
            <w:r>
              <w:rPr>
                <w:sz w:val="16"/>
              </w:rPr>
              <w:t>THỊNH VIỆT 2&amp;3</w:t>
            </w:r>
          </w:p>
        </w:tc>
      </w:tr>
      <w:tr w:rsidR="009E11EE" w14:paraId="7BC11A06" w14:textId="77777777">
        <w:tc>
          <w:tcPr>
            <w:tcW w:w="600" w:type="dxa"/>
            <w:shd w:val="clear" w:color="auto" w:fill="F2F4F7"/>
            <w:tcMar>
              <w:top w:w="80" w:type="dxa"/>
              <w:left w:w="120" w:type="dxa"/>
              <w:bottom w:w="80" w:type="dxa"/>
              <w:right w:w="120" w:type="dxa"/>
            </w:tcMar>
            <w:vAlign w:val="center"/>
          </w:tcPr>
          <w:p w14:paraId="3E4A609E"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466960A5" w14:textId="77777777" w:rsidR="009E11EE" w:rsidRDefault="00000000">
            <w:pPr>
              <w:spacing w:after="0" w:line="240" w:lineRule="auto"/>
            </w:pPr>
            <w:r>
              <w:rPr>
                <w:sz w:val="16"/>
              </w:rPr>
              <w:t>TVIET 241</w:t>
            </w:r>
          </w:p>
        </w:tc>
        <w:tc>
          <w:tcPr>
            <w:tcW w:w="2000" w:type="dxa"/>
            <w:shd w:val="clear" w:color="auto" w:fill="F2F4F7"/>
            <w:tcMar>
              <w:top w:w="80" w:type="dxa"/>
              <w:left w:w="120" w:type="dxa"/>
              <w:bottom w:w="80" w:type="dxa"/>
              <w:right w:w="120" w:type="dxa"/>
            </w:tcMar>
            <w:vAlign w:val="center"/>
          </w:tcPr>
          <w:p w14:paraId="53AD6C36" w14:textId="77777777" w:rsidR="009E11EE" w:rsidRDefault="00000000">
            <w:pPr>
              <w:spacing w:after="0" w:line="240" w:lineRule="auto"/>
            </w:pPr>
            <w:r>
              <w:rPr>
                <w:sz w:val="16"/>
              </w:rPr>
              <w:t>Seawind</w:t>
            </w:r>
          </w:p>
        </w:tc>
        <w:tc>
          <w:tcPr>
            <w:tcW w:w="1200" w:type="dxa"/>
            <w:shd w:val="clear" w:color="auto" w:fill="F2F4F7"/>
            <w:tcMar>
              <w:top w:w="80" w:type="dxa"/>
              <w:left w:w="120" w:type="dxa"/>
              <w:bottom w:w="80" w:type="dxa"/>
              <w:right w:w="120" w:type="dxa"/>
            </w:tcMar>
            <w:vAlign w:val="center"/>
          </w:tcPr>
          <w:p w14:paraId="3F1D3E64" w14:textId="77777777" w:rsidR="009E11EE" w:rsidRDefault="00000000">
            <w:pPr>
              <w:spacing w:after="0" w:line="240" w:lineRule="auto"/>
              <w:jc w:val="center"/>
            </w:pPr>
            <w:r>
              <w:rPr>
                <w:sz w:val="16"/>
              </w:rPr>
              <w:t>Nhân</w:t>
            </w:r>
          </w:p>
        </w:tc>
        <w:tc>
          <w:tcPr>
            <w:tcW w:w="2000" w:type="dxa"/>
            <w:shd w:val="clear" w:color="auto" w:fill="F2F4F7"/>
            <w:tcMar>
              <w:top w:w="80" w:type="dxa"/>
              <w:left w:w="120" w:type="dxa"/>
              <w:bottom w:w="80" w:type="dxa"/>
              <w:right w:w="120" w:type="dxa"/>
            </w:tcMar>
            <w:vAlign w:val="center"/>
          </w:tcPr>
          <w:p w14:paraId="5FEF55F2" w14:textId="77777777" w:rsidR="009E11EE" w:rsidRDefault="00000000">
            <w:pPr>
              <w:spacing w:after="0" w:line="240" w:lineRule="auto"/>
            </w:pPr>
            <w:r>
              <w:rPr>
                <w:sz w:val="16"/>
              </w:rPr>
              <w:t>THỊNH VIỆT 2&amp;3</w:t>
            </w:r>
          </w:p>
        </w:tc>
      </w:tr>
      <w:tr w:rsidR="009E11EE" w14:paraId="45B0A00E" w14:textId="77777777">
        <w:tc>
          <w:tcPr>
            <w:tcW w:w="600" w:type="dxa"/>
            <w:tcMar>
              <w:top w:w="80" w:type="dxa"/>
              <w:left w:w="120" w:type="dxa"/>
              <w:bottom w:w="80" w:type="dxa"/>
              <w:right w:w="120" w:type="dxa"/>
            </w:tcMar>
            <w:vAlign w:val="center"/>
          </w:tcPr>
          <w:p w14:paraId="3A1054B6" w14:textId="77777777" w:rsidR="009E11EE" w:rsidRDefault="00000000">
            <w:pPr>
              <w:spacing w:after="0" w:line="240" w:lineRule="auto"/>
              <w:jc w:val="center"/>
            </w:pPr>
            <w:r>
              <w:rPr>
                <w:sz w:val="16"/>
              </w:rPr>
              <w:t>3</w:t>
            </w:r>
          </w:p>
        </w:tc>
        <w:tc>
          <w:tcPr>
            <w:tcW w:w="3560" w:type="dxa"/>
            <w:tcMar>
              <w:top w:w="80" w:type="dxa"/>
              <w:left w:w="120" w:type="dxa"/>
              <w:bottom w:w="80" w:type="dxa"/>
              <w:right w:w="120" w:type="dxa"/>
            </w:tcMar>
            <w:vAlign w:val="center"/>
          </w:tcPr>
          <w:p w14:paraId="1F8E9FC3" w14:textId="77777777" w:rsidR="009E11EE" w:rsidRDefault="00000000">
            <w:pPr>
              <w:spacing w:after="0" w:line="240" w:lineRule="auto"/>
            </w:pPr>
            <w:r>
              <w:rPr>
                <w:sz w:val="16"/>
              </w:rPr>
              <w:t>TVIET #3/11/22</w:t>
            </w:r>
          </w:p>
        </w:tc>
        <w:tc>
          <w:tcPr>
            <w:tcW w:w="2000" w:type="dxa"/>
            <w:tcMar>
              <w:top w:w="80" w:type="dxa"/>
              <w:left w:w="120" w:type="dxa"/>
              <w:bottom w:w="80" w:type="dxa"/>
              <w:right w:w="120" w:type="dxa"/>
            </w:tcMar>
            <w:vAlign w:val="center"/>
          </w:tcPr>
          <w:p w14:paraId="3D93C6EB" w14:textId="77777777" w:rsidR="009E11EE" w:rsidRDefault="00000000">
            <w:pPr>
              <w:spacing w:after="0" w:line="240" w:lineRule="auto"/>
            </w:pPr>
            <w:r>
              <w:rPr>
                <w:sz w:val="16"/>
              </w:rPr>
              <w:t>Seawind</w:t>
            </w:r>
          </w:p>
        </w:tc>
        <w:tc>
          <w:tcPr>
            <w:tcW w:w="1200" w:type="dxa"/>
            <w:tcMar>
              <w:top w:w="80" w:type="dxa"/>
              <w:left w:w="120" w:type="dxa"/>
              <w:bottom w:w="80" w:type="dxa"/>
              <w:right w:w="120" w:type="dxa"/>
            </w:tcMar>
            <w:vAlign w:val="center"/>
          </w:tcPr>
          <w:p w14:paraId="6942FF5C" w14:textId="77777777" w:rsidR="009E11EE" w:rsidRDefault="00000000">
            <w:pPr>
              <w:spacing w:after="0" w:line="240" w:lineRule="auto"/>
              <w:jc w:val="center"/>
            </w:pPr>
            <w:r>
              <w:rPr>
                <w:sz w:val="16"/>
              </w:rPr>
              <w:t>Nhân</w:t>
            </w:r>
          </w:p>
        </w:tc>
        <w:tc>
          <w:tcPr>
            <w:tcW w:w="2000" w:type="dxa"/>
            <w:tcMar>
              <w:top w:w="80" w:type="dxa"/>
              <w:left w:w="120" w:type="dxa"/>
              <w:bottom w:w="80" w:type="dxa"/>
              <w:right w:w="120" w:type="dxa"/>
            </w:tcMar>
            <w:vAlign w:val="center"/>
          </w:tcPr>
          <w:p w14:paraId="4A4B4C08" w14:textId="77777777" w:rsidR="009E11EE" w:rsidRDefault="00000000">
            <w:pPr>
              <w:spacing w:after="0" w:line="240" w:lineRule="auto"/>
            </w:pPr>
            <w:r>
              <w:rPr>
                <w:sz w:val="16"/>
              </w:rPr>
              <w:t>THỊNH VIỆT 2&amp;3</w:t>
            </w:r>
          </w:p>
        </w:tc>
      </w:tr>
    </w:tbl>
    <w:p w14:paraId="23F90810" w14:textId="77777777" w:rsidR="009E11EE" w:rsidRDefault="009E11EE">
      <w:pPr>
        <w:spacing w:after="0"/>
      </w:pPr>
    </w:p>
    <w:p w14:paraId="23B71286" w14:textId="77777777" w:rsidR="009E11EE" w:rsidRDefault="00000000">
      <w:pPr>
        <w:pStyle w:val="Heading2"/>
      </w:pPr>
      <w:r>
        <w:rPr>
          <w:rFonts w:ascii="Arial" w:hAnsi="Arial"/>
        </w:rPr>
        <w:t>4.15. LÂM HỒNG THÔNG , TRẦN VĂN TUẤN</w:t>
      </w:r>
    </w:p>
    <w:p w14:paraId="414E67CF" w14:textId="77777777" w:rsidR="009E11EE" w:rsidRDefault="00000000">
      <w:r>
        <w:rPr>
          <w:b/>
          <w:sz w:val="18"/>
        </w:rPr>
        <w:t xml:space="preserve">Tổng: </w:t>
      </w:r>
      <w:r>
        <w:rPr>
          <w:sz w:val="18"/>
        </w:rPr>
        <w:t>3</w:t>
      </w:r>
      <w:r>
        <w:rPr>
          <w:b/>
          <w:sz w:val="18"/>
        </w:rPr>
        <w:t xml:space="preserve">  |  Mới: </w:t>
      </w:r>
      <w:r>
        <w:rPr>
          <w:sz w:val="18"/>
        </w:rPr>
        <w:t>0</w:t>
      </w:r>
      <w:r>
        <w:rPr>
          <w:b/>
          <w:sz w:val="18"/>
        </w:rPr>
        <w:t xml:space="preserve">  |  Bộ: </w:t>
      </w:r>
      <w:r>
        <w:rPr>
          <w:sz w:val="18"/>
        </w:rPr>
        <w:t>3</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392F025E" w14:textId="77777777">
        <w:trPr>
          <w:tblHeader/>
        </w:trPr>
        <w:tc>
          <w:tcPr>
            <w:tcW w:w="600" w:type="dxa"/>
            <w:shd w:val="clear" w:color="auto" w:fill="1F4E78"/>
            <w:tcMar>
              <w:top w:w="80" w:type="dxa"/>
              <w:left w:w="120" w:type="dxa"/>
              <w:bottom w:w="80" w:type="dxa"/>
              <w:right w:w="120" w:type="dxa"/>
            </w:tcMar>
            <w:vAlign w:val="center"/>
          </w:tcPr>
          <w:p w14:paraId="77F154D3"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005020B0"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1D02A122"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08EC5ABE"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6E61CE2A" w14:textId="77777777" w:rsidR="009E11EE" w:rsidRDefault="00000000">
            <w:pPr>
              <w:spacing w:after="0"/>
              <w:jc w:val="center"/>
            </w:pPr>
            <w:r>
              <w:rPr>
                <w:b/>
                <w:color w:val="FFFFFF"/>
                <w:sz w:val="17"/>
              </w:rPr>
              <w:t>Nhà máy</w:t>
            </w:r>
          </w:p>
        </w:tc>
      </w:tr>
      <w:tr w:rsidR="009E11EE" w14:paraId="7047ACAB" w14:textId="77777777">
        <w:tc>
          <w:tcPr>
            <w:tcW w:w="600" w:type="dxa"/>
            <w:tcMar>
              <w:top w:w="80" w:type="dxa"/>
              <w:left w:w="120" w:type="dxa"/>
              <w:bottom w:w="80" w:type="dxa"/>
              <w:right w:w="120" w:type="dxa"/>
            </w:tcMar>
            <w:vAlign w:val="center"/>
          </w:tcPr>
          <w:p w14:paraId="5B7A9335"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086E47E7" w14:textId="77777777" w:rsidR="009E11EE" w:rsidRDefault="00000000">
            <w:pPr>
              <w:spacing w:after="0" w:line="240" w:lineRule="auto"/>
            </w:pPr>
            <w:r>
              <w:rPr>
                <w:sz w:val="16"/>
              </w:rPr>
              <w:t>Sc 103 br (Ghe ban)</w:t>
            </w:r>
          </w:p>
        </w:tc>
        <w:tc>
          <w:tcPr>
            <w:tcW w:w="2000" w:type="dxa"/>
            <w:tcMar>
              <w:top w:w="80" w:type="dxa"/>
              <w:left w:w="120" w:type="dxa"/>
              <w:bottom w:w="80" w:type="dxa"/>
              <w:right w:w="120" w:type="dxa"/>
            </w:tcMar>
            <w:vAlign w:val="center"/>
          </w:tcPr>
          <w:p w14:paraId="09C90EC3" w14:textId="77777777" w:rsidR="009E11EE" w:rsidRDefault="00000000">
            <w:pPr>
              <w:spacing w:after="0" w:line="240" w:lineRule="auto"/>
            </w:pPr>
            <w:r>
              <w:rPr>
                <w:sz w:val="16"/>
              </w:rPr>
              <w:t>Onlyone</w:t>
            </w:r>
          </w:p>
        </w:tc>
        <w:tc>
          <w:tcPr>
            <w:tcW w:w="1200" w:type="dxa"/>
            <w:tcMar>
              <w:top w:w="80" w:type="dxa"/>
              <w:left w:w="120" w:type="dxa"/>
              <w:bottom w:w="80" w:type="dxa"/>
              <w:right w:w="120" w:type="dxa"/>
            </w:tcMar>
            <w:vAlign w:val="center"/>
          </w:tcPr>
          <w:p w14:paraId="0147F7E8"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40FE2113" w14:textId="77777777" w:rsidR="009E11EE" w:rsidRDefault="00000000">
            <w:pPr>
              <w:spacing w:after="0" w:line="240" w:lineRule="auto"/>
            </w:pPr>
            <w:r>
              <w:rPr>
                <w:sz w:val="16"/>
              </w:rPr>
              <w:t>SƠN CAO</w:t>
            </w:r>
          </w:p>
        </w:tc>
      </w:tr>
      <w:tr w:rsidR="009E11EE" w14:paraId="336076E4" w14:textId="77777777">
        <w:tc>
          <w:tcPr>
            <w:tcW w:w="600" w:type="dxa"/>
            <w:shd w:val="clear" w:color="auto" w:fill="F2F4F7"/>
            <w:tcMar>
              <w:top w:w="80" w:type="dxa"/>
              <w:left w:w="120" w:type="dxa"/>
              <w:bottom w:w="80" w:type="dxa"/>
              <w:right w:w="120" w:type="dxa"/>
            </w:tcMar>
            <w:vAlign w:val="center"/>
          </w:tcPr>
          <w:p w14:paraId="08B80E77"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180FA5E7" w14:textId="77777777" w:rsidR="009E11EE" w:rsidRDefault="00000000">
            <w:pPr>
              <w:spacing w:after="0" w:line="240" w:lineRule="auto"/>
            </w:pPr>
            <w:r>
              <w:rPr>
                <w:sz w:val="16"/>
              </w:rPr>
              <w:t>Sc 248 br (Ghe ban)</w:t>
            </w:r>
          </w:p>
        </w:tc>
        <w:tc>
          <w:tcPr>
            <w:tcW w:w="2000" w:type="dxa"/>
            <w:shd w:val="clear" w:color="auto" w:fill="F2F4F7"/>
            <w:tcMar>
              <w:top w:w="80" w:type="dxa"/>
              <w:left w:w="120" w:type="dxa"/>
              <w:bottom w:w="80" w:type="dxa"/>
              <w:right w:w="120" w:type="dxa"/>
            </w:tcMar>
            <w:vAlign w:val="center"/>
          </w:tcPr>
          <w:p w14:paraId="2B5C4B03" w14:textId="77777777" w:rsidR="009E11EE" w:rsidRDefault="00000000">
            <w:pPr>
              <w:spacing w:after="0" w:line="240" w:lineRule="auto"/>
            </w:pPr>
            <w:r>
              <w:rPr>
                <w:sz w:val="16"/>
              </w:rPr>
              <w:t>Misu</w:t>
            </w:r>
          </w:p>
        </w:tc>
        <w:tc>
          <w:tcPr>
            <w:tcW w:w="1200" w:type="dxa"/>
            <w:shd w:val="clear" w:color="auto" w:fill="F2F4F7"/>
            <w:tcMar>
              <w:top w:w="80" w:type="dxa"/>
              <w:left w:w="120" w:type="dxa"/>
              <w:bottom w:w="80" w:type="dxa"/>
              <w:right w:w="120" w:type="dxa"/>
            </w:tcMar>
            <w:vAlign w:val="center"/>
          </w:tcPr>
          <w:p w14:paraId="0EB67F7E" w14:textId="77777777" w:rsidR="009E11EE" w:rsidRDefault="00000000">
            <w:pPr>
              <w:spacing w:after="0" w:line="240" w:lineRule="auto"/>
              <w:jc w:val="center"/>
            </w:pPr>
            <w:r>
              <w:rPr>
                <w:sz w:val="16"/>
              </w:rPr>
              <w:t>Bộ</w:t>
            </w:r>
          </w:p>
        </w:tc>
        <w:tc>
          <w:tcPr>
            <w:tcW w:w="2000" w:type="dxa"/>
            <w:shd w:val="clear" w:color="auto" w:fill="F2F4F7"/>
            <w:tcMar>
              <w:top w:w="80" w:type="dxa"/>
              <w:left w:w="120" w:type="dxa"/>
              <w:bottom w:w="80" w:type="dxa"/>
              <w:right w:w="120" w:type="dxa"/>
            </w:tcMar>
            <w:vAlign w:val="center"/>
          </w:tcPr>
          <w:p w14:paraId="0A45D09B" w14:textId="77777777" w:rsidR="009E11EE" w:rsidRDefault="00000000">
            <w:pPr>
              <w:spacing w:after="0" w:line="240" w:lineRule="auto"/>
            </w:pPr>
            <w:r>
              <w:rPr>
                <w:sz w:val="16"/>
              </w:rPr>
              <w:t>SƠN CAO</w:t>
            </w:r>
          </w:p>
        </w:tc>
      </w:tr>
      <w:tr w:rsidR="009E11EE" w14:paraId="606A92D0" w14:textId="77777777">
        <w:tc>
          <w:tcPr>
            <w:tcW w:w="600" w:type="dxa"/>
            <w:tcMar>
              <w:top w:w="80" w:type="dxa"/>
              <w:left w:w="120" w:type="dxa"/>
              <w:bottom w:w="80" w:type="dxa"/>
              <w:right w:w="120" w:type="dxa"/>
            </w:tcMar>
            <w:vAlign w:val="center"/>
          </w:tcPr>
          <w:p w14:paraId="16BDE598" w14:textId="77777777" w:rsidR="009E11EE" w:rsidRDefault="00000000">
            <w:pPr>
              <w:spacing w:after="0" w:line="240" w:lineRule="auto"/>
              <w:jc w:val="center"/>
            </w:pPr>
            <w:r>
              <w:rPr>
                <w:sz w:val="16"/>
              </w:rPr>
              <w:t>3</w:t>
            </w:r>
          </w:p>
        </w:tc>
        <w:tc>
          <w:tcPr>
            <w:tcW w:w="3560" w:type="dxa"/>
            <w:tcMar>
              <w:top w:w="80" w:type="dxa"/>
              <w:left w:w="120" w:type="dxa"/>
              <w:bottom w:w="80" w:type="dxa"/>
              <w:right w:w="120" w:type="dxa"/>
            </w:tcMar>
            <w:vAlign w:val="center"/>
          </w:tcPr>
          <w:p w14:paraId="0E1DA6C1" w14:textId="77777777" w:rsidR="009E11EE" w:rsidRDefault="00000000">
            <w:pPr>
              <w:spacing w:after="0" w:line="240" w:lineRule="auto"/>
            </w:pPr>
            <w:r>
              <w:rPr>
                <w:sz w:val="16"/>
              </w:rPr>
              <w:t>Sc 220na (Ghe)</w:t>
            </w:r>
          </w:p>
        </w:tc>
        <w:tc>
          <w:tcPr>
            <w:tcW w:w="2000" w:type="dxa"/>
            <w:tcMar>
              <w:top w:w="80" w:type="dxa"/>
              <w:left w:w="120" w:type="dxa"/>
              <w:bottom w:w="80" w:type="dxa"/>
              <w:right w:w="120" w:type="dxa"/>
            </w:tcMar>
            <w:vAlign w:val="center"/>
          </w:tcPr>
          <w:p w14:paraId="2292E5E0" w14:textId="77777777" w:rsidR="009E11EE" w:rsidRDefault="00000000">
            <w:pPr>
              <w:spacing w:after="0" w:line="240" w:lineRule="auto"/>
            </w:pPr>
            <w:r>
              <w:rPr>
                <w:sz w:val="16"/>
              </w:rPr>
              <w:t>Nakamura</w:t>
            </w:r>
          </w:p>
        </w:tc>
        <w:tc>
          <w:tcPr>
            <w:tcW w:w="1200" w:type="dxa"/>
            <w:tcMar>
              <w:top w:w="80" w:type="dxa"/>
              <w:left w:w="120" w:type="dxa"/>
              <w:bottom w:w="80" w:type="dxa"/>
              <w:right w:w="120" w:type="dxa"/>
            </w:tcMar>
            <w:vAlign w:val="center"/>
          </w:tcPr>
          <w:p w14:paraId="788978D8"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4CEDF8B2" w14:textId="77777777" w:rsidR="009E11EE" w:rsidRDefault="00000000">
            <w:pPr>
              <w:spacing w:after="0" w:line="240" w:lineRule="auto"/>
            </w:pPr>
            <w:r>
              <w:rPr>
                <w:sz w:val="16"/>
              </w:rPr>
              <w:t>SƠN CAO</w:t>
            </w:r>
          </w:p>
        </w:tc>
      </w:tr>
    </w:tbl>
    <w:p w14:paraId="738F20B5" w14:textId="77777777" w:rsidR="009E11EE" w:rsidRDefault="009E11EE">
      <w:pPr>
        <w:spacing w:after="0"/>
      </w:pPr>
    </w:p>
    <w:p w14:paraId="54E6B637" w14:textId="77777777" w:rsidR="009E11EE" w:rsidRDefault="00000000">
      <w:pPr>
        <w:pStyle w:val="Heading2"/>
      </w:pPr>
      <w:r>
        <w:rPr>
          <w:rFonts w:ascii="Arial" w:hAnsi="Arial"/>
        </w:rPr>
        <w:t>4.16. LÊ</w:t>
      </w:r>
    </w:p>
    <w:p w14:paraId="31E93C90" w14:textId="77777777" w:rsidR="009E11EE" w:rsidRDefault="00000000">
      <w:r>
        <w:rPr>
          <w:b/>
          <w:sz w:val="18"/>
        </w:rPr>
        <w:t xml:space="preserve">Tổng: </w:t>
      </w:r>
      <w:r>
        <w:rPr>
          <w:sz w:val="18"/>
        </w:rPr>
        <w:t>3</w:t>
      </w:r>
      <w:r>
        <w:rPr>
          <w:b/>
          <w:sz w:val="18"/>
        </w:rPr>
        <w:t xml:space="preserve">  |  Mới: </w:t>
      </w:r>
      <w:r>
        <w:rPr>
          <w:sz w:val="18"/>
        </w:rPr>
        <w:t>3</w:t>
      </w:r>
      <w:r>
        <w:rPr>
          <w:b/>
          <w:sz w:val="18"/>
        </w:rPr>
        <w:t xml:space="preserve">  |  Bộ: </w:t>
      </w:r>
      <w:r>
        <w:rPr>
          <w:sz w:val="18"/>
        </w:rPr>
        <w:t>0</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1AB977A8" w14:textId="77777777">
        <w:trPr>
          <w:tblHeader/>
        </w:trPr>
        <w:tc>
          <w:tcPr>
            <w:tcW w:w="600" w:type="dxa"/>
            <w:shd w:val="clear" w:color="auto" w:fill="1F4E78"/>
            <w:tcMar>
              <w:top w:w="80" w:type="dxa"/>
              <w:left w:w="120" w:type="dxa"/>
              <w:bottom w:w="80" w:type="dxa"/>
              <w:right w:w="120" w:type="dxa"/>
            </w:tcMar>
            <w:vAlign w:val="center"/>
          </w:tcPr>
          <w:p w14:paraId="5BC53F52" w14:textId="77777777" w:rsidR="009E11EE" w:rsidRDefault="00000000">
            <w:pPr>
              <w:spacing w:after="0"/>
              <w:jc w:val="center"/>
            </w:pPr>
            <w:r>
              <w:rPr>
                <w:b/>
                <w:color w:val="FFFFFF"/>
                <w:sz w:val="17"/>
              </w:rPr>
              <w:lastRenderedPageBreak/>
              <w:t>STT</w:t>
            </w:r>
          </w:p>
        </w:tc>
        <w:tc>
          <w:tcPr>
            <w:tcW w:w="3560" w:type="dxa"/>
            <w:shd w:val="clear" w:color="auto" w:fill="1F4E78"/>
            <w:tcMar>
              <w:top w:w="80" w:type="dxa"/>
              <w:left w:w="120" w:type="dxa"/>
              <w:bottom w:w="80" w:type="dxa"/>
              <w:right w:w="120" w:type="dxa"/>
            </w:tcMar>
            <w:vAlign w:val="center"/>
          </w:tcPr>
          <w:p w14:paraId="391B12EB"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5EB18AF3"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5C2C745A"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30788600" w14:textId="77777777" w:rsidR="009E11EE" w:rsidRDefault="00000000">
            <w:pPr>
              <w:spacing w:after="0"/>
              <w:jc w:val="center"/>
            </w:pPr>
            <w:r>
              <w:rPr>
                <w:b/>
                <w:color w:val="FFFFFF"/>
                <w:sz w:val="17"/>
              </w:rPr>
              <w:t>Nhà máy</w:t>
            </w:r>
          </w:p>
        </w:tc>
      </w:tr>
      <w:tr w:rsidR="009E11EE" w14:paraId="1380DAE2" w14:textId="77777777">
        <w:tc>
          <w:tcPr>
            <w:tcW w:w="600" w:type="dxa"/>
            <w:tcMar>
              <w:top w:w="80" w:type="dxa"/>
              <w:left w:w="120" w:type="dxa"/>
              <w:bottom w:w="80" w:type="dxa"/>
              <w:right w:w="120" w:type="dxa"/>
            </w:tcMar>
            <w:vAlign w:val="center"/>
          </w:tcPr>
          <w:p w14:paraId="583030B6"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4BC9974C" w14:textId="77777777" w:rsidR="009E11EE" w:rsidRDefault="00000000">
            <w:pPr>
              <w:spacing w:after="0" w:line="240" w:lineRule="auto"/>
            </w:pPr>
            <w:r>
              <w:rPr>
                <w:sz w:val="16"/>
              </w:rPr>
              <w:t>PT 139/26</w:t>
            </w:r>
          </w:p>
        </w:tc>
        <w:tc>
          <w:tcPr>
            <w:tcW w:w="2000" w:type="dxa"/>
            <w:tcMar>
              <w:top w:w="80" w:type="dxa"/>
              <w:left w:w="120" w:type="dxa"/>
              <w:bottom w:w="80" w:type="dxa"/>
              <w:right w:w="120" w:type="dxa"/>
            </w:tcMar>
            <w:vAlign w:val="center"/>
          </w:tcPr>
          <w:p w14:paraId="0FBE2F01" w14:textId="77777777" w:rsidR="009E11EE" w:rsidRDefault="00000000">
            <w:pPr>
              <w:spacing w:after="0" w:line="240" w:lineRule="auto"/>
            </w:pPr>
            <w:r>
              <w:rPr>
                <w:sz w:val="16"/>
              </w:rPr>
              <w:t>ADA</w:t>
            </w:r>
          </w:p>
        </w:tc>
        <w:tc>
          <w:tcPr>
            <w:tcW w:w="1200" w:type="dxa"/>
            <w:tcMar>
              <w:top w:w="80" w:type="dxa"/>
              <w:left w:w="120" w:type="dxa"/>
              <w:bottom w:w="80" w:type="dxa"/>
              <w:right w:w="120" w:type="dxa"/>
            </w:tcMar>
            <w:vAlign w:val="center"/>
          </w:tcPr>
          <w:p w14:paraId="0E1DFE87"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2FBA2742" w14:textId="77777777" w:rsidR="009E11EE" w:rsidRDefault="00000000">
            <w:pPr>
              <w:spacing w:after="0" w:line="240" w:lineRule="auto"/>
            </w:pPr>
            <w:r>
              <w:rPr>
                <w:sz w:val="16"/>
              </w:rPr>
              <w:t>VNHW</w:t>
            </w:r>
          </w:p>
        </w:tc>
      </w:tr>
      <w:tr w:rsidR="009E11EE" w14:paraId="40A1CBB5" w14:textId="77777777">
        <w:tc>
          <w:tcPr>
            <w:tcW w:w="600" w:type="dxa"/>
            <w:shd w:val="clear" w:color="auto" w:fill="F2F4F7"/>
            <w:tcMar>
              <w:top w:w="80" w:type="dxa"/>
              <w:left w:w="120" w:type="dxa"/>
              <w:bottom w:w="80" w:type="dxa"/>
              <w:right w:w="120" w:type="dxa"/>
            </w:tcMar>
            <w:vAlign w:val="center"/>
          </w:tcPr>
          <w:p w14:paraId="5159C3A7"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7BB3B64E" w14:textId="77777777" w:rsidR="009E11EE" w:rsidRDefault="00000000">
            <w:pPr>
              <w:spacing w:after="0" w:line="240" w:lineRule="auto"/>
            </w:pPr>
            <w:r>
              <w:rPr>
                <w:sz w:val="16"/>
              </w:rPr>
              <w:t>PT 140/26</w:t>
            </w:r>
          </w:p>
        </w:tc>
        <w:tc>
          <w:tcPr>
            <w:tcW w:w="2000" w:type="dxa"/>
            <w:shd w:val="clear" w:color="auto" w:fill="F2F4F7"/>
            <w:tcMar>
              <w:top w:w="80" w:type="dxa"/>
              <w:left w:w="120" w:type="dxa"/>
              <w:bottom w:w="80" w:type="dxa"/>
              <w:right w:w="120" w:type="dxa"/>
            </w:tcMar>
            <w:vAlign w:val="center"/>
          </w:tcPr>
          <w:p w14:paraId="3865C9F8" w14:textId="77777777" w:rsidR="009E11EE" w:rsidRDefault="00000000">
            <w:pPr>
              <w:spacing w:after="0" w:line="240" w:lineRule="auto"/>
            </w:pPr>
            <w:r>
              <w:rPr>
                <w:sz w:val="16"/>
              </w:rPr>
              <w:t>WEM</w:t>
            </w:r>
          </w:p>
        </w:tc>
        <w:tc>
          <w:tcPr>
            <w:tcW w:w="1200" w:type="dxa"/>
            <w:shd w:val="clear" w:color="auto" w:fill="F2F4F7"/>
            <w:tcMar>
              <w:top w:w="80" w:type="dxa"/>
              <w:left w:w="120" w:type="dxa"/>
              <w:bottom w:w="80" w:type="dxa"/>
              <w:right w:w="120" w:type="dxa"/>
            </w:tcMar>
            <w:vAlign w:val="center"/>
          </w:tcPr>
          <w:p w14:paraId="3401FDD8" w14:textId="77777777" w:rsidR="009E11EE" w:rsidRDefault="00000000">
            <w:pPr>
              <w:spacing w:after="0" w:line="240" w:lineRule="auto"/>
              <w:jc w:val="center"/>
            </w:pPr>
            <w:r>
              <w:rPr>
                <w:sz w:val="16"/>
              </w:rPr>
              <w:t>Mới</w:t>
            </w:r>
          </w:p>
        </w:tc>
        <w:tc>
          <w:tcPr>
            <w:tcW w:w="2000" w:type="dxa"/>
            <w:shd w:val="clear" w:color="auto" w:fill="F2F4F7"/>
            <w:tcMar>
              <w:top w:w="80" w:type="dxa"/>
              <w:left w:w="120" w:type="dxa"/>
              <w:bottom w:w="80" w:type="dxa"/>
              <w:right w:w="120" w:type="dxa"/>
            </w:tcMar>
            <w:vAlign w:val="center"/>
          </w:tcPr>
          <w:p w14:paraId="4B741DA3" w14:textId="77777777" w:rsidR="009E11EE" w:rsidRDefault="00000000">
            <w:pPr>
              <w:spacing w:after="0" w:line="240" w:lineRule="auto"/>
            </w:pPr>
            <w:r>
              <w:rPr>
                <w:sz w:val="16"/>
              </w:rPr>
              <w:t>VNHW</w:t>
            </w:r>
          </w:p>
        </w:tc>
      </w:tr>
      <w:tr w:rsidR="009E11EE" w14:paraId="513E30A7" w14:textId="77777777">
        <w:tc>
          <w:tcPr>
            <w:tcW w:w="600" w:type="dxa"/>
            <w:tcMar>
              <w:top w:w="80" w:type="dxa"/>
              <w:left w:w="120" w:type="dxa"/>
              <w:bottom w:w="80" w:type="dxa"/>
              <w:right w:w="120" w:type="dxa"/>
            </w:tcMar>
            <w:vAlign w:val="center"/>
          </w:tcPr>
          <w:p w14:paraId="1A10C243" w14:textId="77777777" w:rsidR="009E11EE" w:rsidRDefault="00000000">
            <w:pPr>
              <w:spacing w:after="0" w:line="240" w:lineRule="auto"/>
              <w:jc w:val="center"/>
            </w:pPr>
            <w:r>
              <w:rPr>
                <w:sz w:val="16"/>
              </w:rPr>
              <w:t>3</w:t>
            </w:r>
          </w:p>
        </w:tc>
        <w:tc>
          <w:tcPr>
            <w:tcW w:w="3560" w:type="dxa"/>
            <w:tcMar>
              <w:top w:w="80" w:type="dxa"/>
              <w:left w:w="120" w:type="dxa"/>
              <w:bottom w:w="80" w:type="dxa"/>
              <w:right w:w="120" w:type="dxa"/>
            </w:tcMar>
            <w:vAlign w:val="center"/>
          </w:tcPr>
          <w:p w14:paraId="0FF94036" w14:textId="77777777" w:rsidR="009E11EE" w:rsidRDefault="00000000">
            <w:pPr>
              <w:spacing w:after="0" w:line="240" w:lineRule="auto"/>
            </w:pPr>
            <w:r>
              <w:rPr>
                <w:sz w:val="16"/>
              </w:rPr>
              <w:t>VNHW 2404C NC 30%</w:t>
            </w:r>
          </w:p>
        </w:tc>
        <w:tc>
          <w:tcPr>
            <w:tcW w:w="2000" w:type="dxa"/>
            <w:tcMar>
              <w:top w:w="80" w:type="dxa"/>
              <w:left w:w="120" w:type="dxa"/>
              <w:bottom w:w="80" w:type="dxa"/>
              <w:right w:w="120" w:type="dxa"/>
            </w:tcMar>
            <w:vAlign w:val="center"/>
          </w:tcPr>
          <w:p w14:paraId="6821101C" w14:textId="77777777" w:rsidR="009E11EE" w:rsidRDefault="00000000">
            <w:pPr>
              <w:spacing w:after="0" w:line="240" w:lineRule="auto"/>
            </w:pPr>
            <w:r>
              <w:rPr>
                <w:sz w:val="16"/>
              </w:rPr>
              <w:t>VH</w:t>
            </w:r>
          </w:p>
        </w:tc>
        <w:tc>
          <w:tcPr>
            <w:tcW w:w="1200" w:type="dxa"/>
            <w:tcMar>
              <w:top w:w="80" w:type="dxa"/>
              <w:left w:w="120" w:type="dxa"/>
              <w:bottom w:w="80" w:type="dxa"/>
              <w:right w:w="120" w:type="dxa"/>
            </w:tcMar>
            <w:vAlign w:val="center"/>
          </w:tcPr>
          <w:p w14:paraId="577400BA"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184CB165" w14:textId="77777777" w:rsidR="009E11EE" w:rsidRDefault="00000000">
            <w:pPr>
              <w:spacing w:after="0" w:line="240" w:lineRule="auto"/>
            </w:pPr>
            <w:r>
              <w:rPr>
                <w:sz w:val="16"/>
              </w:rPr>
              <w:t>VNHW</w:t>
            </w:r>
          </w:p>
        </w:tc>
      </w:tr>
    </w:tbl>
    <w:p w14:paraId="59DD6303" w14:textId="77777777" w:rsidR="009E11EE" w:rsidRDefault="009E11EE">
      <w:pPr>
        <w:spacing w:after="0"/>
      </w:pPr>
    </w:p>
    <w:p w14:paraId="1D2C5CF5" w14:textId="77777777" w:rsidR="009E11EE" w:rsidRDefault="00000000">
      <w:pPr>
        <w:pStyle w:val="Heading2"/>
      </w:pPr>
      <w:r>
        <w:rPr>
          <w:rFonts w:ascii="Arial" w:hAnsi="Arial"/>
        </w:rPr>
        <w:t>4.17. Nguyễn Hữu Lợi</w:t>
      </w:r>
    </w:p>
    <w:p w14:paraId="49F6E7F0" w14:textId="77777777" w:rsidR="009E11EE" w:rsidRDefault="00000000">
      <w:r>
        <w:rPr>
          <w:b/>
          <w:sz w:val="18"/>
        </w:rPr>
        <w:t xml:space="preserve">Tổng: </w:t>
      </w:r>
      <w:r>
        <w:rPr>
          <w:sz w:val="18"/>
        </w:rPr>
        <w:t>3</w:t>
      </w:r>
      <w:r>
        <w:rPr>
          <w:b/>
          <w:sz w:val="18"/>
        </w:rPr>
        <w:t xml:space="preserve">  |  Mới: </w:t>
      </w:r>
      <w:r>
        <w:rPr>
          <w:sz w:val="18"/>
        </w:rPr>
        <w:t>0</w:t>
      </w:r>
      <w:r>
        <w:rPr>
          <w:b/>
          <w:sz w:val="18"/>
        </w:rPr>
        <w:t xml:space="preserve">  |  Bộ: </w:t>
      </w:r>
      <w:r>
        <w:rPr>
          <w:sz w:val="18"/>
        </w:rPr>
        <w:t>2</w:t>
      </w:r>
      <w:r>
        <w:rPr>
          <w:b/>
          <w:sz w:val="18"/>
        </w:rPr>
        <w:t xml:space="preserve">  |  Nhân: </w:t>
      </w:r>
      <w:r>
        <w:rPr>
          <w:sz w:val="18"/>
        </w:rPr>
        <w:t>1</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59423823" w14:textId="77777777">
        <w:trPr>
          <w:tblHeader/>
        </w:trPr>
        <w:tc>
          <w:tcPr>
            <w:tcW w:w="600" w:type="dxa"/>
            <w:shd w:val="clear" w:color="auto" w:fill="1F4E78"/>
            <w:tcMar>
              <w:top w:w="80" w:type="dxa"/>
              <w:left w:w="120" w:type="dxa"/>
              <w:bottom w:w="80" w:type="dxa"/>
              <w:right w:w="120" w:type="dxa"/>
            </w:tcMar>
            <w:vAlign w:val="center"/>
          </w:tcPr>
          <w:p w14:paraId="202CC03A"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6FD722F8"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2B658340"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7068EB2A"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04129DF3" w14:textId="77777777" w:rsidR="009E11EE" w:rsidRDefault="00000000">
            <w:pPr>
              <w:spacing w:after="0"/>
              <w:jc w:val="center"/>
            </w:pPr>
            <w:r>
              <w:rPr>
                <w:b/>
                <w:color w:val="FFFFFF"/>
                <w:sz w:val="17"/>
              </w:rPr>
              <w:t>Nhà máy</w:t>
            </w:r>
          </w:p>
        </w:tc>
      </w:tr>
      <w:tr w:rsidR="009E11EE" w14:paraId="1BD8C514" w14:textId="77777777">
        <w:tc>
          <w:tcPr>
            <w:tcW w:w="600" w:type="dxa"/>
            <w:tcMar>
              <w:top w:w="80" w:type="dxa"/>
              <w:left w:w="120" w:type="dxa"/>
              <w:bottom w:w="80" w:type="dxa"/>
              <w:right w:w="120" w:type="dxa"/>
            </w:tcMar>
            <w:vAlign w:val="center"/>
          </w:tcPr>
          <w:p w14:paraId="5C706DC8"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60306E0B" w14:textId="77777777" w:rsidR="009E11EE" w:rsidRDefault="00000000">
            <w:pPr>
              <w:spacing w:after="0" w:line="240" w:lineRule="auto"/>
            </w:pPr>
            <w:r>
              <w:rPr>
                <w:sz w:val="16"/>
              </w:rPr>
              <w:t>THTH 469</w:t>
            </w:r>
          </w:p>
        </w:tc>
        <w:tc>
          <w:tcPr>
            <w:tcW w:w="2000" w:type="dxa"/>
            <w:tcMar>
              <w:top w:w="80" w:type="dxa"/>
              <w:left w:w="120" w:type="dxa"/>
              <w:bottom w:w="80" w:type="dxa"/>
              <w:right w:w="120" w:type="dxa"/>
            </w:tcMar>
            <w:vAlign w:val="center"/>
          </w:tcPr>
          <w:p w14:paraId="3CFA7469" w14:textId="77777777" w:rsidR="009E11EE" w:rsidRDefault="00000000">
            <w:pPr>
              <w:spacing w:after="0" w:line="240" w:lineRule="auto"/>
            </w:pPr>
            <w:r>
              <w:rPr>
                <w:sz w:val="16"/>
              </w:rPr>
              <w:t>Ew</w:t>
            </w:r>
          </w:p>
        </w:tc>
        <w:tc>
          <w:tcPr>
            <w:tcW w:w="1200" w:type="dxa"/>
            <w:tcMar>
              <w:top w:w="80" w:type="dxa"/>
              <w:left w:w="120" w:type="dxa"/>
              <w:bottom w:w="80" w:type="dxa"/>
              <w:right w:w="120" w:type="dxa"/>
            </w:tcMar>
            <w:vAlign w:val="center"/>
          </w:tcPr>
          <w:p w14:paraId="6F50C6DE" w14:textId="77777777" w:rsidR="009E11EE" w:rsidRDefault="00000000">
            <w:pPr>
              <w:spacing w:after="0" w:line="240" w:lineRule="auto"/>
              <w:jc w:val="center"/>
            </w:pPr>
            <w:r>
              <w:rPr>
                <w:sz w:val="16"/>
              </w:rPr>
              <w:t>Nhân</w:t>
            </w:r>
          </w:p>
        </w:tc>
        <w:tc>
          <w:tcPr>
            <w:tcW w:w="2000" w:type="dxa"/>
            <w:tcMar>
              <w:top w:w="80" w:type="dxa"/>
              <w:left w:w="120" w:type="dxa"/>
              <w:bottom w:w="80" w:type="dxa"/>
              <w:right w:w="120" w:type="dxa"/>
            </w:tcMar>
            <w:vAlign w:val="center"/>
          </w:tcPr>
          <w:p w14:paraId="08EA33FA" w14:textId="77777777" w:rsidR="009E11EE" w:rsidRDefault="00000000">
            <w:pPr>
              <w:spacing w:after="0" w:line="240" w:lineRule="auto"/>
            </w:pPr>
            <w:r>
              <w:rPr>
                <w:sz w:val="16"/>
              </w:rPr>
              <w:t>THÀNH THẮNG</w:t>
            </w:r>
          </w:p>
        </w:tc>
      </w:tr>
      <w:tr w:rsidR="009E11EE" w14:paraId="0DEC4173" w14:textId="77777777">
        <w:tc>
          <w:tcPr>
            <w:tcW w:w="600" w:type="dxa"/>
            <w:shd w:val="clear" w:color="auto" w:fill="F2F4F7"/>
            <w:tcMar>
              <w:top w:w="80" w:type="dxa"/>
              <w:left w:w="120" w:type="dxa"/>
              <w:bottom w:w="80" w:type="dxa"/>
              <w:right w:w="120" w:type="dxa"/>
            </w:tcMar>
            <w:vAlign w:val="center"/>
          </w:tcPr>
          <w:p w14:paraId="660D6023"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2A2E10AF" w14:textId="77777777" w:rsidR="009E11EE" w:rsidRDefault="00000000">
            <w:pPr>
              <w:spacing w:after="0" w:line="240" w:lineRule="auto"/>
            </w:pPr>
            <w:r>
              <w:rPr>
                <w:sz w:val="16"/>
              </w:rPr>
              <w:t>THTH 401 OAK (Giương tủ)</w:t>
            </w:r>
          </w:p>
        </w:tc>
        <w:tc>
          <w:tcPr>
            <w:tcW w:w="2000" w:type="dxa"/>
            <w:shd w:val="clear" w:color="auto" w:fill="F2F4F7"/>
            <w:tcMar>
              <w:top w:w="80" w:type="dxa"/>
              <w:left w:w="120" w:type="dxa"/>
              <w:bottom w:w="80" w:type="dxa"/>
              <w:right w:w="120" w:type="dxa"/>
            </w:tcMar>
            <w:vAlign w:val="center"/>
          </w:tcPr>
          <w:p w14:paraId="4442C79D" w14:textId="77777777" w:rsidR="009E11EE" w:rsidRDefault="00000000">
            <w:pPr>
              <w:spacing w:after="0" w:line="240" w:lineRule="auto"/>
            </w:pPr>
            <w:r>
              <w:rPr>
                <w:sz w:val="16"/>
              </w:rPr>
              <w:t>Ew</w:t>
            </w:r>
          </w:p>
        </w:tc>
        <w:tc>
          <w:tcPr>
            <w:tcW w:w="1200" w:type="dxa"/>
            <w:shd w:val="clear" w:color="auto" w:fill="F2F4F7"/>
            <w:tcMar>
              <w:top w:w="80" w:type="dxa"/>
              <w:left w:w="120" w:type="dxa"/>
              <w:bottom w:w="80" w:type="dxa"/>
              <w:right w:w="120" w:type="dxa"/>
            </w:tcMar>
            <w:vAlign w:val="center"/>
          </w:tcPr>
          <w:p w14:paraId="50F0BB29" w14:textId="77777777" w:rsidR="009E11EE" w:rsidRDefault="00000000">
            <w:pPr>
              <w:spacing w:after="0" w:line="240" w:lineRule="auto"/>
              <w:jc w:val="center"/>
            </w:pPr>
            <w:r>
              <w:rPr>
                <w:sz w:val="16"/>
              </w:rPr>
              <w:t>Bộ</w:t>
            </w:r>
          </w:p>
        </w:tc>
        <w:tc>
          <w:tcPr>
            <w:tcW w:w="2000" w:type="dxa"/>
            <w:shd w:val="clear" w:color="auto" w:fill="F2F4F7"/>
            <w:tcMar>
              <w:top w:w="80" w:type="dxa"/>
              <w:left w:w="120" w:type="dxa"/>
              <w:bottom w:w="80" w:type="dxa"/>
              <w:right w:w="120" w:type="dxa"/>
            </w:tcMar>
            <w:vAlign w:val="center"/>
          </w:tcPr>
          <w:p w14:paraId="3E48E7AA" w14:textId="77777777" w:rsidR="009E11EE" w:rsidRDefault="00000000">
            <w:pPr>
              <w:spacing w:after="0" w:line="240" w:lineRule="auto"/>
            </w:pPr>
            <w:r>
              <w:rPr>
                <w:sz w:val="16"/>
              </w:rPr>
              <w:t>THÀNH THẮNG</w:t>
            </w:r>
          </w:p>
        </w:tc>
      </w:tr>
      <w:tr w:rsidR="009E11EE" w14:paraId="3155DB01" w14:textId="77777777">
        <w:tc>
          <w:tcPr>
            <w:tcW w:w="600" w:type="dxa"/>
            <w:tcMar>
              <w:top w:w="80" w:type="dxa"/>
              <w:left w:w="120" w:type="dxa"/>
              <w:bottom w:w="80" w:type="dxa"/>
              <w:right w:w="120" w:type="dxa"/>
            </w:tcMar>
            <w:vAlign w:val="center"/>
          </w:tcPr>
          <w:p w14:paraId="3B978057" w14:textId="77777777" w:rsidR="009E11EE" w:rsidRDefault="00000000">
            <w:pPr>
              <w:spacing w:after="0" w:line="240" w:lineRule="auto"/>
              <w:jc w:val="center"/>
            </w:pPr>
            <w:r>
              <w:rPr>
                <w:sz w:val="16"/>
              </w:rPr>
              <w:t>3</w:t>
            </w:r>
          </w:p>
        </w:tc>
        <w:tc>
          <w:tcPr>
            <w:tcW w:w="3560" w:type="dxa"/>
            <w:tcMar>
              <w:top w:w="80" w:type="dxa"/>
              <w:left w:w="120" w:type="dxa"/>
              <w:bottom w:w="80" w:type="dxa"/>
              <w:right w:w="120" w:type="dxa"/>
            </w:tcMar>
            <w:vAlign w:val="center"/>
          </w:tcPr>
          <w:p w14:paraId="3E235FD9" w14:textId="77777777" w:rsidR="009E11EE" w:rsidRDefault="00000000">
            <w:pPr>
              <w:spacing w:after="0" w:line="240" w:lineRule="auto"/>
            </w:pPr>
            <w:r>
              <w:rPr>
                <w:sz w:val="16"/>
              </w:rPr>
              <w:t>THTH 463 (Bàn, ghể)</w:t>
            </w:r>
          </w:p>
        </w:tc>
        <w:tc>
          <w:tcPr>
            <w:tcW w:w="2000" w:type="dxa"/>
            <w:tcMar>
              <w:top w:w="80" w:type="dxa"/>
              <w:left w:w="120" w:type="dxa"/>
              <w:bottom w:w="80" w:type="dxa"/>
              <w:right w:w="120" w:type="dxa"/>
            </w:tcMar>
            <w:vAlign w:val="center"/>
          </w:tcPr>
          <w:p w14:paraId="6E20E44B" w14:textId="77777777" w:rsidR="009E11EE" w:rsidRDefault="00000000">
            <w:pPr>
              <w:spacing w:after="0" w:line="240" w:lineRule="auto"/>
            </w:pPr>
            <w:r>
              <w:rPr>
                <w:sz w:val="16"/>
              </w:rPr>
              <w:t>NĐ</w:t>
            </w:r>
          </w:p>
        </w:tc>
        <w:tc>
          <w:tcPr>
            <w:tcW w:w="1200" w:type="dxa"/>
            <w:tcMar>
              <w:top w:w="80" w:type="dxa"/>
              <w:left w:w="120" w:type="dxa"/>
              <w:bottom w:w="80" w:type="dxa"/>
              <w:right w:w="120" w:type="dxa"/>
            </w:tcMar>
            <w:vAlign w:val="center"/>
          </w:tcPr>
          <w:p w14:paraId="7EE2F0A0"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6336332B" w14:textId="77777777" w:rsidR="009E11EE" w:rsidRDefault="00000000">
            <w:pPr>
              <w:spacing w:after="0" w:line="240" w:lineRule="auto"/>
            </w:pPr>
            <w:r>
              <w:rPr>
                <w:sz w:val="16"/>
              </w:rPr>
              <w:t>THÀNH THẮNG</w:t>
            </w:r>
          </w:p>
        </w:tc>
      </w:tr>
    </w:tbl>
    <w:p w14:paraId="45BF7BCC" w14:textId="77777777" w:rsidR="009E11EE" w:rsidRDefault="009E11EE">
      <w:pPr>
        <w:spacing w:after="0"/>
      </w:pPr>
    </w:p>
    <w:p w14:paraId="5DFD110E" w14:textId="77777777" w:rsidR="009E11EE" w:rsidRDefault="00000000">
      <w:pPr>
        <w:pStyle w:val="Heading2"/>
      </w:pPr>
      <w:r>
        <w:rPr>
          <w:rFonts w:ascii="Arial" w:hAnsi="Arial"/>
        </w:rPr>
        <w:t>4.18. Nguyễn Như Quyền</w:t>
      </w:r>
    </w:p>
    <w:p w14:paraId="50843F05" w14:textId="77777777" w:rsidR="009E11EE" w:rsidRDefault="00000000">
      <w:r>
        <w:rPr>
          <w:b/>
          <w:sz w:val="18"/>
        </w:rPr>
        <w:t xml:space="preserve">Tổng: </w:t>
      </w:r>
      <w:r>
        <w:rPr>
          <w:sz w:val="18"/>
        </w:rPr>
        <w:t>3</w:t>
      </w:r>
      <w:r>
        <w:rPr>
          <w:b/>
          <w:sz w:val="18"/>
        </w:rPr>
        <w:t xml:space="preserve">  |  Mới: </w:t>
      </w:r>
      <w:r>
        <w:rPr>
          <w:sz w:val="18"/>
        </w:rPr>
        <w:t>0</w:t>
      </w:r>
      <w:r>
        <w:rPr>
          <w:b/>
          <w:sz w:val="18"/>
        </w:rPr>
        <w:t xml:space="preserve">  |  Bộ: </w:t>
      </w:r>
      <w:r>
        <w:rPr>
          <w:sz w:val="18"/>
        </w:rPr>
        <w:t>1</w:t>
      </w:r>
      <w:r>
        <w:rPr>
          <w:b/>
          <w:sz w:val="18"/>
        </w:rPr>
        <w:t xml:space="preserve">  |  Nhân: </w:t>
      </w:r>
      <w:r>
        <w:rPr>
          <w:sz w:val="18"/>
        </w:rPr>
        <w:t>2</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5B6F3690" w14:textId="77777777">
        <w:trPr>
          <w:tblHeader/>
        </w:trPr>
        <w:tc>
          <w:tcPr>
            <w:tcW w:w="600" w:type="dxa"/>
            <w:shd w:val="clear" w:color="auto" w:fill="1F4E78"/>
            <w:tcMar>
              <w:top w:w="80" w:type="dxa"/>
              <w:left w:w="120" w:type="dxa"/>
              <w:bottom w:w="80" w:type="dxa"/>
              <w:right w:w="120" w:type="dxa"/>
            </w:tcMar>
            <w:vAlign w:val="center"/>
          </w:tcPr>
          <w:p w14:paraId="7C728319"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501C3F95"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66C00760"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6FE7DC51"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2CFC0597" w14:textId="77777777" w:rsidR="009E11EE" w:rsidRDefault="00000000">
            <w:pPr>
              <w:spacing w:after="0"/>
              <w:jc w:val="center"/>
            </w:pPr>
            <w:r>
              <w:rPr>
                <w:b/>
                <w:color w:val="FFFFFF"/>
                <w:sz w:val="17"/>
              </w:rPr>
              <w:t>Nhà máy</w:t>
            </w:r>
          </w:p>
        </w:tc>
      </w:tr>
      <w:tr w:rsidR="009E11EE" w14:paraId="1DD06113" w14:textId="77777777">
        <w:tc>
          <w:tcPr>
            <w:tcW w:w="600" w:type="dxa"/>
            <w:tcMar>
              <w:top w:w="80" w:type="dxa"/>
              <w:left w:w="120" w:type="dxa"/>
              <w:bottom w:w="80" w:type="dxa"/>
              <w:right w:w="120" w:type="dxa"/>
            </w:tcMar>
            <w:vAlign w:val="center"/>
          </w:tcPr>
          <w:p w14:paraId="548D21CE"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4556C077" w14:textId="77777777" w:rsidR="009E11EE" w:rsidRDefault="00000000">
            <w:pPr>
              <w:spacing w:after="0" w:line="240" w:lineRule="auto"/>
            </w:pPr>
            <w:r>
              <w:rPr>
                <w:sz w:val="16"/>
              </w:rPr>
              <w:t>KP 23085 BK /22122RB (TỦ)</w:t>
            </w:r>
          </w:p>
        </w:tc>
        <w:tc>
          <w:tcPr>
            <w:tcW w:w="2000" w:type="dxa"/>
            <w:tcMar>
              <w:top w:w="80" w:type="dxa"/>
              <w:left w:w="120" w:type="dxa"/>
              <w:bottom w:w="80" w:type="dxa"/>
              <w:right w:w="120" w:type="dxa"/>
            </w:tcMar>
            <w:vAlign w:val="center"/>
          </w:tcPr>
          <w:p w14:paraId="2C226CE6" w14:textId="77777777" w:rsidR="009E11EE" w:rsidRDefault="00000000">
            <w:pPr>
              <w:spacing w:after="0" w:line="240" w:lineRule="auto"/>
            </w:pPr>
            <w:r>
              <w:rPr>
                <w:sz w:val="16"/>
              </w:rPr>
              <w:t>LOW</w:t>
            </w:r>
          </w:p>
        </w:tc>
        <w:tc>
          <w:tcPr>
            <w:tcW w:w="1200" w:type="dxa"/>
            <w:tcMar>
              <w:top w:w="80" w:type="dxa"/>
              <w:left w:w="120" w:type="dxa"/>
              <w:bottom w:w="80" w:type="dxa"/>
              <w:right w:w="120" w:type="dxa"/>
            </w:tcMar>
            <w:vAlign w:val="center"/>
          </w:tcPr>
          <w:p w14:paraId="3FB87AF6"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23520D2E" w14:textId="77777777" w:rsidR="009E11EE" w:rsidRDefault="00000000">
            <w:pPr>
              <w:spacing w:after="0" w:line="240" w:lineRule="auto"/>
            </w:pPr>
            <w:r>
              <w:rPr>
                <w:sz w:val="16"/>
              </w:rPr>
              <w:t>KIM PHONG</w:t>
            </w:r>
          </w:p>
        </w:tc>
      </w:tr>
      <w:tr w:rsidR="009E11EE" w14:paraId="324116AE" w14:textId="77777777">
        <w:tc>
          <w:tcPr>
            <w:tcW w:w="600" w:type="dxa"/>
            <w:shd w:val="clear" w:color="auto" w:fill="F2F4F7"/>
            <w:tcMar>
              <w:top w:w="80" w:type="dxa"/>
              <w:left w:w="120" w:type="dxa"/>
              <w:bottom w:w="80" w:type="dxa"/>
              <w:right w:w="120" w:type="dxa"/>
            </w:tcMar>
            <w:vAlign w:val="center"/>
          </w:tcPr>
          <w:p w14:paraId="5E28D4B1"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5F746C61" w14:textId="77777777" w:rsidR="009E11EE" w:rsidRDefault="00000000">
            <w:pPr>
              <w:spacing w:after="0" w:line="240" w:lineRule="auto"/>
            </w:pPr>
            <w:r>
              <w:rPr>
                <w:sz w:val="16"/>
              </w:rPr>
              <w:t>KP 22090 WT (D)</w:t>
            </w:r>
          </w:p>
        </w:tc>
        <w:tc>
          <w:tcPr>
            <w:tcW w:w="2000" w:type="dxa"/>
            <w:shd w:val="clear" w:color="auto" w:fill="F2F4F7"/>
            <w:tcMar>
              <w:top w:w="80" w:type="dxa"/>
              <w:left w:w="120" w:type="dxa"/>
              <w:bottom w:w="80" w:type="dxa"/>
              <w:right w:w="120" w:type="dxa"/>
            </w:tcMar>
            <w:vAlign w:val="center"/>
          </w:tcPr>
          <w:p w14:paraId="106EBC87" w14:textId="77777777" w:rsidR="009E11EE" w:rsidRDefault="00000000">
            <w:pPr>
              <w:spacing w:after="0" w:line="240" w:lineRule="auto"/>
            </w:pPr>
            <w:r>
              <w:rPr>
                <w:sz w:val="16"/>
              </w:rPr>
              <w:t>LOW</w:t>
            </w:r>
          </w:p>
        </w:tc>
        <w:tc>
          <w:tcPr>
            <w:tcW w:w="1200" w:type="dxa"/>
            <w:shd w:val="clear" w:color="auto" w:fill="F2F4F7"/>
            <w:tcMar>
              <w:top w:w="80" w:type="dxa"/>
              <w:left w:w="120" w:type="dxa"/>
              <w:bottom w:w="80" w:type="dxa"/>
              <w:right w:w="120" w:type="dxa"/>
            </w:tcMar>
            <w:vAlign w:val="center"/>
          </w:tcPr>
          <w:p w14:paraId="0343411E" w14:textId="77777777" w:rsidR="009E11EE" w:rsidRDefault="00000000">
            <w:pPr>
              <w:spacing w:after="0" w:line="240" w:lineRule="auto"/>
              <w:jc w:val="center"/>
            </w:pPr>
            <w:r>
              <w:rPr>
                <w:sz w:val="16"/>
              </w:rPr>
              <w:t>Nhân</w:t>
            </w:r>
          </w:p>
        </w:tc>
        <w:tc>
          <w:tcPr>
            <w:tcW w:w="2000" w:type="dxa"/>
            <w:shd w:val="clear" w:color="auto" w:fill="F2F4F7"/>
            <w:tcMar>
              <w:top w:w="80" w:type="dxa"/>
              <w:left w:w="120" w:type="dxa"/>
              <w:bottom w:w="80" w:type="dxa"/>
              <w:right w:w="120" w:type="dxa"/>
            </w:tcMar>
            <w:vAlign w:val="center"/>
          </w:tcPr>
          <w:p w14:paraId="4625C69C" w14:textId="77777777" w:rsidR="009E11EE" w:rsidRDefault="00000000">
            <w:pPr>
              <w:spacing w:after="0" w:line="240" w:lineRule="auto"/>
            </w:pPr>
            <w:r>
              <w:rPr>
                <w:sz w:val="16"/>
              </w:rPr>
              <w:t>KIM PHONG</w:t>
            </w:r>
          </w:p>
        </w:tc>
      </w:tr>
      <w:tr w:rsidR="009E11EE" w14:paraId="5A81048E" w14:textId="77777777">
        <w:tc>
          <w:tcPr>
            <w:tcW w:w="600" w:type="dxa"/>
            <w:tcMar>
              <w:top w:w="80" w:type="dxa"/>
              <w:left w:w="120" w:type="dxa"/>
              <w:bottom w:w="80" w:type="dxa"/>
              <w:right w:w="120" w:type="dxa"/>
            </w:tcMar>
            <w:vAlign w:val="center"/>
          </w:tcPr>
          <w:p w14:paraId="060FF10C" w14:textId="77777777" w:rsidR="009E11EE" w:rsidRDefault="00000000">
            <w:pPr>
              <w:spacing w:after="0" w:line="240" w:lineRule="auto"/>
              <w:jc w:val="center"/>
            </w:pPr>
            <w:r>
              <w:rPr>
                <w:sz w:val="16"/>
              </w:rPr>
              <w:t>3</w:t>
            </w:r>
          </w:p>
        </w:tc>
        <w:tc>
          <w:tcPr>
            <w:tcW w:w="3560" w:type="dxa"/>
            <w:tcMar>
              <w:top w:w="80" w:type="dxa"/>
              <w:left w:w="120" w:type="dxa"/>
              <w:bottom w:w="80" w:type="dxa"/>
              <w:right w:w="120" w:type="dxa"/>
            </w:tcMar>
            <w:vAlign w:val="center"/>
          </w:tcPr>
          <w:p w14:paraId="2C9F190D" w14:textId="77777777" w:rsidR="009E11EE" w:rsidRDefault="00000000">
            <w:pPr>
              <w:spacing w:after="0" w:line="240" w:lineRule="auto"/>
            </w:pPr>
            <w:r>
              <w:rPr>
                <w:sz w:val="16"/>
              </w:rPr>
              <w:t>KP 23016 MG</w:t>
            </w:r>
          </w:p>
        </w:tc>
        <w:tc>
          <w:tcPr>
            <w:tcW w:w="2000" w:type="dxa"/>
            <w:tcMar>
              <w:top w:w="80" w:type="dxa"/>
              <w:left w:w="120" w:type="dxa"/>
              <w:bottom w:w="80" w:type="dxa"/>
              <w:right w:w="120" w:type="dxa"/>
            </w:tcMar>
            <w:vAlign w:val="center"/>
          </w:tcPr>
          <w:p w14:paraId="6E90CA55" w14:textId="77777777" w:rsidR="009E11EE" w:rsidRDefault="00000000">
            <w:pPr>
              <w:spacing w:after="0" w:line="240" w:lineRule="auto"/>
            </w:pPr>
            <w:r>
              <w:rPr>
                <w:sz w:val="16"/>
              </w:rPr>
              <w:t>LOW</w:t>
            </w:r>
          </w:p>
        </w:tc>
        <w:tc>
          <w:tcPr>
            <w:tcW w:w="1200" w:type="dxa"/>
            <w:tcMar>
              <w:top w:w="80" w:type="dxa"/>
              <w:left w:w="120" w:type="dxa"/>
              <w:bottom w:w="80" w:type="dxa"/>
              <w:right w:w="120" w:type="dxa"/>
            </w:tcMar>
            <w:vAlign w:val="center"/>
          </w:tcPr>
          <w:p w14:paraId="43AF0B13" w14:textId="77777777" w:rsidR="009E11EE" w:rsidRDefault="00000000">
            <w:pPr>
              <w:spacing w:after="0" w:line="240" w:lineRule="auto"/>
              <w:jc w:val="center"/>
            </w:pPr>
            <w:r>
              <w:rPr>
                <w:sz w:val="16"/>
              </w:rPr>
              <w:t>Nhân</w:t>
            </w:r>
          </w:p>
        </w:tc>
        <w:tc>
          <w:tcPr>
            <w:tcW w:w="2000" w:type="dxa"/>
            <w:tcMar>
              <w:top w:w="80" w:type="dxa"/>
              <w:left w:w="120" w:type="dxa"/>
              <w:bottom w:w="80" w:type="dxa"/>
              <w:right w:w="120" w:type="dxa"/>
            </w:tcMar>
            <w:vAlign w:val="center"/>
          </w:tcPr>
          <w:p w14:paraId="2D48BCD5" w14:textId="77777777" w:rsidR="009E11EE" w:rsidRDefault="00000000">
            <w:pPr>
              <w:spacing w:after="0" w:line="240" w:lineRule="auto"/>
            </w:pPr>
            <w:r>
              <w:rPr>
                <w:sz w:val="16"/>
              </w:rPr>
              <w:t>KIM PHONG</w:t>
            </w:r>
          </w:p>
        </w:tc>
      </w:tr>
    </w:tbl>
    <w:p w14:paraId="229898E0" w14:textId="77777777" w:rsidR="009E11EE" w:rsidRDefault="009E11EE">
      <w:pPr>
        <w:spacing w:after="0"/>
      </w:pPr>
    </w:p>
    <w:p w14:paraId="532D8252" w14:textId="77777777" w:rsidR="009E11EE" w:rsidRDefault="00000000">
      <w:pPr>
        <w:pStyle w:val="Heading2"/>
      </w:pPr>
      <w:r>
        <w:rPr>
          <w:rFonts w:ascii="Arial" w:hAnsi="Arial"/>
        </w:rPr>
        <w:t>4.19. Nguyễn Trọng Phong</w:t>
      </w:r>
    </w:p>
    <w:p w14:paraId="13ED5F6E" w14:textId="77777777" w:rsidR="009E11EE" w:rsidRDefault="00000000">
      <w:r>
        <w:rPr>
          <w:b/>
          <w:sz w:val="18"/>
        </w:rPr>
        <w:t xml:space="preserve">Tổng: </w:t>
      </w:r>
      <w:r>
        <w:rPr>
          <w:sz w:val="18"/>
        </w:rPr>
        <w:t>3</w:t>
      </w:r>
      <w:r>
        <w:rPr>
          <w:b/>
          <w:sz w:val="18"/>
        </w:rPr>
        <w:t xml:space="preserve">  |  Mới: </w:t>
      </w:r>
      <w:r>
        <w:rPr>
          <w:sz w:val="18"/>
        </w:rPr>
        <w:t>1</w:t>
      </w:r>
      <w:r>
        <w:rPr>
          <w:b/>
          <w:sz w:val="18"/>
        </w:rPr>
        <w:t xml:space="preserve">  |  Bộ: </w:t>
      </w:r>
      <w:r>
        <w:rPr>
          <w:sz w:val="18"/>
        </w:rPr>
        <w:t>0</w:t>
      </w:r>
      <w:r>
        <w:rPr>
          <w:b/>
          <w:sz w:val="18"/>
        </w:rPr>
        <w:t xml:space="preserve">  |  Nhân: </w:t>
      </w:r>
      <w:r>
        <w:rPr>
          <w:sz w:val="18"/>
        </w:rPr>
        <w:t>2</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74AB00AC" w14:textId="77777777">
        <w:trPr>
          <w:tblHeader/>
        </w:trPr>
        <w:tc>
          <w:tcPr>
            <w:tcW w:w="600" w:type="dxa"/>
            <w:shd w:val="clear" w:color="auto" w:fill="1F4E78"/>
            <w:tcMar>
              <w:top w:w="80" w:type="dxa"/>
              <w:left w:w="120" w:type="dxa"/>
              <w:bottom w:w="80" w:type="dxa"/>
              <w:right w:w="120" w:type="dxa"/>
            </w:tcMar>
            <w:vAlign w:val="center"/>
          </w:tcPr>
          <w:p w14:paraId="1472B80F"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100BDAAA"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31D05C9D"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217DB6FF"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6EE224CF" w14:textId="77777777" w:rsidR="009E11EE" w:rsidRDefault="00000000">
            <w:pPr>
              <w:spacing w:after="0"/>
              <w:jc w:val="center"/>
            </w:pPr>
            <w:r>
              <w:rPr>
                <w:b/>
                <w:color w:val="FFFFFF"/>
                <w:sz w:val="17"/>
              </w:rPr>
              <w:t>Nhà máy</w:t>
            </w:r>
          </w:p>
        </w:tc>
      </w:tr>
      <w:tr w:rsidR="009E11EE" w14:paraId="01F69A9D" w14:textId="77777777">
        <w:tc>
          <w:tcPr>
            <w:tcW w:w="600" w:type="dxa"/>
            <w:tcMar>
              <w:top w:w="80" w:type="dxa"/>
              <w:left w:w="120" w:type="dxa"/>
              <w:bottom w:w="80" w:type="dxa"/>
              <w:right w:w="120" w:type="dxa"/>
            </w:tcMar>
            <w:vAlign w:val="center"/>
          </w:tcPr>
          <w:p w14:paraId="5F45C0D7"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1203E9C6" w14:textId="77777777" w:rsidR="009E11EE" w:rsidRDefault="00000000">
            <w:pPr>
              <w:spacing w:after="0" w:line="240" w:lineRule="auto"/>
            </w:pPr>
            <w:r>
              <w:rPr>
                <w:sz w:val="16"/>
              </w:rPr>
              <w:t>AQ 1184</w:t>
            </w:r>
          </w:p>
        </w:tc>
        <w:tc>
          <w:tcPr>
            <w:tcW w:w="2000" w:type="dxa"/>
            <w:tcMar>
              <w:top w:w="80" w:type="dxa"/>
              <w:left w:w="120" w:type="dxa"/>
              <w:bottom w:w="80" w:type="dxa"/>
              <w:right w:w="120" w:type="dxa"/>
            </w:tcMar>
            <w:vAlign w:val="center"/>
          </w:tcPr>
          <w:p w14:paraId="3B2C1976" w14:textId="77777777" w:rsidR="009E11EE" w:rsidRDefault="00000000">
            <w:pPr>
              <w:spacing w:after="0" w:line="240" w:lineRule="auto"/>
            </w:pPr>
            <w:r>
              <w:rPr>
                <w:sz w:val="16"/>
              </w:rPr>
              <w:t>Dovetail</w:t>
            </w:r>
          </w:p>
        </w:tc>
        <w:tc>
          <w:tcPr>
            <w:tcW w:w="1200" w:type="dxa"/>
            <w:tcMar>
              <w:top w:w="80" w:type="dxa"/>
              <w:left w:w="120" w:type="dxa"/>
              <w:bottom w:w="80" w:type="dxa"/>
              <w:right w:w="120" w:type="dxa"/>
            </w:tcMar>
            <w:vAlign w:val="center"/>
          </w:tcPr>
          <w:p w14:paraId="25D9971D" w14:textId="77777777" w:rsidR="009E11EE" w:rsidRDefault="00000000">
            <w:pPr>
              <w:spacing w:after="0" w:line="240" w:lineRule="auto"/>
              <w:jc w:val="center"/>
            </w:pPr>
            <w:r>
              <w:rPr>
                <w:sz w:val="16"/>
              </w:rPr>
              <w:t>Nhân</w:t>
            </w:r>
          </w:p>
        </w:tc>
        <w:tc>
          <w:tcPr>
            <w:tcW w:w="2000" w:type="dxa"/>
            <w:tcMar>
              <w:top w:w="80" w:type="dxa"/>
              <w:left w:w="120" w:type="dxa"/>
              <w:bottom w:w="80" w:type="dxa"/>
              <w:right w:w="120" w:type="dxa"/>
            </w:tcMar>
            <w:vAlign w:val="center"/>
          </w:tcPr>
          <w:p w14:paraId="278705CF" w14:textId="77777777" w:rsidR="009E11EE" w:rsidRDefault="00000000">
            <w:pPr>
              <w:spacing w:after="0" w:line="240" w:lineRule="auto"/>
            </w:pPr>
            <w:r>
              <w:rPr>
                <w:sz w:val="16"/>
              </w:rPr>
              <w:t>HỐ NAI</w:t>
            </w:r>
          </w:p>
        </w:tc>
      </w:tr>
      <w:tr w:rsidR="009E11EE" w14:paraId="2C79DB4C" w14:textId="77777777">
        <w:tc>
          <w:tcPr>
            <w:tcW w:w="600" w:type="dxa"/>
            <w:shd w:val="clear" w:color="auto" w:fill="F2F4F7"/>
            <w:tcMar>
              <w:top w:w="80" w:type="dxa"/>
              <w:left w:w="120" w:type="dxa"/>
              <w:bottom w:w="80" w:type="dxa"/>
              <w:right w:w="120" w:type="dxa"/>
            </w:tcMar>
            <w:vAlign w:val="center"/>
          </w:tcPr>
          <w:p w14:paraId="6C96264A"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5747D9FF" w14:textId="77777777" w:rsidR="009E11EE" w:rsidRDefault="00000000">
            <w:pPr>
              <w:spacing w:after="0" w:line="240" w:lineRule="auto"/>
            </w:pPr>
            <w:r>
              <w:rPr>
                <w:sz w:val="16"/>
              </w:rPr>
              <w:t>PT 638</w:t>
            </w:r>
          </w:p>
        </w:tc>
        <w:tc>
          <w:tcPr>
            <w:tcW w:w="2000" w:type="dxa"/>
            <w:shd w:val="clear" w:color="auto" w:fill="F2F4F7"/>
            <w:tcMar>
              <w:top w:w="80" w:type="dxa"/>
              <w:left w:w="120" w:type="dxa"/>
              <w:bottom w:w="80" w:type="dxa"/>
              <w:right w:w="120" w:type="dxa"/>
            </w:tcMar>
            <w:vAlign w:val="center"/>
          </w:tcPr>
          <w:p w14:paraId="7A82F8CE" w14:textId="77777777" w:rsidR="009E11EE" w:rsidRDefault="00000000">
            <w:pPr>
              <w:spacing w:after="0" w:line="240" w:lineRule="auto"/>
            </w:pPr>
            <w:r>
              <w:rPr>
                <w:sz w:val="16"/>
              </w:rPr>
              <w:t>Modus</w:t>
            </w:r>
          </w:p>
        </w:tc>
        <w:tc>
          <w:tcPr>
            <w:tcW w:w="1200" w:type="dxa"/>
            <w:shd w:val="clear" w:color="auto" w:fill="F2F4F7"/>
            <w:tcMar>
              <w:top w:w="80" w:type="dxa"/>
              <w:left w:w="120" w:type="dxa"/>
              <w:bottom w:w="80" w:type="dxa"/>
              <w:right w:w="120" w:type="dxa"/>
            </w:tcMar>
            <w:vAlign w:val="center"/>
          </w:tcPr>
          <w:p w14:paraId="0D8FE9A1" w14:textId="77777777" w:rsidR="009E11EE" w:rsidRDefault="00000000">
            <w:pPr>
              <w:spacing w:after="0" w:line="240" w:lineRule="auto"/>
              <w:jc w:val="center"/>
            </w:pPr>
            <w:r>
              <w:rPr>
                <w:sz w:val="16"/>
              </w:rPr>
              <w:t>Nhân</w:t>
            </w:r>
          </w:p>
        </w:tc>
        <w:tc>
          <w:tcPr>
            <w:tcW w:w="2000" w:type="dxa"/>
            <w:shd w:val="clear" w:color="auto" w:fill="F2F4F7"/>
            <w:tcMar>
              <w:top w:w="80" w:type="dxa"/>
              <w:left w:w="120" w:type="dxa"/>
              <w:bottom w:w="80" w:type="dxa"/>
              <w:right w:w="120" w:type="dxa"/>
            </w:tcMar>
            <w:vAlign w:val="center"/>
          </w:tcPr>
          <w:p w14:paraId="65028374" w14:textId="77777777" w:rsidR="009E11EE" w:rsidRDefault="00000000">
            <w:pPr>
              <w:spacing w:after="0" w:line="240" w:lineRule="auto"/>
            </w:pPr>
            <w:r>
              <w:rPr>
                <w:sz w:val="16"/>
              </w:rPr>
              <w:t>HỐ NAI</w:t>
            </w:r>
          </w:p>
        </w:tc>
      </w:tr>
      <w:tr w:rsidR="009E11EE" w14:paraId="7D90A3A4" w14:textId="77777777">
        <w:tc>
          <w:tcPr>
            <w:tcW w:w="600" w:type="dxa"/>
            <w:tcMar>
              <w:top w:w="80" w:type="dxa"/>
              <w:left w:w="120" w:type="dxa"/>
              <w:bottom w:w="80" w:type="dxa"/>
              <w:right w:w="120" w:type="dxa"/>
            </w:tcMar>
            <w:vAlign w:val="center"/>
          </w:tcPr>
          <w:p w14:paraId="59DECA80" w14:textId="77777777" w:rsidR="009E11EE" w:rsidRDefault="00000000">
            <w:pPr>
              <w:spacing w:after="0" w:line="240" w:lineRule="auto"/>
              <w:jc w:val="center"/>
            </w:pPr>
            <w:r>
              <w:rPr>
                <w:sz w:val="16"/>
              </w:rPr>
              <w:t>3</w:t>
            </w:r>
          </w:p>
        </w:tc>
        <w:tc>
          <w:tcPr>
            <w:tcW w:w="3560" w:type="dxa"/>
            <w:tcMar>
              <w:top w:w="80" w:type="dxa"/>
              <w:left w:w="120" w:type="dxa"/>
              <w:bottom w:w="80" w:type="dxa"/>
              <w:right w:w="120" w:type="dxa"/>
            </w:tcMar>
            <w:vAlign w:val="center"/>
          </w:tcPr>
          <w:p w14:paraId="530B6CD0" w14:textId="77777777" w:rsidR="009E11EE" w:rsidRDefault="00000000">
            <w:pPr>
              <w:spacing w:after="0" w:line="240" w:lineRule="auto"/>
            </w:pPr>
            <w:r>
              <w:rPr>
                <w:sz w:val="16"/>
              </w:rPr>
              <w:t>PT 646</w:t>
            </w:r>
          </w:p>
        </w:tc>
        <w:tc>
          <w:tcPr>
            <w:tcW w:w="2000" w:type="dxa"/>
            <w:tcMar>
              <w:top w:w="80" w:type="dxa"/>
              <w:left w:w="120" w:type="dxa"/>
              <w:bottom w:w="80" w:type="dxa"/>
              <w:right w:w="120" w:type="dxa"/>
            </w:tcMar>
            <w:vAlign w:val="center"/>
          </w:tcPr>
          <w:p w14:paraId="785A3902" w14:textId="77777777" w:rsidR="009E11EE" w:rsidRDefault="00000000">
            <w:pPr>
              <w:spacing w:after="0" w:line="240" w:lineRule="auto"/>
            </w:pPr>
            <w:r>
              <w:rPr>
                <w:sz w:val="16"/>
              </w:rPr>
              <w:t>Riveside</w:t>
            </w:r>
          </w:p>
        </w:tc>
        <w:tc>
          <w:tcPr>
            <w:tcW w:w="1200" w:type="dxa"/>
            <w:tcMar>
              <w:top w:w="80" w:type="dxa"/>
              <w:left w:w="120" w:type="dxa"/>
              <w:bottom w:w="80" w:type="dxa"/>
              <w:right w:w="120" w:type="dxa"/>
            </w:tcMar>
            <w:vAlign w:val="center"/>
          </w:tcPr>
          <w:p w14:paraId="3849EC93"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07059E25" w14:textId="77777777" w:rsidR="009E11EE" w:rsidRDefault="00000000">
            <w:pPr>
              <w:spacing w:after="0" w:line="240" w:lineRule="auto"/>
            </w:pPr>
            <w:r>
              <w:rPr>
                <w:sz w:val="16"/>
              </w:rPr>
              <w:t>HỐ NAI</w:t>
            </w:r>
          </w:p>
        </w:tc>
      </w:tr>
    </w:tbl>
    <w:p w14:paraId="30E2BF3E" w14:textId="77777777" w:rsidR="009E11EE" w:rsidRDefault="009E11EE">
      <w:pPr>
        <w:spacing w:after="0"/>
      </w:pPr>
    </w:p>
    <w:p w14:paraId="05CF8053" w14:textId="77777777" w:rsidR="009E11EE" w:rsidRDefault="00000000">
      <w:pPr>
        <w:pStyle w:val="Heading2"/>
      </w:pPr>
      <w:r>
        <w:rPr>
          <w:rFonts w:ascii="Arial" w:hAnsi="Arial"/>
        </w:rPr>
        <w:t>4.20. Nông Đức Trường</w:t>
      </w:r>
    </w:p>
    <w:p w14:paraId="047A989E" w14:textId="77777777" w:rsidR="009E11EE" w:rsidRDefault="00000000">
      <w:r>
        <w:rPr>
          <w:b/>
          <w:sz w:val="18"/>
        </w:rPr>
        <w:t xml:space="preserve">Tổng: </w:t>
      </w:r>
      <w:r>
        <w:rPr>
          <w:sz w:val="18"/>
        </w:rPr>
        <w:t>3</w:t>
      </w:r>
      <w:r>
        <w:rPr>
          <w:b/>
          <w:sz w:val="18"/>
        </w:rPr>
        <w:t xml:space="preserve">  |  Mới: </w:t>
      </w:r>
      <w:r>
        <w:rPr>
          <w:sz w:val="18"/>
        </w:rPr>
        <w:t>0</w:t>
      </w:r>
      <w:r>
        <w:rPr>
          <w:b/>
          <w:sz w:val="18"/>
        </w:rPr>
        <w:t xml:space="preserve">  |  Bộ: </w:t>
      </w:r>
      <w:r>
        <w:rPr>
          <w:sz w:val="18"/>
        </w:rPr>
        <w:t>1</w:t>
      </w:r>
      <w:r>
        <w:rPr>
          <w:b/>
          <w:sz w:val="18"/>
        </w:rPr>
        <w:t xml:space="preserve">  |  Nhân: </w:t>
      </w:r>
      <w:r>
        <w:rPr>
          <w:sz w:val="18"/>
        </w:rPr>
        <w:t>2</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69131CAB" w14:textId="77777777">
        <w:trPr>
          <w:tblHeader/>
        </w:trPr>
        <w:tc>
          <w:tcPr>
            <w:tcW w:w="600" w:type="dxa"/>
            <w:shd w:val="clear" w:color="auto" w:fill="1F4E78"/>
            <w:tcMar>
              <w:top w:w="80" w:type="dxa"/>
              <w:left w:w="120" w:type="dxa"/>
              <w:bottom w:w="80" w:type="dxa"/>
              <w:right w:w="120" w:type="dxa"/>
            </w:tcMar>
            <w:vAlign w:val="center"/>
          </w:tcPr>
          <w:p w14:paraId="6E3D9C2B"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4C9D155B"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41492817"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2E93C0A4"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75521596" w14:textId="77777777" w:rsidR="009E11EE" w:rsidRDefault="00000000">
            <w:pPr>
              <w:spacing w:after="0"/>
              <w:jc w:val="center"/>
            </w:pPr>
            <w:r>
              <w:rPr>
                <w:b/>
                <w:color w:val="FFFFFF"/>
                <w:sz w:val="17"/>
              </w:rPr>
              <w:t>Nhà máy</w:t>
            </w:r>
          </w:p>
        </w:tc>
      </w:tr>
      <w:tr w:rsidR="009E11EE" w14:paraId="70B91EB5" w14:textId="77777777">
        <w:tc>
          <w:tcPr>
            <w:tcW w:w="600" w:type="dxa"/>
            <w:tcMar>
              <w:top w:w="80" w:type="dxa"/>
              <w:left w:w="120" w:type="dxa"/>
              <w:bottom w:w="80" w:type="dxa"/>
              <w:right w:w="120" w:type="dxa"/>
            </w:tcMar>
            <w:vAlign w:val="center"/>
          </w:tcPr>
          <w:p w14:paraId="1D3FABA8"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2EA91636" w14:textId="77777777" w:rsidR="009E11EE" w:rsidRDefault="00000000">
            <w:pPr>
              <w:spacing w:after="0" w:line="240" w:lineRule="auto"/>
            </w:pPr>
            <w:r>
              <w:rPr>
                <w:sz w:val="16"/>
              </w:rPr>
              <w:t>Mekong 173 H (Bàn)</w:t>
            </w:r>
          </w:p>
        </w:tc>
        <w:tc>
          <w:tcPr>
            <w:tcW w:w="2000" w:type="dxa"/>
            <w:tcMar>
              <w:top w:w="80" w:type="dxa"/>
              <w:left w:w="120" w:type="dxa"/>
              <w:bottom w:w="80" w:type="dxa"/>
              <w:right w:w="120" w:type="dxa"/>
            </w:tcMar>
            <w:vAlign w:val="center"/>
          </w:tcPr>
          <w:p w14:paraId="27C5E8B7" w14:textId="77777777" w:rsidR="009E11EE" w:rsidRDefault="00000000">
            <w:pPr>
              <w:spacing w:after="0" w:line="240" w:lineRule="auto"/>
            </w:pPr>
            <w:r>
              <w:rPr>
                <w:sz w:val="16"/>
              </w:rPr>
              <w:t>Mekong</w:t>
            </w:r>
          </w:p>
        </w:tc>
        <w:tc>
          <w:tcPr>
            <w:tcW w:w="1200" w:type="dxa"/>
            <w:tcMar>
              <w:top w:w="80" w:type="dxa"/>
              <w:left w:w="120" w:type="dxa"/>
              <w:bottom w:w="80" w:type="dxa"/>
              <w:right w:w="120" w:type="dxa"/>
            </w:tcMar>
            <w:vAlign w:val="center"/>
          </w:tcPr>
          <w:p w14:paraId="6E7D78D0"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5E90B693" w14:textId="77777777" w:rsidR="009E11EE" w:rsidRDefault="00000000">
            <w:pPr>
              <w:spacing w:after="0" w:line="240" w:lineRule="auto"/>
            </w:pPr>
            <w:r>
              <w:rPr>
                <w:sz w:val="16"/>
              </w:rPr>
              <w:t>MEKONG</w:t>
            </w:r>
          </w:p>
        </w:tc>
      </w:tr>
      <w:tr w:rsidR="009E11EE" w14:paraId="585618B1" w14:textId="77777777">
        <w:tc>
          <w:tcPr>
            <w:tcW w:w="600" w:type="dxa"/>
            <w:shd w:val="clear" w:color="auto" w:fill="F2F4F7"/>
            <w:tcMar>
              <w:top w:w="80" w:type="dxa"/>
              <w:left w:w="120" w:type="dxa"/>
              <w:bottom w:w="80" w:type="dxa"/>
              <w:right w:w="120" w:type="dxa"/>
            </w:tcMar>
            <w:vAlign w:val="center"/>
          </w:tcPr>
          <w:p w14:paraId="08DC08E2"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7C4D74C7" w14:textId="77777777" w:rsidR="009E11EE" w:rsidRDefault="00000000">
            <w:pPr>
              <w:spacing w:after="0" w:line="240" w:lineRule="auto"/>
            </w:pPr>
            <w:r>
              <w:rPr>
                <w:sz w:val="16"/>
              </w:rPr>
              <w:t>Mekong 23/18 H</w:t>
            </w:r>
          </w:p>
        </w:tc>
        <w:tc>
          <w:tcPr>
            <w:tcW w:w="2000" w:type="dxa"/>
            <w:shd w:val="clear" w:color="auto" w:fill="F2F4F7"/>
            <w:tcMar>
              <w:top w:w="80" w:type="dxa"/>
              <w:left w:w="120" w:type="dxa"/>
              <w:bottom w:w="80" w:type="dxa"/>
              <w:right w:w="120" w:type="dxa"/>
            </w:tcMar>
            <w:vAlign w:val="center"/>
          </w:tcPr>
          <w:p w14:paraId="4285FCB7" w14:textId="77777777" w:rsidR="009E11EE" w:rsidRDefault="00000000">
            <w:pPr>
              <w:spacing w:after="0" w:line="240" w:lineRule="auto"/>
            </w:pPr>
            <w:r>
              <w:rPr>
                <w:sz w:val="16"/>
              </w:rPr>
              <w:t>Mekong</w:t>
            </w:r>
          </w:p>
        </w:tc>
        <w:tc>
          <w:tcPr>
            <w:tcW w:w="1200" w:type="dxa"/>
            <w:shd w:val="clear" w:color="auto" w:fill="F2F4F7"/>
            <w:tcMar>
              <w:top w:w="80" w:type="dxa"/>
              <w:left w:w="120" w:type="dxa"/>
              <w:bottom w:w="80" w:type="dxa"/>
              <w:right w:w="120" w:type="dxa"/>
            </w:tcMar>
            <w:vAlign w:val="center"/>
          </w:tcPr>
          <w:p w14:paraId="293CCD3A" w14:textId="77777777" w:rsidR="009E11EE" w:rsidRDefault="00000000">
            <w:pPr>
              <w:spacing w:after="0" w:line="240" w:lineRule="auto"/>
              <w:jc w:val="center"/>
            </w:pPr>
            <w:r>
              <w:rPr>
                <w:sz w:val="16"/>
              </w:rPr>
              <w:t>Nhân</w:t>
            </w:r>
          </w:p>
        </w:tc>
        <w:tc>
          <w:tcPr>
            <w:tcW w:w="2000" w:type="dxa"/>
            <w:shd w:val="clear" w:color="auto" w:fill="F2F4F7"/>
            <w:tcMar>
              <w:top w:w="80" w:type="dxa"/>
              <w:left w:w="120" w:type="dxa"/>
              <w:bottom w:w="80" w:type="dxa"/>
              <w:right w:w="120" w:type="dxa"/>
            </w:tcMar>
            <w:vAlign w:val="center"/>
          </w:tcPr>
          <w:p w14:paraId="1C99EE42" w14:textId="77777777" w:rsidR="009E11EE" w:rsidRDefault="00000000">
            <w:pPr>
              <w:spacing w:after="0" w:line="240" w:lineRule="auto"/>
            </w:pPr>
            <w:r>
              <w:rPr>
                <w:sz w:val="16"/>
              </w:rPr>
              <w:t>MEKONG</w:t>
            </w:r>
          </w:p>
        </w:tc>
      </w:tr>
      <w:tr w:rsidR="009E11EE" w14:paraId="45E17FF2" w14:textId="77777777">
        <w:tc>
          <w:tcPr>
            <w:tcW w:w="600" w:type="dxa"/>
            <w:tcMar>
              <w:top w:w="80" w:type="dxa"/>
              <w:left w:w="120" w:type="dxa"/>
              <w:bottom w:w="80" w:type="dxa"/>
              <w:right w:w="120" w:type="dxa"/>
            </w:tcMar>
            <w:vAlign w:val="center"/>
          </w:tcPr>
          <w:p w14:paraId="79FE1969" w14:textId="77777777" w:rsidR="009E11EE" w:rsidRDefault="00000000">
            <w:pPr>
              <w:spacing w:after="0" w:line="240" w:lineRule="auto"/>
              <w:jc w:val="center"/>
            </w:pPr>
            <w:r>
              <w:rPr>
                <w:sz w:val="16"/>
              </w:rPr>
              <w:t>3</w:t>
            </w:r>
          </w:p>
        </w:tc>
        <w:tc>
          <w:tcPr>
            <w:tcW w:w="3560" w:type="dxa"/>
            <w:tcMar>
              <w:top w:w="80" w:type="dxa"/>
              <w:left w:w="120" w:type="dxa"/>
              <w:bottom w:w="80" w:type="dxa"/>
              <w:right w:w="120" w:type="dxa"/>
            </w:tcMar>
            <w:vAlign w:val="center"/>
          </w:tcPr>
          <w:p w14:paraId="2421CC8E" w14:textId="77777777" w:rsidR="009E11EE" w:rsidRDefault="00000000">
            <w:pPr>
              <w:spacing w:after="0" w:line="240" w:lineRule="auto"/>
            </w:pPr>
            <w:r>
              <w:rPr>
                <w:sz w:val="16"/>
              </w:rPr>
              <w:t>Mekong 100 H</w:t>
            </w:r>
          </w:p>
        </w:tc>
        <w:tc>
          <w:tcPr>
            <w:tcW w:w="2000" w:type="dxa"/>
            <w:tcMar>
              <w:top w:w="80" w:type="dxa"/>
              <w:left w:w="120" w:type="dxa"/>
              <w:bottom w:w="80" w:type="dxa"/>
              <w:right w:w="120" w:type="dxa"/>
            </w:tcMar>
            <w:vAlign w:val="center"/>
          </w:tcPr>
          <w:p w14:paraId="3FB11D5B" w14:textId="77777777" w:rsidR="009E11EE" w:rsidRDefault="00000000">
            <w:pPr>
              <w:spacing w:after="0" w:line="240" w:lineRule="auto"/>
            </w:pPr>
            <w:r>
              <w:rPr>
                <w:sz w:val="16"/>
              </w:rPr>
              <w:t>Mekong</w:t>
            </w:r>
          </w:p>
        </w:tc>
        <w:tc>
          <w:tcPr>
            <w:tcW w:w="1200" w:type="dxa"/>
            <w:tcMar>
              <w:top w:w="80" w:type="dxa"/>
              <w:left w:w="120" w:type="dxa"/>
              <w:bottom w:w="80" w:type="dxa"/>
              <w:right w:w="120" w:type="dxa"/>
            </w:tcMar>
            <w:vAlign w:val="center"/>
          </w:tcPr>
          <w:p w14:paraId="08C007A0" w14:textId="77777777" w:rsidR="009E11EE" w:rsidRDefault="00000000">
            <w:pPr>
              <w:spacing w:after="0" w:line="240" w:lineRule="auto"/>
              <w:jc w:val="center"/>
            </w:pPr>
            <w:r>
              <w:rPr>
                <w:sz w:val="16"/>
              </w:rPr>
              <w:t>Nhân</w:t>
            </w:r>
          </w:p>
        </w:tc>
        <w:tc>
          <w:tcPr>
            <w:tcW w:w="2000" w:type="dxa"/>
            <w:tcMar>
              <w:top w:w="80" w:type="dxa"/>
              <w:left w:w="120" w:type="dxa"/>
              <w:bottom w:w="80" w:type="dxa"/>
              <w:right w:w="120" w:type="dxa"/>
            </w:tcMar>
            <w:vAlign w:val="center"/>
          </w:tcPr>
          <w:p w14:paraId="49F13740" w14:textId="77777777" w:rsidR="009E11EE" w:rsidRDefault="00000000">
            <w:pPr>
              <w:spacing w:after="0" w:line="240" w:lineRule="auto"/>
            </w:pPr>
            <w:r>
              <w:rPr>
                <w:sz w:val="16"/>
              </w:rPr>
              <w:t>MEKONG</w:t>
            </w:r>
          </w:p>
        </w:tc>
      </w:tr>
    </w:tbl>
    <w:p w14:paraId="76F63DC1" w14:textId="77777777" w:rsidR="009E11EE" w:rsidRDefault="009E11EE">
      <w:pPr>
        <w:spacing w:after="0"/>
      </w:pPr>
    </w:p>
    <w:p w14:paraId="5FAC02F5" w14:textId="77777777" w:rsidR="009E11EE" w:rsidRDefault="00000000">
      <w:pPr>
        <w:pStyle w:val="Heading2"/>
      </w:pPr>
      <w:r>
        <w:rPr>
          <w:rFonts w:ascii="Arial" w:hAnsi="Arial"/>
        </w:rPr>
        <w:t>4.21. Phạm Văn Tùng</w:t>
      </w:r>
    </w:p>
    <w:p w14:paraId="64FA55EE" w14:textId="77777777" w:rsidR="009E11EE" w:rsidRDefault="00000000">
      <w:r>
        <w:rPr>
          <w:b/>
          <w:sz w:val="18"/>
        </w:rPr>
        <w:t xml:space="preserve">Tổng: </w:t>
      </w:r>
      <w:r>
        <w:rPr>
          <w:sz w:val="18"/>
        </w:rPr>
        <w:t>3</w:t>
      </w:r>
      <w:r>
        <w:rPr>
          <w:b/>
          <w:sz w:val="18"/>
        </w:rPr>
        <w:t xml:space="preserve">  |  Mới: </w:t>
      </w:r>
      <w:r>
        <w:rPr>
          <w:sz w:val="18"/>
        </w:rPr>
        <w:t>0</w:t>
      </w:r>
      <w:r>
        <w:rPr>
          <w:b/>
          <w:sz w:val="18"/>
        </w:rPr>
        <w:t xml:space="preserve">  |  Bộ: </w:t>
      </w:r>
      <w:r>
        <w:rPr>
          <w:sz w:val="18"/>
        </w:rPr>
        <w:t>1</w:t>
      </w:r>
      <w:r>
        <w:rPr>
          <w:b/>
          <w:sz w:val="18"/>
        </w:rPr>
        <w:t xml:space="preserve">  |  Nhân: </w:t>
      </w:r>
      <w:r>
        <w:rPr>
          <w:sz w:val="18"/>
        </w:rPr>
        <w:t>2</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12973E68" w14:textId="77777777">
        <w:trPr>
          <w:tblHeader/>
        </w:trPr>
        <w:tc>
          <w:tcPr>
            <w:tcW w:w="600" w:type="dxa"/>
            <w:shd w:val="clear" w:color="auto" w:fill="1F4E78"/>
            <w:tcMar>
              <w:top w:w="80" w:type="dxa"/>
              <w:left w:w="120" w:type="dxa"/>
              <w:bottom w:w="80" w:type="dxa"/>
              <w:right w:w="120" w:type="dxa"/>
            </w:tcMar>
            <w:vAlign w:val="center"/>
          </w:tcPr>
          <w:p w14:paraId="72BF7EFF"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37780049"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11AFCFE8"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20C7B387"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283EF705" w14:textId="77777777" w:rsidR="009E11EE" w:rsidRDefault="00000000">
            <w:pPr>
              <w:spacing w:after="0"/>
              <w:jc w:val="center"/>
            </w:pPr>
            <w:r>
              <w:rPr>
                <w:b/>
                <w:color w:val="FFFFFF"/>
                <w:sz w:val="17"/>
              </w:rPr>
              <w:t>Nhà máy</w:t>
            </w:r>
          </w:p>
        </w:tc>
      </w:tr>
      <w:tr w:rsidR="009E11EE" w14:paraId="0197DEC8" w14:textId="77777777">
        <w:tc>
          <w:tcPr>
            <w:tcW w:w="600" w:type="dxa"/>
            <w:tcMar>
              <w:top w:w="80" w:type="dxa"/>
              <w:left w:w="120" w:type="dxa"/>
              <w:bottom w:w="80" w:type="dxa"/>
              <w:right w:w="120" w:type="dxa"/>
            </w:tcMar>
            <w:vAlign w:val="center"/>
          </w:tcPr>
          <w:p w14:paraId="4F41C91D" w14:textId="77777777" w:rsidR="009E11EE" w:rsidRDefault="00000000">
            <w:pPr>
              <w:spacing w:after="0" w:line="240" w:lineRule="auto"/>
              <w:jc w:val="center"/>
            </w:pPr>
            <w:r>
              <w:rPr>
                <w:sz w:val="16"/>
              </w:rPr>
              <w:lastRenderedPageBreak/>
              <w:t>1</w:t>
            </w:r>
          </w:p>
        </w:tc>
        <w:tc>
          <w:tcPr>
            <w:tcW w:w="3560" w:type="dxa"/>
            <w:tcMar>
              <w:top w:w="80" w:type="dxa"/>
              <w:left w:w="120" w:type="dxa"/>
              <w:bottom w:w="80" w:type="dxa"/>
              <w:right w:w="120" w:type="dxa"/>
            </w:tcMar>
            <w:vAlign w:val="center"/>
          </w:tcPr>
          <w:p w14:paraId="29CD3341" w14:textId="77777777" w:rsidR="009E11EE" w:rsidRDefault="00000000">
            <w:pPr>
              <w:spacing w:after="0" w:line="240" w:lineRule="auto"/>
            </w:pPr>
            <w:r>
              <w:rPr>
                <w:sz w:val="16"/>
              </w:rPr>
              <w:t>Z751-128 | Z751-128</w:t>
            </w:r>
          </w:p>
        </w:tc>
        <w:tc>
          <w:tcPr>
            <w:tcW w:w="2000" w:type="dxa"/>
            <w:tcMar>
              <w:top w:w="80" w:type="dxa"/>
              <w:left w:w="120" w:type="dxa"/>
              <w:bottom w:w="80" w:type="dxa"/>
              <w:right w:w="120" w:type="dxa"/>
            </w:tcMar>
            <w:vAlign w:val="center"/>
          </w:tcPr>
          <w:p w14:paraId="403416A9" w14:textId="77777777" w:rsidR="009E11EE" w:rsidRDefault="00000000">
            <w:pPr>
              <w:spacing w:after="0" w:line="240" w:lineRule="auto"/>
            </w:pPr>
            <w:r>
              <w:rPr>
                <w:sz w:val="16"/>
              </w:rPr>
              <w:t>Hanaapluss</w:t>
            </w:r>
          </w:p>
        </w:tc>
        <w:tc>
          <w:tcPr>
            <w:tcW w:w="1200" w:type="dxa"/>
            <w:tcMar>
              <w:top w:w="80" w:type="dxa"/>
              <w:left w:w="120" w:type="dxa"/>
              <w:bottom w:w="80" w:type="dxa"/>
              <w:right w:w="120" w:type="dxa"/>
            </w:tcMar>
            <w:vAlign w:val="center"/>
          </w:tcPr>
          <w:p w14:paraId="29562744" w14:textId="77777777" w:rsidR="009E11EE" w:rsidRDefault="00000000">
            <w:pPr>
              <w:spacing w:after="0" w:line="240" w:lineRule="auto"/>
              <w:jc w:val="center"/>
            </w:pPr>
            <w:r>
              <w:rPr>
                <w:sz w:val="16"/>
              </w:rPr>
              <w:t>Nhân</w:t>
            </w:r>
          </w:p>
        </w:tc>
        <w:tc>
          <w:tcPr>
            <w:tcW w:w="2000" w:type="dxa"/>
            <w:tcMar>
              <w:top w:w="80" w:type="dxa"/>
              <w:left w:w="120" w:type="dxa"/>
              <w:bottom w:w="80" w:type="dxa"/>
              <w:right w:w="120" w:type="dxa"/>
            </w:tcMar>
            <w:vAlign w:val="center"/>
          </w:tcPr>
          <w:p w14:paraId="692D1552" w14:textId="77777777" w:rsidR="009E11EE" w:rsidRDefault="00000000">
            <w:pPr>
              <w:spacing w:after="0" w:line="240" w:lineRule="auto"/>
            </w:pPr>
            <w:r>
              <w:rPr>
                <w:sz w:val="16"/>
              </w:rPr>
              <w:t>Z751</w:t>
            </w:r>
          </w:p>
        </w:tc>
      </w:tr>
      <w:tr w:rsidR="009E11EE" w14:paraId="5AF2F0E5" w14:textId="77777777">
        <w:tc>
          <w:tcPr>
            <w:tcW w:w="600" w:type="dxa"/>
            <w:shd w:val="clear" w:color="auto" w:fill="F2F4F7"/>
            <w:tcMar>
              <w:top w:w="80" w:type="dxa"/>
              <w:left w:w="120" w:type="dxa"/>
              <w:bottom w:w="80" w:type="dxa"/>
              <w:right w:w="120" w:type="dxa"/>
            </w:tcMar>
            <w:vAlign w:val="center"/>
          </w:tcPr>
          <w:p w14:paraId="3A4A5907"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51462820" w14:textId="77777777" w:rsidR="009E11EE" w:rsidRDefault="00000000">
            <w:pPr>
              <w:spacing w:after="0" w:line="240" w:lineRule="auto"/>
            </w:pPr>
            <w:r>
              <w:rPr>
                <w:sz w:val="16"/>
              </w:rPr>
              <w:t>Z751-246 | Z751-246</w:t>
            </w:r>
          </w:p>
        </w:tc>
        <w:tc>
          <w:tcPr>
            <w:tcW w:w="2000" w:type="dxa"/>
            <w:shd w:val="clear" w:color="auto" w:fill="F2F4F7"/>
            <w:tcMar>
              <w:top w:w="80" w:type="dxa"/>
              <w:left w:w="120" w:type="dxa"/>
              <w:bottom w:w="80" w:type="dxa"/>
              <w:right w:w="120" w:type="dxa"/>
            </w:tcMar>
            <w:vAlign w:val="center"/>
          </w:tcPr>
          <w:p w14:paraId="0B7E3CFA" w14:textId="77777777" w:rsidR="009E11EE" w:rsidRDefault="00000000">
            <w:pPr>
              <w:spacing w:after="0" w:line="240" w:lineRule="auto"/>
            </w:pPr>
            <w:r>
              <w:rPr>
                <w:sz w:val="16"/>
              </w:rPr>
              <w:t>Retro</w:t>
            </w:r>
          </w:p>
        </w:tc>
        <w:tc>
          <w:tcPr>
            <w:tcW w:w="1200" w:type="dxa"/>
            <w:shd w:val="clear" w:color="auto" w:fill="F2F4F7"/>
            <w:tcMar>
              <w:top w:w="80" w:type="dxa"/>
              <w:left w:w="120" w:type="dxa"/>
              <w:bottom w:w="80" w:type="dxa"/>
              <w:right w:w="120" w:type="dxa"/>
            </w:tcMar>
            <w:vAlign w:val="center"/>
          </w:tcPr>
          <w:p w14:paraId="04F60523" w14:textId="77777777" w:rsidR="009E11EE" w:rsidRDefault="00000000">
            <w:pPr>
              <w:spacing w:after="0" w:line="240" w:lineRule="auto"/>
              <w:jc w:val="center"/>
            </w:pPr>
            <w:r>
              <w:rPr>
                <w:sz w:val="16"/>
              </w:rPr>
              <w:t>Nhân</w:t>
            </w:r>
          </w:p>
        </w:tc>
        <w:tc>
          <w:tcPr>
            <w:tcW w:w="2000" w:type="dxa"/>
            <w:shd w:val="clear" w:color="auto" w:fill="F2F4F7"/>
            <w:tcMar>
              <w:top w:w="80" w:type="dxa"/>
              <w:left w:w="120" w:type="dxa"/>
              <w:bottom w:w="80" w:type="dxa"/>
              <w:right w:w="120" w:type="dxa"/>
            </w:tcMar>
            <w:vAlign w:val="center"/>
          </w:tcPr>
          <w:p w14:paraId="6D2FB9AC" w14:textId="77777777" w:rsidR="009E11EE" w:rsidRDefault="00000000">
            <w:pPr>
              <w:spacing w:after="0" w:line="240" w:lineRule="auto"/>
            </w:pPr>
            <w:r>
              <w:rPr>
                <w:sz w:val="16"/>
              </w:rPr>
              <w:t>Z751</w:t>
            </w:r>
          </w:p>
        </w:tc>
      </w:tr>
      <w:tr w:rsidR="009E11EE" w14:paraId="0936C91A" w14:textId="77777777">
        <w:tc>
          <w:tcPr>
            <w:tcW w:w="600" w:type="dxa"/>
            <w:tcMar>
              <w:top w:w="80" w:type="dxa"/>
              <w:left w:w="120" w:type="dxa"/>
              <w:bottom w:w="80" w:type="dxa"/>
              <w:right w:w="120" w:type="dxa"/>
            </w:tcMar>
            <w:vAlign w:val="center"/>
          </w:tcPr>
          <w:p w14:paraId="3510734F" w14:textId="77777777" w:rsidR="009E11EE" w:rsidRDefault="00000000">
            <w:pPr>
              <w:spacing w:after="0" w:line="240" w:lineRule="auto"/>
              <w:jc w:val="center"/>
            </w:pPr>
            <w:r>
              <w:rPr>
                <w:sz w:val="16"/>
              </w:rPr>
              <w:t>3</w:t>
            </w:r>
          </w:p>
        </w:tc>
        <w:tc>
          <w:tcPr>
            <w:tcW w:w="3560" w:type="dxa"/>
            <w:tcMar>
              <w:top w:w="80" w:type="dxa"/>
              <w:left w:w="120" w:type="dxa"/>
              <w:bottom w:w="80" w:type="dxa"/>
              <w:right w:w="120" w:type="dxa"/>
            </w:tcMar>
            <w:vAlign w:val="center"/>
          </w:tcPr>
          <w:p w14:paraId="532469AD" w14:textId="77777777" w:rsidR="009E11EE" w:rsidRDefault="00000000">
            <w:pPr>
              <w:spacing w:after="0" w:line="240" w:lineRule="auto"/>
            </w:pPr>
            <w:r>
              <w:rPr>
                <w:sz w:val="16"/>
              </w:rPr>
              <w:t>Z751-Tn | Z751-TN (BÀN)</w:t>
            </w:r>
          </w:p>
        </w:tc>
        <w:tc>
          <w:tcPr>
            <w:tcW w:w="2000" w:type="dxa"/>
            <w:tcMar>
              <w:top w:w="80" w:type="dxa"/>
              <w:left w:w="120" w:type="dxa"/>
              <w:bottom w:w="80" w:type="dxa"/>
              <w:right w:w="120" w:type="dxa"/>
            </w:tcMar>
            <w:vAlign w:val="center"/>
          </w:tcPr>
          <w:p w14:paraId="36F6F2BB" w14:textId="77777777" w:rsidR="009E11EE" w:rsidRDefault="00000000">
            <w:pPr>
              <w:spacing w:after="0" w:line="240" w:lineRule="auto"/>
            </w:pPr>
            <w:r>
              <w:rPr>
                <w:sz w:val="16"/>
              </w:rPr>
              <w:t>Retro</w:t>
            </w:r>
          </w:p>
        </w:tc>
        <w:tc>
          <w:tcPr>
            <w:tcW w:w="1200" w:type="dxa"/>
            <w:tcMar>
              <w:top w:w="80" w:type="dxa"/>
              <w:left w:w="120" w:type="dxa"/>
              <w:bottom w:w="80" w:type="dxa"/>
              <w:right w:w="120" w:type="dxa"/>
            </w:tcMar>
            <w:vAlign w:val="center"/>
          </w:tcPr>
          <w:p w14:paraId="3ACAC474"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0FDF6BC9" w14:textId="77777777" w:rsidR="009E11EE" w:rsidRDefault="00000000">
            <w:pPr>
              <w:spacing w:after="0" w:line="240" w:lineRule="auto"/>
            </w:pPr>
            <w:r>
              <w:rPr>
                <w:sz w:val="16"/>
              </w:rPr>
              <w:t>Z751</w:t>
            </w:r>
          </w:p>
        </w:tc>
      </w:tr>
    </w:tbl>
    <w:p w14:paraId="15CD9E13" w14:textId="77777777" w:rsidR="009E11EE" w:rsidRDefault="009E11EE">
      <w:pPr>
        <w:spacing w:after="0"/>
      </w:pPr>
    </w:p>
    <w:p w14:paraId="0C35F827" w14:textId="77777777" w:rsidR="009E11EE" w:rsidRDefault="00000000">
      <w:pPr>
        <w:pStyle w:val="Heading2"/>
      </w:pPr>
      <w:r>
        <w:rPr>
          <w:rFonts w:ascii="Arial" w:hAnsi="Arial"/>
        </w:rPr>
        <w:t>4.22. Trung</w:t>
      </w:r>
    </w:p>
    <w:p w14:paraId="0D7D9AF5" w14:textId="77777777" w:rsidR="009E11EE" w:rsidRDefault="00000000">
      <w:r>
        <w:rPr>
          <w:b/>
          <w:sz w:val="18"/>
        </w:rPr>
        <w:t xml:space="preserve">Tổng: </w:t>
      </w:r>
      <w:r>
        <w:rPr>
          <w:sz w:val="18"/>
        </w:rPr>
        <w:t>3</w:t>
      </w:r>
      <w:r>
        <w:rPr>
          <w:b/>
          <w:sz w:val="18"/>
        </w:rPr>
        <w:t xml:space="preserve">  |  Mới: </w:t>
      </w:r>
      <w:r>
        <w:rPr>
          <w:sz w:val="18"/>
        </w:rPr>
        <w:t>0</w:t>
      </w:r>
      <w:r>
        <w:rPr>
          <w:b/>
          <w:sz w:val="18"/>
        </w:rPr>
        <w:t xml:space="preserve">  |  Bộ: </w:t>
      </w:r>
      <w:r>
        <w:rPr>
          <w:sz w:val="18"/>
        </w:rPr>
        <w:t>0</w:t>
      </w:r>
      <w:r>
        <w:rPr>
          <w:b/>
          <w:sz w:val="18"/>
        </w:rPr>
        <w:t xml:space="preserve">  |  Nhân: </w:t>
      </w:r>
      <w:r>
        <w:rPr>
          <w:sz w:val="18"/>
        </w:rPr>
        <w:t>3</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4D600197" w14:textId="77777777">
        <w:trPr>
          <w:tblHeader/>
        </w:trPr>
        <w:tc>
          <w:tcPr>
            <w:tcW w:w="600" w:type="dxa"/>
            <w:shd w:val="clear" w:color="auto" w:fill="1F4E78"/>
            <w:tcMar>
              <w:top w:w="80" w:type="dxa"/>
              <w:left w:w="120" w:type="dxa"/>
              <w:bottom w:w="80" w:type="dxa"/>
              <w:right w:w="120" w:type="dxa"/>
            </w:tcMar>
            <w:vAlign w:val="center"/>
          </w:tcPr>
          <w:p w14:paraId="26AE519E"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087DDF1D"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5FE4FE4D"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6EFCB499"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6FA94F9C" w14:textId="77777777" w:rsidR="009E11EE" w:rsidRDefault="00000000">
            <w:pPr>
              <w:spacing w:after="0"/>
              <w:jc w:val="center"/>
            </w:pPr>
            <w:r>
              <w:rPr>
                <w:b/>
                <w:color w:val="FFFFFF"/>
                <w:sz w:val="17"/>
              </w:rPr>
              <w:t>Nhà máy</w:t>
            </w:r>
          </w:p>
        </w:tc>
      </w:tr>
      <w:tr w:rsidR="009E11EE" w14:paraId="1CF2B6BF" w14:textId="77777777">
        <w:tc>
          <w:tcPr>
            <w:tcW w:w="600" w:type="dxa"/>
            <w:tcMar>
              <w:top w:w="80" w:type="dxa"/>
              <w:left w:w="120" w:type="dxa"/>
              <w:bottom w:w="80" w:type="dxa"/>
              <w:right w:w="120" w:type="dxa"/>
            </w:tcMar>
            <w:vAlign w:val="center"/>
          </w:tcPr>
          <w:p w14:paraId="7729E9AD"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1DF67A4D" w14:textId="77777777" w:rsidR="009E11EE" w:rsidRDefault="00000000">
            <w:pPr>
              <w:spacing w:after="0" w:line="240" w:lineRule="auto"/>
            </w:pPr>
            <w:r>
              <w:rPr>
                <w:sz w:val="16"/>
              </w:rPr>
              <w:t>HP 269/270</w:t>
            </w:r>
          </w:p>
        </w:tc>
        <w:tc>
          <w:tcPr>
            <w:tcW w:w="2000" w:type="dxa"/>
            <w:tcMar>
              <w:top w:w="80" w:type="dxa"/>
              <w:left w:w="120" w:type="dxa"/>
              <w:bottom w:w="80" w:type="dxa"/>
              <w:right w:w="120" w:type="dxa"/>
            </w:tcMar>
            <w:vAlign w:val="center"/>
          </w:tcPr>
          <w:p w14:paraId="13BE978B" w14:textId="77777777" w:rsidR="009E11EE" w:rsidRDefault="00000000">
            <w:pPr>
              <w:spacing w:after="0" w:line="240" w:lineRule="auto"/>
            </w:pPr>
            <w:r>
              <w:rPr>
                <w:sz w:val="16"/>
              </w:rPr>
              <w:t>Bảo anh</w:t>
            </w:r>
          </w:p>
        </w:tc>
        <w:tc>
          <w:tcPr>
            <w:tcW w:w="1200" w:type="dxa"/>
            <w:tcMar>
              <w:top w:w="80" w:type="dxa"/>
              <w:left w:w="120" w:type="dxa"/>
              <w:bottom w:w="80" w:type="dxa"/>
              <w:right w:w="120" w:type="dxa"/>
            </w:tcMar>
            <w:vAlign w:val="center"/>
          </w:tcPr>
          <w:p w14:paraId="11C8727C" w14:textId="77777777" w:rsidR="009E11EE" w:rsidRDefault="00000000">
            <w:pPr>
              <w:spacing w:after="0" w:line="240" w:lineRule="auto"/>
              <w:jc w:val="center"/>
            </w:pPr>
            <w:r>
              <w:rPr>
                <w:sz w:val="16"/>
              </w:rPr>
              <w:t>Nhân</w:t>
            </w:r>
          </w:p>
        </w:tc>
        <w:tc>
          <w:tcPr>
            <w:tcW w:w="2000" w:type="dxa"/>
            <w:tcMar>
              <w:top w:w="80" w:type="dxa"/>
              <w:left w:w="120" w:type="dxa"/>
              <w:bottom w:w="80" w:type="dxa"/>
              <w:right w:w="120" w:type="dxa"/>
            </w:tcMar>
            <w:vAlign w:val="center"/>
          </w:tcPr>
          <w:p w14:paraId="51DCC15C" w14:textId="77777777" w:rsidR="009E11EE" w:rsidRDefault="00000000">
            <w:pPr>
              <w:spacing w:after="0" w:line="240" w:lineRule="auto"/>
            </w:pPr>
            <w:r>
              <w:rPr>
                <w:sz w:val="16"/>
              </w:rPr>
              <w:t>HẠNH PHÚC</w:t>
            </w:r>
          </w:p>
        </w:tc>
      </w:tr>
      <w:tr w:rsidR="009E11EE" w14:paraId="7341EB2B" w14:textId="77777777">
        <w:tc>
          <w:tcPr>
            <w:tcW w:w="600" w:type="dxa"/>
            <w:shd w:val="clear" w:color="auto" w:fill="F2F4F7"/>
            <w:tcMar>
              <w:top w:w="80" w:type="dxa"/>
              <w:left w:w="120" w:type="dxa"/>
              <w:bottom w:w="80" w:type="dxa"/>
              <w:right w:w="120" w:type="dxa"/>
            </w:tcMar>
            <w:vAlign w:val="center"/>
          </w:tcPr>
          <w:p w14:paraId="26598C70"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546D705D" w14:textId="77777777" w:rsidR="009E11EE" w:rsidRDefault="00000000">
            <w:pPr>
              <w:spacing w:after="0" w:line="240" w:lineRule="auto"/>
            </w:pPr>
            <w:r>
              <w:rPr>
                <w:sz w:val="16"/>
              </w:rPr>
              <w:t>HP 349/350</w:t>
            </w:r>
          </w:p>
        </w:tc>
        <w:tc>
          <w:tcPr>
            <w:tcW w:w="2000" w:type="dxa"/>
            <w:shd w:val="clear" w:color="auto" w:fill="F2F4F7"/>
            <w:tcMar>
              <w:top w:w="80" w:type="dxa"/>
              <w:left w:w="120" w:type="dxa"/>
              <w:bottom w:w="80" w:type="dxa"/>
              <w:right w:w="120" w:type="dxa"/>
            </w:tcMar>
            <w:vAlign w:val="center"/>
          </w:tcPr>
          <w:p w14:paraId="057C8B29" w14:textId="77777777" w:rsidR="009E11EE" w:rsidRDefault="00000000">
            <w:pPr>
              <w:spacing w:after="0" w:line="240" w:lineRule="auto"/>
            </w:pPr>
            <w:r>
              <w:rPr>
                <w:sz w:val="16"/>
              </w:rPr>
              <w:t>082</w:t>
            </w:r>
          </w:p>
        </w:tc>
        <w:tc>
          <w:tcPr>
            <w:tcW w:w="1200" w:type="dxa"/>
            <w:shd w:val="clear" w:color="auto" w:fill="F2F4F7"/>
            <w:tcMar>
              <w:top w:w="80" w:type="dxa"/>
              <w:left w:w="120" w:type="dxa"/>
              <w:bottom w:w="80" w:type="dxa"/>
              <w:right w:w="120" w:type="dxa"/>
            </w:tcMar>
            <w:vAlign w:val="center"/>
          </w:tcPr>
          <w:p w14:paraId="15F3628A" w14:textId="77777777" w:rsidR="009E11EE" w:rsidRDefault="00000000">
            <w:pPr>
              <w:spacing w:after="0" w:line="240" w:lineRule="auto"/>
              <w:jc w:val="center"/>
            </w:pPr>
            <w:r>
              <w:rPr>
                <w:sz w:val="16"/>
              </w:rPr>
              <w:t>Nhân</w:t>
            </w:r>
          </w:p>
        </w:tc>
        <w:tc>
          <w:tcPr>
            <w:tcW w:w="2000" w:type="dxa"/>
            <w:shd w:val="clear" w:color="auto" w:fill="F2F4F7"/>
            <w:tcMar>
              <w:top w:w="80" w:type="dxa"/>
              <w:left w:w="120" w:type="dxa"/>
              <w:bottom w:w="80" w:type="dxa"/>
              <w:right w:w="120" w:type="dxa"/>
            </w:tcMar>
            <w:vAlign w:val="center"/>
          </w:tcPr>
          <w:p w14:paraId="3517F5EA" w14:textId="77777777" w:rsidR="009E11EE" w:rsidRDefault="00000000">
            <w:pPr>
              <w:spacing w:after="0" w:line="240" w:lineRule="auto"/>
            </w:pPr>
            <w:r>
              <w:rPr>
                <w:sz w:val="16"/>
              </w:rPr>
              <w:t>HẠNH PHÚC</w:t>
            </w:r>
          </w:p>
        </w:tc>
      </w:tr>
      <w:tr w:rsidR="009E11EE" w14:paraId="2386766B" w14:textId="77777777">
        <w:tc>
          <w:tcPr>
            <w:tcW w:w="600" w:type="dxa"/>
            <w:tcMar>
              <w:top w:w="80" w:type="dxa"/>
              <w:left w:w="120" w:type="dxa"/>
              <w:bottom w:w="80" w:type="dxa"/>
              <w:right w:w="120" w:type="dxa"/>
            </w:tcMar>
            <w:vAlign w:val="center"/>
          </w:tcPr>
          <w:p w14:paraId="42E7D6AB" w14:textId="77777777" w:rsidR="009E11EE" w:rsidRDefault="00000000">
            <w:pPr>
              <w:spacing w:after="0" w:line="240" w:lineRule="auto"/>
              <w:jc w:val="center"/>
            </w:pPr>
            <w:r>
              <w:rPr>
                <w:sz w:val="16"/>
              </w:rPr>
              <w:t>3</w:t>
            </w:r>
          </w:p>
        </w:tc>
        <w:tc>
          <w:tcPr>
            <w:tcW w:w="3560" w:type="dxa"/>
            <w:tcMar>
              <w:top w:w="80" w:type="dxa"/>
              <w:left w:w="120" w:type="dxa"/>
              <w:bottom w:w="80" w:type="dxa"/>
              <w:right w:w="120" w:type="dxa"/>
            </w:tcMar>
            <w:vAlign w:val="center"/>
          </w:tcPr>
          <w:p w14:paraId="53233650" w14:textId="77777777" w:rsidR="009E11EE" w:rsidRDefault="00000000">
            <w:pPr>
              <w:spacing w:after="0" w:line="240" w:lineRule="auto"/>
            </w:pPr>
            <w:r>
              <w:rPr>
                <w:sz w:val="16"/>
              </w:rPr>
              <w:t>HP 309</w:t>
            </w:r>
          </w:p>
        </w:tc>
        <w:tc>
          <w:tcPr>
            <w:tcW w:w="2000" w:type="dxa"/>
            <w:tcMar>
              <w:top w:w="80" w:type="dxa"/>
              <w:left w:w="120" w:type="dxa"/>
              <w:bottom w:w="80" w:type="dxa"/>
              <w:right w:w="120" w:type="dxa"/>
            </w:tcMar>
            <w:vAlign w:val="center"/>
          </w:tcPr>
          <w:p w14:paraId="08E76CE3" w14:textId="77777777" w:rsidR="009E11EE" w:rsidRDefault="00000000">
            <w:pPr>
              <w:spacing w:after="0" w:line="240" w:lineRule="auto"/>
            </w:pPr>
            <w:r>
              <w:rPr>
                <w:sz w:val="16"/>
              </w:rPr>
              <w:t>Ashley</w:t>
            </w:r>
          </w:p>
        </w:tc>
        <w:tc>
          <w:tcPr>
            <w:tcW w:w="1200" w:type="dxa"/>
            <w:tcMar>
              <w:top w:w="80" w:type="dxa"/>
              <w:left w:w="120" w:type="dxa"/>
              <w:bottom w:w="80" w:type="dxa"/>
              <w:right w:w="120" w:type="dxa"/>
            </w:tcMar>
            <w:vAlign w:val="center"/>
          </w:tcPr>
          <w:p w14:paraId="3149016E" w14:textId="77777777" w:rsidR="009E11EE" w:rsidRDefault="00000000">
            <w:pPr>
              <w:spacing w:after="0" w:line="240" w:lineRule="auto"/>
              <w:jc w:val="center"/>
            </w:pPr>
            <w:r>
              <w:rPr>
                <w:sz w:val="16"/>
              </w:rPr>
              <w:t>Nhân</w:t>
            </w:r>
          </w:p>
        </w:tc>
        <w:tc>
          <w:tcPr>
            <w:tcW w:w="2000" w:type="dxa"/>
            <w:tcMar>
              <w:top w:w="80" w:type="dxa"/>
              <w:left w:w="120" w:type="dxa"/>
              <w:bottom w:w="80" w:type="dxa"/>
              <w:right w:w="120" w:type="dxa"/>
            </w:tcMar>
            <w:vAlign w:val="center"/>
          </w:tcPr>
          <w:p w14:paraId="58C89EF1" w14:textId="77777777" w:rsidR="009E11EE" w:rsidRDefault="00000000">
            <w:pPr>
              <w:spacing w:after="0" w:line="240" w:lineRule="auto"/>
            </w:pPr>
            <w:r>
              <w:rPr>
                <w:sz w:val="16"/>
              </w:rPr>
              <w:t>HẠNH PHÚC</w:t>
            </w:r>
          </w:p>
        </w:tc>
      </w:tr>
    </w:tbl>
    <w:p w14:paraId="7879ABCD" w14:textId="77777777" w:rsidR="009E11EE" w:rsidRDefault="009E11EE">
      <w:pPr>
        <w:spacing w:after="0"/>
      </w:pPr>
    </w:p>
    <w:p w14:paraId="6EC0DBDE" w14:textId="77777777" w:rsidR="009E11EE" w:rsidRDefault="00000000">
      <w:pPr>
        <w:pStyle w:val="Heading2"/>
      </w:pPr>
      <w:r>
        <w:rPr>
          <w:rFonts w:ascii="Arial" w:hAnsi="Arial"/>
        </w:rPr>
        <w:t>4.23. Tuấn</w:t>
      </w:r>
    </w:p>
    <w:p w14:paraId="77BFD259" w14:textId="77777777" w:rsidR="009E11EE" w:rsidRDefault="00000000">
      <w:r>
        <w:rPr>
          <w:b/>
          <w:sz w:val="18"/>
        </w:rPr>
        <w:t xml:space="preserve">Tổng: </w:t>
      </w:r>
      <w:r>
        <w:rPr>
          <w:sz w:val="18"/>
        </w:rPr>
        <w:t>3</w:t>
      </w:r>
      <w:r>
        <w:rPr>
          <w:b/>
          <w:sz w:val="18"/>
        </w:rPr>
        <w:t xml:space="preserve">  |  Mới: </w:t>
      </w:r>
      <w:r>
        <w:rPr>
          <w:sz w:val="18"/>
        </w:rPr>
        <w:t>3</w:t>
      </w:r>
      <w:r>
        <w:rPr>
          <w:b/>
          <w:sz w:val="18"/>
        </w:rPr>
        <w:t xml:space="preserve">  |  Bộ: </w:t>
      </w:r>
      <w:r>
        <w:rPr>
          <w:sz w:val="18"/>
        </w:rPr>
        <w:t>0</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3359EFB9" w14:textId="77777777">
        <w:trPr>
          <w:tblHeader/>
        </w:trPr>
        <w:tc>
          <w:tcPr>
            <w:tcW w:w="600" w:type="dxa"/>
            <w:shd w:val="clear" w:color="auto" w:fill="1F4E78"/>
            <w:tcMar>
              <w:top w:w="80" w:type="dxa"/>
              <w:left w:w="120" w:type="dxa"/>
              <w:bottom w:w="80" w:type="dxa"/>
              <w:right w:w="120" w:type="dxa"/>
            </w:tcMar>
            <w:vAlign w:val="center"/>
          </w:tcPr>
          <w:p w14:paraId="14F5A688"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2F026F2C"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0B6FB491"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576EE063"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53A31B44" w14:textId="77777777" w:rsidR="009E11EE" w:rsidRDefault="00000000">
            <w:pPr>
              <w:spacing w:after="0"/>
              <w:jc w:val="center"/>
            </w:pPr>
            <w:r>
              <w:rPr>
                <w:b/>
                <w:color w:val="FFFFFF"/>
                <w:sz w:val="17"/>
              </w:rPr>
              <w:t>Nhà máy</w:t>
            </w:r>
          </w:p>
        </w:tc>
      </w:tr>
      <w:tr w:rsidR="009E11EE" w14:paraId="498F648A" w14:textId="77777777">
        <w:tc>
          <w:tcPr>
            <w:tcW w:w="600" w:type="dxa"/>
            <w:tcMar>
              <w:top w:w="80" w:type="dxa"/>
              <w:left w:w="120" w:type="dxa"/>
              <w:bottom w:w="80" w:type="dxa"/>
              <w:right w:w="120" w:type="dxa"/>
            </w:tcMar>
            <w:vAlign w:val="center"/>
          </w:tcPr>
          <w:p w14:paraId="1C4E54E4"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041B69A7" w14:textId="77777777" w:rsidR="009E11EE" w:rsidRDefault="00000000">
            <w:pPr>
              <w:spacing w:after="0" w:line="240" w:lineRule="auto"/>
            </w:pPr>
            <w:r>
              <w:rPr>
                <w:sz w:val="16"/>
              </w:rPr>
              <w:t>TT TH 26145</w:t>
            </w:r>
          </w:p>
        </w:tc>
        <w:tc>
          <w:tcPr>
            <w:tcW w:w="2000" w:type="dxa"/>
            <w:tcMar>
              <w:top w:w="80" w:type="dxa"/>
              <w:left w:w="120" w:type="dxa"/>
              <w:bottom w:w="80" w:type="dxa"/>
              <w:right w:w="120" w:type="dxa"/>
            </w:tcMar>
            <w:vAlign w:val="center"/>
          </w:tcPr>
          <w:p w14:paraId="2AB0CF56" w14:textId="77777777" w:rsidR="009E11EE" w:rsidRDefault="00000000">
            <w:pPr>
              <w:spacing w:after="0" w:line="240" w:lineRule="auto"/>
            </w:pPr>
            <w:r>
              <w:rPr>
                <w:sz w:val="16"/>
              </w:rPr>
              <w:t>CTC</w:t>
            </w:r>
          </w:p>
        </w:tc>
        <w:tc>
          <w:tcPr>
            <w:tcW w:w="1200" w:type="dxa"/>
            <w:tcMar>
              <w:top w:w="80" w:type="dxa"/>
              <w:left w:w="120" w:type="dxa"/>
              <w:bottom w:w="80" w:type="dxa"/>
              <w:right w:w="120" w:type="dxa"/>
            </w:tcMar>
            <w:vAlign w:val="center"/>
          </w:tcPr>
          <w:p w14:paraId="5C0EDB66"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4103CAFF" w14:textId="77777777" w:rsidR="009E11EE" w:rsidRDefault="00000000">
            <w:pPr>
              <w:spacing w:after="0" w:line="240" w:lineRule="auto"/>
            </w:pPr>
            <w:r>
              <w:rPr>
                <w:sz w:val="16"/>
              </w:rPr>
              <w:t>TÂN THÀNH</w:t>
            </w:r>
          </w:p>
        </w:tc>
      </w:tr>
      <w:tr w:rsidR="009E11EE" w14:paraId="2C26B96F" w14:textId="77777777">
        <w:tc>
          <w:tcPr>
            <w:tcW w:w="600" w:type="dxa"/>
            <w:shd w:val="clear" w:color="auto" w:fill="F2F4F7"/>
            <w:tcMar>
              <w:top w:w="80" w:type="dxa"/>
              <w:left w:w="120" w:type="dxa"/>
              <w:bottom w:w="80" w:type="dxa"/>
              <w:right w:w="120" w:type="dxa"/>
            </w:tcMar>
            <w:vAlign w:val="center"/>
          </w:tcPr>
          <w:p w14:paraId="1D10DC0D"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2AD69100" w14:textId="77777777" w:rsidR="009E11EE" w:rsidRDefault="00000000">
            <w:pPr>
              <w:spacing w:after="0" w:line="240" w:lineRule="auto"/>
            </w:pPr>
            <w:r>
              <w:rPr>
                <w:sz w:val="16"/>
              </w:rPr>
              <w:t>TT TH 26146</w:t>
            </w:r>
          </w:p>
        </w:tc>
        <w:tc>
          <w:tcPr>
            <w:tcW w:w="2000" w:type="dxa"/>
            <w:shd w:val="clear" w:color="auto" w:fill="F2F4F7"/>
            <w:tcMar>
              <w:top w:w="80" w:type="dxa"/>
              <w:left w:w="120" w:type="dxa"/>
              <w:bottom w:w="80" w:type="dxa"/>
              <w:right w:w="120" w:type="dxa"/>
            </w:tcMar>
            <w:vAlign w:val="center"/>
          </w:tcPr>
          <w:p w14:paraId="04858246" w14:textId="77777777" w:rsidR="009E11EE" w:rsidRDefault="00000000">
            <w:pPr>
              <w:spacing w:after="0" w:line="240" w:lineRule="auto"/>
            </w:pPr>
            <w:r>
              <w:rPr>
                <w:sz w:val="16"/>
              </w:rPr>
              <w:t>CTC</w:t>
            </w:r>
          </w:p>
        </w:tc>
        <w:tc>
          <w:tcPr>
            <w:tcW w:w="1200" w:type="dxa"/>
            <w:shd w:val="clear" w:color="auto" w:fill="F2F4F7"/>
            <w:tcMar>
              <w:top w:w="80" w:type="dxa"/>
              <w:left w:w="120" w:type="dxa"/>
              <w:bottom w:w="80" w:type="dxa"/>
              <w:right w:w="120" w:type="dxa"/>
            </w:tcMar>
            <w:vAlign w:val="center"/>
          </w:tcPr>
          <w:p w14:paraId="10E35FAB" w14:textId="77777777" w:rsidR="009E11EE" w:rsidRDefault="00000000">
            <w:pPr>
              <w:spacing w:after="0" w:line="240" w:lineRule="auto"/>
              <w:jc w:val="center"/>
            </w:pPr>
            <w:r>
              <w:rPr>
                <w:sz w:val="16"/>
              </w:rPr>
              <w:t>Mới</w:t>
            </w:r>
          </w:p>
        </w:tc>
        <w:tc>
          <w:tcPr>
            <w:tcW w:w="2000" w:type="dxa"/>
            <w:shd w:val="clear" w:color="auto" w:fill="F2F4F7"/>
            <w:tcMar>
              <w:top w:w="80" w:type="dxa"/>
              <w:left w:w="120" w:type="dxa"/>
              <w:bottom w:w="80" w:type="dxa"/>
              <w:right w:w="120" w:type="dxa"/>
            </w:tcMar>
            <w:vAlign w:val="center"/>
          </w:tcPr>
          <w:p w14:paraId="7DD9EB59" w14:textId="77777777" w:rsidR="009E11EE" w:rsidRDefault="00000000">
            <w:pPr>
              <w:spacing w:after="0" w:line="240" w:lineRule="auto"/>
            </w:pPr>
            <w:r>
              <w:rPr>
                <w:sz w:val="16"/>
              </w:rPr>
              <w:t>TÂN THÀNH</w:t>
            </w:r>
          </w:p>
        </w:tc>
      </w:tr>
      <w:tr w:rsidR="009E11EE" w14:paraId="33E45D90" w14:textId="77777777">
        <w:tc>
          <w:tcPr>
            <w:tcW w:w="600" w:type="dxa"/>
            <w:tcMar>
              <w:top w:w="80" w:type="dxa"/>
              <w:left w:w="120" w:type="dxa"/>
              <w:bottom w:w="80" w:type="dxa"/>
              <w:right w:w="120" w:type="dxa"/>
            </w:tcMar>
            <w:vAlign w:val="center"/>
          </w:tcPr>
          <w:p w14:paraId="64A493CA" w14:textId="77777777" w:rsidR="009E11EE" w:rsidRDefault="00000000">
            <w:pPr>
              <w:spacing w:after="0" w:line="240" w:lineRule="auto"/>
              <w:jc w:val="center"/>
            </w:pPr>
            <w:r>
              <w:rPr>
                <w:sz w:val="16"/>
              </w:rPr>
              <w:t>3</w:t>
            </w:r>
          </w:p>
        </w:tc>
        <w:tc>
          <w:tcPr>
            <w:tcW w:w="3560" w:type="dxa"/>
            <w:tcMar>
              <w:top w:w="80" w:type="dxa"/>
              <w:left w:w="120" w:type="dxa"/>
              <w:bottom w:w="80" w:type="dxa"/>
              <w:right w:w="120" w:type="dxa"/>
            </w:tcMar>
            <w:vAlign w:val="center"/>
          </w:tcPr>
          <w:p w14:paraId="18C69CA1" w14:textId="77777777" w:rsidR="009E11EE" w:rsidRDefault="00000000">
            <w:pPr>
              <w:spacing w:after="0" w:line="240" w:lineRule="auto"/>
            </w:pPr>
            <w:r>
              <w:rPr>
                <w:sz w:val="16"/>
              </w:rPr>
              <w:t>TT TH 26129</w:t>
            </w:r>
          </w:p>
        </w:tc>
        <w:tc>
          <w:tcPr>
            <w:tcW w:w="2000" w:type="dxa"/>
            <w:tcMar>
              <w:top w:w="80" w:type="dxa"/>
              <w:left w:w="120" w:type="dxa"/>
              <w:bottom w:w="80" w:type="dxa"/>
              <w:right w:w="120" w:type="dxa"/>
            </w:tcMar>
            <w:vAlign w:val="center"/>
          </w:tcPr>
          <w:p w14:paraId="167383B7" w14:textId="77777777" w:rsidR="009E11EE" w:rsidRDefault="00000000">
            <w:pPr>
              <w:spacing w:after="0" w:line="240" w:lineRule="auto"/>
            </w:pPr>
            <w:r>
              <w:rPr>
                <w:sz w:val="16"/>
              </w:rPr>
              <w:t>CTC</w:t>
            </w:r>
          </w:p>
        </w:tc>
        <w:tc>
          <w:tcPr>
            <w:tcW w:w="1200" w:type="dxa"/>
            <w:tcMar>
              <w:top w:w="80" w:type="dxa"/>
              <w:left w:w="120" w:type="dxa"/>
              <w:bottom w:w="80" w:type="dxa"/>
              <w:right w:w="120" w:type="dxa"/>
            </w:tcMar>
            <w:vAlign w:val="center"/>
          </w:tcPr>
          <w:p w14:paraId="6890B1EF"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12070F58" w14:textId="77777777" w:rsidR="009E11EE" w:rsidRDefault="00000000">
            <w:pPr>
              <w:spacing w:after="0" w:line="240" w:lineRule="auto"/>
            </w:pPr>
            <w:r>
              <w:rPr>
                <w:sz w:val="16"/>
              </w:rPr>
              <w:t>TÂN THÀNH</w:t>
            </w:r>
          </w:p>
        </w:tc>
      </w:tr>
    </w:tbl>
    <w:p w14:paraId="5AE638CC" w14:textId="77777777" w:rsidR="009E11EE" w:rsidRDefault="009E11EE">
      <w:pPr>
        <w:spacing w:after="0"/>
      </w:pPr>
    </w:p>
    <w:p w14:paraId="4D1DE1FF" w14:textId="77777777" w:rsidR="009E11EE" w:rsidRDefault="00000000">
      <w:pPr>
        <w:pStyle w:val="Heading2"/>
      </w:pPr>
      <w:r>
        <w:rPr>
          <w:rFonts w:ascii="Arial" w:hAnsi="Arial"/>
        </w:rPr>
        <w:t>4.24. Vũ Duy Hậu</w:t>
      </w:r>
    </w:p>
    <w:p w14:paraId="0E73BF18" w14:textId="77777777" w:rsidR="009E11EE" w:rsidRDefault="00000000">
      <w:r>
        <w:rPr>
          <w:b/>
          <w:sz w:val="18"/>
        </w:rPr>
        <w:t xml:space="preserve">Tổng: </w:t>
      </w:r>
      <w:r>
        <w:rPr>
          <w:sz w:val="18"/>
        </w:rPr>
        <w:t>3</w:t>
      </w:r>
      <w:r>
        <w:rPr>
          <w:b/>
          <w:sz w:val="18"/>
        </w:rPr>
        <w:t xml:space="preserve">  |  Mới: </w:t>
      </w:r>
      <w:r>
        <w:rPr>
          <w:sz w:val="18"/>
        </w:rPr>
        <w:t>0</w:t>
      </w:r>
      <w:r>
        <w:rPr>
          <w:b/>
          <w:sz w:val="18"/>
        </w:rPr>
        <w:t xml:space="preserve">  |  Bộ: </w:t>
      </w:r>
      <w:r>
        <w:rPr>
          <w:sz w:val="18"/>
        </w:rPr>
        <w:t>3</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54E71B81" w14:textId="77777777">
        <w:trPr>
          <w:tblHeader/>
        </w:trPr>
        <w:tc>
          <w:tcPr>
            <w:tcW w:w="600" w:type="dxa"/>
            <w:shd w:val="clear" w:color="auto" w:fill="1F4E78"/>
            <w:tcMar>
              <w:top w:w="80" w:type="dxa"/>
              <w:left w:w="120" w:type="dxa"/>
              <w:bottom w:w="80" w:type="dxa"/>
              <w:right w:w="120" w:type="dxa"/>
            </w:tcMar>
            <w:vAlign w:val="center"/>
          </w:tcPr>
          <w:p w14:paraId="0976ABD4"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28AA88A8"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3149680E"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68299E73"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1FB098EA" w14:textId="77777777" w:rsidR="009E11EE" w:rsidRDefault="00000000">
            <w:pPr>
              <w:spacing w:after="0"/>
              <w:jc w:val="center"/>
            </w:pPr>
            <w:r>
              <w:rPr>
                <w:b/>
                <w:color w:val="FFFFFF"/>
                <w:sz w:val="17"/>
              </w:rPr>
              <w:t>Nhà máy</w:t>
            </w:r>
          </w:p>
        </w:tc>
      </w:tr>
      <w:tr w:rsidR="009E11EE" w14:paraId="2B81304D" w14:textId="77777777">
        <w:tc>
          <w:tcPr>
            <w:tcW w:w="600" w:type="dxa"/>
            <w:tcMar>
              <w:top w:w="80" w:type="dxa"/>
              <w:left w:w="120" w:type="dxa"/>
              <w:bottom w:w="80" w:type="dxa"/>
              <w:right w:w="120" w:type="dxa"/>
            </w:tcMar>
            <w:vAlign w:val="center"/>
          </w:tcPr>
          <w:p w14:paraId="4116FD2E"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29FB94F8" w14:textId="77777777" w:rsidR="009E11EE" w:rsidRDefault="00000000">
            <w:pPr>
              <w:spacing w:after="0" w:line="240" w:lineRule="auto"/>
            </w:pPr>
            <w:r>
              <w:rPr>
                <w:sz w:val="16"/>
              </w:rPr>
              <w:t>PT 659 (Tủ)</w:t>
            </w:r>
          </w:p>
        </w:tc>
        <w:tc>
          <w:tcPr>
            <w:tcW w:w="2000" w:type="dxa"/>
            <w:tcMar>
              <w:top w:w="80" w:type="dxa"/>
              <w:left w:w="120" w:type="dxa"/>
              <w:bottom w:w="80" w:type="dxa"/>
              <w:right w:w="120" w:type="dxa"/>
            </w:tcMar>
            <w:vAlign w:val="center"/>
          </w:tcPr>
          <w:p w14:paraId="338EBDF8" w14:textId="77777777" w:rsidR="009E11EE" w:rsidRDefault="00000000">
            <w:pPr>
              <w:spacing w:after="0" w:line="240" w:lineRule="auto"/>
            </w:pPr>
            <w:r>
              <w:rPr>
                <w:sz w:val="16"/>
              </w:rPr>
              <w:t>Rizon</w:t>
            </w:r>
          </w:p>
        </w:tc>
        <w:tc>
          <w:tcPr>
            <w:tcW w:w="1200" w:type="dxa"/>
            <w:tcMar>
              <w:top w:w="80" w:type="dxa"/>
              <w:left w:w="120" w:type="dxa"/>
              <w:bottom w:w="80" w:type="dxa"/>
              <w:right w:w="120" w:type="dxa"/>
            </w:tcMar>
            <w:vAlign w:val="center"/>
          </w:tcPr>
          <w:p w14:paraId="061A9EB3"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4646F711" w14:textId="77777777" w:rsidR="009E11EE" w:rsidRDefault="00000000">
            <w:pPr>
              <w:spacing w:after="0" w:line="240" w:lineRule="auto"/>
            </w:pPr>
            <w:r>
              <w:rPr>
                <w:sz w:val="16"/>
              </w:rPr>
              <w:t>HỐ NAI</w:t>
            </w:r>
          </w:p>
        </w:tc>
      </w:tr>
      <w:tr w:rsidR="009E11EE" w14:paraId="41DFA125" w14:textId="77777777">
        <w:tc>
          <w:tcPr>
            <w:tcW w:w="600" w:type="dxa"/>
            <w:shd w:val="clear" w:color="auto" w:fill="F2F4F7"/>
            <w:tcMar>
              <w:top w:w="80" w:type="dxa"/>
              <w:left w:w="120" w:type="dxa"/>
              <w:bottom w:w="80" w:type="dxa"/>
              <w:right w:w="120" w:type="dxa"/>
            </w:tcMar>
            <w:vAlign w:val="center"/>
          </w:tcPr>
          <w:p w14:paraId="1626CDBF"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69AFCEB5" w14:textId="77777777" w:rsidR="009E11EE" w:rsidRDefault="00000000">
            <w:pPr>
              <w:spacing w:after="0" w:line="240" w:lineRule="auto"/>
            </w:pPr>
            <w:r>
              <w:rPr>
                <w:sz w:val="16"/>
              </w:rPr>
              <w:t>PT 577 (Mô hình con rùa)</w:t>
            </w:r>
          </w:p>
        </w:tc>
        <w:tc>
          <w:tcPr>
            <w:tcW w:w="2000" w:type="dxa"/>
            <w:shd w:val="clear" w:color="auto" w:fill="F2F4F7"/>
            <w:tcMar>
              <w:top w:w="80" w:type="dxa"/>
              <w:left w:w="120" w:type="dxa"/>
              <w:bottom w:w="80" w:type="dxa"/>
              <w:right w:w="120" w:type="dxa"/>
            </w:tcMar>
            <w:vAlign w:val="center"/>
          </w:tcPr>
          <w:p w14:paraId="1899EA0C" w14:textId="77777777" w:rsidR="009E11EE" w:rsidRDefault="00000000">
            <w:pPr>
              <w:spacing w:after="0" w:line="240" w:lineRule="auto"/>
            </w:pPr>
            <w:r>
              <w:rPr>
                <w:sz w:val="16"/>
              </w:rPr>
              <w:t>Rizon</w:t>
            </w:r>
          </w:p>
        </w:tc>
        <w:tc>
          <w:tcPr>
            <w:tcW w:w="1200" w:type="dxa"/>
            <w:shd w:val="clear" w:color="auto" w:fill="F2F4F7"/>
            <w:tcMar>
              <w:top w:w="80" w:type="dxa"/>
              <w:left w:w="120" w:type="dxa"/>
              <w:bottom w:w="80" w:type="dxa"/>
              <w:right w:w="120" w:type="dxa"/>
            </w:tcMar>
            <w:vAlign w:val="center"/>
          </w:tcPr>
          <w:p w14:paraId="63B47E3D" w14:textId="77777777" w:rsidR="009E11EE" w:rsidRDefault="00000000">
            <w:pPr>
              <w:spacing w:after="0" w:line="240" w:lineRule="auto"/>
              <w:jc w:val="center"/>
            </w:pPr>
            <w:r>
              <w:rPr>
                <w:sz w:val="16"/>
              </w:rPr>
              <w:t>Bộ</w:t>
            </w:r>
          </w:p>
        </w:tc>
        <w:tc>
          <w:tcPr>
            <w:tcW w:w="2000" w:type="dxa"/>
            <w:shd w:val="clear" w:color="auto" w:fill="F2F4F7"/>
            <w:tcMar>
              <w:top w:w="80" w:type="dxa"/>
              <w:left w:w="120" w:type="dxa"/>
              <w:bottom w:w="80" w:type="dxa"/>
              <w:right w:w="120" w:type="dxa"/>
            </w:tcMar>
            <w:vAlign w:val="center"/>
          </w:tcPr>
          <w:p w14:paraId="1E5BC6A0" w14:textId="77777777" w:rsidR="009E11EE" w:rsidRDefault="00000000">
            <w:pPr>
              <w:spacing w:after="0" w:line="240" w:lineRule="auto"/>
            </w:pPr>
            <w:r>
              <w:rPr>
                <w:sz w:val="16"/>
              </w:rPr>
              <w:t>HỐ NAI</w:t>
            </w:r>
          </w:p>
        </w:tc>
      </w:tr>
      <w:tr w:rsidR="009E11EE" w14:paraId="6C17E5B6" w14:textId="77777777">
        <w:tc>
          <w:tcPr>
            <w:tcW w:w="600" w:type="dxa"/>
            <w:tcMar>
              <w:top w:w="80" w:type="dxa"/>
              <w:left w:w="120" w:type="dxa"/>
              <w:bottom w:w="80" w:type="dxa"/>
              <w:right w:w="120" w:type="dxa"/>
            </w:tcMar>
            <w:vAlign w:val="center"/>
          </w:tcPr>
          <w:p w14:paraId="3B35EB0C" w14:textId="77777777" w:rsidR="009E11EE" w:rsidRDefault="00000000">
            <w:pPr>
              <w:spacing w:after="0" w:line="240" w:lineRule="auto"/>
              <w:jc w:val="center"/>
            </w:pPr>
            <w:r>
              <w:rPr>
                <w:sz w:val="16"/>
              </w:rPr>
              <w:t>3</w:t>
            </w:r>
          </w:p>
        </w:tc>
        <w:tc>
          <w:tcPr>
            <w:tcW w:w="3560" w:type="dxa"/>
            <w:tcMar>
              <w:top w:w="80" w:type="dxa"/>
              <w:left w:w="120" w:type="dxa"/>
              <w:bottom w:w="80" w:type="dxa"/>
              <w:right w:w="120" w:type="dxa"/>
            </w:tcMar>
            <w:vAlign w:val="center"/>
          </w:tcPr>
          <w:p w14:paraId="1E8706B3" w14:textId="77777777" w:rsidR="009E11EE" w:rsidRDefault="00000000">
            <w:pPr>
              <w:spacing w:after="0" w:line="240" w:lineRule="auto"/>
            </w:pPr>
            <w:r>
              <w:rPr>
                <w:sz w:val="16"/>
              </w:rPr>
              <w:t>PT 580 (Mô hình)</w:t>
            </w:r>
          </w:p>
        </w:tc>
        <w:tc>
          <w:tcPr>
            <w:tcW w:w="2000" w:type="dxa"/>
            <w:tcMar>
              <w:top w:w="80" w:type="dxa"/>
              <w:left w:w="120" w:type="dxa"/>
              <w:bottom w:w="80" w:type="dxa"/>
              <w:right w:w="120" w:type="dxa"/>
            </w:tcMar>
            <w:vAlign w:val="center"/>
          </w:tcPr>
          <w:p w14:paraId="3D18C49D" w14:textId="77777777" w:rsidR="009E11EE" w:rsidRDefault="00000000">
            <w:pPr>
              <w:spacing w:after="0" w:line="240" w:lineRule="auto"/>
            </w:pPr>
            <w:r>
              <w:rPr>
                <w:sz w:val="16"/>
              </w:rPr>
              <w:t>Rizon</w:t>
            </w:r>
          </w:p>
        </w:tc>
        <w:tc>
          <w:tcPr>
            <w:tcW w:w="1200" w:type="dxa"/>
            <w:tcMar>
              <w:top w:w="80" w:type="dxa"/>
              <w:left w:w="120" w:type="dxa"/>
              <w:bottom w:w="80" w:type="dxa"/>
              <w:right w:w="120" w:type="dxa"/>
            </w:tcMar>
            <w:vAlign w:val="center"/>
          </w:tcPr>
          <w:p w14:paraId="7A3B8EBA"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59DF71A6" w14:textId="77777777" w:rsidR="009E11EE" w:rsidRDefault="00000000">
            <w:pPr>
              <w:spacing w:after="0" w:line="240" w:lineRule="auto"/>
            </w:pPr>
            <w:r>
              <w:rPr>
                <w:sz w:val="16"/>
              </w:rPr>
              <w:t>HỐ NAI</w:t>
            </w:r>
          </w:p>
        </w:tc>
      </w:tr>
    </w:tbl>
    <w:p w14:paraId="6BD47359" w14:textId="77777777" w:rsidR="009E11EE" w:rsidRDefault="009E11EE">
      <w:pPr>
        <w:spacing w:after="0"/>
      </w:pPr>
    </w:p>
    <w:p w14:paraId="5059FD77" w14:textId="77777777" w:rsidR="009E11EE" w:rsidRDefault="00000000">
      <w:pPr>
        <w:pStyle w:val="Heading2"/>
      </w:pPr>
      <w:r>
        <w:rPr>
          <w:rFonts w:ascii="Arial" w:hAnsi="Arial"/>
        </w:rPr>
        <w:t>4.25. Đạt , Vịnh</w:t>
      </w:r>
    </w:p>
    <w:p w14:paraId="275D99DF" w14:textId="77777777" w:rsidR="009E11EE" w:rsidRDefault="00000000">
      <w:r>
        <w:rPr>
          <w:b/>
          <w:sz w:val="18"/>
        </w:rPr>
        <w:t xml:space="preserve">Tổng: </w:t>
      </w:r>
      <w:r>
        <w:rPr>
          <w:sz w:val="18"/>
        </w:rPr>
        <w:t>3</w:t>
      </w:r>
      <w:r>
        <w:rPr>
          <w:b/>
          <w:sz w:val="18"/>
        </w:rPr>
        <w:t xml:space="preserve">  |  Mới: </w:t>
      </w:r>
      <w:r>
        <w:rPr>
          <w:sz w:val="18"/>
        </w:rPr>
        <w:t>0</w:t>
      </w:r>
      <w:r>
        <w:rPr>
          <w:b/>
          <w:sz w:val="18"/>
        </w:rPr>
        <w:t xml:space="preserve">  |  Bộ: </w:t>
      </w:r>
      <w:r>
        <w:rPr>
          <w:sz w:val="18"/>
        </w:rPr>
        <w:t>3</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72D185B5" w14:textId="77777777">
        <w:trPr>
          <w:tblHeader/>
        </w:trPr>
        <w:tc>
          <w:tcPr>
            <w:tcW w:w="600" w:type="dxa"/>
            <w:shd w:val="clear" w:color="auto" w:fill="1F4E78"/>
            <w:tcMar>
              <w:top w:w="80" w:type="dxa"/>
              <w:left w:w="120" w:type="dxa"/>
              <w:bottom w:w="80" w:type="dxa"/>
              <w:right w:w="120" w:type="dxa"/>
            </w:tcMar>
            <w:vAlign w:val="center"/>
          </w:tcPr>
          <w:p w14:paraId="4CE4B91B"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7D9E2A61"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37CCC8D2"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4640E440"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42813B6C" w14:textId="77777777" w:rsidR="009E11EE" w:rsidRDefault="00000000">
            <w:pPr>
              <w:spacing w:after="0"/>
              <w:jc w:val="center"/>
            </w:pPr>
            <w:r>
              <w:rPr>
                <w:b/>
                <w:color w:val="FFFFFF"/>
                <w:sz w:val="17"/>
              </w:rPr>
              <w:t>Nhà máy</w:t>
            </w:r>
          </w:p>
        </w:tc>
      </w:tr>
      <w:tr w:rsidR="009E11EE" w14:paraId="0C0C682E" w14:textId="77777777">
        <w:tc>
          <w:tcPr>
            <w:tcW w:w="600" w:type="dxa"/>
            <w:tcMar>
              <w:top w:w="80" w:type="dxa"/>
              <w:left w:w="120" w:type="dxa"/>
              <w:bottom w:w="80" w:type="dxa"/>
              <w:right w:w="120" w:type="dxa"/>
            </w:tcMar>
            <w:vAlign w:val="center"/>
          </w:tcPr>
          <w:p w14:paraId="6B036B09"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7D2E22E4" w14:textId="77777777" w:rsidR="009E11EE" w:rsidRDefault="00000000">
            <w:pPr>
              <w:spacing w:after="0" w:line="240" w:lineRule="auto"/>
            </w:pPr>
            <w:r>
              <w:rPr>
                <w:sz w:val="16"/>
              </w:rPr>
              <w:t>AQ 998 (Tủ)</w:t>
            </w:r>
          </w:p>
        </w:tc>
        <w:tc>
          <w:tcPr>
            <w:tcW w:w="2000" w:type="dxa"/>
            <w:tcMar>
              <w:top w:w="80" w:type="dxa"/>
              <w:left w:w="120" w:type="dxa"/>
              <w:bottom w:w="80" w:type="dxa"/>
              <w:right w:w="120" w:type="dxa"/>
            </w:tcMar>
            <w:vAlign w:val="center"/>
          </w:tcPr>
          <w:p w14:paraId="6DFD70F2" w14:textId="77777777" w:rsidR="009E11EE" w:rsidRDefault="00000000">
            <w:pPr>
              <w:spacing w:after="0" w:line="240" w:lineRule="auto"/>
            </w:pPr>
            <w:r>
              <w:rPr>
                <w:sz w:val="16"/>
              </w:rPr>
              <w:t>Rizzon</w:t>
            </w:r>
          </w:p>
        </w:tc>
        <w:tc>
          <w:tcPr>
            <w:tcW w:w="1200" w:type="dxa"/>
            <w:tcMar>
              <w:top w:w="80" w:type="dxa"/>
              <w:left w:w="120" w:type="dxa"/>
              <w:bottom w:w="80" w:type="dxa"/>
              <w:right w:w="120" w:type="dxa"/>
            </w:tcMar>
            <w:vAlign w:val="center"/>
          </w:tcPr>
          <w:p w14:paraId="2EE2F850"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545CED67" w14:textId="77777777" w:rsidR="009E11EE" w:rsidRDefault="00000000">
            <w:pPr>
              <w:spacing w:after="0" w:line="240" w:lineRule="auto"/>
            </w:pPr>
            <w:r>
              <w:rPr>
                <w:sz w:val="16"/>
              </w:rPr>
              <w:t>HỐ NAI 2</w:t>
            </w:r>
          </w:p>
        </w:tc>
      </w:tr>
      <w:tr w:rsidR="009E11EE" w14:paraId="088F8CE6" w14:textId="77777777">
        <w:tc>
          <w:tcPr>
            <w:tcW w:w="600" w:type="dxa"/>
            <w:shd w:val="clear" w:color="auto" w:fill="F2F4F7"/>
            <w:tcMar>
              <w:top w:w="80" w:type="dxa"/>
              <w:left w:w="120" w:type="dxa"/>
              <w:bottom w:w="80" w:type="dxa"/>
              <w:right w:w="120" w:type="dxa"/>
            </w:tcMar>
            <w:vAlign w:val="center"/>
          </w:tcPr>
          <w:p w14:paraId="5305656E"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11111A0F" w14:textId="77777777" w:rsidR="009E11EE" w:rsidRDefault="00000000">
            <w:pPr>
              <w:spacing w:after="0" w:line="240" w:lineRule="auto"/>
            </w:pPr>
            <w:r>
              <w:rPr>
                <w:sz w:val="16"/>
              </w:rPr>
              <w:t>HN 57 (Tủ)</w:t>
            </w:r>
          </w:p>
        </w:tc>
        <w:tc>
          <w:tcPr>
            <w:tcW w:w="2000" w:type="dxa"/>
            <w:shd w:val="clear" w:color="auto" w:fill="F2F4F7"/>
            <w:tcMar>
              <w:top w:w="80" w:type="dxa"/>
              <w:left w:w="120" w:type="dxa"/>
              <w:bottom w:w="80" w:type="dxa"/>
              <w:right w:w="120" w:type="dxa"/>
            </w:tcMar>
            <w:vAlign w:val="center"/>
          </w:tcPr>
          <w:p w14:paraId="582176E8" w14:textId="77777777" w:rsidR="009E11EE" w:rsidRDefault="00000000">
            <w:pPr>
              <w:spacing w:after="0" w:line="240" w:lineRule="auto"/>
            </w:pPr>
            <w:r>
              <w:rPr>
                <w:sz w:val="16"/>
              </w:rPr>
              <w:t>Rizzon</w:t>
            </w:r>
          </w:p>
        </w:tc>
        <w:tc>
          <w:tcPr>
            <w:tcW w:w="1200" w:type="dxa"/>
            <w:shd w:val="clear" w:color="auto" w:fill="F2F4F7"/>
            <w:tcMar>
              <w:top w:w="80" w:type="dxa"/>
              <w:left w:w="120" w:type="dxa"/>
              <w:bottom w:w="80" w:type="dxa"/>
              <w:right w:w="120" w:type="dxa"/>
            </w:tcMar>
            <w:vAlign w:val="center"/>
          </w:tcPr>
          <w:p w14:paraId="16DB8ABC" w14:textId="77777777" w:rsidR="009E11EE" w:rsidRDefault="00000000">
            <w:pPr>
              <w:spacing w:after="0" w:line="240" w:lineRule="auto"/>
              <w:jc w:val="center"/>
            </w:pPr>
            <w:r>
              <w:rPr>
                <w:sz w:val="16"/>
              </w:rPr>
              <w:t>Bộ</w:t>
            </w:r>
          </w:p>
        </w:tc>
        <w:tc>
          <w:tcPr>
            <w:tcW w:w="2000" w:type="dxa"/>
            <w:shd w:val="clear" w:color="auto" w:fill="F2F4F7"/>
            <w:tcMar>
              <w:top w:w="80" w:type="dxa"/>
              <w:left w:w="120" w:type="dxa"/>
              <w:bottom w:w="80" w:type="dxa"/>
              <w:right w:w="120" w:type="dxa"/>
            </w:tcMar>
            <w:vAlign w:val="center"/>
          </w:tcPr>
          <w:p w14:paraId="7F6609B6" w14:textId="77777777" w:rsidR="009E11EE" w:rsidRDefault="00000000">
            <w:pPr>
              <w:spacing w:after="0" w:line="240" w:lineRule="auto"/>
            </w:pPr>
            <w:r>
              <w:rPr>
                <w:sz w:val="16"/>
              </w:rPr>
              <w:t>HỐ NAI 2</w:t>
            </w:r>
          </w:p>
        </w:tc>
      </w:tr>
      <w:tr w:rsidR="009E11EE" w14:paraId="7558067E" w14:textId="77777777">
        <w:tc>
          <w:tcPr>
            <w:tcW w:w="600" w:type="dxa"/>
            <w:tcMar>
              <w:top w:w="80" w:type="dxa"/>
              <w:left w:w="120" w:type="dxa"/>
              <w:bottom w:w="80" w:type="dxa"/>
              <w:right w:w="120" w:type="dxa"/>
            </w:tcMar>
            <w:vAlign w:val="center"/>
          </w:tcPr>
          <w:p w14:paraId="061CF7C0" w14:textId="77777777" w:rsidR="009E11EE" w:rsidRDefault="00000000">
            <w:pPr>
              <w:spacing w:after="0" w:line="240" w:lineRule="auto"/>
              <w:jc w:val="center"/>
            </w:pPr>
            <w:r>
              <w:rPr>
                <w:sz w:val="16"/>
              </w:rPr>
              <w:t>3</w:t>
            </w:r>
          </w:p>
        </w:tc>
        <w:tc>
          <w:tcPr>
            <w:tcW w:w="3560" w:type="dxa"/>
            <w:tcMar>
              <w:top w:w="80" w:type="dxa"/>
              <w:left w:w="120" w:type="dxa"/>
              <w:bottom w:w="80" w:type="dxa"/>
              <w:right w:w="120" w:type="dxa"/>
            </w:tcMar>
            <w:vAlign w:val="center"/>
          </w:tcPr>
          <w:p w14:paraId="205929F6" w14:textId="77777777" w:rsidR="009E11EE" w:rsidRDefault="00000000">
            <w:pPr>
              <w:spacing w:after="0" w:line="240" w:lineRule="auto"/>
            </w:pPr>
            <w:r>
              <w:rPr>
                <w:sz w:val="16"/>
              </w:rPr>
              <w:t>HN 51 (Tủ, bàn)</w:t>
            </w:r>
          </w:p>
        </w:tc>
        <w:tc>
          <w:tcPr>
            <w:tcW w:w="2000" w:type="dxa"/>
            <w:tcMar>
              <w:top w:w="80" w:type="dxa"/>
              <w:left w:w="120" w:type="dxa"/>
              <w:bottom w:w="80" w:type="dxa"/>
              <w:right w:w="120" w:type="dxa"/>
            </w:tcMar>
            <w:vAlign w:val="center"/>
          </w:tcPr>
          <w:p w14:paraId="17AB9876" w14:textId="77777777" w:rsidR="009E11EE" w:rsidRDefault="00000000">
            <w:pPr>
              <w:spacing w:after="0" w:line="240" w:lineRule="auto"/>
            </w:pPr>
            <w:r>
              <w:rPr>
                <w:sz w:val="16"/>
              </w:rPr>
              <w:t>DovetaIL</w:t>
            </w:r>
          </w:p>
        </w:tc>
        <w:tc>
          <w:tcPr>
            <w:tcW w:w="1200" w:type="dxa"/>
            <w:tcMar>
              <w:top w:w="80" w:type="dxa"/>
              <w:left w:w="120" w:type="dxa"/>
              <w:bottom w:w="80" w:type="dxa"/>
              <w:right w:w="120" w:type="dxa"/>
            </w:tcMar>
            <w:vAlign w:val="center"/>
          </w:tcPr>
          <w:p w14:paraId="2D04B565"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28AFA4F5" w14:textId="77777777" w:rsidR="009E11EE" w:rsidRDefault="00000000">
            <w:pPr>
              <w:spacing w:after="0" w:line="240" w:lineRule="auto"/>
            </w:pPr>
            <w:r>
              <w:rPr>
                <w:sz w:val="16"/>
              </w:rPr>
              <w:t>HỐ NAI 2</w:t>
            </w:r>
          </w:p>
        </w:tc>
      </w:tr>
    </w:tbl>
    <w:p w14:paraId="4CFE1884" w14:textId="77777777" w:rsidR="009E11EE" w:rsidRDefault="009E11EE">
      <w:pPr>
        <w:spacing w:after="0"/>
      </w:pPr>
    </w:p>
    <w:p w14:paraId="4AFF6CD3" w14:textId="77777777" w:rsidR="009E11EE" w:rsidRDefault="00000000">
      <w:pPr>
        <w:pStyle w:val="Heading2"/>
      </w:pPr>
      <w:r>
        <w:rPr>
          <w:rFonts w:ascii="Arial" w:hAnsi="Arial"/>
        </w:rPr>
        <w:t>4.26. Bùi Văn Tuấn</w:t>
      </w:r>
    </w:p>
    <w:p w14:paraId="43FEB192" w14:textId="77777777" w:rsidR="009E11EE" w:rsidRDefault="00000000">
      <w:r>
        <w:rPr>
          <w:b/>
          <w:sz w:val="18"/>
        </w:rPr>
        <w:t xml:space="preserve">Tổng: </w:t>
      </w:r>
      <w:r>
        <w:rPr>
          <w:sz w:val="18"/>
        </w:rPr>
        <w:t>2</w:t>
      </w:r>
      <w:r>
        <w:rPr>
          <w:b/>
          <w:sz w:val="18"/>
        </w:rPr>
        <w:t xml:space="preserve">  |  Mới: </w:t>
      </w:r>
      <w:r>
        <w:rPr>
          <w:sz w:val="18"/>
        </w:rPr>
        <w:t>2</w:t>
      </w:r>
      <w:r>
        <w:rPr>
          <w:b/>
          <w:sz w:val="18"/>
        </w:rPr>
        <w:t xml:space="preserve">  |  Bộ: </w:t>
      </w:r>
      <w:r>
        <w:rPr>
          <w:sz w:val="18"/>
        </w:rPr>
        <w:t>0</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2FA5C287" w14:textId="77777777">
        <w:trPr>
          <w:tblHeader/>
        </w:trPr>
        <w:tc>
          <w:tcPr>
            <w:tcW w:w="600" w:type="dxa"/>
            <w:shd w:val="clear" w:color="auto" w:fill="1F4E78"/>
            <w:tcMar>
              <w:top w:w="80" w:type="dxa"/>
              <w:left w:w="120" w:type="dxa"/>
              <w:bottom w:w="80" w:type="dxa"/>
              <w:right w:w="120" w:type="dxa"/>
            </w:tcMar>
            <w:vAlign w:val="center"/>
          </w:tcPr>
          <w:p w14:paraId="1CEEFC7E"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17592812"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5262FA27"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3A238C2D"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00C5644E" w14:textId="77777777" w:rsidR="009E11EE" w:rsidRDefault="00000000">
            <w:pPr>
              <w:spacing w:after="0"/>
              <w:jc w:val="center"/>
            </w:pPr>
            <w:r>
              <w:rPr>
                <w:b/>
                <w:color w:val="FFFFFF"/>
                <w:sz w:val="17"/>
              </w:rPr>
              <w:t>Nhà máy</w:t>
            </w:r>
          </w:p>
        </w:tc>
      </w:tr>
      <w:tr w:rsidR="009E11EE" w14:paraId="2896A9BC" w14:textId="77777777">
        <w:tc>
          <w:tcPr>
            <w:tcW w:w="600" w:type="dxa"/>
            <w:tcMar>
              <w:top w:w="80" w:type="dxa"/>
              <w:left w:w="120" w:type="dxa"/>
              <w:bottom w:w="80" w:type="dxa"/>
              <w:right w:w="120" w:type="dxa"/>
            </w:tcMar>
            <w:vAlign w:val="center"/>
          </w:tcPr>
          <w:p w14:paraId="052485BF" w14:textId="77777777" w:rsidR="009E11EE" w:rsidRDefault="00000000">
            <w:pPr>
              <w:spacing w:after="0" w:line="240" w:lineRule="auto"/>
              <w:jc w:val="center"/>
            </w:pPr>
            <w:r>
              <w:rPr>
                <w:sz w:val="16"/>
              </w:rPr>
              <w:lastRenderedPageBreak/>
              <w:t>1</w:t>
            </w:r>
          </w:p>
        </w:tc>
        <w:tc>
          <w:tcPr>
            <w:tcW w:w="3560" w:type="dxa"/>
            <w:tcMar>
              <w:top w:w="80" w:type="dxa"/>
              <w:left w:w="120" w:type="dxa"/>
              <w:bottom w:w="80" w:type="dxa"/>
              <w:right w:w="120" w:type="dxa"/>
            </w:tcMar>
            <w:vAlign w:val="center"/>
          </w:tcPr>
          <w:p w14:paraId="652BA10D" w14:textId="77777777" w:rsidR="009E11EE" w:rsidRDefault="00000000">
            <w:pPr>
              <w:spacing w:after="0" w:line="240" w:lineRule="auto"/>
            </w:pPr>
            <w:r>
              <w:rPr>
                <w:sz w:val="16"/>
              </w:rPr>
              <w:t>PT 200</w:t>
            </w:r>
          </w:p>
        </w:tc>
        <w:tc>
          <w:tcPr>
            <w:tcW w:w="2000" w:type="dxa"/>
            <w:tcMar>
              <w:top w:w="80" w:type="dxa"/>
              <w:left w:w="120" w:type="dxa"/>
              <w:bottom w:w="80" w:type="dxa"/>
              <w:right w:w="120" w:type="dxa"/>
            </w:tcMar>
            <w:vAlign w:val="center"/>
          </w:tcPr>
          <w:p w14:paraId="55CE5BCE" w14:textId="77777777" w:rsidR="009E11EE" w:rsidRDefault="00000000">
            <w:pPr>
              <w:spacing w:after="0" w:line="240" w:lineRule="auto"/>
            </w:pPr>
            <w:r>
              <w:rPr>
                <w:sz w:val="16"/>
              </w:rPr>
              <w:t>Asch</w:t>
            </w:r>
          </w:p>
        </w:tc>
        <w:tc>
          <w:tcPr>
            <w:tcW w:w="1200" w:type="dxa"/>
            <w:tcMar>
              <w:top w:w="80" w:type="dxa"/>
              <w:left w:w="120" w:type="dxa"/>
              <w:bottom w:w="80" w:type="dxa"/>
              <w:right w:w="120" w:type="dxa"/>
            </w:tcMar>
            <w:vAlign w:val="center"/>
          </w:tcPr>
          <w:p w14:paraId="68A4DB87"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1786C740" w14:textId="77777777" w:rsidR="009E11EE" w:rsidRDefault="00000000">
            <w:pPr>
              <w:spacing w:after="0" w:line="240" w:lineRule="auto"/>
            </w:pPr>
            <w:r>
              <w:rPr>
                <w:sz w:val="16"/>
              </w:rPr>
              <w:t>ĐẤT MỚI</w:t>
            </w:r>
          </w:p>
        </w:tc>
      </w:tr>
      <w:tr w:rsidR="009E11EE" w14:paraId="5C7530A6" w14:textId="77777777">
        <w:tc>
          <w:tcPr>
            <w:tcW w:w="600" w:type="dxa"/>
            <w:shd w:val="clear" w:color="auto" w:fill="F2F4F7"/>
            <w:tcMar>
              <w:top w:w="80" w:type="dxa"/>
              <w:left w:w="120" w:type="dxa"/>
              <w:bottom w:w="80" w:type="dxa"/>
              <w:right w:w="120" w:type="dxa"/>
            </w:tcMar>
            <w:vAlign w:val="center"/>
          </w:tcPr>
          <w:p w14:paraId="36FA4FB7"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3BD0DEB8" w14:textId="77777777" w:rsidR="009E11EE" w:rsidRDefault="00000000">
            <w:pPr>
              <w:spacing w:after="0" w:line="240" w:lineRule="auto"/>
            </w:pPr>
            <w:r>
              <w:rPr>
                <w:sz w:val="16"/>
              </w:rPr>
              <w:t>PT 202</w:t>
            </w:r>
          </w:p>
        </w:tc>
        <w:tc>
          <w:tcPr>
            <w:tcW w:w="2000" w:type="dxa"/>
            <w:shd w:val="clear" w:color="auto" w:fill="F2F4F7"/>
            <w:tcMar>
              <w:top w:w="80" w:type="dxa"/>
              <w:left w:w="120" w:type="dxa"/>
              <w:bottom w:w="80" w:type="dxa"/>
              <w:right w:w="120" w:type="dxa"/>
            </w:tcMar>
            <w:vAlign w:val="center"/>
          </w:tcPr>
          <w:p w14:paraId="56FD1E5F" w14:textId="77777777" w:rsidR="009E11EE" w:rsidRDefault="00000000">
            <w:pPr>
              <w:spacing w:after="0" w:line="240" w:lineRule="auto"/>
            </w:pPr>
            <w:r>
              <w:rPr>
                <w:sz w:val="16"/>
              </w:rPr>
              <w:t>Asch</w:t>
            </w:r>
          </w:p>
        </w:tc>
        <w:tc>
          <w:tcPr>
            <w:tcW w:w="1200" w:type="dxa"/>
            <w:shd w:val="clear" w:color="auto" w:fill="F2F4F7"/>
            <w:tcMar>
              <w:top w:w="80" w:type="dxa"/>
              <w:left w:w="120" w:type="dxa"/>
              <w:bottom w:w="80" w:type="dxa"/>
              <w:right w:w="120" w:type="dxa"/>
            </w:tcMar>
            <w:vAlign w:val="center"/>
          </w:tcPr>
          <w:p w14:paraId="47830112" w14:textId="77777777" w:rsidR="009E11EE" w:rsidRDefault="00000000">
            <w:pPr>
              <w:spacing w:after="0" w:line="240" w:lineRule="auto"/>
              <w:jc w:val="center"/>
            </w:pPr>
            <w:r>
              <w:rPr>
                <w:sz w:val="16"/>
              </w:rPr>
              <w:t>Mới</w:t>
            </w:r>
          </w:p>
        </w:tc>
        <w:tc>
          <w:tcPr>
            <w:tcW w:w="2000" w:type="dxa"/>
            <w:shd w:val="clear" w:color="auto" w:fill="F2F4F7"/>
            <w:tcMar>
              <w:top w:w="80" w:type="dxa"/>
              <w:left w:w="120" w:type="dxa"/>
              <w:bottom w:w="80" w:type="dxa"/>
              <w:right w:w="120" w:type="dxa"/>
            </w:tcMar>
            <w:vAlign w:val="center"/>
          </w:tcPr>
          <w:p w14:paraId="07CCF239" w14:textId="77777777" w:rsidR="009E11EE" w:rsidRDefault="00000000">
            <w:pPr>
              <w:spacing w:after="0" w:line="240" w:lineRule="auto"/>
            </w:pPr>
            <w:r>
              <w:rPr>
                <w:sz w:val="16"/>
              </w:rPr>
              <w:t>ĐẤT MỚI</w:t>
            </w:r>
          </w:p>
        </w:tc>
      </w:tr>
    </w:tbl>
    <w:p w14:paraId="16D83623" w14:textId="77777777" w:rsidR="009E11EE" w:rsidRDefault="009E11EE">
      <w:pPr>
        <w:spacing w:after="0"/>
      </w:pPr>
    </w:p>
    <w:p w14:paraId="7FA18A6B" w14:textId="77777777" w:rsidR="009E11EE" w:rsidRDefault="00000000">
      <w:pPr>
        <w:pStyle w:val="Heading2"/>
      </w:pPr>
      <w:r>
        <w:rPr>
          <w:rFonts w:ascii="Arial" w:hAnsi="Arial"/>
        </w:rPr>
        <w:t>4.27. Bảo , CHINH</w:t>
      </w:r>
    </w:p>
    <w:p w14:paraId="7348236E" w14:textId="77777777" w:rsidR="009E11EE" w:rsidRDefault="00000000">
      <w:r>
        <w:rPr>
          <w:b/>
          <w:sz w:val="18"/>
        </w:rPr>
        <w:t xml:space="preserve">Tổng: </w:t>
      </w:r>
      <w:r>
        <w:rPr>
          <w:sz w:val="18"/>
        </w:rPr>
        <w:t>2</w:t>
      </w:r>
      <w:r>
        <w:rPr>
          <w:b/>
          <w:sz w:val="18"/>
        </w:rPr>
        <w:t xml:space="preserve">  |  Mới: </w:t>
      </w:r>
      <w:r>
        <w:rPr>
          <w:sz w:val="18"/>
        </w:rPr>
        <w:t>0</w:t>
      </w:r>
      <w:r>
        <w:rPr>
          <w:b/>
          <w:sz w:val="18"/>
        </w:rPr>
        <w:t xml:space="preserve">  |  Bộ: </w:t>
      </w:r>
      <w:r>
        <w:rPr>
          <w:sz w:val="18"/>
        </w:rPr>
        <w:t>2</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5A83177E" w14:textId="77777777">
        <w:trPr>
          <w:tblHeader/>
        </w:trPr>
        <w:tc>
          <w:tcPr>
            <w:tcW w:w="600" w:type="dxa"/>
            <w:shd w:val="clear" w:color="auto" w:fill="1F4E78"/>
            <w:tcMar>
              <w:top w:w="80" w:type="dxa"/>
              <w:left w:w="120" w:type="dxa"/>
              <w:bottom w:w="80" w:type="dxa"/>
              <w:right w:w="120" w:type="dxa"/>
            </w:tcMar>
            <w:vAlign w:val="center"/>
          </w:tcPr>
          <w:p w14:paraId="318416D7"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336D14E4"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7AC7400C"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48F108AA"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61E648C8" w14:textId="77777777" w:rsidR="009E11EE" w:rsidRDefault="00000000">
            <w:pPr>
              <w:spacing w:after="0"/>
              <w:jc w:val="center"/>
            </w:pPr>
            <w:r>
              <w:rPr>
                <w:b/>
                <w:color w:val="FFFFFF"/>
                <w:sz w:val="17"/>
              </w:rPr>
              <w:t>Nhà máy</w:t>
            </w:r>
          </w:p>
        </w:tc>
      </w:tr>
      <w:tr w:rsidR="009E11EE" w14:paraId="567E2A6C" w14:textId="77777777">
        <w:tc>
          <w:tcPr>
            <w:tcW w:w="600" w:type="dxa"/>
            <w:tcMar>
              <w:top w:w="80" w:type="dxa"/>
              <w:left w:w="120" w:type="dxa"/>
              <w:bottom w:w="80" w:type="dxa"/>
              <w:right w:w="120" w:type="dxa"/>
            </w:tcMar>
            <w:vAlign w:val="center"/>
          </w:tcPr>
          <w:p w14:paraId="722919C2"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2DCE1147" w14:textId="77777777" w:rsidR="009E11EE" w:rsidRDefault="00000000">
            <w:pPr>
              <w:spacing w:after="0" w:line="240" w:lineRule="auto"/>
            </w:pPr>
            <w:r>
              <w:rPr>
                <w:sz w:val="16"/>
              </w:rPr>
              <w:t>DLO 87 K (TỦ)</w:t>
            </w:r>
          </w:p>
        </w:tc>
        <w:tc>
          <w:tcPr>
            <w:tcW w:w="2000" w:type="dxa"/>
            <w:tcMar>
              <w:top w:w="80" w:type="dxa"/>
              <w:left w:w="120" w:type="dxa"/>
              <w:bottom w:w="80" w:type="dxa"/>
              <w:right w:w="120" w:type="dxa"/>
            </w:tcMar>
            <w:vAlign w:val="center"/>
          </w:tcPr>
          <w:p w14:paraId="5579968D" w14:textId="77777777" w:rsidR="009E11EE" w:rsidRDefault="00000000">
            <w:pPr>
              <w:spacing w:after="0" w:line="240" w:lineRule="auto"/>
            </w:pPr>
            <w:r>
              <w:rPr>
                <w:sz w:val="16"/>
              </w:rPr>
              <w:t>TJX</w:t>
            </w:r>
          </w:p>
        </w:tc>
        <w:tc>
          <w:tcPr>
            <w:tcW w:w="1200" w:type="dxa"/>
            <w:tcMar>
              <w:top w:w="80" w:type="dxa"/>
              <w:left w:w="120" w:type="dxa"/>
              <w:bottom w:w="80" w:type="dxa"/>
              <w:right w:w="120" w:type="dxa"/>
            </w:tcMar>
            <w:vAlign w:val="center"/>
          </w:tcPr>
          <w:p w14:paraId="34917D2F"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4C7C455F" w14:textId="77777777" w:rsidR="009E11EE" w:rsidRDefault="00000000">
            <w:pPr>
              <w:spacing w:after="0" w:line="240" w:lineRule="auto"/>
            </w:pPr>
            <w:r>
              <w:rPr>
                <w:sz w:val="16"/>
              </w:rPr>
              <w:t>ĐĂNG LONG</w:t>
            </w:r>
          </w:p>
        </w:tc>
      </w:tr>
      <w:tr w:rsidR="009E11EE" w14:paraId="7E32C65D" w14:textId="77777777">
        <w:tc>
          <w:tcPr>
            <w:tcW w:w="600" w:type="dxa"/>
            <w:shd w:val="clear" w:color="auto" w:fill="F2F4F7"/>
            <w:tcMar>
              <w:top w:w="80" w:type="dxa"/>
              <w:left w:w="120" w:type="dxa"/>
              <w:bottom w:w="80" w:type="dxa"/>
              <w:right w:w="120" w:type="dxa"/>
            </w:tcMar>
            <w:vAlign w:val="center"/>
          </w:tcPr>
          <w:p w14:paraId="412E5411"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295BDA0F" w14:textId="77777777" w:rsidR="009E11EE" w:rsidRDefault="00000000">
            <w:pPr>
              <w:spacing w:after="0" w:line="240" w:lineRule="auto"/>
            </w:pPr>
            <w:r>
              <w:rPr>
                <w:sz w:val="16"/>
              </w:rPr>
              <w:t>ĐLO 10K (TỦ)</w:t>
            </w:r>
          </w:p>
        </w:tc>
        <w:tc>
          <w:tcPr>
            <w:tcW w:w="2000" w:type="dxa"/>
            <w:shd w:val="clear" w:color="auto" w:fill="F2F4F7"/>
            <w:tcMar>
              <w:top w:w="80" w:type="dxa"/>
              <w:left w:w="120" w:type="dxa"/>
              <w:bottom w:w="80" w:type="dxa"/>
              <w:right w:w="120" w:type="dxa"/>
            </w:tcMar>
            <w:vAlign w:val="center"/>
          </w:tcPr>
          <w:p w14:paraId="43C928AC" w14:textId="77777777" w:rsidR="009E11EE" w:rsidRDefault="00000000">
            <w:pPr>
              <w:spacing w:after="0" w:line="240" w:lineRule="auto"/>
            </w:pPr>
            <w:r>
              <w:rPr>
                <w:sz w:val="16"/>
              </w:rPr>
              <w:t>TJX</w:t>
            </w:r>
          </w:p>
        </w:tc>
        <w:tc>
          <w:tcPr>
            <w:tcW w:w="1200" w:type="dxa"/>
            <w:shd w:val="clear" w:color="auto" w:fill="F2F4F7"/>
            <w:tcMar>
              <w:top w:w="80" w:type="dxa"/>
              <w:left w:w="120" w:type="dxa"/>
              <w:bottom w:w="80" w:type="dxa"/>
              <w:right w:w="120" w:type="dxa"/>
            </w:tcMar>
            <w:vAlign w:val="center"/>
          </w:tcPr>
          <w:p w14:paraId="172A234E" w14:textId="77777777" w:rsidR="009E11EE" w:rsidRDefault="00000000">
            <w:pPr>
              <w:spacing w:after="0" w:line="240" w:lineRule="auto"/>
              <w:jc w:val="center"/>
            </w:pPr>
            <w:r>
              <w:rPr>
                <w:sz w:val="16"/>
              </w:rPr>
              <w:t>Bộ</w:t>
            </w:r>
          </w:p>
        </w:tc>
        <w:tc>
          <w:tcPr>
            <w:tcW w:w="2000" w:type="dxa"/>
            <w:shd w:val="clear" w:color="auto" w:fill="F2F4F7"/>
            <w:tcMar>
              <w:top w:w="80" w:type="dxa"/>
              <w:left w:w="120" w:type="dxa"/>
              <w:bottom w:w="80" w:type="dxa"/>
              <w:right w:w="120" w:type="dxa"/>
            </w:tcMar>
            <w:vAlign w:val="center"/>
          </w:tcPr>
          <w:p w14:paraId="4699327D" w14:textId="77777777" w:rsidR="009E11EE" w:rsidRDefault="00000000">
            <w:pPr>
              <w:spacing w:after="0" w:line="240" w:lineRule="auto"/>
            </w:pPr>
            <w:r>
              <w:rPr>
                <w:sz w:val="16"/>
              </w:rPr>
              <w:t>ĐĂNG LONG</w:t>
            </w:r>
          </w:p>
        </w:tc>
      </w:tr>
    </w:tbl>
    <w:p w14:paraId="7CF0DFA2" w14:textId="77777777" w:rsidR="009E11EE" w:rsidRDefault="009E11EE">
      <w:pPr>
        <w:spacing w:after="0"/>
      </w:pPr>
    </w:p>
    <w:p w14:paraId="3FC041D0" w14:textId="77777777" w:rsidR="009E11EE" w:rsidRDefault="00000000">
      <w:pPr>
        <w:pStyle w:val="Heading2"/>
      </w:pPr>
      <w:r>
        <w:rPr>
          <w:rFonts w:ascii="Arial" w:hAnsi="Arial"/>
        </w:rPr>
        <w:t>4.28. Huỳnh Công Nông</w:t>
      </w:r>
    </w:p>
    <w:p w14:paraId="4DA99B0F" w14:textId="77777777" w:rsidR="009E11EE" w:rsidRDefault="00000000">
      <w:r>
        <w:rPr>
          <w:b/>
          <w:sz w:val="18"/>
        </w:rPr>
        <w:t xml:space="preserve">Tổng: </w:t>
      </w:r>
      <w:r>
        <w:rPr>
          <w:sz w:val="18"/>
        </w:rPr>
        <w:t>2</w:t>
      </w:r>
      <w:r>
        <w:rPr>
          <w:b/>
          <w:sz w:val="18"/>
        </w:rPr>
        <w:t xml:space="preserve">  |  Mới: </w:t>
      </w:r>
      <w:r>
        <w:rPr>
          <w:sz w:val="18"/>
        </w:rPr>
        <w:t>0</w:t>
      </w:r>
      <w:r>
        <w:rPr>
          <w:b/>
          <w:sz w:val="18"/>
        </w:rPr>
        <w:t xml:space="preserve">  |  Bộ: </w:t>
      </w:r>
      <w:r>
        <w:rPr>
          <w:sz w:val="18"/>
        </w:rPr>
        <w:t>0</w:t>
      </w:r>
      <w:r>
        <w:rPr>
          <w:b/>
          <w:sz w:val="18"/>
        </w:rPr>
        <w:t xml:space="preserve">  |  Nhân: </w:t>
      </w:r>
      <w:r>
        <w:rPr>
          <w:sz w:val="18"/>
        </w:rPr>
        <w:t>2</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6E35555E" w14:textId="77777777">
        <w:trPr>
          <w:tblHeader/>
        </w:trPr>
        <w:tc>
          <w:tcPr>
            <w:tcW w:w="600" w:type="dxa"/>
            <w:shd w:val="clear" w:color="auto" w:fill="1F4E78"/>
            <w:tcMar>
              <w:top w:w="80" w:type="dxa"/>
              <w:left w:w="120" w:type="dxa"/>
              <w:bottom w:w="80" w:type="dxa"/>
              <w:right w:w="120" w:type="dxa"/>
            </w:tcMar>
            <w:vAlign w:val="center"/>
          </w:tcPr>
          <w:p w14:paraId="7EAE67C3"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03CF9177"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4D0C2BD1"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66F9C37F"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16CDBF6C" w14:textId="77777777" w:rsidR="009E11EE" w:rsidRDefault="00000000">
            <w:pPr>
              <w:spacing w:after="0"/>
              <w:jc w:val="center"/>
            </w:pPr>
            <w:r>
              <w:rPr>
                <w:b/>
                <w:color w:val="FFFFFF"/>
                <w:sz w:val="17"/>
              </w:rPr>
              <w:t>Nhà máy</w:t>
            </w:r>
          </w:p>
        </w:tc>
      </w:tr>
      <w:tr w:rsidR="009E11EE" w14:paraId="79CA6EAB" w14:textId="77777777">
        <w:tc>
          <w:tcPr>
            <w:tcW w:w="600" w:type="dxa"/>
            <w:tcMar>
              <w:top w:w="80" w:type="dxa"/>
              <w:left w:w="120" w:type="dxa"/>
              <w:bottom w:w="80" w:type="dxa"/>
              <w:right w:w="120" w:type="dxa"/>
            </w:tcMar>
            <w:vAlign w:val="center"/>
          </w:tcPr>
          <w:p w14:paraId="0F18EDC3"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4A6619FF" w14:textId="77777777" w:rsidR="009E11EE" w:rsidRDefault="00000000">
            <w:pPr>
              <w:spacing w:after="0" w:line="240" w:lineRule="auto"/>
            </w:pPr>
            <w:r>
              <w:rPr>
                <w:sz w:val="16"/>
              </w:rPr>
              <w:t>TVT WHITE</w:t>
            </w:r>
          </w:p>
        </w:tc>
        <w:tc>
          <w:tcPr>
            <w:tcW w:w="2000" w:type="dxa"/>
            <w:tcMar>
              <w:top w:w="80" w:type="dxa"/>
              <w:left w:w="120" w:type="dxa"/>
              <w:bottom w:w="80" w:type="dxa"/>
              <w:right w:w="120" w:type="dxa"/>
            </w:tcMar>
            <w:vAlign w:val="center"/>
          </w:tcPr>
          <w:p w14:paraId="4A002267" w14:textId="77777777" w:rsidR="009E11EE" w:rsidRDefault="00000000">
            <w:pPr>
              <w:spacing w:after="0" w:line="240" w:lineRule="auto"/>
            </w:pPr>
            <w:r>
              <w:rPr>
                <w:sz w:val="16"/>
              </w:rPr>
              <w:t>SAM</w:t>
            </w:r>
          </w:p>
        </w:tc>
        <w:tc>
          <w:tcPr>
            <w:tcW w:w="1200" w:type="dxa"/>
            <w:tcMar>
              <w:top w:w="80" w:type="dxa"/>
              <w:left w:w="120" w:type="dxa"/>
              <w:bottom w:w="80" w:type="dxa"/>
              <w:right w:w="120" w:type="dxa"/>
            </w:tcMar>
            <w:vAlign w:val="center"/>
          </w:tcPr>
          <w:p w14:paraId="0234B04C" w14:textId="77777777" w:rsidR="009E11EE" w:rsidRDefault="00000000">
            <w:pPr>
              <w:spacing w:after="0" w:line="240" w:lineRule="auto"/>
              <w:jc w:val="center"/>
            </w:pPr>
            <w:r>
              <w:rPr>
                <w:sz w:val="16"/>
              </w:rPr>
              <w:t>Nhân</w:t>
            </w:r>
          </w:p>
        </w:tc>
        <w:tc>
          <w:tcPr>
            <w:tcW w:w="2000" w:type="dxa"/>
            <w:tcMar>
              <w:top w:w="80" w:type="dxa"/>
              <w:left w:w="120" w:type="dxa"/>
              <w:bottom w:w="80" w:type="dxa"/>
              <w:right w:w="120" w:type="dxa"/>
            </w:tcMar>
            <w:vAlign w:val="center"/>
          </w:tcPr>
          <w:p w14:paraId="3A5C1625" w14:textId="77777777" w:rsidR="009E11EE" w:rsidRDefault="00000000">
            <w:pPr>
              <w:spacing w:after="0" w:line="240" w:lineRule="auto"/>
            </w:pPr>
            <w:r>
              <w:rPr>
                <w:sz w:val="16"/>
              </w:rPr>
              <w:t>TÂN VIỆT TIẾN</w:t>
            </w:r>
          </w:p>
        </w:tc>
      </w:tr>
      <w:tr w:rsidR="009E11EE" w14:paraId="633E6566" w14:textId="77777777">
        <w:tc>
          <w:tcPr>
            <w:tcW w:w="600" w:type="dxa"/>
            <w:shd w:val="clear" w:color="auto" w:fill="F2F4F7"/>
            <w:tcMar>
              <w:top w:w="80" w:type="dxa"/>
              <w:left w:w="120" w:type="dxa"/>
              <w:bottom w:w="80" w:type="dxa"/>
              <w:right w:w="120" w:type="dxa"/>
            </w:tcMar>
            <w:vAlign w:val="center"/>
          </w:tcPr>
          <w:p w14:paraId="6604962C"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59020028" w14:textId="77777777" w:rsidR="009E11EE" w:rsidRDefault="00000000">
            <w:pPr>
              <w:spacing w:after="0" w:line="240" w:lineRule="auto"/>
            </w:pPr>
            <w:r>
              <w:rPr>
                <w:sz w:val="16"/>
              </w:rPr>
              <w:t>TVT BLACK/23</w:t>
            </w:r>
          </w:p>
        </w:tc>
        <w:tc>
          <w:tcPr>
            <w:tcW w:w="2000" w:type="dxa"/>
            <w:shd w:val="clear" w:color="auto" w:fill="F2F4F7"/>
            <w:tcMar>
              <w:top w:w="80" w:type="dxa"/>
              <w:left w:w="120" w:type="dxa"/>
              <w:bottom w:w="80" w:type="dxa"/>
              <w:right w:w="120" w:type="dxa"/>
            </w:tcMar>
            <w:vAlign w:val="center"/>
          </w:tcPr>
          <w:p w14:paraId="3CCCE722" w14:textId="77777777" w:rsidR="009E11EE" w:rsidRDefault="00000000">
            <w:pPr>
              <w:spacing w:after="0" w:line="240" w:lineRule="auto"/>
            </w:pPr>
            <w:r>
              <w:rPr>
                <w:sz w:val="16"/>
              </w:rPr>
              <w:t>SAM</w:t>
            </w:r>
          </w:p>
        </w:tc>
        <w:tc>
          <w:tcPr>
            <w:tcW w:w="1200" w:type="dxa"/>
            <w:shd w:val="clear" w:color="auto" w:fill="F2F4F7"/>
            <w:tcMar>
              <w:top w:w="80" w:type="dxa"/>
              <w:left w:w="120" w:type="dxa"/>
              <w:bottom w:w="80" w:type="dxa"/>
              <w:right w:w="120" w:type="dxa"/>
            </w:tcMar>
            <w:vAlign w:val="center"/>
          </w:tcPr>
          <w:p w14:paraId="1BCBCCB5" w14:textId="77777777" w:rsidR="009E11EE" w:rsidRDefault="00000000">
            <w:pPr>
              <w:spacing w:after="0" w:line="240" w:lineRule="auto"/>
              <w:jc w:val="center"/>
            </w:pPr>
            <w:r>
              <w:rPr>
                <w:sz w:val="16"/>
              </w:rPr>
              <w:t>Nhân</w:t>
            </w:r>
          </w:p>
        </w:tc>
        <w:tc>
          <w:tcPr>
            <w:tcW w:w="2000" w:type="dxa"/>
            <w:shd w:val="clear" w:color="auto" w:fill="F2F4F7"/>
            <w:tcMar>
              <w:top w:w="80" w:type="dxa"/>
              <w:left w:w="120" w:type="dxa"/>
              <w:bottom w:w="80" w:type="dxa"/>
              <w:right w:w="120" w:type="dxa"/>
            </w:tcMar>
            <w:vAlign w:val="center"/>
          </w:tcPr>
          <w:p w14:paraId="74790EEC" w14:textId="77777777" w:rsidR="009E11EE" w:rsidRDefault="00000000">
            <w:pPr>
              <w:spacing w:after="0" w:line="240" w:lineRule="auto"/>
            </w:pPr>
            <w:r>
              <w:rPr>
                <w:sz w:val="16"/>
              </w:rPr>
              <w:t>TÂN VIỆT TIẾN</w:t>
            </w:r>
          </w:p>
        </w:tc>
      </w:tr>
    </w:tbl>
    <w:p w14:paraId="6BC4E905" w14:textId="77777777" w:rsidR="009E11EE" w:rsidRDefault="009E11EE">
      <w:pPr>
        <w:spacing w:after="0"/>
      </w:pPr>
    </w:p>
    <w:p w14:paraId="7C2C6564" w14:textId="77777777" w:rsidR="009E11EE" w:rsidRDefault="00000000">
      <w:pPr>
        <w:pStyle w:val="Heading2"/>
      </w:pPr>
      <w:r>
        <w:rPr>
          <w:rFonts w:ascii="Arial" w:hAnsi="Arial"/>
        </w:rPr>
        <w:t>4.29. Hồ Tiến Sĩ</w:t>
      </w:r>
    </w:p>
    <w:p w14:paraId="4E3AA1D7" w14:textId="77777777" w:rsidR="009E11EE" w:rsidRDefault="00000000">
      <w:r>
        <w:rPr>
          <w:b/>
          <w:sz w:val="18"/>
        </w:rPr>
        <w:t xml:space="preserve">Tổng: </w:t>
      </w:r>
      <w:r>
        <w:rPr>
          <w:sz w:val="18"/>
        </w:rPr>
        <w:t>2</w:t>
      </w:r>
      <w:r>
        <w:rPr>
          <w:b/>
          <w:sz w:val="18"/>
        </w:rPr>
        <w:t xml:space="preserve">  |  Mới: </w:t>
      </w:r>
      <w:r>
        <w:rPr>
          <w:sz w:val="18"/>
        </w:rPr>
        <w:t>0</w:t>
      </w:r>
      <w:r>
        <w:rPr>
          <w:b/>
          <w:sz w:val="18"/>
        </w:rPr>
        <w:t xml:space="preserve">  |  Bộ: </w:t>
      </w:r>
      <w:r>
        <w:rPr>
          <w:sz w:val="18"/>
        </w:rPr>
        <w:t>2</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4DAEE186" w14:textId="77777777">
        <w:trPr>
          <w:tblHeader/>
        </w:trPr>
        <w:tc>
          <w:tcPr>
            <w:tcW w:w="600" w:type="dxa"/>
            <w:shd w:val="clear" w:color="auto" w:fill="1F4E78"/>
            <w:tcMar>
              <w:top w:w="80" w:type="dxa"/>
              <w:left w:w="120" w:type="dxa"/>
              <w:bottom w:w="80" w:type="dxa"/>
              <w:right w:w="120" w:type="dxa"/>
            </w:tcMar>
            <w:vAlign w:val="center"/>
          </w:tcPr>
          <w:p w14:paraId="3A5FA054"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01968D96"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07C26985"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4856C55F"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43DE9960" w14:textId="77777777" w:rsidR="009E11EE" w:rsidRDefault="00000000">
            <w:pPr>
              <w:spacing w:after="0"/>
              <w:jc w:val="center"/>
            </w:pPr>
            <w:r>
              <w:rPr>
                <w:b/>
                <w:color w:val="FFFFFF"/>
                <w:sz w:val="17"/>
              </w:rPr>
              <w:t>Nhà máy</w:t>
            </w:r>
          </w:p>
        </w:tc>
      </w:tr>
      <w:tr w:rsidR="009E11EE" w14:paraId="067793B6" w14:textId="77777777">
        <w:tc>
          <w:tcPr>
            <w:tcW w:w="600" w:type="dxa"/>
            <w:tcMar>
              <w:top w:w="80" w:type="dxa"/>
              <w:left w:w="120" w:type="dxa"/>
              <w:bottom w:w="80" w:type="dxa"/>
              <w:right w:w="120" w:type="dxa"/>
            </w:tcMar>
            <w:vAlign w:val="center"/>
          </w:tcPr>
          <w:p w14:paraId="490EAFDD"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537D977D" w14:textId="77777777" w:rsidR="009E11EE" w:rsidRDefault="00000000">
            <w:pPr>
              <w:spacing w:after="0" w:line="240" w:lineRule="auto"/>
            </w:pPr>
            <w:r>
              <w:rPr>
                <w:sz w:val="16"/>
              </w:rPr>
              <w:t>AQ 1175 | PT 654 (Tủ)</w:t>
            </w:r>
          </w:p>
        </w:tc>
        <w:tc>
          <w:tcPr>
            <w:tcW w:w="2000" w:type="dxa"/>
            <w:tcMar>
              <w:top w:w="80" w:type="dxa"/>
              <w:left w:w="120" w:type="dxa"/>
              <w:bottom w:w="80" w:type="dxa"/>
              <w:right w:w="120" w:type="dxa"/>
            </w:tcMar>
            <w:vAlign w:val="center"/>
          </w:tcPr>
          <w:p w14:paraId="142966F6" w14:textId="77777777" w:rsidR="009E11EE" w:rsidRDefault="00000000">
            <w:pPr>
              <w:spacing w:after="0" w:line="240" w:lineRule="auto"/>
            </w:pPr>
            <w:r>
              <w:rPr>
                <w:sz w:val="16"/>
              </w:rPr>
              <w:t>Rizon</w:t>
            </w:r>
          </w:p>
        </w:tc>
        <w:tc>
          <w:tcPr>
            <w:tcW w:w="1200" w:type="dxa"/>
            <w:tcMar>
              <w:top w:w="80" w:type="dxa"/>
              <w:left w:w="120" w:type="dxa"/>
              <w:bottom w:w="80" w:type="dxa"/>
              <w:right w:w="120" w:type="dxa"/>
            </w:tcMar>
            <w:vAlign w:val="center"/>
          </w:tcPr>
          <w:p w14:paraId="135FA8F6"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57E1A4AE" w14:textId="77777777" w:rsidR="009E11EE" w:rsidRDefault="00000000">
            <w:pPr>
              <w:spacing w:after="0" w:line="240" w:lineRule="auto"/>
            </w:pPr>
            <w:r>
              <w:rPr>
                <w:sz w:val="16"/>
              </w:rPr>
              <w:t>HỐ NAI</w:t>
            </w:r>
          </w:p>
        </w:tc>
      </w:tr>
      <w:tr w:rsidR="009E11EE" w14:paraId="738F99DE" w14:textId="77777777">
        <w:tc>
          <w:tcPr>
            <w:tcW w:w="600" w:type="dxa"/>
            <w:shd w:val="clear" w:color="auto" w:fill="F2F4F7"/>
            <w:tcMar>
              <w:top w:w="80" w:type="dxa"/>
              <w:left w:w="120" w:type="dxa"/>
              <w:bottom w:w="80" w:type="dxa"/>
              <w:right w:w="120" w:type="dxa"/>
            </w:tcMar>
            <w:vAlign w:val="center"/>
          </w:tcPr>
          <w:p w14:paraId="346A6132"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701F77DA" w14:textId="77777777" w:rsidR="009E11EE" w:rsidRDefault="00000000">
            <w:pPr>
              <w:spacing w:after="0" w:line="240" w:lineRule="auto"/>
            </w:pPr>
            <w:r>
              <w:rPr>
                <w:sz w:val="16"/>
              </w:rPr>
              <w:t>AQ 1180 | PT 653 (Tủ)</w:t>
            </w:r>
          </w:p>
        </w:tc>
        <w:tc>
          <w:tcPr>
            <w:tcW w:w="2000" w:type="dxa"/>
            <w:shd w:val="clear" w:color="auto" w:fill="F2F4F7"/>
            <w:tcMar>
              <w:top w:w="80" w:type="dxa"/>
              <w:left w:w="120" w:type="dxa"/>
              <w:bottom w:w="80" w:type="dxa"/>
              <w:right w:w="120" w:type="dxa"/>
            </w:tcMar>
            <w:vAlign w:val="center"/>
          </w:tcPr>
          <w:p w14:paraId="0245EB59" w14:textId="77777777" w:rsidR="009E11EE" w:rsidRDefault="00000000">
            <w:pPr>
              <w:spacing w:after="0" w:line="240" w:lineRule="auto"/>
            </w:pPr>
            <w:r>
              <w:rPr>
                <w:sz w:val="16"/>
              </w:rPr>
              <w:t>Rizon</w:t>
            </w:r>
          </w:p>
        </w:tc>
        <w:tc>
          <w:tcPr>
            <w:tcW w:w="1200" w:type="dxa"/>
            <w:shd w:val="clear" w:color="auto" w:fill="F2F4F7"/>
            <w:tcMar>
              <w:top w:w="80" w:type="dxa"/>
              <w:left w:w="120" w:type="dxa"/>
              <w:bottom w:w="80" w:type="dxa"/>
              <w:right w:w="120" w:type="dxa"/>
            </w:tcMar>
            <w:vAlign w:val="center"/>
          </w:tcPr>
          <w:p w14:paraId="4F626044" w14:textId="77777777" w:rsidR="009E11EE" w:rsidRDefault="00000000">
            <w:pPr>
              <w:spacing w:after="0" w:line="240" w:lineRule="auto"/>
              <w:jc w:val="center"/>
            </w:pPr>
            <w:r>
              <w:rPr>
                <w:sz w:val="16"/>
              </w:rPr>
              <w:t>Bộ</w:t>
            </w:r>
          </w:p>
        </w:tc>
        <w:tc>
          <w:tcPr>
            <w:tcW w:w="2000" w:type="dxa"/>
            <w:shd w:val="clear" w:color="auto" w:fill="F2F4F7"/>
            <w:tcMar>
              <w:top w:w="80" w:type="dxa"/>
              <w:left w:w="120" w:type="dxa"/>
              <w:bottom w:w="80" w:type="dxa"/>
              <w:right w:w="120" w:type="dxa"/>
            </w:tcMar>
            <w:vAlign w:val="center"/>
          </w:tcPr>
          <w:p w14:paraId="0C13ED9F" w14:textId="77777777" w:rsidR="009E11EE" w:rsidRDefault="00000000">
            <w:pPr>
              <w:spacing w:after="0" w:line="240" w:lineRule="auto"/>
            </w:pPr>
            <w:r>
              <w:rPr>
                <w:sz w:val="16"/>
              </w:rPr>
              <w:t>HỐ NAI</w:t>
            </w:r>
          </w:p>
        </w:tc>
      </w:tr>
    </w:tbl>
    <w:p w14:paraId="670EC0D3" w14:textId="77777777" w:rsidR="009E11EE" w:rsidRDefault="009E11EE">
      <w:pPr>
        <w:spacing w:after="0"/>
      </w:pPr>
    </w:p>
    <w:p w14:paraId="3C083D23" w14:textId="77777777" w:rsidR="009E11EE" w:rsidRDefault="00000000">
      <w:pPr>
        <w:pStyle w:val="Heading2"/>
      </w:pPr>
      <w:r>
        <w:rPr>
          <w:rFonts w:ascii="Arial" w:hAnsi="Arial"/>
        </w:rPr>
        <w:t>4.30. Lê Văn Hòa</w:t>
      </w:r>
    </w:p>
    <w:p w14:paraId="231E436E" w14:textId="77777777" w:rsidR="009E11EE" w:rsidRDefault="00000000">
      <w:r>
        <w:rPr>
          <w:b/>
          <w:sz w:val="18"/>
        </w:rPr>
        <w:t xml:space="preserve">Tổng: </w:t>
      </w:r>
      <w:r>
        <w:rPr>
          <w:sz w:val="18"/>
        </w:rPr>
        <w:t>2</w:t>
      </w:r>
      <w:r>
        <w:rPr>
          <w:b/>
          <w:sz w:val="18"/>
        </w:rPr>
        <w:t xml:space="preserve">  |  Mới: </w:t>
      </w:r>
      <w:r>
        <w:rPr>
          <w:sz w:val="18"/>
        </w:rPr>
        <w:t>1</w:t>
      </w:r>
      <w:r>
        <w:rPr>
          <w:b/>
          <w:sz w:val="18"/>
        </w:rPr>
        <w:t xml:space="preserve">  |  Bộ: </w:t>
      </w:r>
      <w:r>
        <w:rPr>
          <w:sz w:val="18"/>
        </w:rPr>
        <w:t>0</w:t>
      </w:r>
      <w:r>
        <w:rPr>
          <w:b/>
          <w:sz w:val="18"/>
        </w:rPr>
        <w:t xml:space="preserve">  |  Nhân: </w:t>
      </w:r>
      <w:r>
        <w:rPr>
          <w:sz w:val="18"/>
        </w:rPr>
        <w:t>1</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6AD792F9" w14:textId="77777777">
        <w:trPr>
          <w:tblHeader/>
        </w:trPr>
        <w:tc>
          <w:tcPr>
            <w:tcW w:w="600" w:type="dxa"/>
            <w:shd w:val="clear" w:color="auto" w:fill="1F4E78"/>
            <w:tcMar>
              <w:top w:w="80" w:type="dxa"/>
              <w:left w:w="120" w:type="dxa"/>
              <w:bottom w:w="80" w:type="dxa"/>
              <w:right w:w="120" w:type="dxa"/>
            </w:tcMar>
            <w:vAlign w:val="center"/>
          </w:tcPr>
          <w:p w14:paraId="5B0D9306"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32CE32A2"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2B794872"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66DCFDDA"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47037620" w14:textId="77777777" w:rsidR="009E11EE" w:rsidRDefault="00000000">
            <w:pPr>
              <w:spacing w:after="0"/>
              <w:jc w:val="center"/>
            </w:pPr>
            <w:r>
              <w:rPr>
                <w:b/>
                <w:color w:val="FFFFFF"/>
                <w:sz w:val="17"/>
              </w:rPr>
              <w:t>Nhà máy</w:t>
            </w:r>
          </w:p>
        </w:tc>
      </w:tr>
      <w:tr w:rsidR="009E11EE" w14:paraId="66371669" w14:textId="77777777">
        <w:tc>
          <w:tcPr>
            <w:tcW w:w="600" w:type="dxa"/>
            <w:tcMar>
              <w:top w:w="80" w:type="dxa"/>
              <w:left w:w="120" w:type="dxa"/>
              <w:bottom w:w="80" w:type="dxa"/>
              <w:right w:w="120" w:type="dxa"/>
            </w:tcMar>
            <w:vAlign w:val="center"/>
          </w:tcPr>
          <w:p w14:paraId="6B2E4321"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68D23FBF" w14:textId="77777777" w:rsidR="009E11EE" w:rsidRDefault="00000000">
            <w:pPr>
              <w:spacing w:after="0" w:line="240" w:lineRule="auto"/>
            </w:pPr>
            <w:r>
              <w:rPr>
                <w:sz w:val="16"/>
              </w:rPr>
              <w:t>ALC 254/25</w:t>
            </w:r>
          </w:p>
        </w:tc>
        <w:tc>
          <w:tcPr>
            <w:tcW w:w="2000" w:type="dxa"/>
            <w:tcMar>
              <w:top w:w="80" w:type="dxa"/>
              <w:left w:w="120" w:type="dxa"/>
              <w:bottom w:w="80" w:type="dxa"/>
              <w:right w:w="120" w:type="dxa"/>
            </w:tcMar>
            <w:vAlign w:val="center"/>
          </w:tcPr>
          <w:p w14:paraId="64E47ED7" w14:textId="77777777" w:rsidR="009E11EE" w:rsidRDefault="00000000">
            <w:pPr>
              <w:spacing w:after="0" w:line="240" w:lineRule="auto"/>
            </w:pPr>
            <w:r>
              <w:rPr>
                <w:sz w:val="16"/>
              </w:rPr>
              <w:t>Bay harbor</w:t>
            </w:r>
          </w:p>
        </w:tc>
        <w:tc>
          <w:tcPr>
            <w:tcW w:w="1200" w:type="dxa"/>
            <w:tcMar>
              <w:top w:w="80" w:type="dxa"/>
              <w:left w:w="120" w:type="dxa"/>
              <w:bottom w:w="80" w:type="dxa"/>
              <w:right w:w="120" w:type="dxa"/>
            </w:tcMar>
            <w:vAlign w:val="center"/>
          </w:tcPr>
          <w:p w14:paraId="2CE2F2FF" w14:textId="77777777" w:rsidR="009E11EE" w:rsidRDefault="00000000">
            <w:pPr>
              <w:spacing w:after="0" w:line="240" w:lineRule="auto"/>
              <w:jc w:val="center"/>
            </w:pPr>
            <w:r>
              <w:rPr>
                <w:sz w:val="16"/>
              </w:rPr>
              <w:t>Nhân</w:t>
            </w:r>
          </w:p>
        </w:tc>
        <w:tc>
          <w:tcPr>
            <w:tcW w:w="2000" w:type="dxa"/>
            <w:tcMar>
              <w:top w:w="80" w:type="dxa"/>
              <w:left w:w="120" w:type="dxa"/>
              <w:bottom w:w="80" w:type="dxa"/>
              <w:right w:w="120" w:type="dxa"/>
            </w:tcMar>
            <w:vAlign w:val="center"/>
          </w:tcPr>
          <w:p w14:paraId="1990E1E7" w14:textId="77777777" w:rsidR="009E11EE" w:rsidRDefault="00000000">
            <w:pPr>
              <w:spacing w:after="0" w:line="240" w:lineRule="auto"/>
            </w:pPr>
            <w:r>
              <w:rPr>
                <w:sz w:val="16"/>
              </w:rPr>
              <w:t>ĐẤT MỚI</w:t>
            </w:r>
          </w:p>
        </w:tc>
      </w:tr>
      <w:tr w:rsidR="009E11EE" w14:paraId="4B0AD0B6" w14:textId="77777777">
        <w:tc>
          <w:tcPr>
            <w:tcW w:w="600" w:type="dxa"/>
            <w:shd w:val="clear" w:color="auto" w:fill="F2F4F7"/>
            <w:tcMar>
              <w:top w:w="80" w:type="dxa"/>
              <w:left w:w="120" w:type="dxa"/>
              <w:bottom w:w="80" w:type="dxa"/>
              <w:right w:w="120" w:type="dxa"/>
            </w:tcMar>
            <w:vAlign w:val="center"/>
          </w:tcPr>
          <w:p w14:paraId="6A639C86"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0A78AD7B" w14:textId="77777777" w:rsidR="009E11EE" w:rsidRDefault="00000000">
            <w:pPr>
              <w:spacing w:after="0" w:line="240" w:lineRule="auto"/>
            </w:pPr>
            <w:r>
              <w:rPr>
                <w:sz w:val="16"/>
              </w:rPr>
              <w:t>PT 203</w:t>
            </w:r>
          </w:p>
        </w:tc>
        <w:tc>
          <w:tcPr>
            <w:tcW w:w="2000" w:type="dxa"/>
            <w:shd w:val="clear" w:color="auto" w:fill="F2F4F7"/>
            <w:tcMar>
              <w:top w:w="80" w:type="dxa"/>
              <w:left w:w="120" w:type="dxa"/>
              <w:bottom w:w="80" w:type="dxa"/>
              <w:right w:w="120" w:type="dxa"/>
            </w:tcMar>
            <w:vAlign w:val="center"/>
          </w:tcPr>
          <w:p w14:paraId="52A3F145" w14:textId="77777777" w:rsidR="009E11EE" w:rsidRDefault="00000000">
            <w:pPr>
              <w:spacing w:after="0" w:line="240" w:lineRule="auto"/>
            </w:pPr>
            <w:r>
              <w:rPr>
                <w:sz w:val="16"/>
              </w:rPr>
              <w:t>Assch</w:t>
            </w:r>
          </w:p>
        </w:tc>
        <w:tc>
          <w:tcPr>
            <w:tcW w:w="1200" w:type="dxa"/>
            <w:shd w:val="clear" w:color="auto" w:fill="F2F4F7"/>
            <w:tcMar>
              <w:top w:w="80" w:type="dxa"/>
              <w:left w:w="120" w:type="dxa"/>
              <w:bottom w:w="80" w:type="dxa"/>
              <w:right w:w="120" w:type="dxa"/>
            </w:tcMar>
            <w:vAlign w:val="center"/>
          </w:tcPr>
          <w:p w14:paraId="766BB6A2" w14:textId="77777777" w:rsidR="009E11EE" w:rsidRDefault="00000000">
            <w:pPr>
              <w:spacing w:after="0" w:line="240" w:lineRule="auto"/>
              <w:jc w:val="center"/>
            </w:pPr>
            <w:r>
              <w:rPr>
                <w:sz w:val="16"/>
              </w:rPr>
              <w:t>Mới</w:t>
            </w:r>
          </w:p>
        </w:tc>
        <w:tc>
          <w:tcPr>
            <w:tcW w:w="2000" w:type="dxa"/>
            <w:shd w:val="clear" w:color="auto" w:fill="F2F4F7"/>
            <w:tcMar>
              <w:top w:w="80" w:type="dxa"/>
              <w:left w:w="120" w:type="dxa"/>
              <w:bottom w:w="80" w:type="dxa"/>
              <w:right w:w="120" w:type="dxa"/>
            </w:tcMar>
            <w:vAlign w:val="center"/>
          </w:tcPr>
          <w:p w14:paraId="1D4A6B80" w14:textId="77777777" w:rsidR="009E11EE" w:rsidRDefault="00000000">
            <w:pPr>
              <w:spacing w:after="0" w:line="240" w:lineRule="auto"/>
            </w:pPr>
            <w:r>
              <w:rPr>
                <w:sz w:val="16"/>
              </w:rPr>
              <w:t>ĐẤT MỚI</w:t>
            </w:r>
          </w:p>
        </w:tc>
      </w:tr>
    </w:tbl>
    <w:p w14:paraId="78F5AD55" w14:textId="77777777" w:rsidR="009E11EE" w:rsidRDefault="009E11EE">
      <w:pPr>
        <w:spacing w:after="0"/>
      </w:pPr>
    </w:p>
    <w:p w14:paraId="04078035" w14:textId="77777777" w:rsidR="009E11EE" w:rsidRDefault="00000000">
      <w:pPr>
        <w:pStyle w:val="Heading2"/>
      </w:pPr>
      <w:r>
        <w:rPr>
          <w:rFonts w:ascii="Arial" w:hAnsi="Arial"/>
        </w:rPr>
        <w:t>4.31. Nguyễn Văn Ninh</w:t>
      </w:r>
    </w:p>
    <w:p w14:paraId="2ECE1B24" w14:textId="77777777" w:rsidR="009E11EE" w:rsidRDefault="00000000">
      <w:r>
        <w:rPr>
          <w:b/>
          <w:sz w:val="18"/>
        </w:rPr>
        <w:t xml:space="preserve">Tổng: </w:t>
      </w:r>
      <w:r>
        <w:rPr>
          <w:sz w:val="18"/>
        </w:rPr>
        <w:t>2</w:t>
      </w:r>
      <w:r>
        <w:rPr>
          <w:b/>
          <w:sz w:val="18"/>
        </w:rPr>
        <w:t xml:space="preserve">  |  Mới: </w:t>
      </w:r>
      <w:r>
        <w:rPr>
          <w:sz w:val="18"/>
        </w:rPr>
        <w:t>0</w:t>
      </w:r>
      <w:r>
        <w:rPr>
          <w:b/>
          <w:sz w:val="18"/>
        </w:rPr>
        <w:t xml:space="preserve">  |  Bộ: </w:t>
      </w:r>
      <w:r>
        <w:rPr>
          <w:sz w:val="18"/>
        </w:rPr>
        <w:t>1</w:t>
      </w:r>
      <w:r>
        <w:rPr>
          <w:b/>
          <w:sz w:val="18"/>
        </w:rPr>
        <w:t xml:space="preserve">  |  Nhân: </w:t>
      </w:r>
      <w:r>
        <w:rPr>
          <w:sz w:val="18"/>
        </w:rPr>
        <w:t>1</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4A937AE3" w14:textId="77777777">
        <w:trPr>
          <w:tblHeader/>
        </w:trPr>
        <w:tc>
          <w:tcPr>
            <w:tcW w:w="600" w:type="dxa"/>
            <w:shd w:val="clear" w:color="auto" w:fill="1F4E78"/>
            <w:tcMar>
              <w:top w:w="80" w:type="dxa"/>
              <w:left w:w="120" w:type="dxa"/>
              <w:bottom w:w="80" w:type="dxa"/>
              <w:right w:w="120" w:type="dxa"/>
            </w:tcMar>
            <w:vAlign w:val="center"/>
          </w:tcPr>
          <w:p w14:paraId="33F3FC29"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321D80B2"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30DEF14D"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73DBD922"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5425D61A" w14:textId="77777777" w:rsidR="009E11EE" w:rsidRDefault="00000000">
            <w:pPr>
              <w:spacing w:after="0"/>
              <w:jc w:val="center"/>
            </w:pPr>
            <w:r>
              <w:rPr>
                <w:b/>
                <w:color w:val="FFFFFF"/>
                <w:sz w:val="17"/>
              </w:rPr>
              <w:t>Nhà máy</w:t>
            </w:r>
          </w:p>
        </w:tc>
      </w:tr>
      <w:tr w:rsidR="009E11EE" w14:paraId="2A5A8F6F" w14:textId="77777777">
        <w:tc>
          <w:tcPr>
            <w:tcW w:w="600" w:type="dxa"/>
            <w:tcMar>
              <w:top w:w="80" w:type="dxa"/>
              <w:left w:w="120" w:type="dxa"/>
              <w:bottom w:w="80" w:type="dxa"/>
              <w:right w:w="120" w:type="dxa"/>
            </w:tcMar>
            <w:vAlign w:val="center"/>
          </w:tcPr>
          <w:p w14:paraId="16DE2F55"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64CA93B0" w14:textId="77777777" w:rsidR="009E11EE" w:rsidRDefault="00000000">
            <w:pPr>
              <w:spacing w:after="0" w:line="240" w:lineRule="auto"/>
            </w:pPr>
            <w:r>
              <w:rPr>
                <w:sz w:val="16"/>
              </w:rPr>
              <w:t>Mekong 170 H</w:t>
            </w:r>
          </w:p>
        </w:tc>
        <w:tc>
          <w:tcPr>
            <w:tcW w:w="2000" w:type="dxa"/>
            <w:tcMar>
              <w:top w:w="80" w:type="dxa"/>
              <w:left w:w="120" w:type="dxa"/>
              <w:bottom w:w="80" w:type="dxa"/>
              <w:right w:w="120" w:type="dxa"/>
            </w:tcMar>
            <w:vAlign w:val="center"/>
          </w:tcPr>
          <w:p w14:paraId="4A90AF89" w14:textId="77777777" w:rsidR="009E11EE" w:rsidRDefault="00000000">
            <w:pPr>
              <w:spacing w:after="0" w:line="240" w:lineRule="auto"/>
            </w:pPr>
            <w:r>
              <w:rPr>
                <w:sz w:val="16"/>
              </w:rPr>
              <w:t>Mekong</w:t>
            </w:r>
          </w:p>
        </w:tc>
        <w:tc>
          <w:tcPr>
            <w:tcW w:w="1200" w:type="dxa"/>
            <w:tcMar>
              <w:top w:w="80" w:type="dxa"/>
              <w:left w:w="120" w:type="dxa"/>
              <w:bottom w:w="80" w:type="dxa"/>
              <w:right w:w="120" w:type="dxa"/>
            </w:tcMar>
            <w:vAlign w:val="center"/>
          </w:tcPr>
          <w:p w14:paraId="2BAB0A7D" w14:textId="77777777" w:rsidR="009E11EE" w:rsidRDefault="00000000">
            <w:pPr>
              <w:spacing w:after="0" w:line="240" w:lineRule="auto"/>
              <w:jc w:val="center"/>
            </w:pPr>
            <w:r>
              <w:rPr>
                <w:sz w:val="16"/>
              </w:rPr>
              <w:t>Nhân</w:t>
            </w:r>
          </w:p>
        </w:tc>
        <w:tc>
          <w:tcPr>
            <w:tcW w:w="2000" w:type="dxa"/>
            <w:tcMar>
              <w:top w:w="80" w:type="dxa"/>
              <w:left w:w="120" w:type="dxa"/>
              <w:bottom w:w="80" w:type="dxa"/>
              <w:right w:w="120" w:type="dxa"/>
            </w:tcMar>
            <w:vAlign w:val="center"/>
          </w:tcPr>
          <w:p w14:paraId="5BBE3094" w14:textId="77777777" w:rsidR="009E11EE" w:rsidRDefault="00000000">
            <w:pPr>
              <w:spacing w:after="0" w:line="240" w:lineRule="auto"/>
            </w:pPr>
            <w:r>
              <w:rPr>
                <w:sz w:val="16"/>
              </w:rPr>
              <w:t>MEKONG</w:t>
            </w:r>
          </w:p>
        </w:tc>
      </w:tr>
      <w:tr w:rsidR="009E11EE" w14:paraId="5E70A7B3" w14:textId="77777777">
        <w:tc>
          <w:tcPr>
            <w:tcW w:w="600" w:type="dxa"/>
            <w:shd w:val="clear" w:color="auto" w:fill="F2F4F7"/>
            <w:tcMar>
              <w:top w:w="80" w:type="dxa"/>
              <w:left w:w="120" w:type="dxa"/>
              <w:bottom w:w="80" w:type="dxa"/>
              <w:right w:w="120" w:type="dxa"/>
            </w:tcMar>
            <w:vAlign w:val="center"/>
          </w:tcPr>
          <w:p w14:paraId="6F3D5DDA"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20466DCE" w14:textId="77777777" w:rsidR="009E11EE" w:rsidRDefault="00000000">
            <w:pPr>
              <w:spacing w:after="0" w:line="240" w:lineRule="auto"/>
            </w:pPr>
            <w:r>
              <w:rPr>
                <w:sz w:val="16"/>
              </w:rPr>
              <w:t>Mekong 167 H (Tủ)</w:t>
            </w:r>
          </w:p>
        </w:tc>
        <w:tc>
          <w:tcPr>
            <w:tcW w:w="2000" w:type="dxa"/>
            <w:shd w:val="clear" w:color="auto" w:fill="F2F4F7"/>
            <w:tcMar>
              <w:top w:w="80" w:type="dxa"/>
              <w:left w:w="120" w:type="dxa"/>
              <w:bottom w:w="80" w:type="dxa"/>
              <w:right w:w="120" w:type="dxa"/>
            </w:tcMar>
            <w:vAlign w:val="center"/>
          </w:tcPr>
          <w:p w14:paraId="48EF4A2F" w14:textId="77777777" w:rsidR="009E11EE" w:rsidRDefault="00000000">
            <w:pPr>
              <w:spacing w:after="0" w:line="240" w:lineRule="auto"/>
            </w:pPr>
            <w:r>
              <w:rPr>
                <w:sz w:val="16"/>
              </w:rPr>
              <w:t>Mekong</w:t>
            </w:r>
          </w:p>
        </w:tc>
        <w:tc>
          <w:tcPr>
            <w:tcW w:w="1200" w:type="dxa"/>
            <w:shd w:val="clear" w:color="auto" w:fill="F2F4F7"/>
            <w:tcMar>
              <w:top w:w="80" w:type="dxa"/>
              <w:left w:w="120" w:type="dxa"/>
              <w:bottom w:w="80" w:type="dxa"/>
              <w:right w:w="120" w:type="dxa"/>
            </w:tcMar>
            <w:vAlign w:val="center"/>
          </w:tcPr>
          <w:p w14:paraId="1EFDB874" w14:textId="77777777" w:rsidR="009E11EE" w:rsidRDefault="00000000">
            <w:pPr>
              <w:spacing w:after="0" w:line="240" w:lineRule="auto"/>
              <w:jc w:val="center"/>
            </w:pPr>
            <w:r>
              <w:rPr>
                <w:sz w:val="16"/>
              </w:rPr>
              <w:t>Bộ</w:t>
            </w:r>
          </w:p>
        </w:tc>
        <w:tc>
          <w:tcPr>
            <w:tcW w:w="2000" w:type="dxa"/>
            <w:shd w:val="clear" w:color="auto" w:fill="F2F4F7"/>
            <w:tcMar>
              <w:top w:w="80" w:type="dxa"/>
              <w:left w:w="120" w:type="dxa"/>
              <w:bottom w:w="80" w:type="dxa"/>
              <w:right w:w="120" w:type="dxa"/>
            </w:tcMar>
            <w:vAlign w:val="center"/>
          </w:tcPr>
          <w:p w14:paraId="069A09A5" w14:textId="77777777" w:rsidR="009E11EE" w:rsidRDefault="00000000">
            <w:pPr>
              <w:spacing w:after="0" w:line="240" w:lineRule="auto"/>
            </w:pPr>
            <w:r>
              <w:rPr>
                <w:sz w:val="16"/>
              </w:rPr>
              <w:t>MEKONG</w:t>
            </w:r>
          </w:p>
        </w:tc>
      </w:tr>
    </w:tbl>
    <w:p w14:paraId="22DE770A" w14:textId="77777777" w:rsidR="009E11EE" w:rsidRDefault="009E11EE">
      <w:pPr>
        <w:spacing w:after="0"/>
      </w:pPr>
    </w:p>
    <w:p w14:paraId="4B897B85" w14:textId="77777777" w:rsidR="009E11EE" w:rsidRDefault="00000000">
      <w:pPr>
        <w:pStyle w:val="Heading2"/>
      </w:pPr>
      <w:r>
        <w:rPr>
          <w:rFonts w:ascii="Arial" w:hAnsi="Arial"/>
        </w:rPr>
        <w:t>4.32. Phan Văn Hiếu</w:t>
      </w:r>
    </w:p>
    <w:p w14:paraId="745482B1" w14:textId="77777777" w:rsidR="009E11EE" w:rsidRDefault="00000000">
      <w:r>
        <w:rPr>
          <w:b/>
          <w:sz w:val="18"/>
        </w:rPr>
        <w:t xml:space="preserve">Tổng: </w:t>
      </w:r>
      <w:r>
        <w:rPr>
          <w:sz w:val="18"/>
        </w:rPr>
        <w:t>2</w:t>
      </w:r>
      <w:r>
        <w:rPr>
          <w:b/>
          <w:sz w:val="18"/>
        </w:rPr>
        <w:t xml:space="preserve">  |  Mới: </w:t>
      </w:r>
      <w:r>
        <w:rPr>
          <w:sz w:val="18"/>
        </w:rPr>
        <w:t>1</w:t>
      </w:r>
      <w:r>
        <w:rPr>
          <w:b/>
          <w:sz w:val="18"/>
        </w:rPr>
        <w:t xml:space="preserve">  |  Bộ: </w:t>
      </w:r>
      <w:r>
        <w:rPr>
          <w:sz w:val="18"/>
        </w:rPr>
        <w:t>0</w:t>
      </w:r>
      <w:r>
        <w:rPr>
          <w:b/>
          <w:sz w:val="18"/>
        </w:rPr>
        <w:t xml:space="preserve">  |  Nhân: </w:t>
      </w:r>
      <w:r>
        <w:rPr>
          <w:sz w:val="18"/>
        </w:rPr>
        <w:t>1</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7B26C2EF" w14:textId="77777777">
        <w:trPr>
          <w:tblHeader/>
        </w:trPr>
        <w:tc>
          <w:tcPr>
            <w:tcW w:w="600" w:type="dxa"/>
            <w:shd w:val="clear" w:color="auto" w:fill="1F4E78"/>
            <w:tcMar>
              <w:top w:w="80" w:type="dxa"/>
              <w:left w:w="120" w:type="dxa"/>
              <w:bottom w:w="80" w:type="dxa"/>
              <w:right w:w="120" w:type="dxa"/>
            </w:tcMar>
            <w:vAlign w:val="center"/>
          </w:tcPr>
          <w:p w14:paraId="6926B749" w14:textId="77777777" w:rsidR="009E11EE" w:rsidRDefault="00000000">
            <w:pPr>
              <w:spacing w:after="0"/>
              <w:jc w:val="center"/>
            </w:pPr>
            <w:r>
              <w:rPr>
                <w:b/>
                <w:color w:val="FFFFFF"/>
                <w:sz w:val="17"/>
              </w:rPr>
              <w:lastRenderedPageBreak/>
              <w:t>STT</w:t>
            </w:r>
          </w:p>
        </w:tc>
        <w:tc>
          <w:tcPr>
            <w:tcW w:w="3560" w:type="dxa"/>
            <w:shd w:val="clear" w:color="auto" w:fill="1F4E78"/>
            <w:tcMar>
              <w:top w:w="80" w:type="dxa"/>
              <w:left w:w="120" w:type="dxa"/>
              <w:bottom w:w="80" w:type="dxa"/>
              <w:right w:w="120" w:type="dxa"/>
            </w:tcMar>
            <w:vAlign w:val="center"/>
          </w:tcPr>
          <w:p w14:paraId="0D525672"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2ACB0E9C"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4AFC3D2E"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49C3E4A1" w14:textId="77777777" w:rsidR="009E11EE" w:rsidRDefault="00000000">
            <w:pPr>
              <w:spacing w:after="0"/>
              <w:jc w:val="center"/>
            </w:pPr>
            <w:r>
              <w:rPr>
                <w:b/>
                <w:color w:val="FFFFFF"/>
                <w:sz w:val="17"/>
              </w:rPr>
              <w:t>Nhà máy</w:t>
            </w:r>
          </w:p>
        </w:tc>
      </w:tr>
      <w:tr w:rsidR="009E11EE" w14:paraId="54D505B5" w14:textId="77777777">
        <w:tc>
          <w:tcPr>
            <w:tcW w:w="600" w:type="dxa"/>
            <w:tcMar>
              <w:top w:w="80" w:type="dxa"/>
              <w:left w:w="120" w:type="dxa"/>
              <w:bottom w:w="80" w:type="dxa"/>
              <w:right w:w="120" w:type="dxa"/>
            </w:tcMar>
            <w:vAlign w:val="center"/>
          </w:tcPr>
          <w:p w14:paraId="191151D9"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487DB199" w14:textId="77777777" w:rsidR="009E11EE" w:rsidRDefault="00000000">
            <w:pPr>
              <w:spacing w:after="0" w:line="240" w:lineRule="auto"/>
            </w:pPr>
            <w:r>
              <w:rPr>
                <w:sz w:val="16"/>
              </w:rPr>
              <w:t>ALC 64/25</w:t>
            </w:r>
          </w:p>
        </w:tc>
        <w:tc>
          <w:tcPr>
            <w:tcW w:w="2000" w:type="dxa"/>
            <w:tcMar>
              <w:top w:w="80" w:type="dxa"/>
              <w:left w:w="120" w:type="dxa"/>
              <w:bottom w:w="80" w:type="dxa"/>
              <w:right w:w="120" w:type="dxa"/>
            </w:tcMar>
            <w:vAlign w:val="center"/>
          </w:tcPr>
          <w:p w14:paraId="1913042A" w14:textId="77777777" w:rsidR="009E11EE" w:rsidRDefault="00000000">
            <w:pPr>
              <w:spacing w:after="0" w:line="240" w:lineRule="auto"/>
            </w:pPr>
            <w:r>
              <w:rPr>
                <w:sz w:val="16"/>
              </w:rPr>
              <w:t>Asch</w:t>
            </w:r>
          </w:p>
        </w:tc>
        <w:tc>
          <w:tcPr>
            <w:tcW w:w="1200" w:type="dxa"/>
            <w:tcMar>
              <w:top w:w="80" w:type="dxa"/>
              <w:left w:w="120" w:type="dxa"/>
              <w:bottom w:w="80" w:type="dxa"/>
              <w:right w:w="120" w:type="dxa"/>
            </w:tcMar>
            <w:vAlign w:val="center"/>
          </w:tcPr>
          <w:p w14:paraId="099380F9" w14:textId="77777777" w:rsidR="009E11EE" w:rsidRDefault="00000000">
            <w:pPr>
              <w:spacing w:after="0" w:line="240" w:lineRule="auto"/>
              <w:jc w:val="center"/>
            </w:pPr>
            <w:r>
              <w:rPr>
                <w:sz w:val="16"/>
              </w:rPr>
              <w:t>Nhân</w:t>
            </w:r>
          </w:p>
        </w:tc>
        <w:tc>
          <w:tcPr>
            <w:tcW w:w="2000" w:type="dxa"/>
            <w:tcMar>
              <w:top w:w="80" w:type="dxa"/>
              <w:left w:w="120" w:type="dxa"/>
              <w:bottom w:w="80" w:type="dxa"/>
              <w:right w:w="120" w:type="dxa"/>
            </w:tcMar>
            <w:vAlign w:val="center"/>
          </w:tcPr>
          <w:p w14:paraId="7AC78F65" w14:textId="77777777" w:rsidR="009E11EE" w:rsidRDefault="00000000">
            <w:pPr>
              <w:spacing w:after="0" w:line="240" w:lineRule="auto"/>
            </w:pPr>
            <w:r>
              <w:rPr>
                <w:sz w:val="16"/>
              </w:rPr>
              <w:t>ĐẤT MỚI</w:t>
            </w:r>
          </w:p>
        </w:tc>
      </w:tr>
      <w:tr w:rsidR="009E11EE" w14:paraId="61495D27" w14:textId="77777777">
        <w:tc>
          <w:tcPr>
            <w:tcW w:w="600" w:type="dxa"/>
            <w:shd w:val="clear" w:color="auto" w:fill="F2F4F7"/>
            <w:tcMar>
              <w:top w:w="80" w:type="dxa"/>
              <w:left w:w="120" w:type="dxa"/>
              <w:bottom w:w="80" w:type="dxa"/>
              <w:right w:w="120" w:type="dxa"/>
            </w:tcMar>
            <w:vAlign w:val="center"/>
          </w:tcPr>
          <w:p w14:paraId="0B48DFE0"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05C1562A" w14:textId="77777777" w:rsidR="009E11EE" w:rsidRDefault="00000000">
            <w:pPr>
              <w:spacing w:after="0" w:line="240" w:lineRule="auto"/>
            </w:pPr>
            <w:r>
              <w:rPr>
                <w:sz w:val="16"/>
              </w:rPr>
              <w:t>PT 201</w:t>
            </w:r>
          </w:p>
        </w:tc>
        <w:tc>
          <w:tcPr>
            <w:tcW w:w="2000" w:type="dxa"/>
            <w:shd w:val="clear" w:color="auto" w:fill="F2F4F7"/>
            <w:tcMar>
              <w:top w:w="80" w:type="dxa"/>
              <w:left w:w="120" w:type="dxa"/>
              <w:bottom w:w="80" w:type="dxa"/>
              <w:right w:w="120" w:type="dxa"/>
            </w:tcMar>
            <w:vAlign w:val="center"/>
          </w:tcPr>
          <w:p w14:paraId="65134F2A" w14:textId="77777777" w:rsidR="009E11EE" w:rsidRDefault="00000000">
            <w:pPr>
              <w:spacing w:after="0" w:line="240" w:lineRule="auto"/>
            </w:pPr>
            <w:r>
              <w:rPr>
                <w:sz w:val="16"/>
              </w:rPr>
              <w:t>Asch</w:t>
            </w:r>
          </w:p>
        </w:tc>
        <w:tc>
          <w:tcPr>
            <w:tcW w:w="1200" w:type="dxa"/>
            <w:shd w:val="clear" w:color="auto" w:fill="F2F4F7"/>
            <w:tcMar>
              <w:top w:w="80" w:type="dxa"/>
              <w:left w:w="120" w:type="dxa"/>
              <w:bottom w:w="80" w:type="dxa"/>
              <w:right w:w="120" w:type="dxa"/>
            </w:tcMar>
            <w:vAlign w:val="center"/>
          </w:tcPr>
          <w:p w14:paraId="30D0EA28" w14:textId="77777777" w:rsidR="009E11EE" w:rsidRDefault="00000000">
            <w:pPr>
              <w:spacing w:after="0" w:line="240" w:lineRule="auto"/>
              <w:jc w:val="center"/>
            </w:pPr>
            <w:r>
              <w:rPr>
                <w:sz w:val="16"/>
              </w:rPr>
              <w:t>Mới</w:t>
            </w:r>
          </w:p>
        </w:tc>
        <w:tc>
          <w:tcPr>
            <w:tcW w:w="2000" w:type="dxa"/>
            <w:shd w:val="clear" w:color="auto" w:fill="F2F4F7"/>
            <w:tcMar>
              <w:top w:w="80" w:type="dxa"/>
              <w:left w:w="120" w:type="dxa"/>
              <w:bottom w:w="80" w:type="dxa"/>
              <w:right w:w="120" w:type="dxa"/>
            </w:tcMar>
            <w:vAlign w:val="center"/>
          </w:tcPr>
          <w:p w14:paraId="59B3C996" w14:textId="77777777" w:rsidR="009E11EE" w:rsidRDefault="00000000">
            <w:pPr>
              <w:spacing w:after="0" w:line="240" w:lineRule="auto"/>
            </w:pPr>
            <w:r>
              <w:rPr>
                <w:sz w:val="16"/>
              </w:rPr>
              <w:t>ĐẤT MỚI</w:t>
            </w:r>
          </w:p>
        </w:tc>
      </w:tr>
    </w:tbl>
    <w:p w14:paraId="56877CF4" w14:textId="77777777" w:rsidR="009E11EE" w:rsidRDefault="009E11EE">
      <w:pPr>
        <w:spacing w:after="0"/>
      </w:pPr>
    </w:p>
    <w:p w14:paraId="26D18A0A" w14:textId="77777777" w:rsidR="009E11EE" w:rsidRDefault="00000000">
      <w:pPr>
        <w:pStyle w:val="Heading2"/>
      </w:pPr>
      <w:r>
        <w:rPr>
          <w:rFonts w:ascii="Arial" w:hAnsi="Arial"/>
        </w:rPr>
        <w:t>4.33. Phú Vĩnh</w:t>
      </w:r>
    </w:p>
    <w:p w14:paraId="4FA95C9A" w14:textId="77777777" w:rsidR="009E11EE" w:rsidRDefault="00000000">
      <w:r>
        <w:rPr>
          <w:b/>
          <w:sz w:val="18"/>
        </w:rPr>
        <w:t xml:space="preserve">Tổng: </w:t>
      </w:r>
      <w:r>
        <w:rPr>
          <w:sz w:val="18"/>
        </w:rPr>
        <w:t>2</w:t>
      </w:r>
      <w:r>
        <w:rPr>
          <w:b/>
          <w:sz w:val="18"/>
        </w:rPr>
        <w:t xml:space="preserve">  |  Mới: </w:t>
      </w:r>
      <w:r>
        <w:rPr>
          <w:sz w:val="18"/>
        </w:rPr>
        <w:t>0</w:t>
      </w:r>
      <w:r>
        <w:rPr>
          <w:b/>
          <w:sz w:val="18"/>
        </w:rPr>
        <w:t xml:space="preserve">  |  Bộ: </w:t>
      </w:r>
      <w:r>
        <w:rPr>
          <w:sz w:val="18"/>
        </w:rPr>
        <w:t>1</w:t>
      </w:r>
      <w:r>
        <w:rPr>
          <w:b/>
          <w:sz w:val="18"/>
        </w:rPr>
        <w:t xml:space="preserve">  |  Nhân: </w:t>
      </w:r>
      <w:r>
        <w:rPr>
          <w:sz w:val="18"/>
        </w:rPr>
        <w:t>1</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242D074C" w14:textId="77777777">
        <w:trPr>
          <w:tblHeader/>
        </w:trPr>
        <w:tc>
          <w:tcPr>
            <w:tcW w:w="600" w:type="dxa"/>
            <w:shd w:val="clear" w:color="auto" w:fill="1F4E78"/>
            <w:tcMar>
              <w:top w:w="80" w:type="dxa"/>
              <w:left w:w="120" w:type="dxa"/>
              <w:bottom w:w="80" w:type="dxa"/>
              <w:right w:w="120" w:type="dxa"/>
            </w:tcMar>
            <w:vAlign w:val="center"/>
          </w:tcPr>
          <w:p w14:paraId="2F5257EA"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050368EE"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6EDD196C"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33252F75"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349A72A6" w14:textId="77777777" w:rsidR="009E11EE" w:rsidRDefault="00000000">
            <w:pPr>
              <w:spacing w:after="0"/>
              <w:jc w:val="center"/>
            </w:pPr>
            <w:r>
              <w:rPr>
                <w:b/>
                <w:color w:val="FFFFFF"/>
                <w:sz w:val="17"/>
              </w:rPr>
              <w:t>Nhà máy</w:t>
            </w:r>
          </w:p>
        </w:tc>
      </w:tr>
      <w:tr w:rsidR="009E11EE" w14:paraId="0A9DA465" w14:textId="77777777">
        <w:tc>
          <w:tcPr>
            <w:tcW w:w="600" w:type="dxa"/>
            <w:tcMar>
              <w:top w:w="80" w:type="dxa"/>
              <w:left w:w="120" w:type="dxa"/>
              <w:bottom w:w="80" w:type="dxa"/>
              <w:right w:w="120" w:type="dxa"/>
            </w:tcMar>
            <w:vAlign w:val="center"/>
          </w:tcPr>
          <w:p w14:paraId="6E7DC2E7"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69AAFF04" w14:textId="77777777" w:rsidR="009E11EE" w:rsidRDefault="00000000">
            <w:pPr>
              <w:spacing w:after="0" w:line="240" w:lineRule="auto"/>
            </w:pPr>
            <w:r>
              <w:rPr>
                <w:sz w:val="16"/>
              </w:rPr>
              <w:t>MD 1472 (Ghế)</w:t>
            </w:r>
          </w:p>
        </w:tc>
        <w:tc>
          <w:tcPr>
            <w:tcW w:w="2000" w:type="dxa"/>
            <w:tcMar>
              <w:top w:w="80" w:type="dxa"/>
              <w:left w:w="120" w:type="dxa"/>
              <w:bottom w:w="80" w:type="dxa"/>
              <w:right w:w="120" w:type="dxa"/>
            </w:tcMar>
            <w:vAlign w:val="center"/>
          </w:tcPr>
          <w:p w14:paraId="60063A42" w14:textId="77777777" w:rsidR="009E11EE" w:rsidRDefault="00000000">
            <w:pPr>
              <w:spacing w:after="0" w:line="240" w:lineRule="auto"/>
            </w:pPr>
            <w:r>
              <w:rPr>
                <w:sz w:val="16"/>
              </w:rPr>
              <w:t>NEXT</w:t>
            </w:r>
          </w:p>
        </w:tc>
        <w:tc>
          <w:tcPr>
            <w:tcW w:w="1200" w:type="dxa"/>
            <w:tcMar>
              <w:top w:w="80" w:type="dxa"/>
              <w:left w:w="120" w:type="dxa"/>
              <w:bottom w:w="80" w:type="dxa"/>
              <w:right w:w="120" w:type="dxa"/>
            </w:tcMar>
            <w:vAlign w:val="center"/>
          </w:tcPr>
          <w:p w14:paraId="69F5CED7"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160CF848" w14:textId="77777777" w:rsidR="009E11EE" w:rsidRDefault="00000000">
            <w:pPr>
              <w:spacing w:after="0" w:line="240" w:lineRule="auto"/>
            </w:pPr>
            <w:r>
              <w:rPr>
                <w:sz w:val="16"/>
              </w:rPr>
              <w:t>MINH DƯƠNG</w:t>
            </w:r>
          </w:p>
        </w:tc>
      </w:tr>
      <w:tr w:rsidR="009E11EE" w14:paraId="4AEC237F" w14:textId="77777777">
        <w:tc>
          <w:tcPr>
            <w:tcW w:w="600" w:type="dxa"/>
            <w:shd w:val="clear" w:color="auto" w:fill="F2F4F7"/>
            <w:tcMar>
              <w:top w:w="80" w:type="dxa"/>
              <w:left w:w="120" w:type="dxa"/>
              <w:bottom w:w="80" w:type="dxa"/>
              <w:right w:w="120" w:type="dxa"/>
            </w:tcMar>
            <w:vAlign w:val="center"/>
          </w:tcPr>
          <w:p w14:paraId="5CB8800B"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2D151F88" w14:textId="77777777" w:rsidR="009E11EE" w:rsidRDefault="00000000">
            <w:pPr>
              <w:spacing w:after="0" w:line="240" w:lineRule="auto"/>
            </w:pPr>
            <w:r>
              <w:rPr>
                <w:sz w:val="16"/>
              </w:rPr>
              <w:t>MD 2095 | MEDIUM</w:t>
            </w:r>
          </w:p>
        </w:tc>
        <w:tc>
          <w:tcPr>
            <w:tcW w:w="2000" w:type="dxa"/>
            <w:shd w:val="clear" w:color="auto" w:fill="F2F4F7"/>
            <w:tcMar>
              <w:top w:w="80" w:type="dxa"/>
              <w:left w:w="120" w:type="dxa"/>
              <w:bottom w:w="80" w:type="dxa"/>
              <w:right w:w="120" w:type="dxa"/>
            </w:tcMar>
            <w:vAlign w:val="center"/>
          </w:tcPr>
          <w:p w14:paraId="1E676FB6" w14:textId="77777777" w:rsidR="009E11EE" w:rsidRDefault="00000000">
            <w:pPr>
              <w:spacing w:after="0" w:line="240" w:lineRule="auto"/>
            </w:pPr>
            <w:r>
              <w:rPr>
                <w:sz w:val="16"/>
              </w:rPr>
              <w:t>WSI</w:t>
            </w:r>
          </w:p>
        </w:tc>
        <w:tc>
          <w:tcPr>
            <w:tcW w:w="1200" w:type="dxa"/>
            <w:shd w:val="clear" w:color="auto" w:fill="F2F4F7"/>
            <w:tcMar>
              <w:top w:w="80" w:type="dxa"/>
              <w:left w:w="120" w:type="dxa"/>
              <w:bottom w:w="80" w:type="dxa"/>
              <w:right w:w="120" w:type="dxa"/>
            </w:tcMar>
            <w:vAlign w:val="center"/>
          </w:tcPr>
          <w:p w14:paraId="013561A7" w14:textId="77777777" w:rsidR="009E11EE" w:rsidRDefault="00000000">
            <w:pPr>
              <w:spacing w:after="0" w:line="240" w:lineRule="auto"/>
              <w:jc w:val="center"/>
            </w:pPr>
            <w:r>
              <w:rPr>
                <w:sz w:val="16"/>
              </w:rPr>
              <w:t>Nhân</w:t>
            </w:r>
          </w:p>
        </w:tc>
        <w:tc>
          <w:tcPr>
            <w:tcW w:w="2000" w:type="dxa"/>
            <w:shd w:val="clear" w:color="auto" w:fill="F2F4F7"/>
            <w:tcMar>
              <w:top w:w="80" w:type="dxa"/>
              <w:left w:w="120" w:type="dxa"/>
              <w:bottom w:w="80" w:type="dxa"/>
              <w:right w:w="120" w:type="dxa"/>
            </w:tcMar>
            <w:vAlign w:val="center"/>
          </w:tcPr>
          <w:p w14:paraId="77EFF08C" w14:textId="77777777" w:rsidR="009E11EE" w:rsidRDefault="00000000">
            <w:pPr>
              <w:spacing w:after="0" w:line="240" w:lineRule="auto"/>
            </w:pPr>
            <w:r>
              <w:rPr>
                <w:sz w:val="16"/>
              </w:rPr>
              <w:t>MINH DƯƠNG</w:t>
            </w:r>
          </w:p>
        </w:tc>
      </w:tr>
    </w:tbl>
    <w:p w14:paraId="601A8F15" w14:textId="77777777" w:rsidR="009E11EE" w:rsidRDefault="009E11EE">
      <w:pPr>
        <w:spacing w:after="0"/>
      </w:pPr>
    </w:p>
    <w:p w14:paraId="75F0118F" w14:textId="77777777" w:rsidR="009E11EE" w:rsidRDefault="00000000">
      <w:pPr>
        <w:pStyle w:val="Heading2"/>
      </w:pPr>
      <w:r>
        <w:rPr>
          <w:rFonts w:ascii="Arial" w:hAnsi="Arial"/>
        </w:rPr>
        <w:t>4.34. Trần Dũng</w:t>
      </w:r>
    </w:p>
    <w:p w14:paraId="15DEA199" w14:textId="77777777" w:rsidR="009E11EE" w:rsidRDefault="00000000">
      <w:r>
        <w:rPr>
          <w:b/>
          <w:sz w:val="18"/>
        </w:rPr>
        <w:t xml:space="preserve">Tổng: </w:t>
      </w:r>
      <w:r>
        <w:rPr>
          <w:sz w:val="18"/>
        </w:rPr>
        <w:t>2</w:t>
      </w:r>
      <w:r>
        <w:rPr>
          <w:b/>
          <w:sz w:val="18"/>
        </w:rPr>
        <w:t xml:space="preserve">  |  Mới: </w:t>
      </w:r>
      <w:r>
        <w:rPr>
          <w:sz w:val="18"/>
        </w:rPr>
        <w:t>0</w:t>
      </w:r>
      <w:r>
        <w:rPr>
          <w:b/>
          <w:sz w:val="18"/>
        </w:rPr>
        <w:t xml:space="preserve">  |  Bộ: </w:t>
      </w:r>
      <w:r>
        <w:rPr>
          <w:sz w:val="18"/>
        </w:rPr>
        <w:t>2</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6B8AF901" w14:textId="77777777">
        <w:trPr>
          <w:tblHeader/>
        </w:trPr>
        <w:tc>
          <w:tcPr>
            <w:tcW w:w="600" w:type="dxa"/>
            <w:shd w:val="clear" w:color="auto" w:fill="1F4E78"/>
            <w:tcMar>
              <w:top w:w="80" w:type="dxa"/>
              <w:left w:w="120" w:type="dxa"/>
              <w:bottom w:w="80" w:type="dxa"/>
              <w:right w:w="120" w:type="dxa"/>
            </w:tcMar>
            <w:vAlign w:val="center"/>
          </w:tcPr>
          <w:p w14:paraId="18EA2DCC"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6AEB9BF6"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6BCB16B0"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6932548C"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4AE26D61" w14:textId="77777777" w:rsidR="009E11EE" w:rsidRDefault="00000000">
            <w:pPr>
              <w:spacing w:after="0"/>
              <w:jc w:val="center"/>
            </w:pPr>
            <w:r>
              <w:rPr>
                <w:b/>
                <w:color w:val="FFFFFF"/>
                <w:sz w:val="17"/>
              </w:rPr>
              <w:t>Nhà máy</w:t>
            </w:r>
          </w:p>
        </w:tc>
      </w:tr>
      <w:tr w:rsidR="009E11EE" w14:paraId="4FE7F73C" w14:textId="77777777">
        <w:tc>
          <w:tcPr>
            <w:tcW w:w="600" w:type="dxa"/>
            <w:tcMar>
              <w:top w:w="80" w:type="dxa"/>
              <w:left w:w="120" w:type="dxa"/>
              <w:bottom w:w="80" w:type="dxa"/>
              <w:right w:w="120" w:type="dxa"/>
            </w:tcMar>
            <w:vAlign w:val="center"/>
          </w:tcPr>
          <w:p w14:paraId="4D7F823D"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2FB44723" w14:textId="77777777" w:rsidR="009E11EE" w:rsidRDefault="00000000">
            <w:pPr>
              <w:spacing w:after="0" w:line="240" w:lineRule="auto"/>
            </w:pPr>
            <w:r>
              <w:rPr>
                <w:sz w:val="16"/>
              </w:rPr>
              <w:t>AQ 1166, AQ 1167 | PT 657, PT 660 (Tủ)</w:t>
            </w:r>
          </w:p>
        </w:tc>
        <w:tc>
          <w:tcPr>
            <w:tcW w:w="2000" w:type="dxa"/>
            <w:tcMar>
              <w:top w:w="80" w:type="dxa"/>
              <w:left w:w="120" w:type="dxa"/>
              <w:bottom w:w="80" w:type="dxa"/>
              <w:right w:w="120" w:type="dxa"/>
            </w:tcMar>
            <w:vAlign w:val="center"/>
          </w:tcPr>
          <w:p w14:paraId="3219CF8D" w14:textId="77777777" w:rsidR="009E11EE" w:rsidRDefault="00000000">
            <w:pPr>
              <w:spacing w:after="0" w:line="240" w:lineRule="auto"/>
            </w:pPr>
            <w:r>
              <w:rPr>
                <w:sz w:val="16"/>
              </w:rPr>
              <w:t>Rizon</w:t>
            </w:r>
          </w:p>
        </w:tc>
        <w:tc>
          <w:tcPr>
            <w:tcW w:w="1200" w:type="dxa"/>
            <w:tcMar>
              <w:top w:w="80" w:type="dxa"/>
              <w:left w:w="120" w:type="dxa"/>
              <w:bottom w:w="80" w:type="dxa"/>
              <w:right w:w="120" w:type="dxa"/>
            </w:tcMar>
            <w:vAlign w:val="center"/>
          </w:tcPr>
          <w:p w14:paraId="233C12CA"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52A99C8F" w14:textId="77777777" w:rsidR="009E11EE" w:rsidRDefault="00000000">
            <w:pPr>
              <w:spacing w:after="0" w:line="240" w:lineRule="auto"/>
            </w:pPr>
            <w:r>
              <w:rPr>
                <w:sz w:val="16"/>
              </w:rPr>
              <w:t>HỐ NAI</w:t>
            </w:r>
          </w:p>
        </w:tc>
      </w:tr>
      <w:tr w:rsidR="009E11EE" w14:paraId="09C751DD" w14:textId="77777777">
        <w:tc>
          <w:tcPr>
            <w:tcW w:w="600" w:type="dxa"/>
            <w:shd w:val="clear" w:color="auto" w:fill="F2F4F7"/>
            <w:tcMar>
              <w:top w:w="80" w:type="dxa"/>
              <w:left w:w="120" w:type="dxa"/>
              <w:bottom w:w="80" w:type="dxa"/>
              <w:right w:w="120" w:type="dxa"/>
            </w:tcMar>
            <w:vAlign w:val="center"/>
          </w:tcPr>
          <w:p w14:paraId="1104981C"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784C1F71" w14:textId="77777777" w:rsidR="009E11EE" w:rsidRDefault="00000000">
            <w:pPr>
              <w:spacing w:after="0" w:line="240" w:lineRule="auto"/>
            </w:pPr>
            <w:r>
              <w:rPr>
                <w:sz w:val="16"/>
              </w:rPr>
              <w:t>PT 647,PT 657 (Tủ)</w:t>
            </w:r>
          </w:p>
        </w:tc>
        <w:tc>
          <w:tcPr>
            <w:tcW w:w="2000" w:type="dxa"/>
            <w:shd w:val="clear" w:color="auto" w:fill="F2F4F7"/>
            <w:tcMar>
              <w:top w:w="80" w:type="dxa"/>
              <w:left w:w="120" w:type="dxa"/>
              <w:bottom w:w="80" w:type="dxa"/>
              <w:right w:w="120" w:type="dxa"/>
            </w:tcMar>
            <w:vAlign w:val="center"/>
          </w:tcPr>
          <w:p w14:paraId="1B5F37E0" w14:textId="77777777" w:rsidR="009E11EE" w:rsidRDefault="00000000">
            <w:pPr>
              <w:spacing w:after="0" w:line="240" w:lineRule="auto"/>
            </w:pPr>
            <w:r>
              <w:rPr>
                <w:sz w:val="16"/>
              </w:rPr>
              <w:t>Rizon</w:t>
            </w:r>
          </w:p>
        </w:tc>
        <w:tc>
          <w:tcPr>
            <w:tcW w:w="1200" w:type="dxa"/>
            <w:shd w:val="clear" w:color="auto" w:fill="F2F4F7"/>
            <w:tcMar>
              <w:top w:w="80" w:type="dxa"/>
              <w:left w:w="120" w:type="dxa"/>
              <w:bottom w:w="80" w:type="dxa"/>
              <w:right w:w="120" w:type="dxa"/>
            </w:tcMar>
            <w:vAlign w:val="center"/>
          </w:tcPr>
          <w:p w14:paraId="2EEF4FBD" w14:textId="77777777" w:rsidR="009E11EE" w:rsidRDefault="00000000">
            <w:pPr>
              <w:spacing w:after="0" w:line="240" w:lineRule="auto"/>
              <w:jc w:val="center"/>
            </w:pPr>
            <w:r>
              <w:rPr>
                <w:sz w:val="16"/>
              </w:rPr>
              <w:t>Bộ</w:t>
            </w:r>
          </w:p>
        </w:tc>
        <w:tc>
          <w:tcPr>
            <w:tcW w:w="2000" w:type="dxa"/>
            <w:shd w:val="clear" w:color="auto" w:fill="F2F4F7"/>
            <w:tcMar>
              <w:top w:w="80" w:type="dxa"/>
              <w:left w:w="120" w:type="dxa"/>
              <w:bottom w:w="80" w:type="dxa"/>
              <w:right w:w="120" w:type="dxa"/>
            </w:tcMar>
            <w:vAlign w:val="center"/>
          </w:tcPr>
          <w:p w14:paraId="2DD2C474" w14:textId="77777777" w:rsidR="009E11EE" w:rsidRDefault="00000000">
            <w:pPr>
              <w:spacing w:after="0" w:line="240" w:lineRule="auto"/>
            </w:pPr>
            <w:r>
              <w:rPr>
                <w:sz w:val="16"/>
              </w:rPr>
              <w:t>HỐ NAI</w:t>
            </w:r>
          </w:p>
        </w:tc>
      </w:tr>
    </w:tbl>
    <w:p w14:paraId="3E9C35D8" w14:textId="77777777" w:rsidR="009E11EE" w:rsidRDefault="009E11EE">
      <w:pPr>
        <w:spacing w:after="0"/>
      </w:pPr>
    </w:p>
    <w:p w14:paraId="09CA7FE8" w14:textId="77777777" w:rsidR="009E11EE" w:rsidRDefault="00000000">
      <w:pPr>
        <w:pStyle w:val="Heading2"/>
      </w:pPr>
      <w:r>
        <w:rPr>
          <w:rFonts w:ascii="Arial" w:hAnsi="Arial"/>
        </w:rPr>
        <w:t>4.35. Trần Văn Hát , Trần Văn Thưởng</w:t>
      </w:r>
    </w:p>
    <w:p w14:paraId="389991FE" w14:textId="77777777" w:rsidR="009E11EE" w:rsidRDefault="00000000">
      <w:r>
        <w:rPr>
          <w:b/>
          <w:sz w:val="18"/>
        </w:rPr>
        <w:t xml:space="preserve">Tổng: </w:t>
      </w:r>
      <w:r>
        <w:rPr>
          <w:sz w:val="18"/>
        </w:rPr>
        <w:t>2</w:t>
      </w:r>
      <w:r>
        <w:rPr>
          <w:b/>
          <w:sz w:val="18"/>
        </w:rPr>
        <w:t xml:space="preserve">  |  Mới: </w:t>
      </w:r>
      <w:r>
        <w:rPr>
          <w:sz w:val="18"/>
        </w:rPr>
        <w:t>0</w:t>
      </w:r>
      <w:r>
        <w:rPr>
          <w:b/>
          <w:sz w:val="18"/>
        </w:rPr>
        <w:t xml:space="preserve">  |  Bộ: </w:t>
      </w:r>
      <w:r>
        <w:rPr>
          <w:sz w:val="18"/>
        </w:rPr>
        <w:t>2</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3EDEF31F" w14:textId="77777777">
        <w:trPr>
          <w:tblHeader/>
        </w:trPr>
        <w:tc>
          <w:tcPr>
            <w:tcW w:w="600" w:type="dxa"/>
            <w:shd w:val="clear" w:color="auto" w:fill="1F4E78"/>
            <w:tcMar>
              <w:top w:w="80" w:type="dxa"/>
              <w:left w:w="120" w:type="dxa"/>
              <w:bottom w:w="80" w:type="dxa"/>
              <w:right w:w="120" w:type="dxa"/>
            </w:tcMar>
            <w:vAlign w:val="center"/>
          </w:tcPr>
          <w:p w14:paraId="76828547"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083FE3FE"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161A29AB"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04BD46E9"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6C561E8D" w14:textId="77777777" w:rsidR="009E11EE" w:rsidRDefault="00000000">
            <w:pPr>
              <w:spacing w:after="0"/>
              <w:jc w:val="center"/>
            </w:pPr>
            <w:r>
              <w:rPr>
                <w:b/>
                <w:color w:val="FFFFFF"/>
                <w:sz w:val="17"/>
              </w:rPr>
              <w:t>Nhà máy</w:t>
            </w:r>
          </w:p>
        </w:tc>
      </w:tr>
      <w:tr w:rsidR="009E11EE" w14:paraId="724CE808" w14:textId="77777777">
        <w:tc>
          <w:tcPr>
            <w:tcW w:w="600" w:type="dxa"/>
            <w:tcMar>
              <w:top w:w="80" w:type="dxa"/>
              <w:left w:w="120" w:type="dxa"/>
              <w:bottom w:w="80" w:type="dxa"/>
              <w:right w:w="120" w:type="dxa"/>
            </w:tcMar>
            <w:vAlign w:val="center"/>
          </w:tcPr>
          <w:p w14:paraId="0A21B552"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4A35C216" w14:textId="77777777" w:rsidR="009E11EE" w:rsidRDefault="00000000">
            <w:pPr>
              <w:spacing w:after="0" w:line="240" w:lineRule="auto"/>
            </w:pPr>
            <w:r>
              <w:rPr>
                <w:sz w:val="16"/>
              </w:rPr>
              <w:t>PKP P028 (Tủ TIVI)</w:t>
            </w:r>
          </w:p>
        </w:tc>
        <w:tc>
          <w:tcPr>
            <w:tcW w:w="2000" w:type="dxa"/>
            <w:tcMar>
              <w:top w:w="80" w:type="dxa"/>
              <w:left w:w="120" w:type="dxa"/>
              <w:bottom w:w="80" w:type="dxa"/>
              <w:right w:w="120" w:type="dxa"/>
            </w:tcMar>
            <w:vAlign w:val="center"/>
          </w:tcPr>
          <w:p w14:paraId="0B63A1C8" w14:textId="77777777" w:rsidR="009E11EE" w:rsidRDefault="00000000">
            <w:pPr>
              <w:spacing w:after="0" w:line="240" w:lineRule="auto"/>
            </w:pPr>
            <w:r>
              <w:rPr>
                <w:sz w:val="16"/>
              </w:rPr>
              <w:t>Modway</w:t>
            </w:r>
          </w:p>
        </w:tc>
        <w:tc>
          <w:tcPr>
            <w:tcW w:w="1200" w:type="dxa"/>
            <w:tcMar>
              <w:top w:w="80" w:type="dxa"/>
              <w:left w:w="120" w:type="dxa"/>
              <w:bottom w:w="80" w:type="dxa"/>
              <w:right w:w="120" w:type="dxa"/>
            </w:tcMar>
            <w:vAlign w:val="center"/>
          </w:tcPr>
          <w:p w14:paraId="08423CB1"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701F0D44" w14:textId="77777777" w:rsidR="009E11EE" w:rsidRDefault="00000000">
            <w:pPr>
              <w:spacing w:after="0" w:line="240" w:lineRule="auto"/>
            </w:pPr>
            <w:r>
              <w:rPr>
                <w:sz w:val="16"/>
              </w:rPr>
              <w:t>PHÚ KHANG PHÁT</w:t>
            </w:r>
          </w:p>
        </w:tc>
      </w:tr>
      <w:tr w:rsidR="009E11EE" w14:paraId="4B50F939" w14:textId="77777777">
        <w:tc>
          <w:tcPr>
            <w:tcW w:w="600" w:type="dxa"/>
            <w:shd w:val="clear" w:color="auto" w:fill="F2F4F7"/>
            <w:tcMar>
              <w:top w:w="80" w:type="dxa"/>
              <w:left w:w="120" w:type="dxa"/>
              <w:bottom w:w="80" w:type="dxa"/>
              <w:right w:w="120" w:type="dxa"/>
            </w:tcMar>
            <w:vAlign w:val="center"/>
          </w:tcPr>
          <w:p w14:paraId="0B6E5E57"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2425E495" w14:textId="77777777" w:rsidR="009E11EE" w:rsidRDefault="00000000">
            <w:pPr>
              <w:spacing w:after="0" w:line="240" w:lineRule="auto"/>
            </w:pPr>
            <w:r>
              <w:rPr>
                <w:sz w:val="16"/>
              </w:rPr>
              <w:t>PKP P027 (Tủ TIVI)</w:t>
            </w:r>
          </w:p>
        </w:tc>
        <w:tc>
          <w:tcPr>
            <w:tcW w:w="2000" w:type="dxa"/>
            <w:shd w:val="clear" w:color="auto" w:fill="F2F4F7"/>
            <w:tcMar>
              <w:top w:w="80" w:type="dxa"/>
              <w:left w:w="120" w:type="dxa"/>
              <w:bottom w:w="80" w:type="dxa"/>
              <w:right w:w="120" w:type="dxa"/>
            </w:tcMar>
            <w:vAlign w:val="center"/>
          </w:tcPr>
          <w:p w14:paraId="5CBEEBB6" w14:textId="77777777" w:rsidR="009E11EE" w:rsidRDefault="00000000">
            <w:pPr>
              <w:spacing w:after="0" w:line="240" w:lineRule="auto"/>
            </w:pPr>
            <w:r>
              <w:rPr>
                <w:sz w:val="16"/>
              </w:rPr>
              <w:t>Modway</w:t>
            </w:r>
          </w:p>
        </w:tc>
        <w:tc>
          <w:tcPr>
            <w:tcW w:w="1200" w:type="dxa"/>
            <w:shd w:val="clear" w:color="auto" w:fill="F2F4F7"/>
            <w:tcMar>
              <w:top w:w="80" w:type="dxa"/>
              <w:left w:w="120" w:type="dxa"/>
              <w:bottom w:w="80" w:type="dxa"/>
              <w:right w:w="120" w:type="dxa"/>
            </w:tcMar>
            <w:vAlign w:val="center"/>
          </w:tcPr>
          <w:p w14:paraId="23659F2D" w14:textId="77777777" w:rsidR="009E11EE" w:rsidRDefault="00000000">
            <w:pPr>
              <w:spacing w:after="0" w:line="240" w:lineRule="auto"/>
              <w:jc w:val="center"/>
            </w:pPr>
            <w:r>
              <w:rPr>
                <w:sz w:val="16"/>
              </w:rPr>
              <w:t>Bộ</w:t>
            </w:r>
          </w:p>
        </w:tc>
        <w:tc>
          <w:tcPr>
            <w:tcW w:w="2000" w:type="dxa"/>
            <w:shd w:val="clear" w:color="auto" w:fill="F2F4F7"/>
            <w:tcMar>
              <w:top w:w="80" w:type="dxa"/>
              <w:left w:w="120" w:type="dxa"/>
              <w:bottom w:w="80" w:type="dxa"/>
              <w:right w:w="120" w:type="dxa"/>
            </w:tcMar>
            <w:vAlign w:val="center"/>
          </w:tcPr>
          <w:p w14:paraId="0C985712" w14:textId="77777777" w:rsidR="009E11EE" w:rsidRDefault="00000000">
            <w:pPr>
              <w:spacing w:after="0" w:line="240" w:lineRule="auto"/>
            </w:pPr>
            <w:r>
              <w:rPr>
                <w:sz w:val="16"/>
              </w:rPr>
              <w:t>PHÚ KHANG PHÁT</w:t>
            </w:r>
          </w:p>
        </w:tc>
      </w:tr>
    </w:tbl>
    <w:p w14:paraId="7C75D592" w14:textId="77777777" w:rsidR="009E11EE" w:rsidRDefault="009E11EE">
      <w:pPr>
        <w:spacing w:after="0"/>
      </w:pPr>
    </w:p>
    <w:p w14:paraId="4F8F4863" w14:textId="77777777" w:rsidR="009E11EE" w:rsidRDefault="00000000">
      <w:pPr>
        <w:pStyle w:val="Heading2"/>
      </w:pPr>
      <w:r>
        <w:rPr>
          <w:rFonts w:ascii="Arial" w:hAnsi="Arial"/>
        </w:rPr>
        <w:t>4.36. Trần Văn Tùng</w:t>
      </w:r>
    </w:p>
    <w:p w14:paraId="46D8CBAA" w14:textId="77777777" w:rsidR="009E11EE" w:rsidRDefault="00000000">
      <w:r>
        <w:rPr>
          <w:b/>
          <w:sz w:val="18"/>
        </w:rPr>
        <w:t xml:space="preserve">Tổng: </w:t>
      </w:r>
      <w:r>
        <w:rPr>
          <w:sz w:val="18"/>
        </w:rPr>
        <w:t>2</w:t>
      </w:r>
      <w:r>
        <w:rPr>
          <w:b/>
          <w:sz w:val="18"/>
        </w:rPr>
        <w:t xml:space="preserve">  |  Mới: </w:t>
      </w:r>
      <w:r>
        <w:rPr>
          <w:sz w:val="18"/>
        </w:rPr>
        <w:t>1</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293BE258" w14:textId="77777777">
        <w:trPr>
          <w:tblHeader/>
        </w:trPr>
        <w:tc>
          <w:tcPr>
            <w:tcW w:w="600" w:type="dxa"/>
            <w:shd w:val="clear" w:color="auto" w:fill="1F4E78"/>
            <w:tcMar>
              <w:top w:w="80" w:type="dxa"/>
              <w:left w:w="120" w:type="dxa"/>
              <w:bottom w:w="80" w:type="dxa"/>
              <w:right w:w="120" w:type="dxa"/>
            </w:tcMar>
            <w:vAlign w:val="center"/>
          </w:tcPr>
          <w:p w14:paraId="060A2076"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4D8C1154"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1181A1C7"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3528161A"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5DE4AFDF" w14:textId="77777777" w:rsidR="009E11EE" w:rsidRDefault="00000000">
            <w:pPr>
              <w:spacing w:after="0"/>
              <w:jc w:val="center"/>
            </w:pPr>
            <w:r>
              <w:rPr>
                <w:b/>
                <w:color w:val="FFFFFF"/>
                <w:sz w:val="17"/>
              </w:rPr>
              <w:t>Nhà máy</w:t>
            </w:r>
          </w:p>
        </w:tc>
      </w:tr>
      <w:tr w:rsidR="009E11EE" w14:paraId="031B8989" w14:textId="77777777">
        <w:tc>
          <w:tcPr>
            <w:tcW w:w="600" w:type="dxa"/>
            <w:tcMar>
              <w:top w:w="80" w:type="dxa"/>
              <w:left w:w="120" w:type="dxa"/>
              <w:bottom w:w="80" w:type="dxa"/>
              <w:right w:w="120" w:type="dxa"/>
            </w:tcMar>
            <w:vAlign w:val="center"/>
          </w:tcPr>
          <w:p w14:paraId="796705C2"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0054E1BC" w14:textId="77777777" w:rsidR="009E11EE" w:rsidRDefault="00000000">
            <w:pPr>
              <w:spacing w:after="0" w:line="240" w:lineRule="auto"/>
            </w:pPr>
            <w:r>
              <w:rPr>
                <w:sz w:val="16"/>
              </w:rPr>
              <w:t>Mh-300 (giường)</w:t>
            </w:r>
          </w:p>
        </w:tc>
        <w:tc>
          <w:tcPr>
            <w:tcW w:w="2000" w:type="dxa"/>
            <w:tcMar>
              <w:top w:w="80" w:type="dxa"/>
              <w:left w:w="120" w:type="dxa"/>
              <w:bottom w:w="80" w:type="dxa"/>
              <w:right w:w="120" w:type="dxa"/>
            </w:tcMar>
            <w:vAlign w:val="center"/>
          </w:tcPr>
          <w:p w14:paraId="53649F52" w14:textId="77777777" w:rsidR="009E11EE" w:rsidRDefault="00000000">
            <w:pPr>
              <w:spacing w:after="0" w:line="240" w:lineRule="auto"/>
            </w:pPr>
            <w:r>
              <w:rPr>
                <w:sz w:val="16"/>
              </w:rPr>
              <w:t>Ginga</w:t>
            </w:r>
          </w:p>
        </w:tc>
        <w:tc>
          <w:tcPr>
            <w:tcW w:w="1200" w:type="dxa"/>
            <w:tcMar>
              <w:top w:w="80" w:type="dxa"/>
              <w:left w:w="120" w:type="dxa"/>
              <w:bottom w:w="80" w:type="dxa"/>
              <w:right w:w="120" w:type="dxa"/>
            </w:tcMar>
            <w:vAlign w:val="center"/>
          </w:tcPr>
          <w:p w14:paraId="5640E534"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12A5F102" w14:textId="77777777" w:rsidR="009E11EE" w:rsidRDefault="00000000">
            <w:pPr>
              <w:spacing w:after="0" w:line="240" w:lineRule="auto"/>
            </w:pPr>
            <w:r>
              <w:rPr>
                <w:sz w:val="16"/>
              </w:rPr>
              <w:t>MINH HẠNH</w:t>
            </w:r>
          </w:p>
        </w:tc>
      </w:tr>
      <w:tr w:rsidR="009E11EE" w14:paraId="0DCD7902" w14:textId="77777777">
        <w:tc>
          <w:tcPr>
            <w:tcW w:w="600" w:type="dxa"/>
            <w:shd w:val="clear" w:color="auto" w:fill="F2F4F7"/>
            <w:tcMar>
              <w:top w:w="80" w:type="dxa"/>
              <w:left w:w="120" w:type="dxa"/>
              <w:bottom w:w="80" w:type="dxa"/>
              <w:right w:w="120" w:type="dxa"/>
            </w:tcMar>
            <w:vAlign w:val="center"/>
          </w:tcPr>
          <w:p w14:paraId="5277FBE6"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60078A0F" w14:textId="77777777" w:rsidR="009E11EE" w:rsidRDefault="00000000">
            <w:pPr>
              <w:spacing w:after="0" w:line="240" w:lineRule="auto"/>
            </w:pPr>
            <w:r>
              <w:rPr>
                <w:sz w:val="16"/>
              </w:rPr>
              <w:t>Mh-356</w:t>
            </w:r>
          </w:p>
        </w:tc>
        <w:tc>
          <w:tcPr>
            <w:tcW w:w="2000" w:type="dxa"/>
            <w:shd w:val="clear" w:color="auto" w:fill="F2F4F7"/>
            <w:tcMar>
              <w:top w:w="80" w:type="dxa"/>
              <w:left w:w="120" w:type="dxa"/>
              <w:bottom w:w="80" w:type="dxa"/>
              <w:right w:w="120" w:type="dxa"/>
            </w:tcMar>
            <w:vAlign w:val="center"/>
          </w:tcPr>
          <w:p w14:paraId="1C485AB0" w14:textId="77777777" w:rsidR="009E11EE" w:rsidRDefault="00000000">
            <w:pPr>
              <w:spacing w:after="0" w:line="240" w:lineRule="auto"/>
            </w:pPr>
            <w:r>
              <w:rPr>
                <w:sz w:val="16"/>
              </w:rPr>
              <w:t>Ginga</w:t>
            </w:r>
          </w:p>
        </w:tc>
        <w:tc>
          <w:tcPr>
            <w:tcW w:w="1200" w:type="dxa"/>
            <w:shd w:val="clear" w:color="auto" w:fill="F2F4F7"/>
            <w:tcMar>
              <w:top w:w="80" w:type="dxa"/>
              <w:left w:w="120" w:type="dxa"/>
              <w:bottom w:w="80" w:type="dxa"/>
              <w:right w:w="120" w:type="dxa"/>
            </w:tcMar>
            <w:vAlign w:val="center"/>
          </w:tcPr>
          <w:p w14:paraId="1ECBC15F" w14:textId="77777777" w:rsidR="009E11EE" w:rsidRDefault="00000000">
            <w:pPr>
              <w:spacing w:after="0" w:line="240" w:lineRule="auto"/>
              <w:jc w:val="center"/>
            </w:pPr>
            <w:r>
              <w:rPr>
                <w:sz w:val="16"/>
              </w:rPr>
              <w:t>Mới</w:t>
            </w:r>
          </w:p>
        </w:tc>
        <w:tc>
          <w:tcPr>
            <w:tcW w:w="2000" w:type="dxa"/>
            <w:shd w:val="clear" w:color="auto" w:fill="F2F4F7"/>
            <w:tcMar>
              <w:top w:w="80" w:type="dxa"/>
              <w:left w:w="120" w:type="dxa"/>
              <w:bottom w:w="80" w:type="dxa"/>
              <w:right w:w="120" w:type="dxa"/>
            </w:tcMar>
            <w:vAlign w:val="center"/>
          </w:tcPr>
          <w:p w14:paraId="09C60C2B" w14:textId="77777777" w:rsidR="009E11EE" w:rsidRDefault="00000000">
            <w:pPr>
              <w:spacing w:after="0" w:line="240" w:lineRule="auto"/>
            </w:pPr>
            <w:r>
              <w:rPr>
                <w:sz w:val="16"/>
              </w:rPr>
              <w:t>MINH HẠNH</w:t>
            </w:r>
          </w:p>
        </w:tc>
      </w:tr>
    </w:tbl>
    <w:p w14:paraId="1EA7FBB9" w14:textId="77777777" w:rsidR="009E11EE" w:rsidRDefault="009E11EE">
      <w:pPr>
        <w:spacing w:after="0"/>
      </w:pPr>
    </w:p>
    <w:p w14:paraId="2D70B250" w14:textId="77777777" w:rsidR="009E11EE" w:rsidRDefault="00000000">
      <w:pPr>
        <w:pStyle w:val="Heading2"/>
      </w:pPr>
      <w:r>
        <w:rPr>
          <w:rFonts w:ascii="Arial" w:hAnsi="Arial"/>
        </w:rPr>
        <w:t>4.37. Trần Văn Tùng Và Hồ Văn Việt</w:t>
      </w:r>
    </w:p>
    <w:p w14:paraId="57757330" w14:textId="77777777" w:rsidR="009E11EE" w:rsidRDefault="00000000">
      <w:r>
        <w:rPr>
          <w:b/>
          <w:sz w:val="18"/>
        </w:rPr>
        <w:t xml:space="preserve">Tổng: </w:t>
      </w:r>
      <w:r>
        <w:rPr>
          <w:sz w:val="18"/>
        </w:rPr>
        <w:t>2</w:t>
      </w:r>
      <w:r>
        <w:rPr>
          <w:b/>
          <w:sz w:val="18"/>
        </w:rPr>
        <w:t xml:space="preserve">  |  Mới: </w:t>
      </w:r>
      <w:r>
        <w:rPr>
          <w:sz w:val="18"/>
        </w:rPr>
        <w:t>0</w:t>
      </w:r>
      <w:r>
        <w:rPr>
          <w:b/>
          <w:sz w:val="18"/>
        </w:rPr>
        <w:t xml:space="preserve">  |  Bộ: </w:t>
      </w:r>
      <w:r>
        <w:rPr>
          <w:sz w:val="18"/>
        </w:rPr>
        <w:t>2</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3F35F28A" w14:textId="77777777">
        <w:trPr>
          <w:tblHeader/>
        </w:trPr>
        <w:tc>
          <w:tcPr>
            <w:tcW w:w="600" w:type="dxa"/>
            <w:shd w:val="clear" w:color="auto" w:fill="1F4E78"/>
            <w:tcMar>
              <w:top w:w="80" w:type="dxa"/>
              <w:left w:w="120" w:type="dxa"/>
              <w:bottom w:w="80" w:type="dxa"/>
              <w:right w:w="120" w:type="dxa"/>
            </w:tcMar>
            <w:vAlign w:val="center"/>
          </w:tcPr>
          <w:p w14:paraId="4FD0E741"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1C449B42"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0F04E302"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498587C3"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22B61AFC" w14:textId="77777777" w:rsidR="009E11EE" w:rsidRDefault="00000000">
            <w:pPr>
              <w:spacing w:after="0"/>
              <w:jc w:val="center"/>
            </w:pPr>
            <w:r>
              <w:rPr>
                <w:b/>
                <w:color w:val="FFFFFF"/>
                <w:sz w:val="17"/>
              </w:rPr>
              <w:t>Nhà máy</w:t>
            </w:r>
          </w:p>
        </w:tc>
      </w:tr>
      <w:tr w:rsidR="009E11EE" w14:paraId="7B1B6756" w14:textId="77777777">
        <w:tc>
          <w:tcPr>
            <w:tcW w:w="600" w:type="dxa"/>
            <w:tcMar>
              <w:top w:w="80" w:type="dxa"/>
              <w:left w:w="120" w:type="dxa"/>
              <w:bottom w:w="80" w:type="dxa"/>
              <w:right w:w="120" w:type="dxa"/>
            </w:tcMar>
            <w:vAlign w:val="center"/>
          </w:tcPr>
          <w:p w14:paraId="13A66C6E"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729A78B2" w14:textId="77777777" w:rsidR="009E11EE" w:rsidRDefault="00000000">
            <w:pPr>
              <w:spacing w:after="0" w:line="240" w:lineRule="auto"/>
            </w:pPr>
            <w:r>
              <w:rPr>
                <w:sz w:val="16"/>
              </w:rPr>
              <w:t>Mh-362 (Giường)</w:t>
            </w:r>
          </w:p>
        </w:tc>
        <w:tc>
          <w:tcPr>
            <w:tcW w:w="2000" w:type="dxa"/>
            <w:tcMar>
              <w:top w:w="80" w:type="dxa"/>
              <w:left w:w="120" w:type="dxa"/>
              <w:bottom w:w="80" w:type="dxa"/>
              <w:right w:w="120" w:type="dxa"/>
            </w:tcMar>
            <w:vAlign w:val="center"/>
          </w:tcPr>
          <w:p w14:paraId="2B154278" w14:textId="77777777" w:rsidR="009E11EE" w:rsidRDefault="00000000">
            <w:pPr>
              <w:spacing w:after="0" w:line="240" w:lineRule="auto"/>
            </w:pPr>
            <w:r>
              <w:rPr>
                <w:sz w:val="16"/>
              </w:rPr>
              <w:t>Ginga</w:t>
            </w:r>
          </w:p>
        </w:tc>
        <w:tc>
          <w:tcPr>
            <w:tcW w:w="1200" w:type="dxa"/>
            <w:tcMar>
              <w:top w:w="80" w:type="dxa"/>
              <w:left w:w="120" w:type="dxa"/>
              <w:bottom w:w="80" w:type="dxa"/>
              <w:right w:w="120" w:type="dxa"/>
            </w:tcMar>
            <w:vAlign w:val="center"/>
          </w:tcPr>
          <w:p w14:paraId="69A3CE88"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4C37288C" w14:textId="77777777" w:rsidR="009E11EE" w:rsidRDefault="00000000">
            <w:pPr>
              <w:spacing w:after="0" w:line="240" w:lineRule="auto"/>
            </w:pPr>
            <w:r>
              <w:rPr>
                <w:sz w:val="16"/>
              </w:rPr>
              <w:t>MINH HẠNH</w:t>
            </w:r>
          </w:p>
        </w:tc>
      </w:tr>
      <w:tr w:rsidR="009E11EE" w14:paraId="7F521BA8" w14:textId="77777777">
        <w:tc>
          <w:tcPr>
            <w:tcW w:w="600" w:type="dxa"/>
            <w:shd w:val="clear" w:color="auto" w:fill="F2F4F7"/>
            <w:tcMar>
              <w:top w:w="80" w:type="dxa"/>
              <w:left w:w="120" w:type="dxa"/>
              <w:bottom w:w="80" w:type="dxa"/>
              <w:right w:w="120" w:type="dxa"/>
            </w:tcMar>
            <w:vAlign w:val="center"/>
          </w:tcPr>
          <w:p w14:paraId="65583E55"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055C38E5" w14:textId="77777777" w:rsidR="009E11EE" w:rsidRDefault="00000000">
            <w:pPr>
              <w:spacing w:after="0" w:line="240" w:lineRule="auto"/>
            </w:pPr>
            <w:r>
              <w:rPr>
                <w:sz w:val="16"/>
              </w:rPr>
              <w:t>Mh-360 (Giường)</w:t>
            </w:r>
          </w:p>
        </w:tc>
        <w:tc>
          <w:tcPr>
            <w:tcW w:w="2000" w:type="dxa"/>
            <w:shd w:val="clear" w:color="auto" w:fill="F2F4F7"/>
            <w:tcMar>
              <w:top w:w="80" w:type="dxa"/>
              <w:left w:w="120" w:type="dxa"/>
              <w:bottom w:w="80" w:type="dxa"/>
              <w:right w:w="120" w:type="dxa"/>
            </w:tcMar>
            <w:vAlign w:val="center"/>
          </w:tcPr>
          <w:p w14:paraId="3DFF5FE4" w14:textId="77777777" w:rsidR="009E11EE" w:rsidRDefault="00000000">
            <w:pPr>
              <w:spacing w:after="0" w:line="240" w:lineRule="auto"/>
            </w:pPr>
            <w:r>
              <w:rPr>
                <w:sz w:val="16"/>
              </w:rPr>
              <w:t>Ginga</w:t>
            </w:r>
          </w:p>
        </w:tc>
        <w:tc>
          <w:tcPr>
            <w:tcW w:w="1200" w:type="dxa"/>
            <w:shd w:val="clear" w:color="auto" w:fill="F2F4F7"/>
            <w:tcMar>
              <w:top w:w="80" w:type="dxa"/>
              <w:left w:w="120" w:type="dxa"/>
              <w:bottom w:w="80" w:type="dxa"/>
              <w:right w:w="120" w:type="dxa"/>
            </w:tcMar>
            <w:vAlign w:val="center"/>
          </w:tcPr>
          <w:p w14:paraId="090E783C" w14:textId="77777777" w:rsidR="009E11EE" w:rsidRDefault="00000000">
            <w:pPr>
              <w:spacing w:after="0" w:line="240" w:lineRule="auto"/>
              <w:jc w:val="center"/>
            </w:pPr>
            <w:r>
              <w:rPr>
                <w:sz w:val="16"/>
              </w:rPr>
              <w:t>Bộ</w:t>
            </w:r>
          </w:p>
        </w:tc>
        <w:tc>
          <w:tcPr>
            <w:tcW w:w="2000" w:type="dxa"/>
            <w:shd w:val="clear" w:color="auto" w:fill="F2F4F7"/>
            <w:tcMar>
              <w:top w:w="80" w:type="dxa"/>
              <w:left w:w="120" w:type="dxa"/>
              <w:bottom w:w="80" w:type="dxa"/>
              <w:right w:w="120" w:type="dxa"/>
            </w:tcMar>
            <w:vAlign w:val="center"/>
          </w:tcPr>
          <w:p w14:paraId="0B275770" w14:textId="77777777" w:rsidR="009E11EE" w:rsidRDefault="00000000">
            <w:pPr>
              <w:spacing w:after="0" w:line="240" w:lineRule="auto"/>
            </w:pPr>
            <w:r>
              <w:rPr>
                <w:sz w:val="16"/>
              </w:rPr>
              <w:t>MINH HẠNH</w:t>
            </w:r>
          </w:p>
        </w:tc>
      </w:tr>
    </w:tbl>
    <w:p w14:paraId="0BFBF02C" w14:textId="77777777" w:rsidR="009E11EE" w:rsidRDefault="009E11EE">
      <w:pPr>
        <w:spacing w:after="0"/>
      </w:pPr>
    </w:p>
    <w:p w14:paraId="5B399070" w14:textId="77777777" w:rsidR="009E11EE" w:rsidRDefault="00000000">
      <w:pPr>
        <w:pStyle w:val="Heading2"/>
      </w:pPr>
      <w:r>
        <w:rPr>
          <w:rFonts w:ascii="Arial" w:hAnsi="Arial"/>
        </w:rPr>
        <w:t>4.38. Tạo</w:t>
      </w:r>
    </w:p>
    <w:p w14:paraId="4A670B54" w14:textId="77777777" w:rsidR="009E11EE" w:rsidRDefault="00000000">
      <w:r>
        <w:rPr>
          <w:b/>
          <w:sz w:val="18"/>
        </w:rPr>
        <w:t xml:space="preserve">Tổng: </w:t>
      </w:r>
      <w:r>
        <w:rPr>
          <w:sz w:val="18"/>
        </w:rPr>
        <w:t>2</w:t>
      </w:r>
      <w:r>
        <w:rPr>
          <w:b/>
          <w:sz w:val="18"/>
        </w:rPr>
        <w:t xml:space="preserve">  |  Mới: </w:t>
      </w:r>
      <w:r>
        <w:rPr>
          <w:sz w:val="18"/>
        </w:rPr>
        <w:t>1</w:t>
      </w:r>
      <w:r>
        <w:rPr>
          <w:b/>
          <w:sz w:val="18"/>
        </w:rPr>
        <w:t xml:space="preserve">  |  Bộ: </w:t>
      </w:r>
      <w:r>
        <w:rPr>
          <w:sz w:val="18"/>
        </w:rPr>
        <w:t>0</w:t>
      </w:r>
      <w:r>
        <w:rPr>
          <w:b/>
          <w:sz w:val="18"/>
        </w:rPr>
        <w:t xml:space="preserve">  |  Nhân: </w:t>
      </w:r>
      <w:r>
        <w:rPr>
          <w:sz w:val="18"/>
        </w:rPr>
        <w:t>1</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3B2C4472" w14:textId="77777777">
        <w:trPr>
          <w:tblHeader/>
        </w:trPr>
        <w:tc>
          <w:tcPr>
            <w:tcW w:w="600" w:type="dxa"/>
            <w:shd w:val="clear" w:color="auto" w:fill="1F4E78"/>
            <w:tcMar>
              <w:top w:w="80" w:type="dxa"/>
              <w:left w:w="120" w:type="dxa"/>
              <w:bottom w:w="80" w:type="dxa"/>
              <w:right w:w="120" w:type="dxa"/>
            </w:tcMar>
            <w:vAlign w:val="center"/>
          </w:tcPr>
          <w:p w14:paraId="6E2A6BE8" w14:textId="77777777" w:rsidR="009E11EE" w:rsidRDefault="00000000">
            <w:pPr>
              <w:spacing w:after="0"/>
              <w:jc w:val="center"/>
            </w:pPr>
            <w:r>
              <w:rPr>
                <w:b/>
                <w:color w:val="FFFFFF"/>
                <w:sz w:val="17"/>
              </w:rPr>
              <w:lastRenderedPageBreak/>
              <w:t>STT</w:t>
            </w:r>
          </w:p>
        </w:tc>
        <w:tc>
          <w:tcPr>
            <w:tcW w:w="3560" w:type="dxa"/>
            <w:shd w:val="clear" w:color="auto" w:fill="1F4E78"/>
            <w:tcMar>
              <w:top w:w="80" w:type="dxa"/>
              <w:left w:w="120" w:type="dxa"/>
              <w:bottom w:w="80" w:type="dxa"/>
              <w:right w:w="120" w:type="dxa"/>
            </w:tcMar>
            <w:vAlign w:val="center"/>
          </w:tcPr>
          <w:p w14:paraId="6C7A8DAD"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349A235B"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184B1721"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13C301E4" w14:textId="77777777" w:rsidR="009E11EE" w:rsidRDefault="00000000">
            <w:pPr>
              <w:spacing w:after="0"/>
              <w:jc w:val="center"/>
            </w:pPr>
            <w:r>
              <w:rPr>
                <w:b/>
                <w:color w:val="FFFFFF"/>
                <w:sz w:val="17"/>
              </w:rPr>
              <w:t>Nhà máy</w:t>
            </w:r>
          </w:p>
        </w:tc>
      </w:tr>
      <w:tr w:rsidR="009E11EE" w14:paraId="02BDC5B6" w14:textId="77777777">
        <w:tc>
          <w:tcPr>
            <w:tcW w:w="600" w:type="dxa"/>
            <w:tcMar>
              <w:top w:w="80" w:type="dxa"/>
              <w:left w:w="120" w:type="dxa"/>
              <w:bottom w:w="80" w:type="dxa"/>
              <w:right w:w="120" w:type="dxa"/>
            </w:tcMar>
            <w:vAlign w:val="center"/>
          </w:tcPr>
          <w:p w14:paraId="2C4AA13B"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461829C7" w14:textId="77777777" w:rsidR="009E11EE" w:rsidRDefault="00000000">
            <w:pPr>
              <w:spacing w:after="0" w:line="240" w:lineRule="auto"/>
            </w:pPr>
            <w:r>
              <w:rPr>
                <w:sz w:val="16"/>
              </w:rPr>
              <w:t>CRZ LA (SOFA)</w:t>
            </w:r>
          </w:p>
        </w:tc>
        <w:tc>
          <w:tcPr>
            <w:tcW w:w="2000" w:type="dxa"/>
            <w:tcMar>
              <w:top w:w="80" w:type="dxa"/>
              <w:left w:w="120" w:type="dxa"/>
              <w:bottom w:w="80" w:type="dxa"/>
              <w:right w:w="120" w:type="dxa"/>
            </w:tcMar>
            <w:vAlign w:val="center"/>
          </w:tcPr>
          <w:p w14:paraId="28078CDD" w14:textId="77777777" w:rsidR="009E11EE" w:rsidRDefault="00000000">
            <w:pPr>
              <w:spacing w:after="0" w:line="240" w:lineRule="auto"/>
            </w:pPr>
            <w:r>
              <w:rPr>
                <w:sz w:val="16"/>
              </w:rPr>
              <w:t>CRZ</w:t>
            </w:r>
          </w:p>
        </w:tc>
        <w:tc>
          <w:tcPr>
            <w:tcW w:w="1200" w:type="dxa"/>
            <w:tcMar>
              <w:top w:w="80" w:type="dxa"/>
              <w:left w:w="120" w:type="dxa"/>
              <w:bottom w:w="80" w:type="dxa"/>
              <w:right w:w="120" w:type="dxa"/>
            </w:tcMar>
            <w:vAlign w:val="center"/>
          </w:tcPr>
          <w:p w14:paraId="44B3BE65"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3E9C06CD" w14:textId="77777777" w:rsidR="009E11EE" w:rsidRDefault="00000000">
            <w:pPr>
              <w:spacing w:after="0" w:line="240" w:lineRule="auto"/>
            </w:pPr>
            <w:r>
              <w:rPr>
                <w:sz w:val="16"/>
              </w:rPr>
              <w:t>TRƯỜNG THÀNH</w:t>
            </w:r>
          </w:p>
        </w:tc>
      </w:tr>
      <w:tr w:rsidR="009E11EE" w14:paraId="5886096D" w14:textId="77777777">
        <w:tc>
          <w:tcPr>
            <w:tcW w:w="600" w:type="dxa"/>
            <w:shd w:val="clear" w:color="auto" w:fill="F2F4F7"/>
            <w:tcMar>
              <w:top w:w="80" w:type="dxa"/>
              <w:left w:w="120" w:type="dxa"/>
              <w:bottom w:w="80" w:type="dxa"/>
              <w:right w:w="120" w:type="dxa"/>
            </w:tcMar>
            <w:vAlign w:val="center"/>
          </w:tcPr>
          <w:p w14:paraId="4556856C"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234963D2" w14:textId="77777777" w:rsidR="009E11EE" w:rsidRDefault="00000000">
            <w:pPr>
              <w:spacing w:after="0" w:line="240" w:lineRule="auto"/>
            </w:pPr>
            <w:r>
              <w:rPr>
                <w:sz w:val="16"/>
              </w:rPr>
              <w:t>AE 356</w:t>
            </w:r>
          </w:p>
        </w:tc>
        <w:tc>
          <w:tcPr>
            <w:tcW w:w="2000" w:type="dxa"/>
            <w:shd w:val="clear" w:color="auto" w:fill="F2F4F7"/>
            <w:tcMar>
              <w:top w:w="80" w:type="dxa"/>
              <w:left w:w="120" w:type="dxa"/>
              <w:bottom w:w="80" w:type="dxa"/>
              <w:right w:w="120" w:type="dxa"/>
            </w:tcMar>
            <w:vAlign w:val="center"/>
          </w:tcPr>
          <w:p w14:paraId="518722C4" w14:textId="77777777" w:rsidR="009E11EE" w:rsidRDefault="00000000">
            <w:pPr>
              <w:spacing w:after="0" w:line="240" w:lineRule="auto"/>
            </w:pPr>
            <w:r>
              <w:rPr>
                <w:sz w:val="16"/>
              </w:rPr>
              <w:t>AE</w:t>
            </w:r>
          </w:p>
        </w:tc>
        <w:tc>
          <w:tcPr>
            <w:tcW w:w="1200" w:type="dxa"/>
            <w:shd w:val="clear" w:color="auto" w:fill="F2F4F7"/>
            <w:tcMar>
              <w:top w:w="80" w:type="dxa"/>
              <w:left w:w="120" w:type="dxa"/>
              <w:bottom w:w="80" w:type="dxa"/>
              <w:right w:w="120" w:type="dxa"/>
            </w:tcMar>
            <w:vAlign w:val="center"/>
          </w:tcPr>
          <w:p w14:paraId="484D8AE0" w14:textId="77777777" w:rsidR="009E11EE" w:rsidRDefault="00000000">
            <w:pPr>
              <w:spacing w:after="0" w:line="240" w:lineRule="auto"/>
              <w:jc w:val="center"/>
            </w:pPr>
            <w:r>
              <w:rPr>
                <w:sz w:val="16"/>
              </w:rPr>
              <w:t>Nhân</w:t>
            </w:r>
          </w:p>
        </w:tc>
        <w:tc>
          <w:tcPr>
            <w:tcW w:w="2000" w:type="dxa"/>
            <w:shd w:val="clear" w:color="auto" w:fill="F2F4F7"/>
            <w:tcMar>
              <w:top w:w="80" w:type="dxa"/>
              <w:left w:w="120" w:type="dxa"/>
              <w:bottom w:w="80" w:type="dxa"/>
              <w:right w:w="120" w:type="dxa"/>
            </w:tcMar>
            <w:vAlign w:val="center"/>
          </w:tcPr>
          <w:p w14:paraId="61D58CC3" w14:textId="77777777" w:rsidR="009E11EE" w:rsidRDefault="00000000">
            <w:pPr>
              <w:spacing w:after="0" w:line="240" w:lineRule="auto"/>
            </w:pPr>
            <w:r>
              <w:rPr>
                <w:sz w:val="16"/>
              </w:rPr>
              <w:t>ANH EM</w:t>
            </w:r>
          </w:p>
        </w:tc>
      </w:tr>
    </w:tbl>
    <w:p w14:paraId="29248CB7" w14:textId="77777777" w:rsidR="009E11EE" w:rsidRDefault="009E11EE">
      <w:pPr>
        <w:spacing w:after="0"/>
      </w:pPr>
    </w:p>
    <w:p w14:paraId="7A371474" w14:textId="77777777" w:rsidR="009E11EE" w:rsidRDefault="00000000">
      <w:pPr>
        <w:pStyle w:val="Heading2"/>
      </w:pPr>
      <w:r>
        <w:rPr>
          <w:rFonts w:ascii="Arial" w:hAnsi="Arial"/>
        </w:rPr>
        <w:t>4.39. Đào Hóa Em</w:t>
      </w:r>
    </w:p>
    <w:p w14:paraId="2E18AD63" w14:textId="77777777" w:rsidR="009E11EE" w:rsidRDefault="00000000">
      <w:r>
        <w:rPr>
          <w:b/>
          <w:sz w:val="18"/>
        </w:rPr>
        <w:t xml:space="preserve">Tổng: </w:t>
      </w:r>
      <w:r>
        <w:rPr>
          <w:sz w:val="18"/>
        </w:rPr>
        <w:t>2</w:t>
      </w:r>
      <w:r>
        <w:rPr>
          <w:b/>
          <w:sz w:val="18"/>
        </w:rPr>
        <w:t xml:space="preserve">  |  Mới: </w:t>
      </w:r>
      <w:r>
        <w:rPr>
          <w:sz w:val="18"/>
        </w:rPr>
        <w:t>0</w:t>
      </w:r>
      <w:r>
        <w:rPr>
          <w:b/>
          <w:sz w:val="18"/>
        </w:rPr>
        <w:t xml:space="preserve">  |  Bộ: </w:t>
      </w:r>
      <w:r>
        <w:rPr>
          <w:sz w:val="18"/>
        </w:rPr>
        <w:t>2</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391F9844" w14:textId="77777777">
        <w:trPr>
          <w:tblHeader/>
        </w:trPr>
        <w:tc>
          <w:tcPr>
            <w:tcW w:w="600" w:type="dxa"/>
            <w:shd w:val="clear" w:color="auto" w:fill="1F4E78"/>
            <w:tcMar>
              <w:top w:w="80" w:type="dxa"/>
              <w:left w:w="120" w:type="dxa"/>
              <w:bottom w:w="80" w:type="dxa"/>
              <w:right w:w="120" w:type="dxa"/>
            </w:tcMar>
            <w:vAlign w:val="center"/>
          </w:tcPr>
          <w:p w14:paraId="03C08390"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0B83E190"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5D711845"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56BCE96E"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2853FD0D" w14:textId="77777777" w:rsidR="009E11EE" w:rsidRDefault="00000000">
            <w:pPr>
              <w:spacing w:after="0"/>
              <w:jc w:val="center"/>
            </w:pPr>
            <w:r>
              <w:rPr>
                <w:b/>
                <w:color w:val="FFFFFF"/>
                <w:sz w:val="17"/>
              </w:rPr>
              <w:t>Nhà máy</w:t>
            </w:r>
          </w:p>
        </w:tc>
      </w:tr>
      <w:tr w:rsidR="009E11EE" w14:paraId="08D5B0CF" w14:textId="77777777">
        <w:tc>
          <w:tcPr>
            <w:tcW w:w="600" w:type="dxa"/>
            <w:tcMar>
              <w:top w:w="80" w:type="dxa"/>
              <w:left w:w="120" w:type="dxa"/>
              <w:bottom w:w="80" w:type="dxa"/>
              <w:right w:w="120" w:type="dxa"/>
            </w:tcMar>
            <w:vAlign w:val="center"/>
          </w:tcPr>
          <w:p w14:paraId="0C21398E"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71A9AFAF" w14:textId="77777777" w:rsidR="009E11EE" w:rsidRDefault="00000000">
            <w:pPr>
              <w:spacing w:after="0" w:line="240" w:lineRule="auto"/>
            </w:pPr>
            <w:r>
              <w:rPr>
                <w:sz w:val="16"/>
              </w:rPr>
              <w:t>Bh tn (Bàn)</w:t>
            </w:r>
          </w:p>
        </w:tc>
        <w:tc>
          <w:tcPr>
            <w:tcW w:w="2000" w:type="dxa"/>
            <w:tcMar>
              <w:top w:w="80" w:type="dxa"/>
              <w:left w:w="120" w:type="dxa"/>
              <w:bottom w:w="80" w:type="dxa"/>
              <w:right w:w="120" w:type="dxa"/>
            </w:tcMar>
            <w:vAlign w:val="center"/>
          </w:tcPr>
          <w:p w14:paraId="15C5C822" w14:textId="77777777" w:rsidR="009E11EE" w:rsidRDefault="00000000">
            <w:pPr>
              <w:spacing w:after="0" w:line="240" w:lineRule="auto"/>
            </w:pPr>
            <w:r>
              <w:rPr>
                <w:sz w:val="16"/>
              </w:rPr>
              <w:t>My</w:t>
            </w:r>
          </w:p>
        </w:tc>
        <w:tc>
          <w:tcPr>
            <w:tcW w:w="1200" w:type="dxa"/>
            <w:tcMar>
              <w:top w:w="80" w:type="dxa"/>
              <w:left w:w="120" w:type="dxa"/>
              <w:bottom w:w="80" w:type="dxa"/>
              <w:right w:w="120" w:type="dxa"/>
            </w:tcMar>
            <w:vAlign w:val="center"/>
          </w:tcPr>
          <w:p w14:paraId="5F9B880E"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6CBF7AC4" w14:textId="77777777" w:rsidR="009E11EE" w:rsidRDefault="00000000">
            <w:pPr>
              <w:spacing w:after="0" w:line="240" w:lineRule="auto"/>
            </w:pPr>
            <w:r>
              <w:rPr>
                <w:sz w:val="16"/>
              </w:rPr>
              <w:t>BẢO HƯNG</w:t>
            </w:r>
          </w:p>
        </w:tc>
      </w:tr>
      <w:tr w:rsidR="009E11EE" w14:paraId="11E486F7" w14:textId="77777777">
        <w:tc>
          <w:tcPr>
            <w:tcW w:w="600" w:type="dxa"/>
            <w:shd w:val="clear" w:color="auto" w:fill="F2F4F7"/>
            <w:tcMar>
              <w:top w:w="80" w:type="dxa"/>
              <w:left w:w="120" w:type="dxa"/>
              <w:bottom w:w="80" w:type="dxa"/>
              <w:right w:w="120" w:type="dxa"/>
            </w:tcMar>
            <w:vAlign w:val="center"/>
          </w:tcPr>
          <w:p w14:paraId="08ECB591" w14:textId="77777777" w:rsidR="009E11EE" w:rsidRDefault="00000000">
            <w:pPr>
              <w:spacing w:after="0" w:line="240" w:lineRule="auto"/>
              <w:jc w:val="center"/>
            </w:pPr>
            <w:r>
              <w:rPr>
                <w:sz w:val="16"/>
              </w:rPr>
              <w:t>2</w:t>
            </w:r>
          </w:p>
        </w:tc>
        <w:tc>
          <w:tcPr>
            <w:tcW w:w="3560" w:type="dxa"/>
            <w:shd w:val="clear" w:color="auto" w:fill="F2F4F7"/>
            <w:tcMar>
              <w:top w:w="80" w:type="dxa"/>
              <w:left w:w="120" w:type="dxa"/>
              <w:bottom w:w="80" w:type="dxa"/>
              <w:right w:w="120" w:type="dxa"/>
            </w:tcMar>
            <w:vAlign w:val="center"/>
          </w:tcPr>
          <w:p w14:paraId="7BFE3046" w14:textId="77777777" w:rsidR="009E11EE" w:rsidRDefault="00000000">
            <w:pPr>
              <w:spacing w:after="0" w:line="240" w:lineRule="auto"/>
            </w:pPr>
            <w:r>
              <w:rPr>
                <w:sz w:val="16"/>
              </w:rPr>
              <w:t>Bh 293 (Bàn)</w:t>
            </w:r>
          </w:p>
        </w:tc>
        <w:tc>
          <w:tcPr>
            <w:tcW w:w="2000" w:type="dxa"/>
            <w:shd w:val="clear" w:color="auto" w:fill="F2F4F7"/>
            <w:tcMar>
              <w:top w:w="80" w:type="dxa"/>
              <w:left w:w="120" w:type="dxa"/>
              <w:bottom w:w="80" w:type="dxa"/>
              <w:right w:w="120" w:type="dxa"/>
            </w:tcMar>
            <w:vAlign w:val="center"/>
          </w:tcPr>
          <w:p w14:paraId="618EDAE6" w14:textId="77777777" w:rsidR="009E11EE" w:rsidRDefault="00000000">
            <w:pPr>
              <w:spacing w:after="0" w:line="240" w:lineRule="auto"/>
            </w:pPr>
            <w:r>
              <w:rPr>
                <w:sz w:val="16"/>
              </w:rPr>
              <w:t>Hàng quốc</w:t>
            </w:r>
          </w:p>
        </w:tc>
        <w:tc>
          <w:tcPr>
            <w:tcW w:w="1200" w:type="dxa"/>
            <w:shd w:val="clear" w:color="auto" w:fill="F2F4F7"/>
            <w:tcMar>
              <w:top w:w="80" w:type="dxa"/>
              <w:left w:w="120" w:type="dxa"/>
              <w:bottom w:w="80" w:type="dxa"/>
              <w:right w:w="120" w:type="dxa"/>
            </w:tcMar>
            <w:vAlign w:val="center"/>
          </w:tcPr>
          <w:p w14:paraId="407091EE" w14:textId="77777777" w:rsidR="009E11EE" w:rsidRDefault="00000000">
            <w:pPr>
              <w:spacing w:after="0" w:line="240" w:lineRule="auto"/>
              <w:jc w:val="center"/>
            </w:pPr>
            <w:r>
              <w:rPr>
                <w:sz w:val="16"/>
              </w:rPr>
              <w:t>Bộ</w:t>
            </w:r>
          </w:p>
        </w:tc>
        <w:tc>
          <w:tcPr>
            <w:tcW w:w="2000" w:type="dxa"/>
            <w:shd w:val="clear" w:color="auto" w:fill="F2F4F7"/>
            <w:tcMar>
              <w:top w:w="80" w:type="dxa"/>
              <w:left w:w="120" w:type="dxa"/>
              <w:bottom w:w="80" w:type="dxa"/>
              <w:right w:w="120" w:type="dxa"/>
            </w:tcMar>
            <w:vAlign w:val="center"/>
          </w:tcPr>
          <w:p w14:paraId="399B3246" w14:textId="77777777" w:rsidR="009E11EE" w:rsidRDefault="00000000">
            <w:pPr>
              <w:spacing w:after="0" w:line="240" w:lineRule="auto"/>
            </w:pPr>
            <w:r>
              <w:rPr>
                <w:sz w:val="16"/>
              </w:rPr>
              <w:t>BẢO HƯNG</w:t>
            </w:r>
          </w:p>
        </w:tc>
      </w:tr>
    </w:tbl>
    <w:p w14:paraId="071A7BEA" w14:textId="77777777" w:rsidR="009E11EE" w:rsidRDefault="009E11EE">
      <w:pPr>
        <w:spacing w:after="0"/>
      </w:pPr>
    </w:p>
    <w:p w14:paraId="1E106CBE" w14:textId="77777777" w:rsidR="009E11EE" w:rsidRDefault="00000000">
      <w:pPr>
        <w:pStyle w:val="Heading2"/>
      </w:pPr>
      <w:r>
        <w:rPr>
          <w:rFonts w:ascii="Arial" w:hAnsi="Arial"/>
        </w:rPr>
        <w:t>4.40. Bảo</w:t>
      </w:r>
    </w:p>
    <w:p w14:paraId="7728795B"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220AF6DF" w14:textId="77777777">
        <w:trPr>
          <w:tblHeader/>
        </w:trPr>
        <w:tc>
          <w:tcPr>
            <w:tcW w:w="600" w:type="dxa"/>
            <w:shd w:val="clear" w:color="auto" w:fill="1F4E78"/>
            <w:tcMar>
              <w:top w:w="80" w:type="dxa"/>
              <w:left w:w="120" w:type="dxa"/>
              <w:bottom w:w="80" w:type="dxa"/>
              <w:right w:w="120" w:type="dxa"/>
            </w:tcMar>
            <w:vAlign w:val="center"/>
          </w:tcPr>
          <w:p w14:paraId="66C48B12"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1D182ADA"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4330A398"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3C00D31D"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06AFD1A9" w14:textId="77777777" w:rsidR="009E11EE" w:rsidRDefault="00000000">
            <w:pPr>
              <w:spacing w:after="0"/>
              <w:jc w:val="center"/>
            </w:pPr>
            <w:r>
              <w:rPr>
                <w:b/>
                <w:color w:val="FFFFFF"/>
                <w:sz w:val="17"/>
              </w:rPr>
              <w:t>Nhà máy</w:t>
            </w:r>
          </w:p>
        </w:tc>
      </w:tr>
      <w:tr w:rsidR="009E11EE" w14:paraId="07230F34" w14:textId="77777777">
        <w:tc>
          <w:tcPr>
            <w:tcW w:w="600" w:type="dxa"/>
            <w:tcMar>
              <w:top w:w="80" w:type="dxa"/>
              <w:left w:w="120" w:type="dxa"/>
              <w:bottom w:w="80" w:type="dxa"/>
              <w:right w:w="120" w:type="dxa"/>
            </w:tcMar>
            <w:vAlign w:val="center"/>
          </w:tcPr>
          <w:p w14:paraId="19AD7E83"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2FDB3597" w14:textId="77777777" w:rsidR="009E11EE" w:rsidRDefault="00000000">
            <w:pPr>
              <w:spacing w:after="0" w:line="240" w:lineRule="auto"/>
            </w:pPr>
            <w:r>
              <w:rPr>
                <w:sz w:val="16"/>
              </w:rPr>
              <w:t>ĐLO 70 (TỦ)</w:t>
            </w:r>
          </w:p>
        </w:tc>
        <w:tc>
          <w:tcPr>
            <w:tcW w:w="2000" w:type="dxa"/>
            <w:tcMar>
              <w:top w:w="80" w:type="dxa"/>
              <w:left w:w="120" w:type="dxa"/>
              <w:bottom w:w="80" w:type="dxa"/>
              <w:right w:w="120" w:type="dxa"/>
            </w:tcMar>
            <w:vAlign w:val="center"/>
          </w:tcPr>
          <w:p w14:paraId="07A3BF12" w14:textId="77777777" w:rsidR="009E11EE" w:rsidRDefault="00000000">
            <w:pPr>
              <w:spacing w:after="0" w:line="240" w:lineRule="auto"/>
            </w:pPr>
            <w:r>
              <w:rPr>
                <w:sz w:val="16"/>
              </w:rPr>
              <w:t>TJX</w:t>
            </w:r>
          </w:p>
        </w:tc>
        <w:tc>
          <w:tcPr>
            <w:tcW w:w="1200" w:type="dxa"/>
            <w:tcMar>
              <w:top w:w="80" w:type="dxa"/>
              <w:left w:w="120" w:type="dxa"/>
              <w:bottom w:w="80" w:type="dxa"/>
              <w:right w:w="120" w:type="dxa"/>
            </w:tcMar>
            <w:vAlign w:val="center"/>
          </w:tcPr>
          <w:p w14:paraId="2FE5C784"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1D23F2B7" w14:textId="77777777" w:rsidR="009E11EE" w:rsidRDefault="00000000">
            <w:pPr>
              <w:spacing w:after="0" w:line="240" w:lineRule="auto"/>
            </w:pPr>
            <w:r>
              <w:rPr>
                <w:sz w:val="16"/>
              </w:rPr>
              <w:t>ĐĂNG LONG</w:t>
            </w:r>
          </w:p>
        </w:tc>
      </w:tr>
    </w:tbl>
    <w:p w14:paraId="670B049F" w14:textId="77777777" w:rsidR="009E11EE" w:rsidRDefault="009E11EE">
      <w:pPr>
        <w:spacing w:after="0"/>
      </w:pPr>
    </w:p>
    <w:p w14:paraId="2CBD3396" w14:textId="77777777" w:rsidR="009E11EE" w:rsidRDefault="00000000">
      <w:pPr>
        <w:pStyle w:val="Heading2"/>
      </w:pPr>
      <w:r>
        <w:rPr>
          <w:rFonts w:ascii="Arial" w:hAnsi="Arial"/>
        </w:rPr>
        <w:t>4.41. CHINH</w:t>
      </w:r>
    </w:p>
    <w:p w14:paraId="7170C394"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3F256A1A" w14:textId="77777777">
        <w:trPr>
          <w:tblHeader/>
        </w:trPr>
        <w:tc>
          <w:tcPr>
            <w:tcW w:w="600" w:type="dxa"/>
            <w:shd w:val="clear" w:color="auto" w:fill="1F4E78"/>
            <w:tcMar>
              <w:top w:w="80" w:type="dxa"/>
              <w:left w:w="120" w:type="dxa"/>
              <w:bottom w:w="80" w:type="dxa"/>
              <w:right w:w="120" w:type="dxa"/>
            </w:tcMar>
            <w:vAlign w:val="center"/>
          </w:tcPr>
          <w:p w14:paraId="0E0BE68D"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79986458"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664E7BDA"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6BF24C02"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495AE58F" w14:textId="77777777" w:rsidR="009E11EE" w:rsidRDefault="00000000">
            <w:pPr>
              <w:spacing w:after="0"/>
              <w:jc w:val="center"/>
            </w:pPr>
            <w:r>
              <w:rPr>
                <w:b/>
                <w:color w:val="FFFFFF"/>
                <w:sz w:val="17"/>
              </w:rPr>
              <w:t>Nhà máy</w:t>
            </w:r>
          </w:p>
        </w:tc>
      </w:tr>
      <w:tr w:rsidR="009E11EE" w14:paraId="45AED5B3" w14:textId="77777777">
        <w:tc>
          <w:tcPr>
            <w:tcW w:w="600" w:type="dxa"/>
            <w:tcMar>
              <w:top w:w="80" w:type="dxa"/>
              <w:left w:w="120" w:type="dxa"/>
              <w:bottom w:w="80" w:type="dxa"/>
              <w:right w:w="120" w:type="dxa"/>
            </w:tcMar>
            <w:vAlign w:val="center"/>
          </w:tcPr>
          <w:p w14:paraId="19644868"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373A72E8" w14:textId="77777777" w:rsidR="009E11EE" w:rsidRDefault="00000000">
            <w:pPr>
              <w:spacing w:after="0" w:line="240" w:lineRule="auto"/>
            </w:pPr>
            <w:r>
              <w:rPr>
                <w:sz w:val="16"/>
              </w:rPr>
              <w:t>ĐLO 74 H (TỦ)</w:t>
            </w:r>
          </w:p>
        </w:tc>
        <w:tc>
          <w:tcPr>
            <w:tcW w:w="2000" w:type="dxa"/>
            <w:tcMar>
              <w:top w:w="80" w:type="dxa"/>
              <w:left w:w="120" w:type="dxa"/>
              <w:bottom w:w="80" w:type="dxa"/>
              <w:right w:w="120" w:type="dxa"/>
            </w:tcMar>
            <w:vAlign w:val="center"/>
          </w:tcPr>
          <w:p w14:paraId="5856FFCD" w14:textId="77777777" w:rsidR="009E11EE" w:rsidRDefault="00000000">
            <w:pPr>
              <w:spacing w:after="0" w:line="240" w:lineRule="auto"/>
            </w:pPr>
            <w:r>
              <w:rPr>
                <w:sz w:val="16"/>
              </w:rPr>
              <w:t>TJX</w:t>
            </w:r>
          </w:p>
        </w:tc>
        <w:tc>
          <w:tcPr>
            <w:tcW w:w="1200" w:type="dxa"/>
            <w:tcMar>
              <w:top w:w="80" w:type="dxa"/>
              <w:left w:w="120" w:type="dxa"/>
              <w:bottom w:w="80" w:type="dxa"/>
              <w:right w:w="120" w:type="dxa"/>
            </w:tcMar>
            <w:vAlign w:val="center"/>
          </w:tcPr>
          <w:p w14:paraId="1CA04D4B"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4CC1E659" w14:textId="77777777" w:rsidR="009E11EE" w:rsidRDefault="00000000">
            <w:pPr>
              <w:spacing w:after="0" w:line="240" w:lineRule="auto"/>
            </w:pPr>
            <w:r>
              <w:rPr>
                <w:sz w:val="16"/>
              </w:rPr>
              <w:t>ĐĂNG LONG</w:t>
            </w:r>
          </w:p>
        </w:tc>
      </w:tr>
    </w:tbl>
    <w:p w14:paraId="5F49070C" w14:textId="77777777" w:rsidR="009E11EE" w:rsidRDefault="009E11EE">
      <w:pPr>
        <w:spacing w:after="0"/>
      </w:pPr>
    </w:p>
    <w:p w14:paraId="0FA03B18" w14:textId="77777777" w:rsidR="009E11EE" w:rsidRDefault="00000000">
      <w:pPr>
        <w:pStyle w:val="Heading2"/>
      </w:pPr>
      <w:r>
        <w:rPr>
          <w:rFonts w:ascii="Arial" w:hAnsi="Arial"/>
        </w:rPr>
        <w:t>4.42. Duy Tài</w:t>
      </w:r>
    </w:p>
    <w:p w14:paraId="1107B222"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781E8754" w14:textId="77777777">
        <w:trPr>
          <w:tblHeader/>
        </w:trPr>
        <w:tc>
          <w:tcPr>
            <w:tcW w:w="600" w:type="dxa"/>
            <w:shd w:val="clear" w:color="auto" w:fill="1F4E78"/>
            <w:tcMar>
              <w:top w:w="80" w:type="dxa"/>
              <w:left w:w="120" w:type="dxa"/>
              <w:bottom w:w="80" w:type="dxa"/>
              <w:right w:w="120" w:type="dxa"/>
            </w:tcMar>
            <w:vAlign w:val="center"/>
          </w:tcPr>
          <w:p w14:paraId="6F496E7B"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6F20645C"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48B70B0B"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312F74F2"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04A63A7D" w14:textId="77777777" w:rsidR="009E11EE" w:rsidRDefault="00000000">
            <w:pPr>
              <w:spacing w:after="0"/>
              <w:jc w:val="center"/>
            </w:pPr>
            <w:r>
              <w:rPr>
                <w:b/>
                <w:color w:val="FFFFFF"/>
                <w:sz w:val="17"/>
              </w:rPr>
              <w:t>Nhà máy</w:t>
            </w:r>
          </w:p>
        </w:tc>
      </w:tr>
      <w:tr w:rsidR="009E11EE" w14:paraId="62707B91" w14:textId="77777777">
        <w:tc>
          <w:tcPr>
            <w:tcW w:w="600" w:type="dxa"/>
            <w:tcMar>
              <w:top w:w="80" w:type="dxa"/>
              <w:left w:w="120" w:type="dxa"/>
              <w:bottom w:w="80" w:type="dxa"/>
              <w:right w:w="120" w:type="dxa"/>
            </w:tcMar>
            <w:vAlign w:val="center"/>
          </w:tcPr>
          <w:p w14:paraId="463A8B04"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4EF3E8B3" w14:textId="77777777" w:rsidR="009E11EE" w:rsidRDefault="00000000">
            <w:pPr>
              <w:spacing w:after="0" w:line="240" w:lineRule="auto"/>
            </w:pPr>
            <w:r>
              <w:rPr>
                <w:sz w:val="16"/>
              </w:rPr>
              <w:t>Bh phat trien (Bàn)</w:t>
            </w:r>
          </w:p>
        </w:tc>
        <w:tc>
          <w:tcPr>
            <w:tcW w:w="2000" w:type="dxa"/>
            <w:tcMar>
              <w:top w:w="80" w:type="dxa"/>
              <w:left w:w="120" w:type="dxa"/>
              <w:bottom w:w="80" w:type="dxa"/>
              <w:right w:w="120" w:type="dxa"/>
            </w:tcMar>
            <w:vAlign w:val="center"/>
          </w:tcPr>
          <w:p w14:paraId="7E330978" w14:textId="77777777" w:rsidR="009E11EE" w:rsidRDefault="00000000">
            <w:pPr>
              <w:spacing w:after="0" w:line="240" w:lineRule="auto"/>
            </w:pPr>
            <w:r>
              <w:rPr>
                <w:sz w:val="16"/>
              </w:rPr>
              <w:t>My</w:t>
            </w:r>
          </w:p>
        </w:tc>
        <w:tc>
          <w:tcPr>
            <w:tcW w:w="1200" w:type="dxa"/>
            <w:tcMar>
              <w:top w:w="80" w:type="dxa"/>
              <w:left w:w="120" w:type="dxa"/>
              <w:bottom w:w="80" w:type="dxa"/>
              <w:right w:w="120" w:type="dxa"/>
            </w:tcMar>
            <w:vAlign w:val="center"/>
          </w:tcPr>
          <w:p w14:paraId="06FF36C2"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07E47531" w14:textId="77777777" w:rsidR="009E11EE" w:rsidRDefault="00000000">
            <w:pPr>
              <w:spacing w:after="0" w:line="240" w:lineRule="auto"/>
            </w:pPr>
            <w:r>
              <w:rPr>
                <w:sz w:val="16"/>
              </w:rPr>
              <w:t>BẢO HƯNG</w:t>
            </w:r>
          </w:p>
        </w:tc>
      </w:tr>
    </w:tbl>
    <w:p w14:paraId="10414E4F" w14:textId="77777777" w:rsidR="009E11EE" w:rsidRDefault="009E11EE">
      <w:pPr>
        <w:spacing w:after="0"/>
      </w:pPr>
    </w:p>
    <w:p w14:paraId="3465DE01" w14:textId="77777777" w:rsidR="009E11EE" w:rsidRDefault="00000000">
      <w:pPr>
        <w:pStyle w:val="Heading2"/>
      </w:pPr>
      <w:r>
        <w:rPr>
          <w:rFonts w:ascii="Arial" w:hAnsi="Arial"/>
        </w:rPr>
        <w:t>4.43. Dương</w:t>
      </w:r>
    </w:p>
    <w:p w14:paraId="430293C5"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3DC290FB" w14:textId="77777777">
        <w:trPr>
          <w:tblHeader/>
        </w:trPr>
        <w:tc>
          <w:tcPr>
            <w:tcW w:w="600" w:type="dxa"/>
            <w:shd w:val="clear" w:color="auto" w:fill="1F4E78"/>
            <w:tcMar>
              <w:top w:w="80" w:type="dxa"/>
              <w:left w:w="120" w:type="dxa"/>
              <w:bottom w:w="80" w:type="dxa"/>
              <w:right w:w="120" w:type="dxa"/>
            </w:tcMar>
            <w:vAlign w:val="center"/>
          </w:tcPr>
          <w:p w14:paraId="54EBCA60"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74BFAE99"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789A08BB"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484DF687"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71F777F9" w14:textId="77777777" w:rsidR="009E11EE" w:rsidRDefault="00000000">
            <w:pPr>
              <w:spacing w:after="0"/>
              <w:jc w:val="center"/>
            </w:pPr>
            <w:r>
              <w:rPr>
                <w:b/>
                <w:color w:val="FFFFFF"/>
                <w:sz w:val="17"/>
              </w:rPr>
              <w:t>Nhà máy</w:t>
            </w:r>
          </w:p>
        </w:tc>
      </w:tr>
      <w:tr w:rsidR="009E11EE" w14:paraId="3A3F6CEF" w14:textId="77777777">
        <w:tc>
          <w:tcPr>
            <w:tcW w:w="600" w:type="dxa"/>
            <w:tcMar>
              <w:top w:w="80" w:type="dxa"/>
              <w:left w:w="120" w:type="dxa"/>
              <w:bottom w:w="80" w:type="dxa"/>
              <w:right w:w="120" w:type="dxa"/>
            </w:tcMar>
            <w:vAlign w:val="center"/>
          </w:tcPr>
          <w:p w14:paraId="6C40BB08"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0A54178C" w14:textId="77777777" w:rsidR="009E11EE" w:rsidRDefault="00000000">
            <w:pPr>
              <w:spacing w:after="0" w:line="240" w:lineRule="auto"/>
            </w:pPr>
            <w:r>
              <w:rPr>
                <w:sz w:val="16"/>
              </w:rPr>
              <w:t>AQ 1103 (Bàn)</w:t>
            </w:r>
          </w:p>
        </w:tc>
        <w:tc>
          <w:tcPr>
            <w:tcW w:w="2000" w:type="dxa"/>
            <w:tcMar>
              <w:top w:w="80" w:type="dxa"/>
              <w:left w:w="120" w:type="dxa"/>
              <w:bottom w:w="80" w:type="dxa"/>
              <w:right w:w="120" w:type="dxa"/>
            </w:tcMar>
            <w:vAlign w:val="center"/>
          </w:tcPr>
          <w:p w14:paraId="5718103A" w14:textId="77777777" w:rsidR="009E11EE" w:rsidRDefault="00000000">
            <w:pPr>
              <w:spacing w:after="0" w:line="240" w:lineRule="auto"/>
            </w:pPr>
            <w:r>
              <w:rPr>
                <w:sz w:val="16"/>
              </w:rPr>
              <w:t>DovetaIL</w:t>
            </w:r>
          </w:p>
        </w:tc>
        <w:tc>
          <w:tcPr>
            <w:tcW w:w="1200" w:type="dxa"/>
            <w:tcMar>
              <w:top w:w="80" w:type="dxa"/>
              <w:left w:w="120" w:type="dxa"/>
              <w:bottom w:w="80" w:type="dxa"/>
              <w:right w:w="120" w:type="dxa"/>
            </w:tcMar>
            <w:vAlign w:val="center"/>
          </w:tcPr>
          <w:p w14:paraId="51336E04"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3D106D57" w14:textId="77777777" w:rsidR="009E11EE" w:rsidRDefault="00000000">
            <w:pPr>
              <w:spacing w:after="0" w:line="240" w:lineRule="auto"/>
            </w:pPr>
            <w:r>
              <w:rPr>
                <w:sz w:val="16"/>
              </w:rPr>
              <w:t>HỐ NAI 2</w:t>
            </w:r>
          </w:p>
        </w:tc>
      </w:tr>
    </w:tbl>
    <w:p w14:paraId="2E42EDDC" w14:textId="77777777" w:rsidR="009E11EE" w:rsidRDefault="009E11EE">
      <w:pPr>
        <w:spacing w:after="0"/>
      </w:pPr>
    </w:p>
    <w:p w14:paraId="58ABCD03" w14:textId="77777777" w:rsidR="009E11EE" w:rsidRDefault="00000000">
      <w:pPr>
        <w:pStyle w:val="Heading2"/>
      </w:pPr>
      <w:r>
        <w:rPr>
          <w:rFonts w:ascii="Arial" w:hAnsi="Arial"/>
        </w:rPr>
        <w:t>4.44. Dương Tấn Hiền , Nông Đức Trường</w:t>
      </w:r>
    </w:p>
    <w:p w14:paraId="51E4DFDA"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62AD71EE" w14:textId="77777777">
        <w:trPr>
          <w:tblHeader/>
        </w:trPr>
        <w:tc>
          <w:tcPr>
            <w:tcW w:w="600" w:type="dxa"/>
            <w:shd w:val="clear" w:color="auto" w:fill="1F4E78"/>
            <w:tcMar>
              <w:top w:w="80" w:type="dxa"/>
              <w:left w:w="120" w:type="dxa"/>
              <w:bottom w:w="80" w:type="dxa"/>
              <w:right w:w="120" w:type="dxa"/>
            </w:tcMar>
            <w:vAlign w:val="center"/>
          </w:tcPr>
          <w:p w14:paraId="546CA063"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6651C8E9"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6A956F67"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01DFBDAE"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7F7C67F7" w14:textId="77777777" w:rsidR="009E11EE" w:rsidRDefault="00000000">
            <w:pPr>
              <w:spacing w:after="0"/>
              <w:jc w:val="center"/>
            </w:pPr>
            <w:r>
              <w:rPr>
                <w:b/>
                <w:color w:val="FFFFFF"/>
                <w:sz w:val="17"/>
              </w:rPr>
              <w:t>Nhà máy</w:t>
            </w:r>
          </w:p>
        </w:tc>
      </w:tr>
      <w:tr w:rsidR="009E11EE" w14:paraId="5CF0500A" w14:textId="77777777">
        <w:tc>
          <w:tcPr>
            <w:tcW w:w="600" w:type="dxa"/>
            <w:tcMar>
              <w:top w:w="80" w:type="dxa"/>
              <w:left w:w="120" w:type="dxa"/>
              <w:bottom w:w="80" w:type="dxa"/>
              <w:right w:w="120" w:type="dxa"/>
            </w:tcMar>
            <w:vAlign w:val="center"/>
          </w:tcPr>
          <w:p w14:paraId="32F8AA54"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08AB1D74" w14:textId="77777777" w:rsidR="009E11EE" w:rsidRDefault="00000000">
            <w:pPr>
              <w:spacing w:after="0" w:line="240" w:lineRule="auto"/>
            </w:pPr>
            <w:r>
              <w:rPr>
                <w:sz w:val="16"/>
              </w:rPr>
              <w:t>Mekong 62 H (Tủ)</w:t>
            </w:r>
          </w:p>
        </w:tc>
        <w:tc>
          <w:tcPr>
            <w:tcW w:w="2000" w:type="dxa"/>
            <w:tcMar>
              <w:top w:w="80" w:type="dxa"/>
              <w:left w:w="120" w:type="dxa"/>
              <w:bottom w:w="80" w:type="dxa"/>
              <w:right w:w="120" w:type="dxa"/>
            </w:tcMar>
            <w:vAlign w:val="center"/>
          </w:tcPr>
          <w:p w14:paraId="2795A2D0" w14:textId="77777777" w:rsidR="009E11EE" w:rsidRDefault="00000000">
            <w:pPr>
              <w:spacing w:after="0" w:line="240" w:lineRule="auto"/>
            </w:pPr>
            <w:r>
              <w:rPr>
                <w:sz w:val="16"/>
              </w:rPr>
              <w:t>Mekong</w:t>
            </w:r>
          </w:p>
        </w:tc>
        <w:tc>
          <w:tcPr>
            <w:tcW w:w="1200" w:type="dxa"/>
            <w:tcMar>
              <w:top w:w="80" w:type="dxa"/>
              <w:left w:w="120" w:type="dxa"/>
              <w:bottom w:w="80" w:type="dxa"/>
              <w:right w:w="120" w:type="dxa"/>
            </w:tcMar>
            <w:vAlign w:val="center"/>
          </w:tcPr>
          <w:p w14:paraId="3293DDD4"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6DB1E6CE" w14:textId="77777777" w:rsidR="009E11EE" w:rsidRDefault="00000000">
            <w:pPr>
              <w:spacing w:after="0" w:line="240" w:lineRule="auto"/>
            </w:pPr>
            <w:r>
              <w:rPr>
                <w:sz w:val="16"/>
              </w:rPr>
              <w:t>MEKONG</w:t>
            </w:r>
          </w:p>
        </w:tc>
      </w:tr>
    </w:tbl>
    <w:p w14:paraId="0A3B7C5B" w14:textId="77777777" w:rsidR="009E11EE" w:rsidRDefault="009E11EE">
      <w:pPr>
        <w:spacing w:after="0"/>
      </w:pPr>
    </w:p>
    <w:p w14:paraId="271E780A" w14:textId="77777777" w:rsidR="009E11EE" w:rsidRDefault="00000000">
      <w:pPr>
        <w:pStyle w:val="Heading2"/>
      </w:pPr>
      <w:r>
        <w:rPr>
          <w:rFonts w:ascii="Arial" w:hAnsi="Arial"/>
        </w:rPr>
        <w:lastRenderedPageBreak/>
        <w:t>4.45. Giáp Văn Sáu</w:t>
      </w:r>
    </w:p>
    <w:p w14:paraId="56EFEE53"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4BE96693" w14:textId="77777777">
        <w:trPr>
          <w:tblHeader/>
        </w:trPr>
        <w:tc>
          <w:tcPr>
            <w:tcW w:w="600" w:type="dxa"/>
            <w:shd w:val="clear" w:color="auto" w:fill="1F4E78"/>
            <w:tcMar>
              <w:top w:w="80" w:type="dxa"/>
              <w:left w:w="120" w:type="dxa"/>
              <w:bottom w:w="80" w:type="dxa"/>
              <w:right w:w="120" w:type="dxa"/>
            </w:tcMar>
            <w:vAlign w:val="center"/>
          </w:tcPr>
          <w:p w14:paraId="4D96C60F"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2C391A79"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25B95273"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519CCBFC"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074A63F5" w14:textId="77777777" w:rsidR="009E11EE" w:rsidRDefault="00000000">
            <w:pPr>
              <w:spacing w:after="0"/>
              <w:jc w:val="center"/>
            </w:pPr>
            <w:r>
              <w:rPr>
                <w:b/>
                <w:color w:val="FFFFFF"/>
                <w:sz w:val="17"/>
              </w:rPr>
              <w:t>Nhà máy</w:t>
            </w:r>
          </w:p>
        </w:tc>
      </w:tr>
      <w:tr w:rsidR="009E11EE" w14:paraId="0F3B87C3" w14:textId="77777777">
        <w:tc>
          <w:tcPr>
            <w:tcW w:w="600" w:type="dxa"/>
            <w:tcMar>
              <w:top w:w="80" w:type="dxa"/>
              <w:left w:w="120" w:type="dxa"/>
              <w:bottom w:w="80" w:type="dxa"/>
              <w:right w:w="120" w:type="dxa"/>
            </w:tcMar>
            <w:vAlign w:val="center"/>
          </w:tcPr>
          <w:p w14:paraId="5410F48F"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29830604" w14:textId="77777777" w:rsidR="009E11EE" w:rsidRDefault="00000000">
            <w:pPr>
              <w:spacing w:after="0" w:line="240" w:lineRule="auto"/>
            </w:pPr>
            <w:r>
              <w:rPr>
                <w:sz w:val="16"/>
              </w:rPr>
              <w:t>AK 06 (GIƯỜNG)</w:t>
            </w:r>
          </w:p>
        </w:tc>
        <w:tc>
          <w:tcPr>
            <w:tcW w:w="2000" w:type="dxa"/>
            <w:tcMar>
              <w:top w:w="80" w:type="dxa"/>
              <w:left w:w="120" w:type="dxa"/>
              <w:bottom w:w="80" w:type="dxa"/>
              <w:right w:w="120" w:type="dxa"/>
            </w:tcMar>
            <w:vAlign w:val="center"/>
          </w:tcPr>
          <w:p w14:paraId="228A88CB" w14:textId="77777777" w:rsidR="009E11EE" w:rsidRDefault="00000000">
            <w:pPr>
              <w:spacing w:after="0" w:line="240" w:lineRule="auto"/>
            </w:pPr>
            <w:r>
              <w:rPr>
                <w:sz w:val="16"/>
              </w:rPr>
              <w:t>Mfc</w:t>
            </w:r>
          </w:p>
        </w:tc>
        <w:tc>
          <w:tcPr>
            <w:tcW w:w="1200" w:type="dxa"/>
            <w:tcMar>
              <w:top w:w="80" w:type="dxa"/>
              <w:left w:w="120" w:type="dxa"/>
              <w:bottom w:w="80" w:type="dxa"/>
              <w:right w:w="120" w:type="dxa"/>
            </w:tcMar>
            <w:vAlign w:val="center"/>
          </w:tcPr>
          <w:p w14:paraId="37AE9635"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3FC54D84" w14:textId="77777777" w:rsidR="009E11EE" w:rsidRDefault="00000000">
            <w:pPr>
              <w:spacing w:after="0" w:line="240" w:lineRule="auto"/>
            </w:pPr>
            <w:r>
              <w:rPr>
                <w:sz w:val="16"/>
              </w:rPr>
              <w:t>ANH KHOA</w:t>
            </w:r>
          </w:p>
        </w:tc>
      </w:tr>
    </w:tbl>
    <w:p w14:paraId="79D41043" w14:textId="77777777" w:rsidR="009E11EE" w:rsidRDefault="009E11EE">
      <w:pPr>
        <w:spacing w:after="0"/>
      </w:pPr>
    </w:p>
    <w:p w14:paraId="5780E508" w14:textId="77777777" w:rsidR="009E11EE" w:rsidRDefault="00000000">
      <w:pPr>
        <w:pStyle w:val="Heading2"/>
      </w:pPr>
      <w:r>
        <w:rPr>
          <w:rFonts w:ascii="Arial" w:hAnsi="Arial"/>
        </w:rPr>
        <w:t>4.46. Hoàn</w:t>
      </w:r>
    </w:p>
    <w:p w14:paraId="06DF4624"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0</w:t>
      </w:r>
      <w:r>
        <w:rPr>
          <w:b/>
          <w:sz w:val="18"/>
        </w:rPr>
        <w:t xml:space="preserve">  |  Nhân: </w:t>
      </w:r>
      <w:r>
        <w:rPr>
          <w:sz w:val="18"/>
        </w:rPr>
        <w:t>1</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5B1A5158" w14:textId="77777777">
        <w:trPr>
          <w:tblHeader/>
        </w:trPr>
        <w:tc>
          <w:tcPr>
            <w:tcW w:w="600" w:type="dxa"/>
            <w:shd w:val="clear" w:color="auto" w:fill="1F4E78"/>
            <w:tcMar>
              <w:top w:w="80" w:type="dxa"/>
              <w:left w:w="120" w:type="dxa"/>
              <w:bottom w:w="80" w:type="dxa"/>
              <w:right w:w="120" w:type="dxa"/>
            </w:tcMar>
            <w:vAlign w:val="center"/>
          </w:tcPr>
          <w:p w14:paraId="3E928B93"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17015E99"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2A96BF0B"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742BC9F5"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4EEFA85A" w14:textId="77777777" w:rsidR="009E11EE" w:rsidRDefault="00000000">
            <w:pPr>
              <w:spacing w:after="0"/>
              <w:jc w:val="center"/>
            </w:pPr>
            <w:r>
              <w:rPr>
                <w:b/>
                <w:color w:val="FFFFFF"/>
                <w:sz w:val="17"/>
              </w:rPr>
              <w:t>Nhà máy</w:t>
            </w:r>
          </w:p>
        </w:tc>
      </w:tr>
      <w:tr w:rsidR="009E11EE" w14:paraId="291E7897" w14:textId="77777777">
        <w:tc>
          <w:tcPr>
            <w:tcW w:w="600" w:type="dxa"/>
            <w:tcMar>
              <w:top w:w="80" w:type="dxa"/>
              <w:left w:w="120" w:type="dxa"/>
              <w:bottom w:w="80" w:type="dxa"/>
              <w:right w:w="120" w:type="dxa"/>
            </w:tcMar>
            <w:vAlign w:val="center"/>
          </w:tcPr>
          <w:p w14:paraId="1BAF9635"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3A221EAF" w14:textId="77777777" w:rsidR="009E11EE" w:rsidRDefault="00000000">
            <w:pPr>
              <w:spacing w:after="0" w:line="240" w:lineRule="auto"/>
            </w:pPr>
            <w:r>
              <w:rPr>
                <w:sz w:val="16"/>
              </w:rPr>
              <w:t>HP 621</w:t>
            </w:r>
          </w:p>
        </w:tc>
        <w:tc>
          <w:tcPr>
            <w:tcW w:w="2000" w:type="dxa"/>
            <w:tcMar>
              <w:top w:w="80" w:type="dxa"/>
              <w:left w:w="120" w:type="dxa"/>
              <w:bottom w:w="80" w:type="dxa"/>
              <w:right w:w="120" w:type="dxa"/>
            </w:tcMar>
            <w:vAlign w:val="center"/>
          </w:tcPr>
          <w:p w14:paraId="49FFF897" w14:textId="77777777" w:rsidR="009E11EE" w:rsidRDefault="00000000">
            <w:pPr>
              <w:spacing w:after="0" w:line="240" w:lineRule="auto"/>
            </w:pPr>
            <w:r>
              <w:rPr>
                <w:sz w:val="16"/>
              </w:rPr>
              <w:t>Ashley</w:t>
            </w:r>
          </w:p>
        </w:tc>
        <w:tc>
          <w:tcPr>
            <w:tcW w:w="1200" w:type="dxa"/>
            <w:tcMar>
              <w:top w:w="80" w:type="dxa"/>
              <w:left w:w="120" w:type="dxa"/>
              <w:bottom w:w="80" w:type="dxa"/>
              <w:right w:w="120" w:type="dxa"/>
            </w:tcMar>
            <w:vAlign w:val="center"/>
          </w:tcPr>
          <w:p w14:paraId="7BF08A99" w14:textId="77777777" w:rsidR="009E11EE" w:rsidRDefault="00000000">
            <w:pPr>
              <w:spacing w:after="0" w:line="240" w:lineRule="auto"/>
              <w:jc w:val="center"/>
            </w:pPr>
            <w:r>
              <w:rPr>
                <w:sz w:val="16"/>
              </w:rPr>
              <w:t>Nhân</w:t>
            </w:r>
          </w:p>
        </w:tc>
        <w:tc>
          <w:tcPr>
            <w:tcW w:w="2000" w:type="dxa"/>
            <w:tcMar>
              <w:top w:w="80" w:type="dxa"/>
              <w:left w:w="120" w:type="dxa"/>
              <w:bottom w:w="80" w:type="dxa"/>
              <w:right w:w="120" w:type="dxa"/>
            </w:tcMar>
            <w:vAlign w:val="center"/>
          </w:tcPr>
          <w:p w14:paraId="5602164D" w14:textId="77777777" w:rsidR="009E11EE" w:rsidRDefault="00000000">
            <w:pPr>
              <w:spacing w:after="0" w:line="240" w:lineRule="auto"/>
            </w:pPr>
            <w:r>
              <w:rPr>
                <w:sz w:val="16"/>
              </w:rPr>
              <w:t>HẠNH PHÚC</w:t>
            </w:r>
          </w:p>
        </w:tc>
      </w:tr>
    </w:tbl>
    <w:p w14:paraId="110512EC" w14:textId="77777777" w:rsidR="009E11EE" w:rsidRDefault="009E11EE">
      <w:pPr>
        <w:spacing w:after="0"/>
      </w:pPr>
    </w:p>
    <w:p w14:paraId="0AB3A7F4" w14:textId="77777777" w:rsidR="009E11EE" w:rsidRDefault="00000000">
      <w:pPr>
        <w:pStyle w:val="Heading2"/>
      </w:pPr>
      <w:r>
        <w:rPr>
          <w:rFonts w:ascii="Arial" w:hAnsi="Arial"/>
        </w:rPr>
        <w:t>4.47. Hồ Văn Tròn Em , Nguyễn Minh Thoại</w:t>
      </w:r>
    </w:p>
    <w:p w14:paraId="293EE24E"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4B058077" w14:textId="77777777">
        <w:trPr>
          <w:tblHeader/>
        </w:trPr>
        <w:tc>
          <w:tcPr>
            <w:tcW w:w="600" w:type="dxa"/>
            <w:shd w:val="clear" w:color="auto" w:fill="1F4E78"/>
            <w:tcMar>
              <w:top w:w="80" w:type="dxa"/>
              <w:left w:w="120" w:type="dxa"/>
              <w:bottom w:w="80" w:type="dxa"/>
              <w:right w:w="120" w:type="dxa"/>
            </w:tcMar>
            <w:vAlign w:val="center"/>
          </w:tcPr>
          <w:p w14:paraId="6C7C99AF"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0320B621"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18F7C4AA"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74407BD5"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68DB958F" w14:textId="77777777" w:rsidR="009E11EE" w:rsidRDefault="00000000">
            <w:pPr>
              <w:spacing w:after="0"/>
              <w:jc w:val="center"/>
            </w:pPr>
            <w:r>
              <w:rPr>
                <w:b/>
                <w:color w:val="FFFFFF"/>
                <w:sz w:val="17"/>
              </w:rPr>
              <w:t>Nhà máy</w:t>
            </w:r>
          </w:p>
        </w:tc>
      </w:tr>
      <w:tr w:rsidR="009E11EE" w14:paraId="3B1074A7" w14:textId="77777777">
        <w:tc>
          <w:tcPr>
            <w:tcW w:w="600" w:type="dxa"/>
            <w:tcMar>
              <w:top w:w="80" w:type="dxa"/>
              <w:left w:w="120" w:type="dxa"/>
              <w:bottom w:w="80" w:type="dxa"/>
              <w:right w:w="120" w:type="dxa"/>
            </w:tcMar>
            <w:vAlign w:val="center"/>
          </w:tcPr>
          <w:p w14:paraId="2D1E3630"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7B11AAEC" w14:textId="77777777" w:rsidR="009E11EE" w:rsidRDefault="00000000">
            <w:pPr>
              <w:spacing w:after="0" w:line="240" w:lineRule="auto"/>
            </w:pPr>
            <w:r>
              <w:rPr>
                <w:sz w:val="16"/>
              </w:rPr>
              <w:t>MHT 72 TN (TỦ, BÀN)</w:t>
            </w:r>
          </w:p>
        </w:tc>
        <w:tc>
          <w:tcPr>
            <w:tcW w:w="2000" w:type="dxa"/>
            <w:tcMar>
              <w:top w:w="80" w:type="dxa"/>
              <w:left w:w="120" w:type="dxa"/>
              <w:bottom w:w="80" w:type="dxa"/>
              <w:right w:w="120" w:type="dxa"/>
            </w:tcMar>
            <w:vAlign w:val="center"/>
          </w:tcPr>
          <w:p w14:paraId="6FD7179E" w14:textId="77777777" w:rsidR="009E11EE" w:rsidRDefault="00000000">
            <w:pPr>
              <w:spacing w:after="0" w:line="240" w:lineRule="auto"/>
            </w:pPr>
            <w:r>
              <w:rPr>
                <w:sz w:val="16"/>
              </w:rPr>
              <w:t>Flexiload</w:t>
            </w:r>
          </w:p>
        </w:tc>
        <w:tc>
          <w:tcPr>
            <w:tcW w:w="1200" w:type="dxa"/>
            <w:tcMar>
              <w:top w:w="80" w:type="dxa"/>
              <w:left w:w="120" w:type="dxa"/>
              <w:bottom w:w="80" w:type="dxa"/>
              <w:right w:w="120" w:type="dxa"/>
            </w:tcMar>
            <w:vAlign w:val="center"/>
          </w:tcPr>
          <w:p w14:paraId="29B1FA37"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2BD8E686" w14:textId="77777777" w:rsidR="009E11EE" w:rsidRDefault="00000000">
            <w:pPr>
              <w:spacing w:after="0" w:line="240" w:lineRule="auto"/>
            </w:pPr>
            <w:r>
              <w:rPr>
                <w:sz w:val="16"/>
              </w:rPr>
              <w:t>MINH HƯNG TIẾN</w:t>
            </w:r>
          </w:p>
        </w:tc>
      </w:tr>
    </w:tbl>
    <w:p w14:paraId="0157F992" w14:textId="77777777" w:rsidR="009E11EE" w:rsidRDefault="009E11EE">
      <w:pPr>
        <w:spacing w:after="0"/>
      </w:pPr>
    </w:p>
    <w:p w14:paraId="270E13C8" w14:textId="77777777" w:rsidR="009E11EE" w:rsidRDefault="00000000">
      <w:pPr>
        <w:pStyle w:val="Heading2"/>
      </w:pPr>
      <w:r>
        <w:rPr>
          <w:rFonts w:ascii="Arial" w:hAnsi="Arial"/>
        </w:rPr>
        <w:t>4.48. Hồ Văn Việt</w:t>
      </w:r>
    </w:p>
    <w:p w14:paraId="6219ACE8"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5A6AEE27" w14:textId="77777777">
        <w:trPr>
          <w:tblHeader/>
        </w:trPr>
        <w:tc>
          <w:tcPr>
            <w:tcW w:w="600" w:type="dxa"/>
            <w:shd w:val="clear" w:color="auto" w:fill="1F4E78"/>
            <w:tcMar>
              <w:top w:w="80" w:type="dxa"/>
              <w:left w:w="120" w:type="dxa"/>
              <w:bottom w:w="80" w:type="dxa"/>
              <w:right w:w="120" w:type="dxa"/>
            </w:tcMar>
            <w:vAlign w:val="center"/>
          </w:tcPr>
          <w:p w14:paraId="0E0B300A"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5E3EB311"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26687F4D"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11E86493"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1B670657" w14:textId="77777777" w:rsidR="009E11EE" w:rsidRDefault="00000000">
            <w:pPr>
              <w:spacing w:after="0"/>
              <w:jc w:val="center"/>
            </w:pPr>
            <w:r>
              <w:rPr>
                <w:b/>
                <w:color w:val="FFFFFF"/>
                <w:sz w:val="17"/>
              </w:rPr>
              <w:t>Nhà máy</w:t>
            </w:r>
          </w:p>
        </w:tc>
      </w:tr>
      <w:tr w:rsidR="009E11EE" w14:paraId="7380D3B4" w14:textId="77777777">
        <w:tc>
          <w:tcPr>
            <w:tcW w:w="600" w:type="dxa"/>
            <w:tcMar>
              <w:top w:w="80" w:type="dxa"/>
              <w:left w:w="120" w:type="dxa"/>
              <w:bottom w:w="80" w:type="dxa"/>
              <w:right w:w="120" w:type="dxa"/>
            </w:tcMar>
            <w:vAlign w:val="center"/>
          </w:tcPr>
          <w:p w14:paraId="533F30FF"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3A4796E1" w14:textId="77777777" w:rsidR="009E11EE" w:rsidRDefault="00000000">
            <w:pPr>
              <w:spacing w:after="0" w:line="240" w:lineRule="auto"/>
            </w:pPr>
            <w:r>
              <w:rPr>
                <w:sz w:val="16"/>
              </w:rPr>
              <w:t>MH 192 A (giường)</w:t>
            </w:r>
          </w:p>
        </w:tc>
        <w:tc>
          <w:tcPr>
            <w:tcW w:w="2000" w:type="dxa"/>
            <w:tcMar>
              <w:top w:w="80" w:type="dxa"/>
              <w:left w:w="120" w:type="dxa"/>
              <w:bottom w:w="80" w:type="dxa"/>
              <w:right w:w="120" w:type="dxa"/>
            </w:tcMar>
            <w:vAlign w:val="center"/>
          </w:tcPr>
          <w:p w14:paraId="67741352" w14:textId="77777777" w:rsidR="009E11EE" w:rsidRDefault="00000000">
            <w:pPr>
              <w:spacing w:after="0" w:line="240" w:lineRule="auto"/>
            </w:pPr>
            <w:r>
              <w:rPr>
                <w:sz w:val="16"/>
              </w:rPr>
              <w:t>Ginga</w:t>
            </w:r>
          </w:p>
        </w:tc>
        <w:tc>
          <w:tcPr>
            <w:tcW w:w="1200" w:type="dxa"/>
            <w:tcMar>
              <w:top w:w="80" w:type="dxa"/>
              <w:left w:w="120" w:type="dxa"/>
              <w:bottom w:w="80" w:type="dxa"/>
              <w:right w:w="120" w:type="dxa"/>
            </w:tcMar>
            <w:vAlign w:val="center"/>
          </w:tcPr>
          <w:p w14:paraId="6B162BF8"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4CA1BA9C" w14:textId="77777777" w:rsidR="009E11EE" w:rsidRDefault="00000000">
            <w:pPr>
              <w:spacing w:after="0" w:line="240" w:lineRule="auto"/>
            </w:pPr>
            <w:r>
              <w:rPr>
                <w:sz w:val="16"/>
              </w:rPr>
              <w:t>MINH HẠNH</w:t>
            </w:r>
          </w:p>
        </w:tc>
      </w:tr>
    </w:tbl>
    <w:p w14:paraId="304682D9" w14:textId="77777777" w:rsidR="009E11EE" w:rsidRDefault="009E11EE">
      <w:pPr>
        <w:spacing w:after="0"/>
      </w:pPr>
    </w:p>
    <w:p w14:paraId="1C168C63" w14:textId="77777777" w:rsidR="009E11EE" w:rsidRDefault="00000000">
      <w:pPr>
        <w:pStyle w:val="Heading2"/>
      </w:pPr>
      <w:r>
        <w:rPr>
          <w:rFonts w:ascii="Arial" w:hAnsi="Arial"/>
        </w:rPr>
        <w:t>4.49. Hữu Nhựt</w:t>
      </w:r>
    </w:p>
    <w:p w14:paraId="2814655E"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6CE2BFDD" w14:textId="77777777">
        <w:trPr>
          <w:tblHeader/>
        </w:trPr>
        <w:tc>
          <w:tcPr>
            <w:tcW w:w="600" w:type="dxa"/>
            <w:shd w:val="clear" w:color="auto" w:fill="1F4E78"/>
            <w:tcMar>
              <w:top w:w="80" w:type="dxa"/>
              <w:left w:w="120" w:type="dxa"/>
              <w:bottom w:w="80" w:type="dxa"/>
              <w:right w:w="120" w:type="dxa"/>
            </w:tcMar>
            <w:vAlign w:val="center"/>
          </w:tcPr>
          <w:p w14:paraId="318191DA"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52C535B4"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72AA2E9A"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05CABF96"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4E2497DC" w14:textId="77777777" w:rsidR="009E11EE" w:rsidRDefault="00000000">
            <w:pPr>
              <w:spacing w:after="0"/>
              <w:jc w:val="center"/>
            </w:pPr>
            <w:r>
              <w:rPr>
                <w:b/>
                <w:color w:val="FFFFFF"/>
                <w:sz w:val="17"/>
              </w:rPr>
              <w:t>Nhà máy</w:t>
            </w:r>
          </w:p>
        </w:tc>
      </w:tr>
      <w:tr w:rsidR="009E11EE" w14:paraId="3FEF960C" w14:textId="77777777">
        <w:tc>
          <w:tcPr>
            <w:tcW w:w="600" w:type="dxa"/>
            <w:tcMar>
              <w:top w:w="80" w:type="dxa"/>
              <w:left w:w="120" w:type="dxa"/>
              <w:bottom w:w="80" w:type="dxa"/>
              <w:right w:w="120" w:type="dxa"/>
            </w:tcMar>
            <w:vAlign w:val="center"/>
          </w:tcPr>
          <w:p w14:paraId="51E78588"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39FAA32D" w14:textId="77777777" w:rsidR="009E11EE" w:rsidRDefault="00000000">
            <w:pPr>
              <w:spacing w:after="0" w:line="240" w:lineRule="auto"/>
            </w:pPr>
            <w:r>
              <w:rPr>
                <w:sz w:val="16"/>
              </w:rPr>
              <w:t>FH 26 (TỦ)</w:t>
            </w:r>
          </w:p>
        </w:tc>
        <w:tc>
          <w:tcPr>
            <w:tcW w:w="2000" w:type="dxa"/>
            <w:tcMar>
              <w:top w:w="80" w:type="dxa"/>
              <w:left w:w="120" w:type="dxa"/>
              <w:bottom w:w="80" w:type="dxa"/>
              <w:right w:w="120" w:type="dxa"/>
            </w:tcMar>
            <w:vAlign w:val="center"/>
          </w:tcPr>
          <w:p w14:paraId="5F52B6FC" w14:textId="77777777" w:rsidR="009E11EE" w:rsidRDefault="00000000">
            <w:pPr>
              <w:spacing w:after="0" w:line="240" w:lineRule="auto"/>
            </w:pPr>
            <w:r>
              <w:rPr>
                <w:sz w:val="16"/>
              </w:rPr>
              <w:t>farmhuose</w:t>
            </w:r>
          </w:p>
        </w:tc>
        <w:tc>
          <w:tcPr>
            <w:tcW w:w="1200" w:type="dxa"/>
            <w:tcMar>
              <w:top w:w="80" w:type="dxa"/>
              <w:left w:w="120" w:type="dxa"/>
              <w:bottom w:w="80" w:type="dxa"/>
              <w:right w:w="120" w:type="dxa"/>
            </w:tcMar>
            <w:vAlign w:val="center"/>
          </w:tcPr>
          <w:p w14:paraId="0342BFE3"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32C80EE1" w14:textId="77777777" w:rsidR="009E11EE" w:rsidRDefault="00000000">
            <w:pPr>
              <w:spacing w:after="0" w:line="240" w:lineRule="auto"/>
            </w:pPr>
            <w:r>
              <w:rPr>
                <w:sz w:val="16"/>
              </w:rPr>
              <w:t>TIẾN TRIỂN</w:t>
            </w:r>
          </w:p>
        </w:tc>
      </w:tr>
    </w:tbl>
    <w:p w14:paraId="655C1FB3" w14:textId="77777777" w:rsidR="009E11EE" w:rsidRDefault="009E11EE">
      <w:pPr>
        <w:spacing w:after="0"/>
      </w:pPr>
    </w:p>
    <w:p w14:paraId="1A3911F6" w14:textId="77777777" w:rsidR="009E11EE" w:rsidRDefault="00000000">
      <w:pPr>
        <w:pStyle w:val="Heading2"/>
      </w:pPr>
      <w:r>
        <w:rPr>
          <w:rFonts w:ascii="Arial" w:hAnsi="Arial"/>
        </w:rPr>
        <w:t>4.50. Lưu Thanh Nhật Tảo</w:t>
      </w:r>
    </w:p>
    <w:p w14:paraId="1A72CE7B"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7880947F" w14:textId="77777777">
        <w:trPr>
          <w:tblHeader/>
        </w:trPr>
        <w:tc>
          <w:tcPr>
            <w:tcW w:w="600" w:type="dxa"/>
            <w:shd w:val="clear" w:color="auto" w:fill="1F4E78"/>
            <w:tcMar>
              <w:top w:w="80" w:type="dxa"/>
              <w:left w:w="120" w:type="dxa"/>
              <w:bottom w:w="80" w:type="dxa"/>
              <w:right w:w="120" w:type="dxa"/>
            </w:tcMar>
            <w:vAlign w:val="center"/>
          </w:tcPr>
          <w:p w14:paraId="4167FC6E"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4D4BE732"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73F13DD5"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08DDF7F6"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467E5B47" w14:textId="77777777" w:rsidR="009E11EE" w:rsidRDefault="00000000">
            <w:pPr>
              <w:spacing w:after="0"/>
              <w:jc w:val="center"/>
            </w:pPr>
            <w:r>
              <w:rPr>
                <w:b/>
                <w:color w:val="FFFFFF"/>
                <w:sz w:val="17"/>
              </w:rPr>
              <w:t>Nhà máy</w:t>
            </w:r>
          </w:p>
        </w:tc>
      </w:tr>
      <w:tr w:rsidR="009E11EE" w14:paraId="10441BAD" w14:textId="77777777">
        <w:tc>
          <w:tcPr>
            <w:tcW w:w="600" w:type="dxa"/>
            <w:tcMar>
              <w:top w:w="80" w:type="dxa"/>
              <w:left w:w="120" w:type="dxa"/>
              <w:bottom w:w="80" w:type="dxa"/>
              <w:right w:w="120" w:type="dxa"/>
            </w:tcMar>
            <w:vAlign w:val="center"/>
          </w:tcPr>
          <w:p w14:paraId="77CDC6F1"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2C5600AA" w14:textId="77777777" w:rsidR="009E11EE" w:rsidRDefault="00000000">
            <w:pPr>
              <w:spacing w:after="0" w:line="240" w:lineRule="auto"/>
            </w:pPr>
            <w:r>
              <w:rPr>
                <w:sz w:val="16"/>
              </w:rPr>
              <w:t>GT Clear Varnish 00H (NÔI)</w:t>
            </w:r>
          </w:p>
        </w:tc>
        <w:tc>
          <w:tcPr>
            <w:tcW w:w="2000" w:type="dxa"/>
            <w:tcMar>
              <w:top w:w="80" w:type="dxa"/>
              <w:left w:w="120" w:type="dxa"/>
              <w:bottom w:w="80" w:type="dxa"/>
              <w:right w:w="120" w:type="dxa"/>
            </w:tcMar>
            <w:vAlign w:val="center"/>
          </w:tcPr>
          <w:p w14:paraId="7A644FFF" w14:textId="77777777" w:rsidR="009E11EE" w:rsidRDefault="00000000">
            <w:pPr>
              <w:spacing w:after="0" w:line="240" w:lineRule="auto"/>
            </w:pPr>
            <w:r>
              <w:rPr>
                <w:sz w:val="16"/>
              </w:rPr>
              <w:t>Geuther</w:t>
            </w:r>
          </w:p>
        </w:tc>
        <w:tc>
          <w:tcPr>
            <w:tcW w:w="1200" w:type="dxa"/>
            <w:tcMar>
              <w:top w:w="80" w:type="dxa"/>
              <w:left w:w="120" w:type="dxa"/>
              <w:bottom w:w="80" w:type="dxa"/>
              <w:right w:w="120" w:type="dxa"/>
            </w:tcMar>
            <w:vAlign w:val="center"/>
          </w:tcPr>
          <w:p w14:paraId="755DEC75"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2F454A67" w14:textId="77777777" w:rsidR="009E11EE" w:rsidRDefault="00000000">
            <w:pPr>
              <w:spacing w:after="0" w:line="240" w:lineRule="auto"/>
            </w:pPr>
            <w:r>
              <w:rPr>
                <w:sz w:val="16"/>
              </w:rPr>
              <w:t>GEUTHER</w:t>
            </w:r>
          </w:p>
        </w:tc>
      </w:tr>
    </w:tbl>
    <w:p w14:paraId="1FE66F8D" w14:textId="77777777" w:rsidR="009E11EE" w:rsidRDefault="009E11EE">
      <w:pPr>
        <w:spacing w:after="0"/>
      </w:pPr>
    </w:p>
    <w:p w14:paraId="6652346F" w14:textId="77777777" w:rsidR="009E11EE" w:rsidRDefault="00000000">
      <w:pPr>
        <w:pStyle w:val="Heading2"/>
      </w:pPr>
      <w:r>
        <w:rPr>
          <w:rFonts w:ascii="Arial" w:hAnsi="Arial"/>
        </w:rPr>
        <w:t>4.51. Nguyên Hưu Lơi</w:t>
      </w:r>
    </w:p>
    <w:p w14:paraId="7AB279B6"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7C775862" w14:textId="77777777">
        <w:trPr>
          <w:tblHeader/>
        </w:trPr>
        <w:tc>
          <w:tcPr>
            <w:tcW w:w="600" w:type="dxa"/>
            <w:shd w:val="clear" w:color="auto" w:fill="1F4E78"/>
            <w:tcMar>
              <w:top w:w="80" w:type="dxa"/>
              <w:left w:w="120" w:type="dxa"/>
              <w:bottom w:w="80" w:type="dxa"/>
              <w:right w:w="120" w:type="dxa"/>
            </w:tcMar>
            <w:vAlign w:val="center"/>
          </w:tcPr>
          <w:p w14:paraId="2BF430D5"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52021CA4"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3611A16F"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5D6B01B4"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6D2D432F" w14:textId="77777777" w:rsidR="009E11EE" w:rsidRDefault="00000000">
            <w:pPr>
              <w:spacing w:after="0"/>
              <w:jc w:val="center"/>
            </w:pPr>
            <w:r>
              <w:rPr>
                <w:b/>
                <w:color w:val="FFFFFF"/>
                <w:sz w:val="17"/>
              </w:rPr>
              <w:t>Nhà máy</w:t>
            </w:r>
          </w:p>
        </w:tc>
      </w:tr>
      <w:tr w:rsidR="009E11EE" w14:paraId="4E8C5711" w14:textId="77777777">
        <w:tc>
          <w:tcPr>
            <w:tcW w:w="600" w:type="dxa"/>
            <w:tcMar>
              <w:top w:w="80" w:type="dxa"/>
              <w:left w:w="120" w:type="dxa"/>
              <w:bottom w:w="80" w:type="dxa"/>
              <w:right w:w="120" w:type="dxa"/>
            </w:tcMar>
            <w:vAlign w:val="center"/>
          </w:tcPr>
          <w:p w14:paraId="0986A09D"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0CCC6800" w14:textId="77777777" w:rsidR="009E11EE" w:rsidRDefault="00000000">
            <w:pPr>
              <w:spacing w:after="0" w:line="240" w:lineRule="auto"/>
            </w:pPr>
            <w:r>
              <w:rPr>
                <w:sz w:val="16"/>
              </w:rPr>
              <w:t>THTH 115 (Ghể)</w:t>
            </w:r>
          </w:p>
        </w:tc>
        <w:tc>
          <w:tcPr>
            <w:tcW w:w="2000" w:type="dxa"/>
            <w:tcMar>
              <w:top w:w="80" w:type="dxa"/>
              <w:left w:w="120" w:type="dxa"/>
              <w:bottom w:w="80" w:type="dxa"/>
              <w:right w:w="120" w:type="dxa"/>
            </w:tcMar>
            <w:vAlign w:val="center"/>
          </w:tcPr>
          <w:p w14:paraId="18BE8DFC" w14:textId="77777777" w:rsidR="009E11EE" w:rsidRDefault="00000000">
            <w:pPr>
              <w:spacing w:after="0" w:line="240" w:lineRule="auto"/>
            </w:pPr>
            <w:r>
              <w:rPr>
                <w:sz w:val="16"/>
              </w:rPr>
              <w:t>Nđ</w:t>
            </w:r>
          </w:p>
        </w:tc>
        <w:tc>
          <w:tcPr>
            <w:tcW w:w="1200" w:type="dxa"/>
            <w:tcMar>
              <w:top w:w="80" w:type="dxa"/>
              <w:left w:w="120" w:type="dxa"/>
              <w:bottom w:w="80" w:type="dxa"/>
              <w:right w:w="120" w:type="dxa"/>
            </w:tcMar>
            <w:vAlign w:val="center"/>
          </w:tcPr>
          <w:p w14:paraId="6159C90C"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4C82BCA8" w14:textId="77777777" w:rsidR="009E11EE" w:rsidRDefault="00000000">
            <w:pPr>
              <w:spacing w:after="0" w:line="240" w:lineRule="auto"/>
            </w:pPr>
            <w:r>
              <w:rPr>
                <w:sz w:val="16"/>
              </w:rPr>
              <w:t>THÀNH THẮNG</w:t>
            </w:r>
          </w:p>
        </w:tc>
      </w:tr>
    </w:tbl>
    <w:p w14:paraId="78F4FF70" w14:textId="77777777" w:rsidR="009E11EE" w:rsidRDefault="009E11EE">
      <w:pPr>
        <w:spacing w:after="0"/>
      </w:pPr>
    </w:p>
    <w:p w14:paraId="69F86AD7" w14:textId="77777777" w:rsidR="009E11EE" w:rsidRDefault="00000000">
      <w:pPr>
        <w:pStyle w:val="Heading2"/>
      </w:pPr>
      <w:r>
        <w:rPr>
          <w:rFonts w:ascii="Arial" w:hAnsi="Arial"/>
        </w:rPr>
        <w:lastRenderedPageBreak/>
        <w:t>4.52. Nguyễn Như Quyền , NGUYỄN KIM GIANG</w:t>
      </w:r>
    </w:p>
    <w:p w14:paraId="7A279D62"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0AD5AE58" w14:textId="77777777">
        <w:trPr>
          <w:tblHeader/>
        </w:trPr>
        <w:tc>
          <w:tcPr>
            <w:tcW w:w="600" w:type="dxa"/>
            <w:shd w:val="clear" w:color="auto" w:fill="1F4E78"/>
            <w:tcMar>
              <w:top w:w="80" w:type="dxa"/>
              <w:left w:w="120" w:type="dxa"/>
              <w:bottom w:w="80" w:type="dxa"/>
              <w:right w:w="120" w:type="dxa"/>
            </w:tcMar>
            <w:vAlign w:val="center"/>
          </w:tcPr>
          <w:p w14:paraId="5CCDAC4A"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59577E1B"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0C8DA8E1"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319475C3"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27769242" w14:textId="77777777" w:rsidR="009E11EE" w:rsidRDefault="00000000">
            <w:pPr>
              <w:spacing w:after="0"/>
              <w:jc w:val="center"/>
            </w:pPr>
            <w:r>
              <w:rPr>
                <w:b/>
                <w:color w:val="FFFFFF"/>
                <w:sz w:val="17"/>
              </w:rPr>
              <w:t>Nhà máy</w:t>
            </w:r>
          </w:p>
        </w:tc>
      </w:tr>
      <w:tr w:rsidR="009E11EE" w14:paraId="51132724" w14:textId="77777777">
        <w:tc>
          <w:tcPr>
            <w:tcW w:w="600" w:type="dxa"/>
            <w:tcMar>
              <w:top w:w="80" w:type="dxa"/>
              <w:left w:w="120" w:type="dxa"/>
              <w:bottom w:w="80" w:type="dxa"/>
              <w:right w:w="120" w:type="dxa"/>
            </w:tcMar>
            <w:vAlign w:val="center"/>
          </w:tcPr>
          <w:p w14:paraId="428E1A92"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609E1A25" w14:textId="77777777" w:rsidR="009E11EE" w:rsidRDefault="00000000">
            <w:pPr>
              <w:spacing w:after="0" w:line="240" w:lineRule="auto"/>
            </w:pPr>
            <w:r>
              <w:rPr>
                <w:sz w:val="16"/>
              </w:rPr>
              <w:t>HÀNG CÔNG TRÌNH (Hàng nội thất trong nhà 100 mét vuông)</w:t>
            </w:r>
          </w:p>
        </w:tc>
        <w:tc>
          <w:tcPr>
            <w:tcW w:w="2000" w:type="dxa"/>
            <w:tcMar>
              <w:top w:w="80" w:type="dxa"/>
              <w:left w:w="120" w:type="dxa"/>
              <w:bottom w:w="80" w:type="dxa"/>
              <w:right w:w="120" w:type="dxa"/>
            </w:tcMar>
            <w:vAlign w:val="center"/>
          </w:tcPr>
          <w:p w14:paraId="2C5DE5BE" w14:textId="77777777" w:rsidR="009E11EE" w:rsidRDefault="00000000">
            <w:pPr>
              <w:spacing w:after="0" w:line="240" w:lineRule="auto"/>
            </w:pPr>
            <w:r>
              <w:rPr>
                <w:sz w:val="16"/>
              </w:rPr>
              <w:t>Đà lạt</w:t>
            </w:r>
          </w:p>
        </w:tc>
        <w:tc>
          <w:tcPr>
            <w:tcW w:w="1200" w:type="dxa"/>
            <w:tcMar>
              <w:top w:w="80" w:type="dxa"/>
              <w:left w:w="120" w:type="dxa"/>
              <w:bottom w:w="80" w:type="dxa"/>
              <w:right w:w="120" w:type="dxa"/>
            </w:tcMar>
            <w:vAlign w:val="center"/>
          </w:tcPr>
          <w:p w14:paraId="29437DDF"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1D40914E" w14:textId="77777777" w:rsidR="009E11EE" w:rsidRDefault="00000000">
            <w:pPr>
              <w:spacing w:after="0" w:line="240" w:lineRule="auto"/>
            </w:pPr>
            <w:r>
              <w:rPr>
                <w:sz w:val="16"/>
              </w:rPr>
              <w:t>KIM PHONG</w:t>
            </w:r>
          </w:p>
        </w:tc>
      </w:tr>
    </w:tbl>
    <w:p w14:paraId="66D166B1" w14:textId="77777777" w:rsidR="009E11EE" w:rsidRDefault="009E11EE">
      <w:pPr>
        <w:spacing w:after="0"/>
      </w:pPr>
    </w:p>
    <w:p w14:paraId="0A5D939C" w14:textId="77777777" w:rsidR="009E11EE" w:rsidRDefault="00000000">
      <w:pPr>
        <w:pStyle w:val="Heading2"/>
      </w:pPr>
      <w:r>
        <w:rPr>
          <w:rFonts w:ascii="Arial" w:hAnsi="Arial"/>
        </w:rPr>
        <w:t>4.53. Nguyễn Thị Thu</w:t>
      </w:r>
    </w:p>
    <w:p w14:paraId="42F46C16"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677B79F3" w14:textId="77777777">
        <w:trPr>
          <w:tblHeader/>
        </w:trPr>
        <w:tc>
          <w:tcPr>
            <w:tcW w:w="600" w:type="dxa"/>
            <w:shd w:val="clear" w:color="auto" w:fill="1F4E78"/>
            <w:tcMar>
              <w:top w:w="80" w:type="dxa"/>
              <w:left w:w="120" w:type="dxa"/>
              <w:bottom w:w="80" w:type="dxa"/>
              <w:right w:w="120" w:type="dxa"/>
            </w:tcMar>
            <w:vAlign w:val="center"/>
          </w:tcPr>
          <w:p w14:paraId="35E36C79"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70C527AF"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56905A96"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7AF009A0"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65AE36DC" w14:textId="77777777" w:rsidR="009E11EE" w:rsidRDefault="00000000">
            <w:pPr>
              <w:spacing w:after="0"/>
              <w:jc w:val="center"/>
            </w:pPr>
            <w:r>
              <w:rPr>
                <w:b/>
                <w:color w:val="FFFFFF"/>
                <w:sz w:val="17"/>
              </w:rPr>
              <w:t>Nhà máy</w:t>
            </w:r>
          </w:p>
        </w:tc>
      </w:tr>
      <w:tr w:rsidR="009E11EE" w14:paraId="69047771" w14:textId="77777777">
        <w:tc>
          <w:tcPr>
            <w:tcW w:w="600" w:type="dxa"/>
            <w:tcMar>
              <w:top w:w="80" w:type="dxa"/>
              <w:left w:w="120" w:type="dxa"/>
              <w:bottom w:w="80" w:type="dxa"/>
              <w:right w:w="120" w:type="dxa"/>
            </w:tcMar>
            <w:vAlign w:val="center"/>
          </w:tcPr>
          <w:p w14:paraId="07024BED"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7E27851B" w14:textId="77777777" w:rsidR="009E11EE" w:rsidRDefault="00000000">
            <w:pPr>
              <w:spacing w:after="0" w:line="240" w:lineRule="auto"/>
            </w:pPr>
            <w:r>
              <w:rPr>
                <w:sz w:val="16"/>
              </w:rPr>
              <w:t>Người lập</w:t>
            </w:r>
          </w:p>
        </w:tc>
        <w:tc>
          <w:tcPr>
            <w:tcW w:w="2000" w:type="dxa"/>
            <w:tcMar>
              <w:top w:w="80" w:type="dxa"/>
              <w:left w:w="120" w:type="dxa"/>
              <w:bottom w:w="80" w:type="dxa"/>
              <w:right w:w="120" w:type="dxa"/>
            </w:tcMar>
            <w:vAlign w:val="center"/>
          </w:tcPr>
          <w:p w14:paraId="4D2A5DFC" w14:textId="77777777" w:rsidR="009E11EE" w:rsidRDefault="00000000">
            <w:pPr>
              <w:spacing w:after="0" w:line="240" w:lineRule="auto"/>
            </w:pPr>
            <w:r>
              <w:rPr>
                <w:sz w:val="16"/>
              </w:rPr>
              <w:t>Chưa ghi nhận</w:t>
            </w:r>
          </w:p>
        </w:tc>
        <w:tc>
          <w:tcPr>
            <w:tcW w:w="1200" w:type="dxa"/>
            <w:tcMar>
              <w:top w:w="80" w:type="dxa"/>
              <w:left w:w="120" w:type="dxa"/>
              <w:bottom w:w="80" w:type="dxa"/>
              <w:right w:w="120" w:type="dxa"/>
            </w:tcMar>
            <w:vAlign w:val="center"/>
          </w:tcPr>
          <w:p w14:paraId="6D646C14"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40932BCF" w14:textId="77777777" w:rsidR="009E11EE" w:rsidRDefault="00000000">
            <w:pPr>
              <w:spacing w:after="0" w:line="240" w:lineRule="auto"/>
            </w:pPr>
            <w:r>
              <w:rPr>
                <w:sz w:val="16"/>
              </w:rPr>
              <w:t>THIÊN ĐỊNH</w:t>
            </w:r>
          </w:p>
        </w:tc>
      </w:tr>
    </w:tbl>
    <w:p w14:paraId="6B6722AF" w14:textId="77777777" w:rsidR="009E11EE" w:rsidRDefault="009E11EE">
      <w:pPr>
        <w:spacing w:after="0"/>
      </w:pPr>
    </w:p>
    <w:p w14:paraId="6EAA7E58" w14:textId="77777777" w:rsidR="009E11EE" w:rsidRDefault="00000000">
      <w:pPr>
        <w:pStyle w:val="Heading2"/>
      </w:pPr>
      <w:r>
        <w:rPr>
          <w:rFonts w:ascii="Arial" w:hAnsi="Arial"/>
        </w:rPr>
        <w:t>4.54. Nguyễn Văn Hòa</w:t>
      </w:r>
    </w:p>
    <w:p w14:paraId="1DBDF008"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3C0088C9" w14:textId="77777777">
        <w:trPr>
          <w:tblHeader/>
        </w:trPr>
        <w:tc>
          <w:tcPr>
            <w:tcW w:w="600" w:type="dxa"/>
            <w:shd w:val="clear" w:color="auto" w:fill="1F4E78"/>
            <w:tcMar>
              <w:top w:w="80" w:type="dxa"/>
              <w:left w:w="120" w:type="dxa"/>
              <w:bottom w:w="80" w:type="dxa"/>
              <w:right w:w="120" w:type="dxa"/>
            </w:tcMar>
            <w:vAlign w:val="center"/>
          </w:tcPr>
          <w:p w14:paraId="1AAE1257"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23024642"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294E23BA"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35BD5091"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3AC894C8" w14:textId="77777777" w:rsidR="009E11EE" w:rsidRDefault="00000000">
            <w:pPr>
              <w:spacing w:after="0"/>
              <w:jc w:val="center"/>
            </w:pPr>
            <w:r>
              <w:rPr>
                <w:b/>
                <w:color w:val="FFFFFF"/>
                <w:sz w:val="17"/>
              </w:rPr>
              <w:t>Nhà máy</w:t>
            </w:r>
          </w:p>
        </w:tc>
      </w:tr>
      <w:tr w:rsidR="009E11EE" w14:paraId="70E72EC9" w14:textId="77777777">
        <w:tc>
          <w:tcPr>
            <w:tcW w:w="600" w:type="dxa"/>
            <w:tcMar>
              <w:top w:w="80" w:type="dxa"/>
              <w:left w:w="120" w:type="dxa"/>
              <w:bottom w:w="80" w:type="dxa"/>
              <w:right w:w="120" w:type="dxa"/>
            </w:tcMar>
            <w:vAlign w:val="center"/>
          </w:tcPr>
          <w:p w14:paraId="7B8C4F79"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50D1C799" w14:textId="77777777" w:rsidR="009E11EE" w:rsidRDefault="00000000">
            <w:pPr>
              <w:spacing w:after="0" w:line="240" w:lineRule="auto"/>
            </w:pPr>
            <w:r>
              <w:rPr>
                <w:sz w:val="16"/>
              </w:rPr>
              <w:t>AQ 1103 (Ghế)</w:t>
            </w:r>
          </w:p>
        </w:tc>
        <w:tc>
          <w:tcPr>
            <w:tcW w:w="2000" w:type="dxa"/>
            <w:tcMar>
              <w:top w:w="80" w:type="dxa"/>
              <w:left w:w="120" w:type="dxa"/>
              <w:bottom w:w="80" w:type="dxa"/>
              <w:right w:w="120" w:type="dxa"/>
            </w:tcMar>
            <w:vAlign w:val="center"/>
          </w:tcPr>
          <w:p w14:paraId="1AE30F20" w14:textId="77777777" w:rsidR="009E11EE" w:rsidRDefault="00000000">
            <w:pPr>
              <w:spacing w:after="0" w:line="240" w:lineRule="auto"/>
            </w:pPr>
            <w:r>
              <w:rPr>
                <w:sz w:val="16"/>
              </w:rPr>
              <w:t>Dovetail</w:t>
            </w:r>
          </w:p>
        </w:tc>
        <w:tc>
          <w:tcPr>
            <w:tcW w:w="1200" w:type="dxa"/>
            <w:tcMar>
              <w:top w:w="80" w:type="dxa"/>
              <w:left w:w="120" w:type="dxa"/>
              <w:bottom w:w="80" w:type="dxa"/>
              <w:right w:w="120" w:type="dxa"/>
            </w:tcMar>
            <w:vAlign w:val="center"/>
          </w:tcPr>
          <w:p w14:paraId="13C81099"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7D318C7A" w14:textId="77777777" w:rsidR="009E11EE" w:rsidRDefault="00000000">
            <w:pPr>
              <w:spacing w:after="0" w:line="240" w:lineRule="auto"/>
            </w:pPr>
            <w:r>
              <w:rPr>
                <w:sz w:val="16"/>
              </w:rPr>
              <w:t>HỐ NAI</w:t>
            </w:r>
          </w:p>
        </w:tc>
      </w:tr>
    </w:tbl>
    <w:p w14:paraId="6FFAC8A2" w14:textId="77777777" w:rsidR="009E11EE" w:rsidRDefault="009E11EE">
      <w:pPr>
        <w:spacing w:after="0"/>
      </w:pPr>
    </w:p>
    <w:p w14:paraId="02EFD32F" w14:textId="77777777" w:rsidR="009E11EE" w:rsidRDefault="00000000">
      <w:pPr>
        <w:pStyle w:val="Heading2"/>
      </w:pPr>
      <w:r>
        <w:rPr>
          <w:rFonts w:ascii="Arial" w:hAnsi="Arial"/>
        </w:rPr>
        <w:t>4.55. Nguyễn Văn Ninh , Bùi Văn Chất</w:t>
      </w:r>
    </w:p>
    <w:p w14:paraId="45856DF1"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0</w:t>
      </w:r>
      <w:r>
        <w:rPr>
          <w:b/>
          <w:sz w:val="18"/>
        </w:rPr>
        <w:t xml:space="preserve">  |  Nhân: </w:t>
      </w:r>
      <w:r>
        <w:rPr>
          <w:sz w:val="18"/>
        </w:rPr>
        <w:t>1</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4293DA99" w14:textId="77777777">
        <w:trPr>
          <w:tblHeader/>
        </w:trPr>
        <w:tc>
          <w:tcPr>
            <w:tcW w:w="600" w:type="dxa"/>
            <w:shd w:val="clear" w:color="auto" w:fill="1F4E78"/>
            <w:tcMar>
              <w:top w:w="80" w:type="dxa"/>
              <w:left w:w="120" w:type="dxa"/>
              <w:bottom w:w="80" w:type="dxa"/>
              <w:right w:w="120" w:type="dxa"/>
            </w:tcMar>
            <w:vAlign w:val="center"/>
          </w:tcPr>
          <w:p w14:paraId="2AD7956A"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2B8BCC57"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2D2AEE5D"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63072792"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2485F850" w14:textId="77777777" w:rsidR="009E11EE" w:rsidRDefault="00000000">
            <w:pPr>
              <w:spacing w:after="0"/>
              <w:jc w:val="center"/>
            </w:pPr>
            <w:r>
              <w:rPr>
                <w:b/>
                <w:color w:val="FFFFFF"/>
                <w:sz w:val="17"/>
              </w:rPr>
              <w:t>Nhà máy</w:t>
            </w:r>
          </w:p>
        </w:tc>
      </w:tr>
      <w:tr w:rsidR="009E11EE" w14:paraId="456CA305" w14:textId="77777777">
        <w:tc>
          <w:tcPr>
            <w:tcW w:w="600" w:type="dxa"/>
            <w:tcMar>
              <w:top w:w="80" w:type="dxa"/>
              <w:left w:w="120" w:type="dxa"/>
              <w:bottom w:w="80" w:type="dxa"/>
              <w:right w:w="120" w:type="dxa"/>
            </w:tcMar>
            <w:vAlign w:val="center"/>
          </w:tcPr>
          <w:p w14:paraId="3D35E8A3"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582A92E0" w14:textId="77777777" w:rsidR="009E11EE" w:rsidRDefault="00000000">
            <w:pPr>
              <w:spacing w:after="0" w:line="240" w:lineRule="auto"/>
            </w:pPr>
            <w:r>
              <w:rPr>
                <w:sz w:val="16"/>
              </w:rPr>
              <w:t>Mekong 160 H</w:t>
            </w:r>
          </w:p>
        </w:tc>
        <w:tc>
          <w:tcPr>
            <w:tcW w:w="2000" w:type="dxa"/>
            <w:tcMar>
              <w:top w:w="80" w:type="dxa"/>
              <w:left w:w="120" w:type="dxa"/>
              <w:bottom w:w="80" w:type="dxa"/>
              <w:right w:w="120" w:type="dxa"/>
            </w:tcMar>
            <w:vAlign w:val="center"/>
          </w:tcPr>
          <w:p w14:paraId="74517729" w14:textId="77777777" w:rsidR="009E11EE" w:rsidRDefault="00000000">
            <w:pPr>
              <w:spacing w:after="0" w:line="240" w:lineRule="auto"/>
            </w:pPr>
            <w:r>
              <w:rPr>
                <w:sz w:val="16"/>
              </w:rPr>
              <w:t>Mekong</w:t>
            </w:r>
          </w:p>
        </w:tc>
        <w:tc>
          <w:tcPr>
            <w:tcW w:w="1200" w:type="dxa"/>
            <w:tcMar>
              <w:top w:w="80" w:type="dxa"/>
              <w:left w:w="120" w:type="dxa"/>
              <w:bottom w:w="80" w:type="dxa"/>
              <w:right w:w="120" w:type="dxa"/>
            </w:tcMar>
            <w:vAlign w:val="center"/>
          </w:tcPr>
          <w:p w14:paraId="74554D49" w14:textId="77777777" w:rsidR="009E11EE" w:rsidRDefault="00000000">
            <w:pPr>
              <w:spacing w:after="0" w:line="240" w:lineRule="auto"/>
              <w:jc w:val="center"/>
            </w:pPr>
            <w:r>
              <w:rPr>
                <w:sz w:val="16"/>
              </w:rPr>
              <w:t>Nhân</w:t>
            </w:r>
          </w:p>
        </w:tc>
        <w:tc>
          <w:tcPr>
            <w:tcW w:w="2000" w:type="dxa"/>
            <w:tcMar>
              <w:top w:w="80" w:type="dxa"/>
              <w:left w:w="120" w:type="dxa"/>
              <w:bottom w:w="80" w:type="dxa"/>
              <w:right w:w="120" w:type="dxa"/>
            </w:tcMar>
            <w:vAlign w:val="center"/>
          </w:tcPr>
          <w:p w14:paraId="0782F138" w14:textId="77777777" w:rsidR="009E11EE" w:rsidRDefault="00000000">
            <w:pPr>
              <w:spacing w:after="0" w:line="240" w:lineRule="auto"/>
            </w:pPr>
            <w:r>
              <w:rPr>
                <w:sz w:val="16"/>
              </w:rPr>
              <w:t>MEKONG</w:t>
            </w:r>
          </w:p>
        </w:tc>
      </w:tr>
    </w:tbl>
    <w:p w14:paraId="73B6E110" w14:textId="77777777" w:rsidR="009E11EE" w:rsidRDefault="009E11EE">
      <w:pPr>
        <w:spacing w:after="0"/>
      </w:pPr>
    </w:p>
    <w:p w14:paraId="49E51261" w14:textId="77777777" w:rsidR="009E11EE" w:rsidRDefault="00000000">
      <w:pPr>
        <w:pStyle w:val="Heading2"/>
      </w:pPr>
      <w:r>
        <w:rPr>
          <w:rFonts w:ascii="Arial" w:hAnsi="Arial"/>
        </w:rPr>
        <w:t>4.56. Nguyễn Văn Ninh , Trịnh Bá Quyền</w:t>
      </w:r>
    </w:p>
    <w:p w14:paraId="73FEFEE8"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290713F6" w14:textId="77777777">
        <w:trPr>
          <w:tblHeader/>
        </w:trPr>
        <w:tc>
          <w:tcPr>
            <w:tcW w:w="600" w:type="dxa"/>
            <w:shd w:val="clear" w:color="auto" w:fill="1F4E78"/>
            <w:tcMar>
              <w:top w:w="80" w:type="dxa"/>
              <w:left w:w="120" w:type="dxa"/>
              <w:bottom w:w="80" w:type="dxa"/>
              <w:right w:w="120" w:type="dxa"/>
            </w:tcMar>
            <w:vAlign w:val="center"/>
          </w:tcPr>
          <w:p w14:paraId="18860B29"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6966E78D"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2BCE0D40"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1ADF21D9"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7D225440" w14:textId="77777777" w:rsidR="009E11EE" w:rsidRDefault="00000000">
            <w:pPr>
              <w:spacing w:after="0"/>
              <w:jc w:val="center"/>
            </w:pPr>
            <w:r>
              <w:rPr>
                <w:b/>
                <w:color w:val="FFFFFF"/>
                <w:sz w:val="17"/>
              </w:rPr>
              <w:t>Nhà máy</w:t>
            </w:r>
          </w:p>
        </w:tc>
      </w:tr>
      <w:tr w:rsidR="009E11EE" w14:paraId="49A893ED" w14:textId="77777777">
        <w:tc>
          <w:tcPr>
            <w:tcW w:w="600" w:type="dxa"/>
            <w:tcMar>
              <w:top w:w="80" w:type="dxa"/>
              <w:left w:w="120" w:type="dxa"/>
              <w:bottom w:w="80" w:type="dxa"/>
              <w:right w:w="120" w:type="dxa"/>
            </w:tcMar>
            <w:vAlign w:val="center"/>
          </w:tcPr>
          <w:p w14:paraId="0F958FD3"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77BB41C1" w14:textId="77777777" w:rsidR="009E11EE" w:rsidRDefault="00000000">
            <w:pPr>
              <w:spacing w:after="0" w:line="240" w:lineRule="auto"/>
            </w:pPr>
            <w:r>
              <w:rPr>
                <w:sz w:val="16"/>
              </w:rPr>
              <w:t>Mekong 12/17 H (Tủ)</w:t>
            </w:r>
          </w:p>
        </w:tc>
        <w:tc>
          <w:tcPr>
            <w:tcW w:w="2000" w:type="dxa"/>
            <w:tcMar>
              <w:top w:w="80" w:type="dxa"/>
              <w:left w:w="120" w:type="dxa"/>
              <w:bottom w:w="80" w:type="dxa"/>
              <w:right w:w="120" w:type="dxa"/>
            </w:tcMar>
            <w:vAlign w:val="center"/>
          </w:tcPr>
          <w:p w14:paraId="65D67A7A" w14:textId="77777777" w:rsidR="009E11EE" w:rsidRDefault="00000000">
            <w:pPr>
              <w:spacing w:after="0" w:line="240" w:lineRule="auto"/>
            </w:pPr>
            <w:r>
              <w:rPr>
                <w:sz w:val="16"/>
              </w:rPr>
              <w:t>Mekong</w:t>
            </w:r>
          </w:p>
        </w:tc>
        <w:tc>
          <w:tcPr>
            <w:tcW w:w="1200" w:type="dxa"/>
            <w:tcMar>
              <w:top w:w="80" w:type="dxa"/>
              <w:left w:w="120" w:type="dxa"/>
              <w:bottom w:w="80" w:type="dxa"/>
              <w:right w:w="120" w:type="dxa"/>
            </w:tcMar>
            <w:vAlign w:val="center"/>
          </w:tcPr>
          <w:p w14:paraId="702593C7"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6CA323FD" w14:textId="77777777" w:rsidR="009E11EE" w:rsidRDefault="00000000">
            <w:pPr>
              <w:spacing w:after="0" w:line="240" w:lineRule="auto"/>
            </w:pPr>
            <w:r>
              <w:rPr>
                <w:sz w:val="16"/>
              </w:rPr>
              <w:t>MEKONG</w:t>
            </w:r>
          </w:p>
        </w:tc>
      </w:tr>
    </w:tbl>
    <w:p w14:paraId="633FBE0B" w14:textId="77777777" w:rsidR="009E11EE" w:rsidRDefault="009E11EE">
      <w:pPr>
        <w:spacing w:after="0"/>
      </w:pPr>
    </w:p>
    <w:p w14:paraId="1F6A88C2" w14:textId="77777777" w:rsidR="009E11EE" w:rsidRDefault="00000000">
      <w:pPr>
        <w:pStyle w:val="Heading2"/>
      </w:pPr>
      <w:r>
        <w:rPr>
          <w:rFonts w:ascii="Arial" w:hAnsi="Arial"/>
        </w:rPr>
        <w:t>4.57. Nguyễn Văn Tuân</w:t>
      </w:r>
    </w:p>
    <w:p w14:paraId="550D4F5F"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0</w:t>
      </w:r>
      <w:r>
        <w:rPr>
          <w:b/>
          <w:sz w:val="18"/>
        </w:rPr>
        <w:t xml:space="preserve">  |  Nhân: </w:t>
      </w:r>
      <w:r>
        <w:rPr>
          <w:sz w:val="18"/>
        </w:rPr>
        <w:t>1</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70A9DA2A" w14:textId="77777777">
        <w:trPr>
          <w:tblHeader/>
        </w:trPr>
        <w:tc>
          <w:tcPr>
            <w:tcW w:w="600" w:type="dxa"/>
            <w:shd w:val="clear" w:color="auto" w:fill="1F4E78"/>
            <w:tcMar>
              <w:top w:w="80" w:type="dxa"/>
              <w:left w:w="120" w:type="dxa"/>
              <w:bottom w:w="80" w:type="dxa"/>
              <w:right w:w="120" w:type="dxa"/>
            </w:tcMar>
            <w:vAlign w:val="center"/>
          </w:tcPr>
          <w:p w14:paraId="7AAAC1A1"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03D340B1"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5A657BE0"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024E1559"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0895AA10" w14:textId="77777777" w:rsidR="009E11EE" w:rsidRDefault="00000000">
            <w:pPr>
              <w:spacing w:after="0"/>
              <w:jc w:val="center"/>
            </w:pPr>
            <w:r>
              <w:rPr>
                <w:b/>
                <w:color w:val="FFFFFF"/>
                <w:sz w:val="17"/>
              </w:rPr>
              <w:t>Nhà máy</w:t>
            </w:r>
          </w:p>
        </w:tc>
      </w:tr>
      <w:tr w:rsidR="009E11EE" w14:paraId="722E01E9" w14:textId="77777777">
        <w:tc>
          <w:tcPr>
            <w:tcW w:w="600" w:type="dxa"/>
            <w:tcMar>
              <w:top w:w="80" w:type="dxa"/>
              <w:left w:w="120" w:type="dxa"/>
              <w:bottom w:w="80" w:type="dxa"/>
              <w:right w:w="120" w:type="dxa"/>
            </w:tcMar>
            <w:vAlign w:val="center"/>
          </w:tcPr>
          <w:p w14:paraId="3F23707D"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4D9F440D" w14:textId="77777777" w:rsidR="009E11EE" w:rsidRDefault="00000000">
            <w:pPr>
              <w:spacing w:after="0" w:line="240" w:lineRule="auto"/>
            </w:pPr>
            <w:r>
              <w:rPr>
                <w:sz w:val="16"/>
              </w:rPr>
              <w:t>AQ 894</w:t>
            </w:r>
          </w:p>
        </w:tc>
        <w:tc>
          <w:tcPr>
            <w:tcW w:w="2000" w:type="dxa"/>
            <w:tcMar>
              <w:top w:w="80" w:type="dxa"/>
              <w:left w:w="120" w:type="dxa"/>
              <w:bottom w:w="80" w:type="dxa"/>
              <w:right w:w="120" w:type="dxa"/>
            </w:tcMar>
            <w:vAlign w:val="center"/>
          </w:tcPr>
          <w:p w14:paraId="72027BFD" w14:textId="77777777" w:rsidR="009E11EE" w:rsidRDefault="00000000">
            <w:pPr>
              <w:spacing w:after="0" w:line="240" w:lineRule="auto"/>
            </w:pPr>
            <w:r>
              <w:rPr>
                <w:sz w:val="16"/>
              </w:rPr>
              <w:t>Ballads</w:t>
            </w:r>
          </w:p>
        </w:tc>
        <w:tc>
          <w:tcPr>
            <w:tcW w:w="1200" w:type="dxa"/>
            <w:tcMar>
              <w:top w:w="80" w:type="dxa"/>
              <w:left w:w="120" w:type="dxa"/>
              <w:bottom w:w="80" w:type="dxa"/>
              <w:right w:w="120" w:type="dxa"/>
            </w:tcMar>
            <w:vAlign w:val="center"/>
          </w:tcPr>
          <w:p w14:paraId="645B8DDF" w14:textId="77777777" w:rsidR="009E11EE" w:rsidRDefault="00000000">
            <w:pPr>
              <w:spacing w:after="0" w:line="240" w:lineRule="auto"/>
              <w:jc w:val="center"/>
            </w:pPr>
            <w:r>
              <w:rPr>
                <w:sz w:val="16"/>
              </w:rPr>
              <w:t>Nhân</w:t>
            </w:r>
          </w:p>
        </w:tc>
        <w:tc>
          <w:tcPr>
            <w:tcW w:w="2000" w:type="dxa"/>
            <w:tcMar>
              <w:top w:w="80" w:type="dxa"/>
              <w:left w:w="120" w:type="dxa"/>
              <w:bottom w:w="80" w:type="dxa"/>
              <w:right w:w="120" w:type="dxa"/>
            </w:tcMar>
            <w:vAlign w:val="center"/>
          </w:tcPr>
          <w:p w14:paraId="275E92AF" w14:textId="77777777" w:rsidR="009E11EE" w:rsidRDefault="00000000">
            <w:pPr>
              <w:spacing w:after="0" w:line="240" w:lineRule="auto"/>
            </w:pPr>
            <w:r>
              <w:rPr>
                <w:sz w:val="16"/>
              </w:rPr>
              <w:t>HỐ NAI</w:t>
            </w:r>
          </w:p>
        </w:tc>
      </w:tr>
    </w:tbl>
    <w:p w14:paraId="6A0C4CA4" w14:textId="77777777" w:rsidR="009E11EE" w:rsidRDefault="009E11EE">
      <w:pPr>
        <w:spacing w:after="0"/>
      </w:pPr>
    </w:p>
    <w:p w14:paraId="74E5194D" w14:textId="77777777" w:rsidR="009E11EE" w:rsidRDefault="00000000">
      <w:pPr>
        <w:pStyle w:val="Heading2"/>
      </w:pPr>
      <w:r>
        <w:rPr>
          <w:rFonts w:ascii="Arial" w:hAnsi="Arial"/>
        </w:rPr>
        <w:t>4.58. Phạm Văn Linh , Nguyễn Quốc Khánh</w:t>
      </w:r>
    </w:p>
    <w:p w14:paraId="14088421"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30E9B1B2" w14:textId="77777777">
        <w:trPr>
          <w:tblHeader/>
        </w:trPr>
        <w:tc>
          <w:tcPr>
            <w:tcW w:w="600" w:type="dxa"/>
            <w:shd w:val="clear" w:color="auto" w:fill="1F4E78"/>
            <w:tcMar>
              <w:top w:w="80" w:type="dxa"/>
              <w:left w:w="120" w:type="dxa"/>
              <w:bottom w:w="80" w:type="dxa"/>
              <w:right w:w="120" w:type="dxa"/>
            </w:tcMar>
            <w:vAlign w:val="center"/>
          </w:tcPr>
          <w:p w14:paraId="25C1A1DC"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106B2D6C"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7ABA3A0F"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555249A2"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50DFB32D" w14:textId="77777777" w:rsidR="009E11EE" w:rsidRDefault="00000000">
            <w:pPr>
              <w:spacing w:after="0"/>
              <w:jc w:val="center"/>
            </w:pPr>
            <w:r>
              <w:rPr>
                <w:b/>
                <w:color w:val="FFFFFF"/>
                <w:sz w:val="17"/>
              </w:rPr>
              <w:t>Nhà máy</w:t>
            </w:r>
          </w:p>
        </w:tc>
      </w:tr>
      <w:tr w:rsidR="009E11EE" w14:paraId="78F5B9E6" w14:textId="77777777">
        <w:tc>
          <w:tcPr>
            <w:tcW w:w="600" w:type="dxa"/>
            <w:tcMar>
              <w:top w:w="80" w:type="dxa"/>
              <w:left w:w="120" w:type="dxa"/>
              <w:bottom w:w="80" w:type="dxa"/>
              <w:right w:w="120" w:type="dxa"/>
            </w:tcMar>
            <w:vAlign w:val="center"/>
          </w:tcPr>
          <w:p w14:paraId="1052C62B"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5289248E" w14:textId="77777777" w:rsidR="009E11EE" w:rsidRDefault="00000000">
            <w:pPr>
              <w:spacing w:after="0" w:line="240" w:lineRule="auto"/>
            </w:pPr>
            <w:r>
              <w:rPr>
                <w:sz w:val="16"/>
              </w:rPr>
              <w:t>TW RUB 007 (GHẾ)</w:t>
            </w:r>
          </w:p>
        </w:tc>
        <w:tc>
          <w:tcPr>
            <w:tcW w:w="2000" w:type="dxa"/>
            <w:tcMar>
              <w:top w:w="80" w:type="dxa"/>
              <w:left w:w="120" w:type="dxa"/>
              <w:bottom w:w="80" w:type="dxa"/>
              <w:right w:w="120" w:type="dxa"/>
            </w:tcMar>
            <w:vAlign w:val="center"/>
          </w:tcPr>
          <w:p w14:paraId="724C399E" w14:textId="77777777" w:rsidR="009E11EE" w:rsidRDefault="00000000">
            <w:pPr>
              <w:spacing w:after="0" w:line="240" w:lineRule="auto"/>
            </w:pPr>
            <w:r>
              <w:rPr>
                <w:sz w:val="16"/>
              </w:rPr>
              <w:t>CF</w:t>
            </w:r>
          </w:p>
        </w:tc>
        <w:tc>
          <w:tcPr>
            <w:tcW w:w="1200" w:type="dxa"/>
            <w:tcMar>
              <w:top w:w="80" w:type="dxa"/>
              <w:left w:w="120" w:type="dxa"/>
              <w:bottom w:w="80" w:type="dxa"/>
              <w:right w:w="120" w:type="dxa"/>
            </w:tcMar>
            <w:vAlign w:val="center"/>
          </w:tcPr>
          <w:p w14:paraId="714B6106"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73D6227B" w14:textId="77777777" w:rsidR="009E11EE" w:rsidRDefault="00000000">
            <w:pPr>
              <w:spacing w:after="0" w:line="240" w:lineRule="auto"/>
            </w:pPr>
            <w:r>
              <w:rPr>
                <w:sz w:val="16"/>
              </w:rPr>
              <w:t>TRENWORD</w:t>
            </w:r>
          </w:p>
        </w:tc>
      </w:tr>
    </w:tbl>
    <w:p w14:paraId="05E99815" w14:textId="77777777" w:rsidR="009E11EE" w:rsidRDefault="009E11EE">
      <w:pPr>
        <w:spacing w:after="0"/>
      </w:pPr>
    </w:p>
    <w:p w14:paraId="6D7C03EA" w14:textId="77777777" w:rsidR="009E11EE" w:rsidRDefault="00000000">
      <w:pPr>
        <w:pStyle w:val="Heading2"/>
      </w:pPr>
      <w:r>
        <w:rPr>
          <w:rFonts w:ascii="Arial" w:hAnsi="Arial"/>
        </w:rPr>
        <w:lastRenderedPageBreak/>
        <w:t>4.59. Quách Văn Vũ</w:t>
      </w:r>
    </w:p>
    <w:p w14:paraId="49AF213E"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6333D6BA" w14:textId="77777777">
        <w:trPr>
          <w:tblHeader/>
        </w:trPr>
        <w:tc>
          <w:tcPr>
            <w:tcW w:w="600" w:type="dxa"/>
            <w:shd w:val="clear" w:color="auto" w:fill="1F4E78"/>
            <w:tcMar>
              <w:top w:w="80" w:type="dxa"/>
              <w:left w:w="120" w:type="dxa"/>
              <w:bottom w:w="80" w:type="dxa"/>
              <w:right w:w="120" w:type="dxa"/>
            </w:tcMar>
            <w:vAlign w:val="center"/>
          </w:tcPr>
          <w:p w14:paraId="5E9B1D77"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7FC6452E"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7458E593"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116C3FF3"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00DE1763" w14:textId="77777777" w:rsidR="009E11EE" w:rsidRDefault="00000000">
            <w:pPr>
              <w:spacing w:after="0"/>
              <w:jc w:val="center"/>
            </w:pPr>
            <w:r>
              <w:rPr>
                <w:b/>
                <w:color w:val="FFFFFF"/>
                <w:sz w:val="17"/>
              </w:rPr>
              <w:t>Nhà máy</w:t>
            </w:r>
          </w:p>
        </w:tc>
      </w:tr>
      <w:tr w:rsidR="009E11EE" w14:paraId="3A808279" w14:textId="77777777">
        <w:tc>
          <w:tcPr>
            <w:tcW w:w="600" w:type="dxa"/>
            <w:tcMar>
              <w:top w:w="80" w:type="dxa"/>
              <w:left w:w="120" w:type="dxa"/>
              <w:bottom w:w="80" w:type="dxa"/>
              <w:right w:w="120" w:type="dxa"/>
            </w:tcMar>
            <w:vAlign w:val="center"/>
          </w:tcPr>
          <w:p w14:paraId="56C18C64"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5A33B011" w14:textId="77777777" w:rsidR="009E11EE" w:rsidRDefault="00000000">
            <w:pPr>
              <w:spacing w:after="0" w:line="240" w:lineRule="auto"/>
            </w:pPr>
            <w:r>
              <w:rPr>
                <w:sz w:val="16"/>
              </w:rPr>
              <w:t>AK  30 (BÀN)</w:t>
            </w:r>
          </w:p>
        </w:tc>
        <w:tc>
          <w:tcPr>
            <w:tcW w:w="2000" w:type="dxa"/>
            <w:tcMar>
              <w:top w:w="80" w:type="dxa"/>
              <w:left w:w="120" w:type="dxa"/>
              <w:bottom w:w="80" w:type="dxa"/>
              <w:right w:w="120" w:type="dxa"/>
            </w:tcMar>
            <w:vAlign w:val="center"/>
          </w:tcPr>
          <w:p w14:paraId="0BF670EB" w14:textId="77777777" w:rsidR="009E11EE" w:rsidRDefault="00000000">
            <w:pPr>
              <w:spacing w:after="0" w:line="240" w:lineRule="auto"/>
            </w:pPr>
            <w:r>
              <w:rPr>
                <w:sz w:val="16"/>
              </w:rPr>
              <w:t>Mfc</w:t>
            </w:r>
          </w:p>
        </w:tc>
        <w:tc>
          <w:tcPr>
            <w:tcW w:w="1200" w:type="dxa"/>
            <w:tcMar>
              <w:top w:w="80" w:type="dxa"/>
              <w:left w:w="120" w:type="dxa"/>
              <w:bottom w:w="80" w:type="dxa"/>
              <w:right w:w="120" w:type="dxa"/>
            </w:tcMar>
            <w:vAlign w:val="center"/>
          </w:tcPr>
          <w:p w14:paraId="08569AB3"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7D7988C2" w14:textId="77777777" w:rsidR="009E11EE" w:rsidRDefault="00000000">
            <w:pPr>
              <w:spacing w:after="0" w:line="240" w:lineRule="auto"/>
            </w:pPr>
            <w:r>
              <w:rPr>
                <w:sz w:val="16"/>
              </w:rPr>
              <w:t>ANH KHOA</w:t>
            </w:r>
          </w:p>
        </w:tc>
      </w:tr>
    </w:tbl>
    <w:p w14:paraId="6F1A2981" w14:textId="77777777" w:rsidR="009E11EE" w:rsidRDefault="009E11EE">
      <w:pPr>
        <w:spacing w:after="0"/>
      </w:pPr>
    </w:p>
    <w:p w14:paraId="59B739FD" w14:textId="77777777" w:rsidR="009E11EE" w:rsidRDefault="00000000">
      <w:pPr>
        <w:pStyle w:val="Heading2"/>
      </w:pPr>
      <w:r>
        <w:rPr>
          <w:rFonts w:ascii="Arial" w:hAnsi="Arial"/>
        </w:rPr>
        <w:t>4.60. Thái Thành Lưu</w:t>
      </w:r>
    </w:p>
    <w:p w14:paraId="65389020" w14:textId="77777777" w:rsidR="009E11EE" w:rsidRDefault="00000000">
      <w:r>
        <w:rPr>
          <w:b/>
          <w:sz w:val="18"/>
        </w:rPr>
        <w:t xml:space="preserve">Tổng: </w:t>
      </w:r>
      <w:r>
        <w:rPr>
          <w:sz w:val="18"/>
        </w:rPr>
        <w:t>1</w:t>
      </w:r>
      <w:r>
        <w:rPr>
          <w:b/>
          <w:sz w:val="18"/>
        </w:rPr>
        <w:t xml:space="preserve">  |  Mới: </w:t>
      </w:r>
      <w:r>
        <w:rPr>
          <w:sz w:val="18"/>
        </w:rPr>
        <w:t>1</w:t>
      </w:r>
      <w:r>
        <w:rPr>
          <w:b/>
          <w:sz w:val="18"/>
        </w:rPr>
        <w:t xml:space="preserve">  |  Bộ: </w:t>
      </w:r>
      <w:r>
        <w:rPr>
          <w:sz w:val="18"/>
        </w:rPr>
        <w:t>0</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2D7FE30F" w14:textId="77777777">
        <w:trPr>
          <w:tblHeader/>
        </w:trPr>
        <w:tc>
          <w:tcPr>
            <w:tcW w:w="600" w:type="dxa"/>
            <w:shd w:val="clear" w:color="auto" w:fill="1F4E78"/>
            <w:tcMar>
              <w:top w:w="80" w:type="dxa"/>
              <w:left w:w="120" w:type="dxa"/>
              <w:bottom w:w="80" w:type="dxa"/>
              <w:right w:w="120" w:type="dxa"/>
            </w:tcMar>
            <w:vAlign w:val="center"/>
          </w:tcPr>
          <w:p w14:paraId="45FE0712"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3D622983"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79DF569C"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080A9E94"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1A7249A4" w14:textId="77777777" w:rsidR="009E11EE" w:rsidRDefault="00000000">
            <w:pPr>
              <w:spacing w:after="0"/>
              <w:jc w:val="center"/>
            </w:pPr>
            <w:r>
              <w:rPr>
                <w:b/>
                <w:color w:val="FFFFFF"/>
                <w:sz w:val="17"/>
              </w:rPr>
              <w:t>Nhà máy</w:t>
            </w:r>
          </w:p>
        </w:tc>
      </w:tr>
      <w:tr w:rsidR="009E11EE" w14:paraId="3841C51B" w14:textId="77777777">
        <w:tc>
          <w:tcPr>
            <w:tcW w:w="600" w:type="dxa"/>
            <w:tcMar>
              <w:top w:w="80" w:type="dxa"/>
              <w:left w:w="120" w:type="dxa"/>
              <w:bottom w:w="80" w:type="dxa"/>
              <w:right w:w="120" w:type="dxa"/>
            </w:tcMar>
            <w:vAlign w:val="center"/>
          </w:tcPr>
          <w:p w14:paraId="1E367F0F"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2BB5164D" w14:textId="77777777" w:rsidR="009E11EE" w:rsidRDefault="00000000">
            <w:pPr>
              <w:spacing w:after="0" w:line="240" w:lineRule="auto"/>
            </w:pPr>
            <w:r>
              <w:rPr>
                <w:sz w:val="16"/>
              </w:rPr>
              <w:t>PANTONE 17 0620TPG</w:t>
            </w:r>
          </w:p>
        </w:tc>
        <w:tc>
          <w:tcPr>
            <w:tcW w:w="2000" w:type="dxa"/>
            <w:tcMar>
              <w:top w:w="80" w:type="dxa"/>
              <w:left w:w="120" w:type="dxa"/>
              <w:bottom w:w="80" w:type="dxa"/>
              <w:right w:w="120" w:type="dxa"/>
            </w:tcMar>
            <w:vAlign w:val="center"/>
          </w:tcPr>
          <w:p w14:paraId="5D25561F" w14:textId="77777777" w:rsidR="009E11EE" w:rsidRDefault="00000000">
            <w:pPr>
              <w:spacing w:after="0" w:line="240" w:lineRule="auto"/>
            </w:pPr>
            <w:r>
              <w:rPr>
                <w:sz w:val="16"/>
              </w:rPr>
              <w:t>PAC</w:t>
            </w:r>
          </w:p>
        </w:tc>
        <w:tc>
          <w:tcPr>
            <w:tcW w:w="1200" w:type="dxa"/>
            <w:tcMar>
              <w:top w:w="80" w:type="dxa"/>
              <w:left w:w="120" w:type="dxa"/>
              <w:bottom w:w="80" w:type="dxa"/>
              <w:right w:w="120" w:type="dxa"/>
            </w:tcMar>
            <w:vAlign w:val="center"/>
          </w:tcPr>
          <w:p w14:paraId="7C65CE68"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68AC623E" w14:textId="77777777" w:rsidR="009E11EE" w:rsidRDefault="00000000">
            <w:pPr>
              <w:spacing w:after="0" w:line="240" w:lineRule="auto"/>
            </w:pPr>
            <w:r>
              <w:rPr>
                <w:sz w:val="16"/>
              </w:rPr>
              <w:t>TIẾN HƯNG</w:t>
            </w:r>
          </w:p>
        </w:tc>
      </w:tr>
    </w:tbl>
    <w:p w14:paraId="4E337BD1" w14:textId="77777777" w:rsidR="009E11EE" w:rsidRDefault="009E11EE">
      <w:pPr>
        <w:spacing w:after="0"/>
      </w:pPr>
    </w:p>
    <w:p w14:paraId="2821E70E" w14:textId="77777777" w:rsidR="009E11EE" w:rsidRDefault="00000000">
      <w:pPr>
        <w:pStyle w:val="Heading2"/>
      </w:pPr>
      <w:r>
        <w:rPr>
          <w:rFonts w:ascii="Arial" w:hAnsi="Arial"/>
        </w:rPr>
        <w:t>4.61. Thái Văn Tiến</w:t>
      </w:r>
    </w:p>
    <w:p w14:paraId="37A9CDAB"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734462DF" w14:textId="77777777">
        <w:trPr>
          <w:tblHeader/>
        </w:trPr>
        <w:tc>
          <w:tcPr>
            <w:tcW w:w="600" w:type="dxa"/>
            <w:shd w:val="clear" w:color="auto" w:fill="1F4E78"/>
            <w:tcMar>
              <w:top w:w="80" w:type="dxa"/>
              <w:left w:w="120" w:type="dxa"/>
              <w:bottom w:w="80" w:type="dxa"/>
              <w:right w:w="120" w:type="dxa"/>
            </w:tcMar>
            <w:vAlign w:val="center"/>
          </w:tcPr>
          <w:p w14:paraId="0843DAD6"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2E2F02AF"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5C86BD3A"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3816491D"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49FFBEB8" w14:textId="77777777" w:rsidR="009E11EE" w:rsidRDefault="00000000">
            <w:pPr>
              <w:spacing w:after="0"/>
              <w:jc w:val="center"/>
            </w:pPr>
            <w:r>
              <w:rPr>
                <w:b/>
                <w:color w:val="FFFFFF"/>
                <w:sz w:val="17"/>
              </w:rPr>
              <w:t>Nhà máy</w:t>
            </w:r>
          </w:p>
        </w:tc>
      </w:tr>
      <w:tr w:rsidR="009E11EE" w14:paraId="04AEB5E6" w14:textId="77777777">
        <w:tc>
          <w:tcPr>
            <w:tcW w:w="600" w:type="dxa"/>
            <w:tcMar>
              <w:top w:w="80" w:type="dxa"/>
              <w:left w:w="120" w:type="dxa"/>
              <w:bottom w:w="80" w:type="dxa"/>
              <w:right w:w="120" w:type="dxa"/>
            </w:tcMar>
            <w:vAlign w:val="center"/>
          </w:tcPr>
          <w:p w14:paraId="2191F089"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76C5846B" w14:textId="77777777" w:rsidR="009E11EE" w:rsidRDefault="00000000">
            <w:pPr>
              <w:spacing w:after="0" w:line="240" w:lineRule="auto"/>
            </w:pPr>
            <w:r>
              <w:rPr>
                <w:sz w:val="16"/>
              </w:rPr>
              <w:t>Mekong 152 H (Bàn)</w:t>
            </w:r>
          </w:p>
        </w:tc>
        <w:tc>
          <w:tcPr>
            <w:tcW w:w="2000" w:type="dxa"/>
            <w:tcMar>
              <w:top w:w="80" w:type="dxa"/>
              <w:left w:w="120" w:type="dxa"/>
              <w:bottom w:w="80" w:type="dxa"/>
              <w:right w:w="120" w:type="dxa"/>
            </w:tcMar>
            <w:vAlign w:val="center"/>
          </w:tcPr>
          <w:p w14:paraId="1275F61C" w14:textId="77777777" w:rsidR="009E11EE" w:rsidRDefault="00000000">
            <w:pPr>
              <w:spacing w:after="0" w:line="240" w:lineRule="auto"/>
            </w:pPr>
            <w:r>
              <w:rPr>
                <w:sz w:val="16"/>
              </w:rPr>
              <w:t>Mekong</w:t>
            </w:r>
          </w:p>
        </w:tc>
        <w:tc>
          <w:tcPr>
            <w:tcW w:w="1200" w:type="dxa"/>
            <w:tcMar>
              <w:top w:w="80" w:type="dxa"/>
              <w:left w:w="120" w:type="dxa"/>
              <w:bottom w:w="80" w:type="dxa"/>
              <w:right w:w="120" w:type="dxa"/>
            </w:tcMar>
            <w:vAlign w:val="center"/>
          </w:tcPr>
          <w:p w14:paraId="526F3FC0"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10ED8FB4" w14:textId="77777777" w:rsidR="009E11EE" w:rsidRDefault="00000000">
            <w:pPr>
              <w:spacing w:after="0" w:line="240" w:lineRule="auto"/>
            </w:pPr>
            <w:r>
              <w:rPr>
                <w:sz w:val="16"/>
              </w:rPr>
              <w:t>MEKONG</w:t>
            </w:r>
          </w:p>
        </w:tc>
      </w:tr>
    </w:tbl>
    <w:p w14:paraId="3D84F34D" w14:textId="77777777" w:rsidR="009E11EE" w:rsidRDefault="009E11EE">
      <w:pPr>
        <w:spacing w:after="0"/>
      </w:pPr>
    </w:p>
    <w:p w14:paraId="30769409" w14:textId="77777777" w:rsidR="009E11EE" w:rsidRDefault="00000000">
      <w:pPr>
        <w:pStyle w:val="Heading2"/>
      </w:pPr>
      <w:r>
        <w:rPr>
          <w:rFonts w:ascii="Arial" w:hAnsi="Arial"/>
        </w:rPr>
        <w:t>4.62. Trinh Hữu Hải , Hà Huy Thêm</w:t>
      </w:r>
    </w:p>
    <w:p w14:paraId="5019E68C"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07C507D9" w14:textId="77777777">
        <w:trPr>
          <w:tblHeader/>
        </w:trPr>
        <w:tc>
          <w:tcPr>
            <w:tcW w:w="600" w:type="dxa"/>
            <w:shd w:val="clear" w:color="auto" w:fill="1F4E78"/>
            <w:tcMar>
              <w:top w:w="80" w:type="dxa"/>
              <w:left w:w="120" w:type="dxa"/>
              <w:bottom w:w="80" w:type="dxa"/>
              <w:right w:w="120" w:type="dxa"/>
            </w:tcMar>
            <w:vAlign w:val="center"/>
          </w:tcPr>
          <w:p w14:paraId="0CAE7B6E"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1CC1D406"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52EFB256"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50996402"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279E879B" w14:textId="77777777" w:rsidR="009E11EE" w:rsidRDefault="00000000">
            <w:pPr>
              <w:spacing w:after="0"/>
              <w:jc w:val="center"/>
            </w:pPr>
            <w:r>
              <w:rPr>
                <w:b/>
                <w:color w:val="FFFFFF"/>
                <w:sz w:val="17"/>
              </w:rPr>
              <w:t>Nhà máy</w:t>
            </w:r>
          </w:p>
        </w:tc>
      </w:tr>
      <w:tr w:rsidR="009E11EE" w14:paraId="7633CCAE" w14:textId="77777777">
        <w:tc>
          <w:tcPr>
            <w:tcW w:w="600" w:type="dxa"/>
            <w:tcMar>
              <w:top w:w="80" w:type="dxa"/>
              <w:left w:w="120" w:type="dxa"/>
              <w:bottom w:w="80" w:type="dxa"/>
              <w:right w:w="120" w:type="dxa"/>
            </w:tcMar>
            <w:vAlign w:val="center"/>
          </w:tcPr>
          <w:p w14:paraId="2CCACEB3"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7B686BB6" w14:textId="77777777" w:rsidR="009E11EE" w:rsidRDefault="00000000">
            <w:pPr>
              <w:spacing w:after="0" w:line="240" w:lineRule="auto"/>
            </w:pPr>
            <w:r>
              <w:rPr>
                <w:sz w:val="16"/>
              </w:rPr>
              <w:t>PKP P029 (Tủ TIVI)</w:t>
            </w:r>
          </w:p>
        </w:tc>
        <w:tc>
          <w:tcPr>
            <w:tcW w:w="2000" w:type="dxa"/>
            <w:tcMar>
              <w:top w:w="80" w:type="dxa"/>
              <w:left w:w="120" w:type="dxa"/>
              <w:bottom w:w="80" w:type="dxa"/>
              <w:right w:w="120" w:type="dxa"/>
            </w:tcMar>
            <w:vAlign w:val="center"/>
          </w:tcPr>
          <w:p w14:paraId="6FF91848" w14:textId="77777777" w:rsidR="009E11EE" w:rsidRDefault="00000000">
            <w:pPr>
              <w:spacing w:after="0" w:line="240" w:lineRule="auto"/>
            </w:pPr>
            <w:r>
              <w:rPr>
                <w:sz w:val="16"/>
              </w:rPr>
              <w:t>Modway</w:t>
            </w:r>
          </w:p>
        </w:tc>
        <w:tc>
          <w:tcPr>
            <w:tcW w:w="1200" w:type="dxa"/>
            <w:tcMar>
              <w:top w:w="80" w:type="dxa"/>
              <w:left w:w="120" w:type="dxa"/>
              <w:bottom w:w="80" w:type="dxa"/>
              <w:right w:w="120" w:type="dxa"/>
            </w:tcMar>
            <w:vAlign w:val="center"/>
          </w:tcPr>
          <w:p w14:paraId="4225630A"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2F554B3A" w14:textId="77777777" w:rsidR="009E11EE" w:rsidRDefault="00000000">
            <w:pPr>
              <w:spacing w:after="0" w:line="240" w:lineRule="auto"/>
            </w:pPr>
            <w:r>
              <w:rPr>
                <w:sz w:val="16"/>
              </w:rPr>
              <w:t>PHÚ KHANG PHÁT</w:t>
            </w:r>
          </w:p>
        </w:tc>
      </w:tr>
    </w:tbl>
    <w:p w14:paraId="3C401C88" w14:textId="77777777" w:rsidR="009E11EE" w:rsidRDefault="009E11EE">
      <w:pPr>
        <w:spacing w:after="0"/>
      </w:pPr>
    </w:p>
    <w:p w14:paraId="029367D9" w14:textId="77777777" w:rsidR="009E11EE" w:rsidRDefault="00000000">
      <w:pPr>
        <w:pStyle w:val="Heading2"/>
      </w:pPr>
      <w:r>
        <w:rPr>
          <w:rFonts w:ascii="Arial" w:hAnsi="Arial"/>
        </w:rPr>
        <w:t>4.63. Trần Văn Hát , Hà Huy Thêm</w:t>
      </w:r>
    </w:p>
    <w:p w14:paraId="6C03AC86"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0EC3C43E" w14:textId="77777777">
        <w:trPr>
          <w:tblHeader/>
        </w:trPr>
        <w:tc>
          <w:tcPr>
            <w:tcW w:w="600" w:type="dxa"/>
            <w:shd w:val="clear" w:color="auto" w:fill="1F4E78"/>
            <w:tcMar>
              <w:top w:w="80" w:type="dxa"/>
              <w:left w:w="120" w:type="dxa"/>
              <w:bottom w:w="80" w:type="dxa"/>
              <w:right w:w="120" w:type="dxa"/>
            </w:tcMar>
            <w:vAlign w:val="center"/>
          </w:tcPr>
          <w:p w14:paraId="63FE6F77"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33071075"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310F2562"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2D19E204"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55007CE2" w14:textId="77777777" w:rsidR="009E11EE" w:rsidRDefault="00000000">
            <w:pPr>
              <w:spacing w:after="0"/>
              <w:jc w:val="center"/>
            </w:pPr>
            <w:r>
              <w:rPr>
                <w:b/>
                <w:color w:val="FFFFFF"/>
                <w:sz w:val="17"/>
              </w:rPr>
              <w:t>Nhà máy</w:t>
            </w:r>
          </w:p>
        </w:tc>
      </w:tr>
      <w:tr w:rsidR="009E11EE" w14:paraId="70ACFB65" w14:textId="77777777">
        <w:tc>
          <w:tcPr>
            <w:tcW w:w="600" w:type="dxa"/>
            <w:tcMar>
              <w:top w:w="80" w:type="dxa"/>
              <w:left w:w="120" w:type="dxa"/>
              <w:bottom w:w="80" w:type="dxa"/>
              <w:right w:w="120" w:type="dxa"/>
            </w:tcMar>
            <w:vAlign w:val="center"/>
          </w:tcPr>
          <w:p w14:paraId="074C45B6"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141AF9AA" w14:textId="77777777" w:rsidR="009E11EE" w:rsidRDefault="00000000">
            <w:pPr>
              <w:spacing w:after="0" w:line="240" w:lineRule="auto"/>
            </w:pPr>
            <w:r>
              <w:rPr>
                <w:sz w:val="16"/>
              </w:rPr>
              <w:t>PKP 56/22 (Tủ, ghế)</w:t>
            </w:r>
          </w:p>
        </w:tc>
        <w:tc>
          <w:tcPr>
            <w:tcW w:w="2000" w:type="dxa"/>
            <w:tcMar>
              <w:top w:w="80" w:type="dxa"/>
              <w:left w:w="120" w:type="dxa"/>
              <w:bottom w:w="80" w:type="dxa"/>
              <w:right w:w="120" w:type="dxa"/>
            </w:tcMar>
            <w:vAlign w:val="center"/>
          </w:tcPr>
          <w:p w14:paraId="69E8981E" w14:textId="77777777" w:rsidR="009E11EE" w:rsidRDefault="00000000">
            <w:pPr>
              <w:spacing w:after="0" w:line="240" w:lineRule="auto"/>
            </w:pPr>
            <w:r>
              <w:rPr>
                <w:sz w:val="16"/>
              </w:rPr>
              <w:t>HG</w:t>
            </w:r>
          </w:p>
        </w:tc>
        <w:tc>
          <w:tcPr>
            <w:tcW w:w="1200" w:type="dxa"/>
            <w:tcMar>
              <w:top w:w="80" w:type="dxa"/>
              <w:left w:w="120" w:type="dxa"/>
              <w:bottom w:w="80" w:type="dxa"/>
              <w:right w:w="120" w:type="dxa"/>
            </w:tcMar>
            <w:vAlign w:val="center"/>
          </w:tcPr>
          <w:p w14:paraId="1B209AEE"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4CE462BE" w14:textId="77777777" w:rsidR="009E11EE" w:rsidRDefault="00000000">
            <w:pPr>
              <w:spacing w:after="0" w:line="240" w:lineRule="auto"/>
            </w:pPr>
            <w:r>
              <w:rPr>
                <w:sz w:val="16"/>
              </w:rPr>
              <w:t>PHÚ KHANG PHÁT</w:t>
            </w:r>
          </w:p>
        </w:tc>
      </w:tr>
    </w:tbl>
    <w:p w14:paraId="373552DE" w14:textId="77777777" w:rsidR="009E11EE" w:rsidRDefault="009E11EE">
      <w:pPr>
        <w:spacing w:after="0"/>
      </w:pPr>
    </w:p>
    <w:p w14:paraId="13B8EE2F" w14:textId="77777777" w:rsidR="009E11EE" w:rsidRDefault="00000000">
      <w:pPr>
        <w:pStyle w:val="Heading2"/>
      </w:pPr>
      <w:r>
        <w:rPr>
          <w:rFonts w:ascii="Arial" w:hAnsi="Arial"/>
        </w:rPr>
        <w:t>4.64. Trần Văn Thưởng</w:t>
      </w:r>
    </w:p>
    <w:p w14:paraId="38964B41" w14:textId="77777777" w:rsidR="009E11EE" w:rsidRDefault="00000000">
      <w:r>
        <w:rPr>
          <w:b/>
          <w:sz w:val="18"/>
        </w:rPr>
        <w:t xml:space="preserve">Tổng: </w:t>
      </w:r>
      <w:r>
        <w:rPr>
          <w:sz w:val="18"/>
        </w:rPr>
        <w:t>1</w:t>
      </w:r>
      <w:r>
        <w:rPr>
          <w:b/>
          <w:sz w:val="18"/>
        </w:rPr>
        <w:t xml:space="preserve">  |  Mới: </w:t>
      </w:r>
      <w:r>
        <w:rPr>
          <w:sz w:val="18"/>
        </w:rPr>
        <w:t>1</w:t>
      </w:r>
      <w:r>
        <w:rPr>
          <w:b/>
          <w:sz w:val="18"/>
        </w:rPr>
        <w:t xml:space="preserve">  |  Bộ: </w:t>
      </w:r>
      <w:r>
        <w:rPr>
          <w:sz w:val="18"/>
        </w:rPr>
        <w:t>0</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140128D2" w14:textId="77777777">
        <w:trPr>
          <w:tblHeader/>
        </w:trPr>
        <w:tc>
          <w:tcPr>
            <w:tcW w:w="600" w:type="dxa"/>
            <w:shd w:val="clear" w:color="auto" w:fill="1F4E78"/>
            <w:tcMar>
              <w:top w:w="80" w:type="dxa"/>
              <w:left w:w="120" w:type="dxa"/>
              <w:bottom w:w="80" w:type="dxa"/>
              <w:right w:w="120" w:type="dxa"/>
            </w:tcMar>
            <w:vAlign w:val="center"/>
          </w:tcPr>
          <w:p w14:paraId="78D1CFB5"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241A3D74"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1DB457CB"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2A98D99E"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44E15831" w14:textId="77777777" w:rsidR="009E11EE" w:rsidRDefault="00000000">
            <w:pPr>
              <w:spacing w:after="0"/>
              <w:jc w:val="center"/>
            </w:pPr>
            <w:r>
              <w:rPr>
                <w:b/>
                <w:color w:val="FFFFFF"/>
                <w:sz w:val="17"/>
              </w:rPr>
              <w:t>Nhà máy</w:t>
            </w:r>
          </w:p>
        </w:tc>
      </w:tr>
      <w:tr w:rsidR="009E11EE" w14:paraId="085B8CF5" w14:textId="77777777">
        <w:tc>
          <w:tcPr>
            <w:tcW w:w="600" w:type="dxa"/>
            <w:tcMar>
              <w:top w:w="80" w:type="dxa"/>
              <w:left w:w="120" w:type="dxa"/>
              <w:bottom w:w="80" w:type="dxa"/>
              <w:right w:w="120" w:type="dxa"/>
            </w:tcMar>
            <w:vAlign w:val="center"/>
          </w:tcPr>
          <w:p w14:paraId="0B87ABAD"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6ED1C5D7" w14:textId="77777777" w:rsidR="009E11EE" w:rsidRDefault="00000000">
            <w:pPr>
              <w:spacing w:after="0" w:line="240" w:lineRule="auto"/>
            </w:pPr>
            <w:r>
              <w:rPr>
                <w:sz w:val="16"/>
              </w:rPr>
              <w:t>PKP smoke Grey</w:t>
            </w:r>
          </w:p>
        </w:tc>
        <w:tc>
          <w:tcPr>
            <w:tcW w:w="2000" w:type="dxa"/>
            <w:tcMar>
              <w:top w:w="80" w:type="dxa"/>
              <w:left w:w="120" w:type="dxa"/>
              <w:bottom w:w="80" w:type="dxa"/>
              <w:right w:w="120" w:type="dxa"/>
            </w:tcMar>
            <w:vAlign w:val="center"/>
          </w:tcPr>
          <w:p w14:paraId="009FB994" w14:textId="77777777" w:rsidR="009E11EE" w:rsidRDefault="00000000">
            <w:pPr>
              <w:spacing w:after="0" w:line="240" w:lineRule="auto"/>
            </w:pPr>
            <w:r>
              <w:rPr>
                <w:sz w:val="16"/>
              </w:rPr>
              <w:t>HG</w:t>
            </w:r>
          </w:p>
        </w:tc>
        <w:tc>
          <w:tcPr>
            <w:tcW w:w="1200" w:type="dxa"/>
            <w:tcMar>
              <w:top w:w="80" w:type="dxa"/>
              <w:left w:w="120" w:type="dxa"/>
              <w:bottom w:w="80" w:type="dxa"/>
              <w:right w:w="120" w:type="dxa"/>
            </w:tcMar>
            <w:vAlign w:val="center"/>
          </w:tcPr>
          <w:p w14:paraId="0A9F089C"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1219F1BD" w14:textId="77777777" w:rsidR="009E11EE" w:rsidRDefault="00000000">
            <w:pPr>
              <w:spacing w:after="0" w:line="240" w:lineRule="auto"/>
            </w:pPr>
            <w:r>
              <w:rPr>
                <w:sz w:val="16"/>
              </w:rPr>
              <w:t>PHÚ KHANG PHÁT</w:t>
            </w:r>
          </w:p>
        </w:tc>
      </w:tr>
    </w:tbl>
    <w:p w14:paraId="3B3B520F" w14:textId="77777777" w:rsidR="009E11EE" w:rsidRDefault="009E11EE">
      <w:pPr>
        <w:spacing w:after="0"/>
      </w:pPr>
    </w:p>
    <w:p w14:paraId="6DC7CA5F" w14:textId="77777777" w:rsidR="009E11EE" w:rsidRDefault="00000000">
      <w:pPr>
        <w:pStyle w:val="Heading2"/>
      </w:pPr>
      <w:r>
        <w:rPr>
          <w:rFonts w:ascii="Arial" w:hAnsi="Arial"/>
        </w:rPr>
        <w:t>4.65. Tạo , Thao</w:t>
      </w:r>
    </w:p>
    <w:p w14:paraId="24AB9A98"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0927EFA0" w14:textId="77777777">
        <w:trPr>
          <w:tblHeader/>
        </w:trPr>
        <w:tc>
          <w:tcPr>
            <w:tcW w:w="600" w:type="dxa"/>
            <w:shd w:val="clear" w:color="auto" w:fill="1F4E78"/>
            <w:tcMar>
              <w:top w:w="80" w:type="dxa"/>
              <w:left w:w="120" w:type="dxa"/>
              <w:bottom w:w="80" w:type="dxa"/>
              <w:right w:w="120" w:type="dxa"/>
            </w:tcMar>
            <w:vAlign w:val="center"/>
          </w:tcPr>
          <w:p w14:paraId="66568B43"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21298593"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50F61206"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0B1E3DCF"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2235E892" w14:textId="77777777" w:rsidR="009E11EE" w:rsidRDefault="00000000">
            <w:pPr>
              <w:spacing w:after="0"/>
              <w:jc w:val="center"/>
            </w:pPr>
            <w:r>
              <w:rPr>
                <w:b/>
                <w:color w:val="FFFFFF"/>
                <w:sz w:val="17"/>
              </w:rPr>
              <w:t>Nhà máy</w:t>
            </w:r>
          </w:p>
        </w:tc>
      </w:tr>
      <w:tr w:rsidR="009E11EE" w14:paraId="4E223899" w14:textId="77777777">
        <w:tc>
          <w:tcPr>
            <w:tcW w:w="600" w:type="dxa"/>
            <w:tcMar>
              <w:top w:w="80" w:type="dxa"/>
              <w:left w:w="120" w:type="dxa"/>
              <w:bottom w:w="80" w:type="dxa"/>
              <w:right w:w="120" w:type="dxa"/>
            </w:tcMar>
            <w:vAlign w:val="center"/>
          </w:tcPr>
          <w:p w14:paraId="5C2084A5"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668D9EA2" w14:textId="77777777" w:rsidR="009E11EE" w:rsidRDefault="00000000">
            <w:pPr>
              <w:spacing w:after="0" w:line="240" w:lineRule="auto"/>
            </w:pPr>
            <w:r>
              <w:rPr>
                <w:sz w:val="16"/>
              </w:rPr>
              <w:t>ATP 01 (Tủ ,giường..)</w:t>
            </w:r>
          </w:p>
        </w:tc>
        <w:tc>
          <w:tcPr>
            <w:tcW w:w="2000" w:type="dxa"/>
            <w:tcMar>
              <w:top w:w="80" w:type="dxa"/>
              <w:left w:w="120" w:type="dxa"/>
              <w:bottom w:w="80" w:type="dxa"/>
              <w:right w:w="120" w:type="dxa"/>
            </w:tcMar>
            <w:vAlign w:val="center"/>
          </w:tcPr>
          <w:p w14:paraId="620B8DE2" w14:textId="77777777" w:rsidR="009E11EE" w:rsidRDefault="00000000">
            <w:pPr>
              <w:spacing w:after="0" w:line="240" w:lineRule="auto"/>
            </w:pPr>
            <w:r>
              <w:rPr>
                <w:sz w:val="16"/>
              </w:rPr>
              <w:t>AE</w:t>
            </w:r>
          </w:p>
        </w:tc>
        <w:tc>
          <w:tcPr>
            <w:tcW w:w="1200" w:type="dxa"/>
            <w:tcMar>
              <w:top w:w="80" w:type="dxa"/>
              <w:left w:w="120" w:type="dxa"/>
              <w:bottom w:w="80" w:type="dxa"/>
              <w:right w:w="120" w:type="dxa"/>
            </w:tcMar>
            <w:vAlign w:val="center"/>
          </w:tcPr>
          <w:p w14:paraId="704EF98E"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20C8B05A" w14:textId="77777777" w:rsidR="009E11EE" w:rsidRDefault="00000000">
            <w:pPr>
              <w:spacing w:after="0" w:line="240" w:lineRule="auto"/>
            </w:pPr>
            <w:r>
              <w:rPr>
                <w:sz w:val="16"/>
              </w:rPr>
              <w:t>ANH EM</w:t>
            </w:r>
          </w:p>
        </w:tc>
      </w:tr>
    </w:tbl>
    <w:p w14:paraId="11E21F80" w14:textId="77777777" w:rsidR="009E11EE" w:rsidRDefault="009E11EE">
      <w:pPr>
        <w:spacing w:after="0"/>
      </w:pPr>
    </w:p>
    <w:p w14:paraId="2ADF23C7" w14:textId="77777777" w:rsidR="009E11EE" w:rsidRDefault="00000000">
      <w:pPr>
        <w:pStyle w:val="Heading2"/>
      </w:pPr>
      <w:r>
        <w:rPr>
          <w:rFonts w:ascii="Arial" w:hAnsi="Arial"/>
        </w:rPr>
        <w:lastRenderedPageBreak/>
        <w:t>4.66. Vay Lương Thuận</w:t>
      </w:r>
    </w:p>
    <w:p w14:paraId="4D6C5E90" w14:textId="77777777" w:rsidR="009E11EE" w:rsidRDefault="00000000">
      <w:r>
        <w:rPr>
          <w:b/>
          <w:sz w:val="18"/>
        </w:rPr>
        <w:t xml:space="preserve">Tổng: </w:t>
      </w:r>
      <w:r>
        <w:rPr>
          <w:sz w:val="18"/>
        </w:rPr>
        <w:t>1</w:t>
      </w:r>
      <w:r>
        <w:rPr>
          <w:b/>
          <w:sz w:val="18"/>
        </w:rPr>
        <w:t xml:space="preserve">  |  Mới: </w:t>
      </w:r>
      <w:r>
        <w:rPr>
          <w:sz w:val="18"/>
        </w:rPr>
        <w:t>1</w:t>
      </w:r>
      <w:r>
        <w:rPr>
          <w:b/>
          <w:sz w:val="18"/>
        </w:rPr>
        <w:t xml:space="preserve">  |  Bộ: </w:t>
      </w:r>
      <w:r>
        <w:rPr>
          <w:sz w:val="18"/>
        </w:rPr>
        <w:t>0</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7EF2F709" w14:textId="77777777">
        <w:trPr>
          <w:tblHeader/>
        </w:trPr>
        <w:tc>
          <w:tcPr>
            <w:tcW w:w="600" w:type="dxa"/>
            <w:shd w:val="clear" w:color="auto" w:fill="1F4E78"/>
            <w:tcMar>
              <w:top w:w="80" w:type="dxa"/>
              <w:left w:w="120" w:type="dxa"/>
              <w:bottom w:w="80" w:type="dxa"/>
              <w:right w:w="120" w:type="dxa"/>
            </w:tcMar>
            <w:vAlign w:val="center"/>
          </w:tcPr>
          <w:p w14:paraId="517488E9"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7EB5413C"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0A949EE6"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02A09A07"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6641A20F" w14:textId="77777777" w:rsidR="009E11EE" w:rsidRDefault="00000000">
            <w:pPr>
              <w:spacing w:after="0"/>
              <w:jc w:val="center"/>
            </w:pPr>
            <w:r>
              <w:rPr>
                <w:b/>
                <w:color w:val="FFFFFF"/>
                <w:sz w:val="17"/>
              </w:rPr>
              <w:t>Nhà máy</w:t>
            </w:r>
          </w:p>
        </w:tc>
      </w:tr>
      <w:tr w:rsidR="009E11EE" w14:paraId="37FB943A" w14:textId="77777777">
        <w:tc>
          <w:tcPr>
            <w:tcW w:w="600" w:type="dxa"/>
            <w:tcMar>
              <w:top w:w="80" w:type="dxa"/>
              <w:left w:w="120" w:type="dxa"/>
              <w:bottom w:w="80" w:type="dxa"/>
              <w:right w:w="120" w:type="dxa"/>
            </w:tcMar>
            <w:vAlign w:val="center"/>
          </w:tcPr>
          <w:p w14:paraId="49FC0017"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639C5AE1" w14:textId="77777777" w:rsidR="009E11EE" w:rsidRDefault="00000000">
            <w:pPr>
              <w:spacing w:after="0" w:line="240" w:lineRule="auto"/>
            </w:pPr>
            <w:r>
              <w:rPr>
                <w:sz w:val="16"/>
              </w:rPr>
              <w:t>VHP214 ( ViNa) | VHP 296</w:t>
            </w:r>
          </w:p>
        </w:tc>
        <w:tc>
          <w:tcPr>
            <w:tcW w:w="2000" w:type="dxa"/>
            <w:tcMar>
              <w:top w:w="80" w:type="dxa"/>
              <w:left w:w="120" w:type="dxa"/>
              <w:bottom w:w="80" w:type="dxa"/>
              <w:right w:w="120" w:type="dxa"/>
            </w:tcMar>
            <w:vAlign w:val="center"/>
          </w:tcPr>
          <w:p w14:paraId="0057527E" w14:textId="77777777" w:rsidR="009E11EE" w:rsidRDefault="00000000">
            <w:pPr>
              <w:spacing w:after="0" w:line="240" w:lineRule="auto"/>
            </w:pPr>
            <w:r>
              <w:rPr>
                <w:sz w:val="16"/>
              </w:rPr>
              <w:t>Hàn Quốc</w:t>
            </w:r>
          </w:p>
        </w:tc>
        <w:tc>
          <w:tcPr>
            <w:tcW w:w="1200" w:type="dxa"/>
            <w:tcMar>
              <w:top w:w="80" w:type="dxa"/>
              <w:left w:w="120" w:type="dxa"/>
              <w:bottom w:w="80" w:type="dxa"/>
              <w:right w:w="120" w:type="dxa"/>
            </w:tcMar>
            <w:vAlign w:val="center"/>
          </w:tcPr>
          <w:p w14:paraId="31045CB4" w14:textId="77777777" w:rsidR="009E11EE" w:rsidRDefault="00000000">
            <w:pPr>
              <w:spacing w:after="0" w:line="240" w:lineRule="auto"/>
              <w:jc w:val="center"/>
            </w:pPr>
            <w:r>
              <w:rPr>
                <w:sz w:val="16"/>
              </w:rPr>
              <w:t>Mới</w:t>
            </w:r>
          </w:p>
        </w:tc>
        <w:tc>
          <w:tcPr>
            <w:tcW w:w="2000" w:type="dxa"/>
            <w:tcMar>
              <w:top w:w="80" w:type="dxa"/>
              <w:left w:w="120" w:type="dxa"/>
              <w:bottom w:w="80" w:type="dxa"/>
              <w:right w:w="120" w:type="dxa"/>
            </w:tcMar>
            <w:vAlign w:val="center"/>
          </w:tcPr>
          <w:p w14:paraId="0F653053" w14:textId="77777777" w:rsidR="009E11EE" w:rsidRDefault="00000000">
            <w:pPr>
              <w:spacing w:after="0" w:line="240" w:lineRule="auto"/>
            </w:pPr>
            <w:r>
              <w:rPr>
                <w:sz w:val="16"/>
              </w:rPr>
              <w:t>VŨ HOÀNG PHÁT</w:t>
            </w:r>
          </w:p>
        </w:tc>
      </w:tr>
    </w:tbl>
    <w:p w14:paraId="49725820" w14:textId="77777777" w:rsidR="009E11EE" w:rsidRDefault="009E11EE">
      <w:pPr>
        <w:spacing w:after="0"/>
      </w:pPr>
    </w:p>
    <w:p w14:paraId="42ABA269" w14:textId="77777777" w:rsidR="009E11EE" w:rsidRDefault="00000000">
      <w:pPr>
        <w:pStyle w:val="Heading2"/>
      </w:pPr>
      <w:r>
        <w:rPr>
          <w:rFonts w:ascii="Arial" w:hAnsi="Arial"/>
        </w:rPr>
        <w:t>4.67. Văn Lịnh , Hữu Nghị</w:t>
      </w:r>
    </w:p>
    <w:p w14:paraId="4D82675E"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5A6CCFFB" w14:textId="77777777">
        <w:trPr>
          <w:tblHeader/>
        </w:trPr>
        <w:tc>
          <w:tcPr>
            <w:tcW w:w="600" w:type="dxa"/>
            <w:shd w:val="clear" w:color="auto" w:fill="1F4E78"/>
            <w:tcMar>
              <w:top w:w="80" w:type="dxa"/>
              <w:left w:w="120" w:type="dxa"/>
              <w:bottom w:w="80" w:type="dxa"/>
              <w:right w:w="120" w:type="dxa"/>
            </w:tcMar>
            <w:vAlign w:val="center"/>
          </w:tcPr>
          <w:p w14:paraId="1EC45718"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6D4DF44E"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62A24434"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061F6014"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7CB582EE" w14:textId="77777777" w:rsidR="009E11EE" w:rsidRDefault="00000000">
            <w:pPr>
              <w:spacing w:after="0"/>
              <w:jc w:val="center"/>
            </w:pPr>
            <w:r>
              <w:rPr>
                <w:b/>
                <w:color w:val="FFFFFF"/>
                <w:sz w:val="17"/>
              </w:rPr>
              <w:t>Nhà máy</w:t>
            </w:r>
          </w:p>
        </w:tc>
      </w:tr>
      <w:tr w:rsidR="009E11EE" w14:paraId="54989533" w14:textId="77777777">
        <w:tc>
          <w:tcPr>
            <w:tcW w:w="600" w:type="dxa"/>
            <w:tcMar>
              <w:top w:w="80" w:type="dxa"/>
              <w:left w:w="120" w:type="dxa"/>
              <w:bottom w:w="80" w:type="dxa"/>
              <w:right w:w="120" w:type="dxa"/>
            </w:tcMar>
            <w:vAlign w:val="center"/>
          </w:tcPr>
          <w:p w14:paraId="1B73C333"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43144E66" w14:textId="77777777" w:rsidR="009E11EE" w:rsidRDefault="00000000">
            <w:pPr>
              <w:spacing w:after="0" w:line="240" w:lineRule="auto"/>
            </w:pPr>
            <w:r>
              <w:rPr>
                <w:sz w:val="16"/>
              </w:rPr>
              <w:t>MD 2249 (Bàn ghế)</w:t>
            </w:r>
          </w:p>
        </w:tc>
        <w:tc>
          <w:tcPr>
            <w:tcW w:w="2000" w:type="dxa"/>
            <w:tcMar>
              <w:top w:w="80" w:type="dxa"/>
              <w:left w:w="120" w:type="dxa"/>
              <w:bottom w:w="80" w:type="dxa"/>
              <w:right w:w="120" w:type="dxa"/>
            </w:tcMar>
            <w:vAlign w:val="center"/>
          </w:tcPr>
          <w:p w14:paraId="7D1074D8" w14:textId="77777777" w:rsidR="009E11EE" w:rsidRDefault="00000000">
            <w:pPr>
              <w:spacing w:after="0" w:line="240" w:lineRule="auto"/>
            </w:pPr>
            <w:r>
              <w:rPr>
                <w:sz w:val="16"/>
              </w:rPr>
              <w:t>SENSHUKAI</w:t>
            </w:r>
          </w:p>
        </w:tc>
        <w:tc>
          <w:tcPr>
            <w:tcW w:w="1200" w:type="dxa"/>
            <w:tcMar>
              <w:top w:w="80" w:type="dxa"/>
              <w:left w:w="120" w:type="dxa"/>
              <w:bottom w:w="80" w:type="dxa"/>
              <w:right w:w="120" w:type="dxa"/>
            </w:tcMar>
            <w:vAlign w:val="center"/>
          </w:tcPr>
          <w:p w14:paraId="7B5F81D8"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1A053395" w14:textId="77777777" w:rsidR="009E11EE" w:rsidRDefault="00000000">
            <w:pPr>
              <w:spacing w:after="0" w:line="240" w:lineRule="auto"/>
            </w:pPr>
            <w:r>
              <w:rPr>
                <w:sz w:val="16"/>
              </w:rPr>
              <w:t>MINH DƯƠNG</w:t>
            </w:r>
          </w:p>
        </w:tc>
      </w:tr>
    </w:tbl>
    <w:p w14:paraId="7CA09699" w14:textId="77777777" w:rsidR="009E11EE" w:rsidRDefault="009E11EE">
      <w:pPr>
        <w:spacing w:after="0"/>
      </w:pPr>
    </w:p>
    <w:p w14:paraId="37BE59F4" w14:textId="77777777" w:rsidR="009E11EE" w:rsidRDefault="00000000">
      <w:pPr>
        <w:pStyle w:val="Heading2"/>
      </w:pPr>
      <w:r>
        <w:rPr>
          <w:rFonts w:ascii="Arial" w:hAnsi="Arial"/>
        </w:rPr>
        <w:t>4.68. Xuân Thơm</w:t>
      </w:r>
    </w:p>
    <w:p w14:paraId="1C8DAE8C"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364504C9" w14:textId="77777777">
        <w:trPr>
          <w:tblHeader/>
        </w:trPr>
        <w:tc>
          <w:tcPr>
            <w:tcW w:w="600" w:type="dxa"/>
            <w:shd w:val="clear" w:color="auto" w:fill="1F4E78"/>
            <w:tcMar>
              <w:top w:w="80" w:type="dxa"/>
              <w:left w:w="120" w:type="dxa"/>
              <w:bottom w:w="80" w:type="dxa"/>
              <w:right w:w="120" w:type="dxa"/>
            </w:tcMar>
            <w:vAlign w:val="center"/>
          </w:tcPr>
          <w:p w14:paraId="026E0096"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51193828"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4F8C432E"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52FA14BA"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5EF9F551" w14:textId="77777777" w:rsidR="009E11EE" w:rsidRDefault="00000000">
            <w:pPr>
              <w:spacing w:after="0"/>
              <w:jc w:val="center"/>
            </w:pPr>
            <w:r>
              <w:rPr>
                <w:b/>
                <w:color w:val="FFFFFF"/>
                <w:sz w:val="17"/>
              </w:rPr>
              <w:t>Nhà máy</w:t>
            </w:r>
          </w:p>
        </w:tc>
      </w:tr>
      <w:tr w:rsidR="009E11EE" w14:paraId="24886A53" w14:textId="77777777">
        <w:tc>
          <w:tcPr>
            <w:tcW w:w="600" w:type="dxa"/>
            <w:tcMar>
              <w:top w:w="80" w:type="dxa"/>
              <w:left w:w="120" w:type="dxa"/>
              <w:bottom w:w="80" w:type="dxa"/>
              <w:right w:w="120" w:type="dxa"/>
            </w:tcMar>
            <w:vAlign w:val="center"/>
          </w:tcPr>
          <w:p w14:paraId="10D55D20"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646260C0" w14:textId="77777777" w:rsidR="009E11EE" w:rsidRDefault="00000000">
            <w:pPr>
              <w:spacing w:after="0" w:line="240" w:lineRule="auto"/>
            </w:pPr>
            <w:r>
              <w:rPr>
                <w:sz w:val="16"/>
              </w:rPr>
              <w:t>HP 571 (Tủ nôi)</w:t>
            </w:r>
          </w:p>
        </w:tc>
        <w:tc>
          <w:tcPr>
            <w:tcW w:w="2000" w:type="dxa"/>
            <w:tcMar>
              <w:top w:w="80" w:type="dxa"/>
              <w:left w:w="120" w:type="dxa"/>
              <w:bottom w:w="80" w:type="dxa"/>
              <w:right w:w="120" w:type="dxa"/>
            </w:tcMar>
            <w:vAlign w:val="center"/>
          </w:tcPr>
          <w:p w14:paraId="2D269492" w14:textId="77777777" w:rsidR="009E11EE" w:rsidRDefault="00000000">
            <w:pPr>
              <w:spacing w:after="0" w:line="240" w:lineRule="auto"/>
            </w:pPr>
            <w:r>
              <w:rPr>
                <w:sz w:val="16"/>
              </w:rPr>
              <w:t>BRF</w:t>
            </w:r>
          </w:p>
        </w:tc>
        <w:tc>
          <w:tcPr>
            <w:tcW w:w="1200" w:type="dxa"/>
            <w:tcMar>
              <w:top w:w="80" w:type="dxa"/>
              <w:left w:w="120" w:type="dxa"/>
              <w:bottom w:w="80" w:type="dxa"/>
              <w:right w:w="120" w:type="dxa"/>
            </w:tcMar>
            <w:vAlign w:val="center"/>
          </w:tcPr>
          <w:p w14:paraId="3C1E7151"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76EE06D1" w14:textId="77777777" w:rsidR="009E11EE" w:rsidRDefault="00000000">
            <w:pPr>
              <w:spacing w:after="0" w:line="240" w:lineRule="auto"/>
            </w:pPr>
            <w:r>
              <w:rPr>
                <w:sz w:val="16"/>
              </w:rPr>
              <w:t>HẠNH PHÚC</w:t>
            </w:r>
          </w:p>
        </w:tc>
      </w:tr>
    </w:tbl>
    <w:p w14:paraId="2063C94C" w14:textId="77777777" w:rsidR="009E11EE" w:rsidRDefault="009E11EE">
      <w:pPr>
        <w:spacing w:after="0"/>
      </w:pPr>
    </w:p>
    <w:p w14:paraId="2F2E259A" w14:textId="77777777" w:rsidR="009E11EE" w:rsidRDefault="00000000">
      <w:pPr>
        <w:pStyle w:val="Heading2"/>
      </w:pPr>
      <w:r>
        <w:rPr>
          <w:rFonts w:ascii="Arial" w:hAnsi="Arial"/>
        </w:rPr>
        <w:t>4.69. Đoàn Thanh Nhân , Nông Đức Trường</w:t>
      </w:r>
    </w:p>
    <w:p w14:paraId="1865593E"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7F9B0AF3" w14:textId="77777777">
        <w:trPr>
          <w:tblHeader/>
        </w:trPr>
        <w:tc>
          <w:tcPr>
            <w:tcW w:w="600" w:type="dxa"/>
            <w:shd w:val="clear" w:color="auto" w:fill="1F4E78"/>
            <w:tcMar>
              <w:top w:w="80" w:type="dxa"/>
              <w:left w:w="120" w:type="dxa"/>
              <w:bottom w:w="80" w:type="dxa"/>
              <w:right w:w="120" w:type="dxa"/>
            </w:tcMar>
            <w:vAlign w:val="center"/>
          </w:tcPr>
          <w:p w14:paraId="031D6044"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1902C1C9"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19D0EE87"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7F5B657D"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7051724E" w14:textId="77777777" w:rsidR="009E11EE" w:rsidRDefault="00000000">
            <w:pPr>
              <w:spacing w:after="0"/>
              <w:jc w:val="center"/>
            </w:pPr>
            <w:r>
              <w:rPr>
                <w:b/>
                <w:color w:val="FFFFFF"/>
                <w:sz w:val="17"/>
              </w:rPr>
              <w:t>Nhà máy</w:t>
            </w:r>
          </w:p>
        </w:tc>
      </w:tr>
      <w:tr w:rsidR="009E11EE" w14:paraId="28F873F7" w14:textId="77777777">
        <w:tc>
          <w:tcPr>
            <w:tcW w:w="600" w:type="dxa"/>
            <w:tcMar>
              <w:top w:w="80" w:type="dxa"/>
              <w:left w:w="120" w:type="dxa"/>
              <w:bottom w:w="80" w:type="dxa"/>
              <w:right w:w="120" w:type="dxa"/>
            </w:tcMar>
            <w:vAlign w:val="center"/>
          </w:tcPr>
          <w:p w14:paraId="7A000CC7"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6EF71BE9" w14:textId="77777777" w:rsidR="009E11EE" w:rsidRDefault="00000000">
            <w:pPr>
              <w:spacing w:after="0" w:line="240" w:lineRule="auto"/>
            </w:pPr>
            <w:r>
              <w:rPr>
                <w:sz w:val="16"/>
              </w:rPr>
              <w:t>Mekong 95 H (Bàn)</w:t>
            </w:r>
          </w:p>
        </w:tc>
        <w:tc>
          <w:tcPr>
            <w:tcW w:w="2000" w:type="dxa"/>
            <w:tcMar>
              <w:top w:w="80" w:type="dxa"/>
              <w:left w:w="120" w:type="dxa"/>
              <w:bottom w:w="80" w:type="dxa"/>
              <w:right w:w="120" w:type="dxa"/>
            </w:tcMar>
            <w:vAlign w:val="center"/>
          </w:tcPr>
          <w:p w14:paraId="18F6AFF6" w14:textId="77777777" w:rsidR="009E11EE" w:rsidRDefault="00000000">
            <w:pPr>
              <w:spacing w:after="0" w:line="240" w:lineRule="auto"/>
            </w:pPr>
            <w:r>
              <w:rPr>
                <w:sz w:val="16"/>
              </w:rPr>
              <w:t>Mekong</w:t>
            </w:r>
          </w:p>
        </w:tc>
        <w:tc>
          <w:tcPr>
            <w:tcW w:w="1200" w:type="dxa"/>
            <w:tcMar>
              <w:top w:w="80" w:type="dxa"/>
              <w:left w:w="120" w:type="dxa"/>
              <w:bottom w:w="80" w:type="dxa"/>
              <w:right w:w="120" w:type="dxa"/>
            </w:tcMar>
            <w:vAlign w:val="center"/>
          </w:tcPr>
          <w:p w14:paraId="4AC91CA6"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205CF38F" w14:textId="77777777" w:rsidR="009E11EE" w:rsidRDefault="00000000">
            <w:pPr>
              <w:spacing w:after="0" w:line="240" w:lineRule="auto"/>
            </w:pPr>
            <w:r>
              <w:rPr>
                <w:sz w:val="16"/>
              </w:rPr>
              <w:t>MEKONG</w:t>
            </w:r>
          </w:p>
        </w:tc>
      </w:tr>
    </w:tbl>
    <w:p w14:paraId="5E859B5A" w14:textId="77777777" w:rsidR="009E11EE" w:rsidRDefault="009E11EE">
      <w:pPr>
        <w:spacing w:after="0"/>
      </w:pPr>
    </w:p>
    <w:p w14:paraId="46A5B69E" w14:textId="77777777" w:rsidR="009E11EE" w:rsidRDefault="00000000">
      <w:pPr>
        <w:pStyle w:val="Heading2"/>
      </w:pPr>
      <w:r>
        <w:rPr>
          <w:rFonts w:ascii="Arial" w:hAnsi="Arial"/>
        </w:rPr>
        <w:t>4.70. ĐÌNH VINH</w:t>
      </w:r>
    </w:p>
    <w:p w14:paraId="5E5BACF4"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41587501" w14:textId="77777777">
        <w:trPr>
          <w:tblHeader/>
        </w:trPr>
        <w:tc>
          <w:tcPr>
            <w:tcW w:w="600" w:type="dxa"/>
            <w:shd w:val="clear" w:color="auto" w:fill="1F4E78"/>
            <w:tcMar>
              <w:top w:w="80" w:type="dxa"/>
              <w:left w:w="120" w:type="dxa"/>
              <w:bottom w:w="80" w:type="dxa"/>
              <w:right w:w="120" w:type="dxa"/>
            </w:tcMar>
            <w:vAlign w:val="center"/>
          </w:tcPr>
          <w:p w14:paraId="7E06F982"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6C9EED81"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280A62AE"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31786795"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732A85B5" w14:textId="77777777" w:rsidR="009E11EE" w:rsidRDefault="00000000">
            <w:pPr>
              <w:spacing w:after="0"/>
              <w:jc w:val="center"/>
            </w:pPr>
            <w:r>
              <w:rPr>
                <w:b/>
                <w:color w:val="FFFFFF"/>
                <w:sz w:val="17"/>
              </w:rPr>
              <w:t>Nhà máy</w:t>
            </w:r>
          </w:p>
        </w:tc>
      </w:tr>
      <w:tr w:rsidR="009E11EE" w14:paraId="1352AB2A" w14:textId="77777777">
        <w:tc>
          <w:tcPr>
            <w:tcW w:w="600" w:type="dxa"/>
            <w:tcMar>
              <w:top w:w="80" w:type="dxa"/>
              <w:left w:w="120" w:type="dxa"/>
              <w:bottom w:w="80" w:type="dxa"/>
              <w:right w:w="120" w:type="dxa"/>
            </w:tcMar>
            <w:vAlign w:val="center"/>
          </w:tcPr>
          <w:p w14:paraId="798D71C4"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42525434" w14:textId="77777777" w:rsidR="009E11EE" w:rsidRDefault="00000000">
            <w:pPr>
              <w:spacing w:after="0" w:line="240" w:lineRule="auto"/>
            </w:pPr>
            <w:r>
              <w:rPr>
                <w:sz w:val="16"/>
              </w:rPr>
              <w:t>TD 167 (TỦ)</w:t>
            </w:r>
          </w:p>
        </w:tc>
        <w:tc>
          <w:tcPr>
            <w:tcW w:w="2000" w:type="dxa"/>
            <w:tcMar>
              <w:top w:w="80" w:type="dxa"/>
              <w:left w:w="120" w:type="dxa"/>
              <w:bottom w:w="80" w:type="dxa"/>
              <w:right w:w="120" w:type="dxa"/>
            </w:tcMar>
            <w:vAlign w:val="center"/>
          </w:tcPr>
          <w:p w14:paraId="6B752D39" w14:textId="77777777" w:rsidR="009E11EE" w:rsidRDefault="00000000">
            <w:pPr>
              <w:spacing w:after="0" w:line="240" w:lineRule="auto"/>
            </w:pPr>
            <w:r>
              <w:rPr>
                <w:sz w:val="16"/>
              </w:rPr>
              <w:t>modus</w:t>
            </w:r>
          </w:p>
        </w:tc>
        <w:tc>
          <w:tcPr>
            <w:tcW w:w="1200" w:type="dxa"/>
            <w:tcMar>
              <w:top w:w="80" w:type="dxa"/>
              <w:left w:w="120" w:type="dxa"/>
              <w:bottom w:w="80" w:type="dxa"/>
              <w:right w:w="120" w:type="dxa"/>
            </w:tcMar>
            <w:vAlign w:val="center"/>
          </w:tcPr>
          <w:p w14:paraId="0954D7D9"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16E9684A" w14:textId="77777777" w:rsidR="009E11EE" w:rsidRDefault="00000000">
            <w:pPr>
              <w:spacing w:after="0" w:line="240" w:lineRule="auto"/>
            </w:pPr>
            <w:r>
              <w:rPr>
                <w:sz w:val="16"/>
              </w:rPr>
              <w:t>TIẾN TRIỂN</w:t>
            </w:r>
          </w:p>
        </w:tc>
      </w:tr>
    </w:tbl>
    <w:p w14:paraId="657D1A49" w14:textId="77777777" w:rsidR="009E11EE" w:rsidRDefault="009E11EE">
      <w:pPr>
        <w:spacing w:after="0"/>
      </w:pPr>
    </w:p>
    <w:p w14:paraId="0B664CEC" w14:textId="77777777" w:rsidR="009E11EE" w:rsidRDefault="00000000">
      <w:pPr>
        <w:pStyle w:val="Heading2"/>
      </w:pPr>
      <w:r>
        <w:rPr>
          <w:rFonts w:ascii="Arial" w:hAnsi="Arial"/>
        </w:rPr>
        <w:t>4.71. Đăng Hiệp</w:t>
      </w:r>
    </w:p>
    <w:p w14:paraId="6EA1AA83"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19BD7BB3" w14:textId="77777777">
        <w:trPr>
          <w:tblHeader/>
        </w:trPr>
        <w:tc>
          <w:tcPr>
            <w:tcW w:w="600" w:type="dxa"/>
            <w:shd w:val="clear" w:color="auto" w:fill="1F4E78"/>
            <w:tcMar>
              <w:top w:w="80" w:type="dxa"/>
              <w:left w:w="120" w:type="dxa"/>
              <w:bottom w:w="80" w:type="dxa"/>
              <w:right w:w="120" w:type="dxa"/>
            </w:tcMar>
            <w:vAlign w:val="center"/>
          </w:tcPr>
          <w:p w14:paraId="4B1746F2"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5709865B"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23744619"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3EB1FC48"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4D282FC5" w14:textId="77777777" w:rsidR="009E11EE" w:rsidRDefault="00000000">
            <w:pPr>
              <w:spacing w:after="0"/>
              <w:jc w:val="center"/>
            </w:pPr>
            <w:r>
              <w:rPr>
                <w:b/>
                <w:color w:val="FFFFFF"/>
                <w:sz w:val="17"/>
              </w:rPr>
              <w:t>Nhà máy</w:t>
            </w:r>
          </w:p>
        </w:tc>
      </w:tr>
      <w:tr w:rsidR="009E11EE" w14:paraId="0A5CC78F" w14:textId="77777777">
        <w:tc>
          <w:tcPr>
            <w:tcW w:w="600" w:type="dxa"/>
            <w:tcMar>
              <w:top w:w="80" w:type="dxa"/>
              <w:left w:w="120" w:type="dxa"/>
              <w:bottom w:w="80" w:type="dxa"/>
              <w:right w:w="120" w:type="dxa"/>
            </w:tcMar>
            <w:vAlign w:val="center"/>
          </w:tcPr>
          <w:p w14:paraId="153F416B"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36BD72F9" w14:textId="77777777" w:rsidR="009E11EE" w:rsidRDefault="00000000">
            <w:pPr>
              <w:spacing w:after="0" w:line="240" w:lineRule="auto"/>
            </w:pPr>
            <w:r>
              <w:rPr>
                <w:sz w:val="16"/>
              </w:rPr>
              <w:t>AX 163 (TỦ)</w:t>
            </w:r>
          </w:p>
        </w:tc>
        <w:tc>
          <w:tcPr>
            <w:tcW w:w="2000" w:type="dxa"/>
            <w:tcMar>
              <w:top w:w="80" w:type="dxa"/>
              <w:left w:w="120" w:type="dxa"/>
              <w:bottom w:w="80" w:type="dxa"/>
              <w:right w:w="120" w:type="dxa"/>
            </w:tcMar>
            <w:vAlign w:val="center"/>
          </w:tcPr>
          <w:p w14:paraId="1CF090C7" w14:textId="77777777" w:rsidR="009E11EE" w:rsidRDefault="00000000">
            <w:pPr>
              <w:spacing w:after="0" w:line="240" w:lineRule="auto"/>
            </w:pPr>
            <w:r>
              <w:rPr>
                <w:sz w:val="16"/>
              </w:rPr>
              <w:t>Simli</w:t>
            </w:r>
          </w:p>
        </w:tc>
        <w:tc>
          <w:tcPr>
            <w:tcW w:w="1200" w:type="dxa"/>
            <w:tcMar>
              <w:top w:w="80" w:type="dxa"/>
              <w:left w:w="120" w:type="dxa"/>
              <w:bottom w:w="80" w:type="dxa"/>
              <w:right w:w="120" w:type="dxa"/>
            </w:tcMar>
            <w:vAlign w:val="center"/>
          </w:tcPr>
          <w:p w14:paraId="53EEDF5C"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0DFBA7B0" w14:textId="77777777" w:rsidR="009E11EE" w:rsidRDefault="00000000">
            <w:pPr>
              <w:spacing w:after="0" w:line="240" w:lineRule="auto"/>
            </w:pPr>
            <w:r>
              <w:rPr>
                <w:sz w:val="16"/>
              </w:rPr>
              <w:t>ANH KHOA</w:t>
            </w:r>
          </w:p>
        </w:tc>
      </w:tr>
    </w:tbl>
    <w:p w14:paraId="24606A67" w14:textId="77777777" w:rsidR="009E11EE" w:rsidRDefault="009E11EE">
      <w:pPr>
        <w:spacing w:after="0"/>
      </w:pPr>
    </w:p>
    <w:p w14:paraId="21DEC6C3" w14:textId="77777777" w:rsidR="009E11EE" w:rsidRDefault="00000000">
      <w:pPr>
        <w:pStyle w:val="Heading2"/>
      </w:pPr>
      <w:r>
        <w:rPr>
          <w:rFonts w:ascii="Arial" w:hAnsi="Arial"/>
        </w:rPr>
        <w:t>4.72. Đại Phước</w:t>
      </w:r>
    </w:p>
    <w:p w14:paraId="7A7BFC68"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6BF9D112" w14:textId="77777777">
        <w:trPr>
          <w:tblHeader/>
        </w:trPr>
        <w:tc>
          <w:tcPr>
            <w:tcW w:w="600" w:type="dxa"/>
            <w:shd w:val="clear" w:color="auto" w:fill="1F4E78"/>
            <w:tcMar>
              <w:top w:w="80" w:type="dxa"/>
              <w:left w:w="120" w:type="dxa"/>
              <w:bottom w:w="80" w:type="dxa"/>
              <w:right w:w="120" w:type="dxa"/>
            </w:tcMar>
            <w:vAlign w:val="center"/>
          </w:tcPr>
          <w:p w14:paraId="018F0C42"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67D5F7CC"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16903351"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350D6013"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5D2B94D7" w14:textId="77777777" w:rsidR="009E11EE" w:rsidRDefault="00000000">
            <w:pPr>
              <w:spacing w:after="0"/>
              <w:jc w:val="center"/>
            </w:pPr>
            <w:r>
              <w:rPr>
                <w:b/>
                <w:color w:val="FFFFFF"/>
                <w:sz w:val="17"/>
              </w:rPr>
              <w:t>Nhà máy</w:t>
            </w:r>
          </w:p>
        </w:tc>
      </w:tr>
      <w:tr w:rsidR="009E11EE" w14:paraId="7A267A26" w14:textId="77777777">
        <w:tc>
          <w:tcPr>
            <w:tcW w:w="600" w:type="dxa"/>
            <w:tcMar>
              <w:top w:w="80" w:type="dxa"/>
              <w:left w:w="120" w:type="dxa"/>
              <w:bottom w:w="80" w:type="dxa"/>
              <w:right w:w="120" w:type="dxa"/>
            </w:tcMar>
            <w:vAlign w:val="center"/>
          </w:tcPr>
          <w:p w14:paraId="69D69EFD"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699E4F10" w14:textId="77777777" w:rsidR="009E11EE" w:rsidRDefault="00000000">
            <w:pPr>
              <w:spacing w:after="0" w:line="240" w:lineRule="auto"/>
            </w:pPr>
            <w:r>
              <w:rPr>
                <w:sz w:val="16"/>
              </w:rPr>
              <w:t>T 5829 (BÀN)</w:t>
            </w:r>
          </w:p>
        </w:tc>
        <w:tc>
          <w:tcPr>
            <w:tcW w:w="2000" w:type="dxa"/>
            <w:tcMar>
              <w:top w:w="80" w:type="dxa"/>
              <w:left w:w="120" w:type="dxa"/>
              <w:bottom w:w="80" w:type="dxa"/>
              <w:right w:w="120" w:type="dxa"/>
            </w:tcMar>
            <w:vAlign w:val="center"/>
          </w:tcPr>
          <w:p w14:paraId="794BFC04" w14:textId="77777777" w:rsidR="009E11EE" w:rsidRDefault="00000000">
            <w:pPr>
              <w:spacing w:after="0" w:line="240" w:lineRule="auto"/>
            </w:pPr>
            <w:r>
              <w:rPr>
                <w:sz w:val="16"/>
              </w:rPr>
              <w:t>Ashley</w:t>
            </w:r>
          </w:p>
        </w:tc>
        <w:tc>
          <w:tcPr>
            <w:tcW w:w="1200" w:type="dxa"/>
            <w:tcMar>
              <w:top w:w="80" w:type="dxa"/>
              <w:left w:w="120" w:type="dxa"/>
              <w:bottom w:w="80" w:type="dxa"/>
              <w:right w:w="120" w:type="dxa"/>
            </w:tcMar>
            <w:vAlign w:val="center"/>
          </w:tcPr>
          <w:p w14:paraId="7310122C"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4A961167" w14:textId="77777777" w:rsidR="009E11EE" w:rsidRDefault="00000000">
            <w:pPr>
              <w:spacing w:after="0" w:line="240" w:lineRule="auto"/>
            </w:pPr>
            <w:r>
              <w:rPr>
                <w:sz w:val="16"/>
              </w:rPr>
              <w:t>ANH KHOA</w:t>
            </w:r>
          </w:p>
        </w:tc>
      </w:tr>
    </w:tbl>
    <w:p w14:paraId="31290CED" w14:textId="77777777" w:rsidR="009E11EE" w:rsidRDefault="009E11EE">
      <w:pPr>
        <w:spacing w:after="0"/>
      </w:pPr>
    </w:p>
    <w:p w14:paraId="0EE1A329" w14:textId="77777777" w:rsidR="009E11EE" w:rsidRDefault="00000000">
      <w:pPr>
        <w:pStyle w:val="Heading2"/>
      </w:pPr>
      <w:r>
        <w:rPr>
          <w:rFonts w:ascii="Arial" w:hAnsi="Arial"/>
        </w:rPr>
        <w:lastRenderedPageBreak/>
        <w:t>4.73. Đỗ Quang Thủy</w:t>
      </w:r>
    </w:p>
    <w:p w14:paraId="013D252E" w14:textId="77777777" w:rsidR="009E11EE" w:rsidRDefault="00000000">
      <w:r>
        <w:rPr>
          <w:b/>
          <w:sz w:val="18"/>
        </w:rPr>
        <w:t xml:space="preserve">Tổng: </w:t>
      </w:r>
      <w:r>
        <w:rPr>
          <w:sz w:val="18"/>
        </w:rPr>
        <w:t>1</w:t>
      </w:r>
      <w:r>
        <w:rPr>
          <w:b/>
          <w:sz w:val="18"/>
        </w:rPr>
        <w:t xml:space="preserve">  |  Mới: </w:t>
      </w:r>
      <w:r>
        <w:rPr>
          <w:sz w:val="18"/>
        </w:rPr>
        <w:t>0</w:t>
      </w:r>
      <w:r>
        <w:rPr>
          <w:b/>
          <w:sz w:val="18"/>
        </w:rPr>
        <w:t xml:space="preserve">  |  Bộ: </w:t>
      </w:r>
      <w:r>
        <w:rPr>
          <w:sz w:val="18"/>
        </w:rPr>
        <w:t>1</w:t>
      </w:r>
      <w:r>
        <w:rPr>
          <w:b/>
          <w:sz w:val="18"/>
        </w:rPr>
        <w:t xml:space="preserve">  |  Nhân: </w:t>
      </w:r>
      <w:r>
        <w:rPr>
          <w:sz w:val="18"/>
        </w:rPr>
        <w:t>0</w:t>
      </w:r>
      <w:r>
        <w:rPr>
          <w:b/>
          <w:sz w:val="18"/>
        </w:rPr>
        <w:t xml:space="preserve">  |  Khác: </w:t>
      </w:r>
      <w:r>
        <w:rPr>
          <w:sz w:val="18"/>
        </w:rPr>
        <w:t>0</w:t>
      </w:r>
    </w:p>
    <w:tbl>
      <w:tblPr>
        <w:tblStyle w:val="TableGrid"/>
        <w:tblW w:w="9360" w:type="dxa"/>
        <w:tblInd w:w="120" w:type="dxa"/>
        <w:tblLayout w:type="fixed"/>
        <w:tblLook w:val="04A0" w:firstRow="1" w:lastRow="0" w:firstColumn="1" w:lastColumn="0" w:noHBand="0" w:noVBand="1"/>
      </w:tblPr>
      <w:tblGrid>
        <w:gridCol w:w="600"/>
        <w:gridCol w:w="3560"/>
        <w:gridCol w:w="2000"/>
        <w:gridCol w:w="1200"/>
        <w:gridCol w:w="2000"/>
      </w:tblGrid>
      <w:tr w:rsidR="009E11EE" w14:paraId="3A7BAC88" w14:textId="77777777">
        <w:trPr>
          <w:tblHeader/>
        </w:trPr>
        <w:tc>
          <w:tcPr>
            <w:tcW w:w="600" w:type="dxa"/>
            <w:shd w:val="clear" w:color="auto" w:fill="1F4E78"/>
            <w:tcMar>
              <w:top w:w="80" w:type="dxa"/>
              <w:left w:w="120" w:type="dxa"/>
              <w:bottom w:w="80" w:type="dxa"/>
              <w:right w:w="120" w:type="dxa"/>
            </w:tcMar>
            <w:vAlign w:val="center"/>
          </w:tcPr>
          <w:p w14:paraId="21C7FB8D" w14:textId="77777777" w:rsidR="009E11EE" w:rsidRDefault="00000000">
            <w:pPr>
              <w:spacing w:after="0"/>
              <w:jc w:val="center"/>
            </w:pPr>
            <w:r>
              <w:rPr>
                <w:b/>
                <w:color w:val="FFFFFF"/>
                <w:sz w:val="17"/>
              </w:rPr>
              <w:t>STT</w:t>
            </w:r>
          </w:p>
        </w:tc>
        <w:tc>
          <w:tcPr>
            <w:tcW w:w="3560" w:type="dxa"/>
            <w:shd w:val="clear" w:color="auto" w:fill="1F4E78"/>
            <w:tcMar>
              <w:top w:w="80" w:type="dxa"/>
              <w:left w:w="120" w:type="dxa"/>
              <w:bottom w:w="80" w:type="dxa"/>
              <w:right w:w="120" w:type="dxa"/>
            </w:tcMar>
            <w:vAlign w:val="center"/>
          </w:tcPr>
          <w:p w14:paraId="100A1FA7" w14:textId="77777777" w:rsidR="009E11EE" w:rsidRDefault="00000000">
            <w:pPr>
              <w:spacing w:after="0"/>
              <w:jc w:val="center"/>
            </w:pPr>
            <w:r>
              <w:rPr>
                <w:b/>
                <w:color w:val="FFFFFF"/>
                <w:sz w:val="17"/>
              </w:rPr>
              <w:t>Tên/mã mẫu</w:t>
            </w:r>
          </w:p>
        </w:tc>
        <w:tc>
          <w:tcPr>
            <w:tcW w:w="2000" w:type="dxa"/>
            <w:shd w:val="clear" w:color="auto" w:fill="1F4E78"/>
            <w:tcMar>
              <w:top w:w="80" w:type="dxa"/>
              <w:left w:w="120" w:type="dxa"/>
              <w:bottom w:w="80" w:type="dxa"/>
              <w:right w:w="120" w:type="dxa"/>
            </w:tcMar>
            <w:vAlign w:val="center"/>
          </w:tcPr>
          <w:p w14:paraId="6F6CF6F6" w14:textId="77777777" w:rsidR="009E11EE" w:rsidRDefault="00000000">
            <w:pPr>
              <w:spacing w:after="0"/>
              <w:jc w:val="center"/>
            </w:pPr>
            <w:r>
              <w:rPr>
                <w:b/>
                <w:color w:val="FFFFFF"/>
                <w:sz w:val="17"/>
              </w:rPr>
              <w:t>Khách hàng</w:t>
            </w:r>
          </w:p>
        </w:tc>
        <w:tc>
          <w:tcPr>
            <w:tcW w:w="1200" w:type="dxa"/>
            <w:shd w:val="clear" w:color="auto" w:fill="1F4E78"/>
            <w:tcMar>
              <w:top w:w="80" w:type="dxa"/>
              <w:left w:w="120" w:type="dxa"/>
              <w:bottom w:w="80" w:type="dxa"/>
              <w:right w:w="120" w:type="dxa"/>
            </w:tcMar>
            <w:vAlign w:val="center"/>
          </w:tcPr>
          <w:p w14:paraId="424B20C8" w14:textId="77777777" w:rsidR="009E11EE" w:rsidRDefault="00000000">
            <w:pPr>
              <w:spacing w:after="0"/>
              <w:jc w:val="center"/>
            </w:pPr>
            <w:r>
              <w:rPr>
                <w:b/>
                <w:color w:val="FFFFFF"/>
                <w:sz w:val="17"/>
              </w:rPr>
              <w:t>Loại mẫu</w:t>
            </w:r>
          </w:p>
        </w:tc>
        <w:tc>
          <w:tcPr>
            <w:tcW w:w="2000" w:type="dxa"/>
            <w:shd w:val="clear" w:color="auto" w:fill="1F4E78"/>
            <w:tcMar>
              <w:top w:w="80" w:type="dxa"/>
              <w:left w:w="120" w:type="dxa"/>
              <w:bottom w:w="80" w:type="dxa"/>
              <w:right w:w="120" w:type="dxa"/>
            </w:tcMar>
            <w:vAlign w:val="center"/>
          </w:tcPr>
          <w:p w14:paraId="57357FFB" w14:textId="77777777" w:rsidR="009E11EE" w:rsidRDefault="00000000">
            <w:pPr>
              <w:spacing w:after="0"/>
              <w:jc w:val="center"/>
            </w:pPr>
            <w:r>
              <w:rPr>
                <w:b/>
                <w:color w:val="FFFFFF"/>
                <w:sz w:val="17"/>
              </w:rPr>
              <w:t>Nhà máy</w:t>
            </w:r>
          </w:p>
        </w:tc>
      </w:tr>
      <w:tr w:rsidR="009E11EE" w14:paraId="4B76A2BE" w14:textId="77777777">
        <w:tc>
          <w:tcPr>
            <w:tcW w:w="600" w:type="dxa"/>
            <w:tcMar>
              <w:top w:w="80" w:type="dxa"/>
              <w:left w:w="120" w:type="dxa"/>
              <w:bottom w:w="80" w:type="dxa"/>
              <w:right w:w="120" w:type="dxa"/>
            </w:tcMar>
            <w:vAlign w:val="center"/>
          </w:tcPr>
          <w:p w14:paraId="3596A9E9" w14:textId="77777777" w:rsidR="009E11EE" w:rsidRDefault="00000000">
            <w:pPr>
              <w:spacing w:after="0" w:line="240" w:lineRule="auto"/>
              <w:jc w:val="center"/>
            </w:pPr>
            <w:r>
              <w:rPr>
                <w:sz w:val="16"/>
              </w:rPr>
              <w:t>1</w:t>
            </w:r>
          </w:p>
        </w:tc>
        <w:tc>
          <w:tcPr>
            <w:tcW w:w="3560" w:type="dxa"/>
            <w:tcMar>
              <w:top w:w="80" w:type="dxa"/>
              <w:left w:w="120" w:type="dxa"/>
              <w:bottom w:w="80" w:type="dxa"/>
              <w:right w:w="120" w:type="dxa"/>
            </w:tcMar>
            <w:vAlign w:val="center"/>
          </w:tcPr>
          <w:p w14:paraId="70011493" w14:textId="77777777" w:rsidR="009E11EE" w:rsidRDefault="00000000">
            <w:pPr>
              <w:spacing w:after="0" w:line="240" w:lineRule="auto"/>
            </w:pPr>
            <w:r>
              <w:rPr>
                <w:sz w:val="16"/>
              </w:rPr>
              <w:t>AQ 1190 | PT 560 (Tủ và ghế)</w:t>
            </w:r>
          </w:p>
        </w:tc>
        <w:tc>
          <w:tcPr>
            <w:tcW w:w="2000" w:type="dxa"/>
            <w:tcMar>
              <w:top w:w="80" w:type="dxa"/>
              <w:left w:w="120" w:type="dxa"/>
              <w:bottom w:w="80" w:type="dxa"/>
              <w:right w:w="120" w:type="dxa"/>
            </w:tcMar>
            <w:vAlign w:val="center"/>
          </w:tcPr>
          <w:p w14:paraId="747F4FCC" w14:textId="77777777" w:rsidR="009E11EE" w:rsidRDefault="00000000">
            <w:pPr>
              <w:spacing w:after="0" w:line="240" w:lineRule="auto"/>
            </w:pPr>
            <w:r>
              <w:rPr>
                <w:sz w:val="16"/>
              </w:rPr>
              <w:t>Gallery</w:t>
            </w:r>
          </w:p>
        </w:tc>
        <w:tc>
          <w:tcPr>
            <w:tcW w:w="1200" w:type="dxa"/>
            <w:tcMar>
              <w:top w:w="80" w:type="dxa"/>
              <w:left w:w="120" w:type="dxa"/>
              <w:bottom w:w="80" w:type="dxa"/>
              <w:right w:w="120" w:type="dxa"/>
            </w:tcMar>
            <w:vAlign w:val="center"/>
          </w:tcPr>
          <w:p w14:paraId="532543D0" w14:textId="77777777" w:rsidR="009E11EE" w:rsidRDefault="00000000">
            <w:pPr>
              <w:spacing w:after="0" w:line="240" w:lineRule="auto"/>
              <w:jc w:val="center"/>
            </w:pPr>
            <w:r>
              <w:rPr>
                <w:sz w:val="16"/>
              </w:rPr>
              <w:t>Bộ</w:t>
            </w:r>
          </w:p>
        </w:tc>
        <w:tc>
          <w:tcPr>
            <w:tcW w:w="2000" w:type="dxa"/>
            <w:tcMar>
              <w:top w:w="80" w:type="dxa"/>
              <w:left w:w="120" w:type="dxa"/>
              <w:bottom w:w="80" w:type="dxa"/>
              <w:right w:w="120" w:type="dxa"/>
            </w:tcMar>
            <w:vAlign w:val="center"/>
          </w:tcPr>
          <w:p w14:paraId="57A76265" w14:textId="77777777" w:rsidR="009E11EE" w:rsidRDefault="00000000">
            <w:pPr>
              <w:spacing w:after="0" w:line="240" w:lineRule="auto"/>
            </w:pPr>
            <w:r>
              <w:rPr>
                <w:sz w:val="16"/>
              </w:rPr>
              <w:t>HỐ NAI</w:t>
            </w:r>
          </w:p>
        </w:tc>
      </w:tr>
    </w:tbl>
    <w:p w14:paraId="214E3C00" w14:textId="77777777" w:rsidR="009E11EE" w:rsidRDefault="009E11EE">
      <w:pPr>
        <w:spacing w:after="0"/>
      </w:pPr>
    </w:p>
    <w:p w14:paraId="516091D5" w14:textId="77777777" w:rsidR="009E11EE" w:rsidRDefault="00000000">
      <w:r>
        <w:br w:type="page"/>
      </w:r>
    </w:p>
    <w:p w14:paraId="00C77D50" w14:textId="77777777" w:rsidR="009E11EE" w:rsidRDefault="00000000">
      <w:pPr>
        <w:pStyle w:val="Heading1"/>
      </w:pPr>
      <w:r>
        <w:lastRenderedPageBreak/>
        <w:t>5. Kết luận và kiến nghị</w:t>
      </w:r>
    </w:p>
    <w:p w14:paraId="001F0CE1" w14:textId="77777777" w:rsidR="009E11EE" w:rsidRDefault="00000000">
      <w:pPr>
        <w:pStyle w:val="ListBullet"/>
      </w:pPr>
      <w:r>
        <w:t>Khối lượng tuần tập trung nhiều nhất ở mẫu bộ (72 mẫu, 43.4%), tiếp đến là mẫu mới (49 mẫu, 29.5%).</w:t>
      </w:r>
    </w:p>
    <w:p w14:paraId="423DCAA9" w14:textId="77777777" w:rsidR="009E11EE" w:rsidRDefault="00000000">
      <w:pPr>
        <w:pStyle w:val="ListBullet"/>
      </w:pPr>
      <w:r>
        <w:t>Lê Văn Như dẫn đầu về tổng số mẫu (8); Lâm Văn Nông dẫn đầu mẫu mới (5); Lê Xuân Tương dẫn đầu mẫu bộ (5).</w:t>
      </w:r>
    </w:p>
    <w:p w14:paraId="5794A034" w14:textId="77777777" w:rsidR="009E11EE" w:rsidRDefault="00000000">
      <w:pPr>
        <w:pStyle w:val="ListBullet"/>
      </w:pPr>
      <w:r>
        <w:t>Đề nghị rà soát và bổ sung kỹ thuật viên cho 9 dòng chưa ghi nhận, đồng thời chuẩn hóa cách nhập tên nhân sự (họ tên đầy đủ, thống nhất dấu và cách viết) để bảng xếp hạng kỳ sau phản ánh chính xác hơn.</w:t>
      </w:r>
    </w:p>
    <w:p w14:paraId="7BD2C10E" w14:textId="77777777" w:rsidR="009E11EE" w:rsidRDefault="00000000">
      <w:pPr>
        <w:pStyle w:val="ListBullet"/>
      </w:pPr>
      <w:r>
        <w:t>Với các mẫu do nhiều người phối hợp, nên bổ sung cột 'Kỹ thuật chính' và 'Kỹ thuật phối hợp' để có thể đánh giá đóng góp cá nhân mà không làm tăng sai tổng số mẫu.</w:t>
      </w:r>
    </w:p>
    <w:p w14:paraId="5F4531F1" w14:textId="77777777" w:rsidR="009E11EE" w:rsidRDefault="00000000">
      <w:pPr>
        <w:pStyle w:val="Heading1"/>
      </w:pPr>
      <w:r>
        <w:t>6. Ghi chú dữ liệu</w:t>
      </w:r>
    </w:p>
    <w:p w14:paraId="7C99CE21" w14:textId="77777777" w:rsidR="009E11EE" w:rsidRDefault="00000000">
      <w:r>
        <w:rPr>
          <w:b/>
          <w:sz w:val="18"/>
        </w:rPr>
        <w:t xml:space="preserve">Tên/mã mẫu </w:t>
      </w:r>
      <w:r>
        <w:rPr>
          <w:sz w:val="18"/>
        </w:rPr>
        <w:t>được tổng hợp theo thứ tự ưu tiên từ cột Mã NM và Mã PT/KH; nếu cả hai trống thì dùng tên sản phẩm. Báo cáo phản ánh nguyên trạng 166 dòng của bảng tính và không tự ý sửa tên người, tên khách hàng hoặc phân loại mẫu.</w:t>
      </w:r>
    </w:p>
    <w:sectPr w:rsidR="009E11EE" w:rsidSect="00034616">
      <w:headerReference w:type="default" r:id="rId8"/>
      <w:footerReference w:type="default" r:id="rId9"/>
      <w:pgSz w:w="12240" w:h="15840"/>
      <w:pgMar w:top="1080" w:right="1080" w:bottom="1008" w:left="1080"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0B7D2" w14:textId="77777777" w:rsidR="009E4E58" w:rsidRDefault="009E4E58">
      <w:pPr>
        <w:spacing w:after="0" w:line="240" w:lineRule="auto"/>
      </w:pPr>
      <w:r>
        <w:separator/>
      </w:r>
    </w:p>
  </w:endnote>
  <w:endnote w:type="continuationSeparator" w:id="0">
    <w:p w14:paraId="73246E7D" w14:textId="77777777" w:rsidR="009E4E58" w:rsidRDefault="009E4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7BFC4" w14:textId="77777777" w:rsidR="009E11EE" w:rsidRDefault="00000000">
    <w:pPr>
      <w:pStyle w:val="Footer"/>
      <w:jc w:val="center"/>
    </w:pPr>
    <w:proofErr w:type="spellStart"/>
    <w:r>
      <w:rPr>
        <w:color w:val="667085"/>
        <w:sz w:val="15"/>
      </w:rPr>
      <w:t>Nguồn</w:t>
    </w:r>
    <w:proofErr w:type="spellEnd"/>
    <w:r>
      <w:rPr>
        <w:color w:val="667085"/>
        <w:sz w:val="15"/>
      </w:rPr>
      <w:t>: Tuan_31_27.07-03.08_DA-LAM-SACH.xlsx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270E2" w14:textId="77777777" w:rsidR="009E4E58" w:rsidRDefault="009E4E58">
      <w:pPr>
        <w:spacing w:after="0" w:line="240" w:lineRule="auto"/>
      </w:pPr>
      <w:r>
        <w:separator/>
      </w:r>
    </w:p>
  </w:footnote>
  <w:footnote w:type="continuationSeparator" w:id="0">
    <w:p w14:paraId="5E4650DA" w14:textId="77777777" w:rsidR="009E4E58" w:rsidRDefault="009E4E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FCA6F" w14:textId="77777777" w:rsidR="009E11EE" w:rsidRDefault="00000000">
    <w:pPr>
      <w:pStyle w:val="Header"/>
      <w:jc w:val="right"/>
    </w:pPr>
    <w:r>
      <w:rPr>
        <w:b/>
        <w:color w:val="667085"/>
        <w:sz w:val="16"/>
      </w:rPr>
      <w:t>BÁO CÁO TUẦN 31 | KẾT QUẢ THỰC HIỆN MẪU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87232210">
    <w:abstractNumId w:val="8"/>
  </w:num>
  <w:num w:numId="2" w16cid:durableId="1621568207">
    <w:abstractNumId w:val="6"/>
  </w:num>
  <w:num w:numId="3" w16cid:durableId="1005935567">
    <w:abstractNumId w:val="5"/>
  </w:num>
  <w:num w:numId="4" w16cid:durableId="328294781">
    <w:abstractNumId w:val="4"/>
  </w:num>
  <w:num w:numId="5" w16cid:durableId="2046828924">
    <w:abstractNumId w:val="7"/>
  </w:num>
  <w:num w:numId="6" w16cid:durableId="265234417">
    <w:abstractNumId w:val="3"/>
  </w:num>
  <w:num w:numId="7" w16cid:durableId="249778879">
    <w:abstractNumId w:val="2"/>
  </w:num>
  <w:num w:numId="8" w16cid:durableId="1673751997">
    <w:abstractNumId w:val="1"/>
  </w:num>
  <w:num w:numId="9" w16cid:durableId="1963341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F69EE"/>
    <w:rsid w:val="00980D0D"/>
    <w:rsid w:val="009E11EE"/>
    <w:rsid w:val="009E4E5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160588"/>
  <w14:defaultImageDpi w14:val="300"/>
  <w15:docId w15:val="{5EB6425B-FD7E-43CD-A2F7-95622ED91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rial" w:hAnsi="Arial"/>
      <w:color w:val="1F2937"/>
      <w:sz w:val="20"/>
    </w:rPr>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b/>
      <w:bCs/>
      <w:color w:val="1F4E78"/>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F4E78"/>
      <w:sz w:val="24"/>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1F4E78"/>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2849</Words>
  <Characters>16240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19051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Đức Minh</cp:lastModifiedBy>
  <cp:revision>2</cp:revision>
  <dcterms:created xsi:type="dcterms:W3CDTF">2026-08-03T16:43:00Z</dcterms:created>
  <dcterms:modified xsi:type="dcterms:W3CDTF">2026-08-03T16:43:00Z</dcterms:modified>
  <cp:category/>
</cp:coreProperties>
</file>