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26E9" w14:textId="0369C1E2" w:rsidR="00B84309" w:rsidRDefault="00000000">
      <w:pPr>
        <w:spacing w:after="40"/>
      </w:pPr>
      <w:r>
        <w:rPr>
          <w:b/>
          <w:color w:val="1F3A5F"/>
          <w:sz w:val="32"/>
        </w:rPr>
        <w:t xml:space="preserve"> QUY TRÌNH LẬP VÀ CẬP NHẬT LƯU TRÌNH SƠN ASHLEY</w:t>
      </w:r>
    </w:p>
    <w:p w14:paraId="360B7002" w14:textId="0FF349FA" w:rsidR="00B84309" w:rsidRDefault="00B84309">
      <w:pPr>
        <w:spacing w:after="80"/>
      </w:pPr>
    </w:p>
    <w:p w14:paraId="6FD4DE0E" w14:textId="6BC42786" w:rsidR="00B84309" w:rsidRDefault="00E0539E">
      <w:pPr>
        <w:spacing w:after="80"/>
      </w:pPr>
      <w:r>
        <w:rPr>
          <w:b/>
        </w:rPr>
        <w:t>1.</w:t>
      </w:r>
      <w:r w:rsidR="00000000">
        <w:rPr>
          <w:b/>
        </w:rPr>
        <w:t xml:space="preserve"> LẬP MỚI LƯU TRÌNH SƠN </w:t>
      </w:r>
      <w:proofErr w:type="gramStart"/>
      <w:r w:rsidR="00000000">
        <w:rPr>
          <w:b/>
        </w:rPr>
        <w:t xml:space="preserve">ASHLEY </w:t>
      </w:r>
      <w:r w:rsidR="00BC329D">
        <w:rPr>
          <w:b/>
        </w:rPr>
        <w:t>.</w:t>
      </w:r>
      <w:proofErr w:type="gramEnd"/>
    </w:p>
    <w:p w14:paraId="5457BD6A" w14:textId="77777777" w:rsidR="00B84309" w:rsidRDefault="00000000">
      <w:pPr>
        <w:spacing w:after="40"/>
      </w:pPr>
      <w:r>
        <w:rPr>
          <w:b/>
        </w:rPr>
        <w:t>Bước 1 — Tiếp nhận yêu cầu</w:t>
      </w:r>
    </w:p>
    <w:p w14:paraId="450A6EF0" w14:textId="77777777" w:rsidR="00B84309" w:rsidRDefault="00000000">
      <w:pPr>
        <w:pStyle w:val="ListBullet"/>
        <w:spacing w:after="40"/>
      </w:pPr>
      <w:r>
        <w:t>Nhận yêu cầu từ: phòng Kinh doanh, khách hàng Ashley, hoặc khi có đơn hàng/mẫu mới.</w:t>
      </w:r>
    </w:p>
    <w:p w14:paraId="3C4EC873" w14:textId="77777777" w:rsidR="00B84309" w:rsidRDefault="00000000">
      <w:pPr>
        <w:pStyle w:val="ListBullet"/>
        <w:spacing w:after="40"/>
      </w:pPr>
      <w:r>
        <w:t>Thu thập: mã hàng (Item), loại gỗ (Wood &amp; Veneer Type), độ bóng (Gloss), màu chuẩn (color standard), ngày cần hoàn thành.</w:t>
      </w:r>
    </w:p>
    <w:p w14:paraId="356CC6C2" w14:textId="77777777" w:rsidR="00B84309" w:rsidRDefault="00000000">
      <w:pPr>
        <w:spacing w:after="40"/>
      </w:pPr>
      <w:r>
        <w:rPr>
          <w:b/>
        </w:rPr>
        <w:t>Bước 2 — Chuẩn bị tài liệu tham chiếu</w:t>
      </w:r>
    </w:p>
    <w:p w14:paraId="2911D84B" w14:textId="1527B5AB" w:rsidR="00B84309" w:rsidRDefault="00000000">
      <w:pPr>
        <w:pStyle w:val="ListBullet"/>
        <w:spacing w:after="40"/>
      </w:pPr>
      <w:r>
        <w:t xml:space="preserve">Mở 2 tài liệu chính </w:t>
      </w:r>
      <w:proofErr w:type="spellStart"/>
      <w:r>
        <w:t>thức</w:t>
      </w:r>
      <w:proofErr w:type="spellEnd"/>
      <w:r>
        <w:t xml:space="preserve">: </w:t>
      </w:r>
      <w:proofErr w:type="spellStart"/>
      <w:r w:rsidR="00BC329D">
        <w:t>Phụ</w:t>
      </w:r>
      <w:proofErr w:type="spellEnd"/>
      <w:r w:rsidR="00BC329D">
        <w:t xml:space="preserve"> </w:t>
      </w:r>
      <w:proofErr w:type="spellStart"/>
      <w:r w:rsidR="00BC329D">
        <w:t>Lục</w:t>
      </w:r>
      <w:proofErr w:type="spellEnd"/>
      <w:r w:rsidR="00BC329D">
        <w:t xml:space="preserve"> 1</w:t>
      </w:r>
      <w:r>
        <w:t xml:space="preserve"> (</w:t>
      </w:r>
      <w:proofErr w:type="spellStart"/>
      <w:r w:rsidR="00BC329D">
        <w:t>Tên</w:t>
      </w:r>
      <w:proofErr w:type="spellEnd"/>
      <w:r w:rsidR="00BC329D">
        <w:t xml:space="preserve"> </w:t>
      </w:r>
      <w:proofErr w:type="spellStart"/>
      <w:r w:rsidR="00BC329D">
        <w:t>và</w:t>
      </w:r>
      <w:proofErr w:type="spellEnd"/>
      <w:r w:rsidR="00BC329D">
        <w:t xml:space="preserve"> </w:t>
      </w:r>
      <w:proofErr w:type="spellStart"/>
      <w:r w:rsidR="00BC329D">
        <w:t>định</w:t>
      </w:r>
      <w:proofErr w:type="spellEnd"/>
      <w:r w:rsidR="00BC329D">
        <w:t xml:space="preserve"> </w:t>
      </w:r>
      <w:proofErr w:type="spellStart"/>
      <w:r w:rsidR="00BC329D">
        <w:t>nghĩa</w:t>
      </w:r>
      <w:proofErr w:type="spellEnd"/>
      <w:r w:rsidR="00BC329D">
        <w:t xml:space="preserve"> </w:t>
      </w:r>
      <w:proofErr w:type="spellStart"/>
      <w:r w:rsidR="00BC329D">
        <w:t>bước</w:t>
      </w:r>
      <w:proofErr w:type="spellEnd"/>
      <w:r w:rsidR="00BC329D">
        <w:t xml:space="preserve"> </w:t>
      </w:r>
      <w:proofErr w:type="spellStart"/>
      <w:r w:rsidR="00BC329D">
        <w:t>sơn</w:t>
      </w:r>
      <w:proofErr w:type="spellEnd"/>
      <w:r w:rsidR="00BC329D">
        <w:t xml:space="preserve"> </w:t>
      </w:r>
      <w:r>
        <w:t>) +</w:t>
      </w:r>
      <w:r w:rsidR="00BC329D">
        <w:t xml:space="preserve"> Qui </w:t>
      </w:r>
      <w:proofErr w:type="spellStart"/>
      <w:r w:rsidR="00BC329D">
        <w:t>trình</w:t>
      </w:r>
      <w:proofErr w:type="spellEnd"/>
      <w:r w:rsidR="00BC329D">
        <w:t xml:space="preserve"> mầu</w:t>
      </w:r>
      <w:r>
        <w:t xml:space="preserve"> (</w:t>
      </w:r>
      <w:r w:rsidR="00BC329D">
        <w:t xml:space="preserve">Form qui  </w:t>
      </w:r>
      <w:proofErr w:type="spellStart"/>
      <w:r w:rsidR="00BC329D">
        <w:t>trình</w:t>
      </w:r>
      <w:proofErr w:type="spellEnd"/>
      <w:r w:rsidR="00BC329D">
        <w:t xml:space="preserve"> </w:t>
      </w:r>
      <w:proofErr w:type="spellStart"/>
      <w:r w:rsidR="00BC329D">
        <w:t>mẫu</w:t>
      </w:r>
      <w:proofErr w:type="spellEnd"/>
      <w:r w:rsidR="00BC329D">
        <w:t xml:space="preserve"> </w:t>
      </w:r>
      <w:proofErr w:type="spellStart"/>
      <w:r w:rsidR="00BC329D">
        <w:t>có</w:t>
      </w:r>
      <w:proofErr w:type="spellEnd"/>
      <w:r w:rsidR="00BC329D">
        <w:t xml:space="preserve"> logo Ashley</w:t>
      </w:r>
      <w:r>
        <w:t>).</w:t>
      </w:r>
    </w:p>
    <w:p w14:paraId="2CA38A97" w14:textId="77777777" w:rsidR="00B84309" w:rsidRDefault="00000000">
      <w:pPr>
        <w:pStyle w:val="ListBullet"/>
        <w:spacing w:after="40"/>
      </w:pPr>
      <w:r>
        <w:t>⚠️ BẮT BUỘC tham khảo REF-01 TRƯỚC TIÊN trước khi chọn bất kỳ tên bước nào.</w:t>
      </w:r>
    </w:p>
    <w:p w14:paraId="1908986D" w14:textId="77777777" w:rsidR="00B84309" w:rsidRDefault="00000000">
      <w:pPr>
        <w:spacing w:after="40"/>
      </w:pPr>
      <w:r>
        <w:rPr>
          <w:b/>
        </w:rPr>
        <w:t>Bước 3 — Phân tích quy trình công nghệ</w:t>
      </w:r>
    </w:p>
    <w:p w14:paraId="79CC51B4" w14:textId="77777777" w:rsidR="00B84309" w:rsidRDefault="00000000">
      <w:pPr>
        <w:pStyle w:val="ListBullet"/>
        <w:spacing w:after="40"/>
      </w:pPr>
      <w:r>
        <w:t>Xác định chuỗi công đoạn thực tế: chà nhám → màu → lót → glaze → bóng.</w:t>
      </w:r>
    </w:p>
    <w:p w14:paraId="2E676ADE" w14:textId="5ABC3A9E" w:rsidR="00B84309" w:rsidRDefault="00000000">
      <w:pPr>
        <w:pStyle w:val="ListBullet"/>
        <w:spacing w:after="40"/>
      </w:pPr>
      <w:r>
        <w:t xml:space="preserve">Mỗi công đoạn chọn ĐÚNG 1 Step Name trong 24 bước chuẩn (khớp mục đích — </w:t>
      </w:r>
      <w:proofErr w:type="spellStart"/>
      <w:r>
        <w:t>xem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lục</w:t>
      </w:r>
      <w:proofErr w:type="spellEnd"/>
      <w:r>
        <w:t xml:space="preserve"> </w:t>
      </w:r>
      <w:r w:rsidR="00BC329D">
        <w:t>2</w:t>
      </w:r>
      <w:r>
        <w:t>).</w:t>
      </w:r>
    </w:p>
    <w:p w14:paraId="507B7F85" w14:textId="77777777" w:rsidR="00B84309" w:rsidRDefault="00000000">
      <w:pPr>
        <w:spacing w:after="40"/>
      </w:pPr>
      <w:r>
        <w:rPr>
          <w:b/>
        </w:rPr>
        <w:t>Bước 4 — Điền thông tin từng bước vào mẫu Finishing Schedule</w:t>
      </w:r>
    </w:p>
    <w:p w14:paraId="2CD7E5FD" w14:textId="77777777" w:rsidR="00B84309" w:rsidRDefault="00000000">
      <w:pPr>
        <w:spacing w:after="60"/>
      </w:pPr>
      <w:r>
        <w:t>Mỗi dòng = 1 bước, gồm các cột: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54"/>
        <w:gridCol w:w="3402"/>
        <w:gridCol w:w="3798"/>
      </w:tblGrid>
      <w:tr w:rsidR="00B84309" w14:paraId="0BDE55F9" w14:textId="77777777">
        <w:trPr>
          <w:jc w:val="center"/>
        </w:trPr>
        <w:tc>
          <w:tcPr>
            <w:tcW w:w="2154" w:type="dxa"/>
          </w:tcPr>
          <w:p w14:paraId="719ED820" w14:textId="77777777" w:rsidR="00B84309" w:rsidRDefault="00000000">
            <w:r>
              <w:rPr>
                <w:b/>
                <w:sz w:val="19"/>
              </w:rPr>
              <w:t>Cột</w:t>
            </w:r>
          </w:p>
        </w:tc>
        <w:tc>
          <w:tcPr>
            <w:tcW w:w="3402" w:type="dxa"/>
          </w:tcPr>
          <w:p w14:paraId="75D62CD2" w14:textId="77777777" w:rsidR="00B84309" w:rsidRDefault="00000000">
            <w:r>
              <w:rPr>
                <w:b/>
                <w:sz w:val="19"/>
              </w:rPr>
              <w:t>Nội dung</w:t>
            </w:r>
          </w:p>
        </w:tc>
        <w:tc>
          <w:tcPr>
            <w:tcW w:w="3798" w:type="dxa"/>
          </w:tcPr>
          <w:p w14:paraId="34827564" w14:textId="77777777" w:rsidR="00B84309" w:rsidRDefault="00000000">
            <w:r>
              <w:rPr>
                <w:b/>
                <w:sz w:val="19"/>
              </w:rPr>
              <w:t>Ghi chú</w:t>
            </w:r>
          </w:p>
        </w:tc>
      </w:tr>
      <w:tr w:rsidR="00B84309" w14:paraId="5EC12FC5" w14:textId="77777777">
        <w:trPr>
          <w:jc w:val="center"/>
        </w:trPr>
        <w:tc>
          <w:tcPr>
            <w:tcW w:w="2154" w:type="dxa"/>
          </w:tcPr>
          <w:p w14:paraId="6B94E05C" w14:textId="77777777" w:rsidR="00B84309" w:rsidRDefault="00000000">
            <w:r>
              <w:rPr>
                <w:sz w:val="19"/>
              </w:rPr>
              <w:t>No</w:t>
            </w:r>
          </w:p>
        </w:tc>
        <w:tc>
          <w:tcPr>
            <w:tcW w:w="3402" w:type="dxa"/>
          </w:tcPr>
          <w:p w14:paraId="49701E62" w14:textId="77777777" w:rsidR="00B84309" w:rsidRDefault="00000000">
            <w:r>
              <w:rPr>
                <w:sz w:val="19"/>
              </w:rPr>
              <w:t>Số thứ tự bước</w:t>
            </w:r>
          </w:p>
        </w:tc>
        <w:tc>
          <w:tcPr>
            <w:tcW w:w="3798" w:type="dxa"/>
          </w:tcPr>
          <w:p w14:paraId="6D4A8445" w14:textId="77777777" w:rsidR="00B84309" w:rsidRDefault="00000000">
            <w:r>
              <w:rPr>
                <w:sz w:val="19"/>
              </w:rPr>
              <w:t>1, 2, 3...</w:t>
            </w:r>
          </w:p>
        </w:tc>
      </w:tr>
      <w:tr w:rsidR="00B84309" w14:paraId="43F6C49C" w14:textId="77777777">
        <w:trPr>
          <w:jc w:val="center"/>
        </w:trPr>
        <w:tc>
          <w:tcPr>
            <w:tcW w:w="2154" w:type="dxa"/>
          </w:tcPr>
          <w:p w14:paraId="34527734" w14:textId="77777777" w:rsidR="00B84309" w:rsidRDefault="00000000">
            <w:r>
              <w:rPr>
                <w:sz w:val="19"/>
              </w:rPr>
              <w:t>Finishing Process Step</w:t>
            </w:r>
          </w:p>
        </w:tc>
        <w:tc>
          <w:tcPr>
            <w:tcW w:w="3402" w:type="dxa"/>
          </w:tcPr>
          <w:p w14:paraId="5AB3C92D" w14:textId="77777777" w:rsidR="00B84309" w:rsidRDefault="00000000">
            <w:r>
              <w:rPr>
                <w:sz w:val="19"/>
              </w:rPr>
              <w:t>Step Name chuẩn (EN)</w:t>
            </w:r>
          </w:p>
        </w:tc>
        <w:tc>
          <w:tcPr>
            <w:tcW w:w="3798" w:type="dxa"/>
          </w:tcPr>
          <w:p w14:paraId="3E39A188" w14:textId="77777777" w:rsidR="00B84309" w:rsidRDefault="00000000">
            <w:r>
              <w:rPr>
                <w:sz w:val="19"/>
              </w:rPr>
              <w:t>⚠️ KHÔNG viết tắt, KHÔNG tự đặt tên</w:t>
            </w:r>
          </w:p>
        </w:tc>
      </w:tr>
      <w:tr w:rsidR="00B84309" w14:paraId="35F2A2C2" w14:textId="77777777">
        <w:trPr>
          <w:jc w:val="center"/>
        </w:trPr>
        <w:tc>
          <w:tcPr>
            <w:tcW w:w="2154" w:type="dxa"/>
          </w:tcPr>
          <w:p w14:paraId="6CE16538" w14:textId="77777777" w:rsidR="00B84309" w:rsidRDefault="00000000">
            <w:r>
              <w:rPr>
                <w:sz w:val="19"/>
              </w:rPr>
              <w:t>Chemical Name</w:t>
            </w:r>
          </w:p>
        </w:tc>
        <w:tc>
          <w:tcPr>
            <w:tcW w:w="3402" w:type="dxa"/>
          </w:tcPr>
          <w:p w14:paraId="1DF4F94D" w14:textId="77777777" w:rsidR="00B84309" w:rsidRDefault="00000000">
            <w:r>
              <w:rPr>
                <w:sz w:val="19"/>
              </w:rPr>
              <w:t>Tên hóa chất (3 ngôn ngữ EN/CN/VN)</w:t>
            </w:r>
          </w:p>
        </w:tc>
        <w:tc>
          <w:tcPr>
            <w:tcW w:w="3798" w:type="dxa"/>
          </w:tcPr>
          <w:p w14:paraId="5A0CBE70" w14:textId="77777777" w:rsidR="00B84309" w:rsidRDefault="00000000">
            <w:r>
              <w:rPr>
                <w:sz w:val="19"/>
              </w:rPr>
              <w:t>Ghi tên + mã sản phẩm BTChem</w:t>
            </w:r>
          </w:p>
        </w:tc>
      </w:tr>
      <w:tr w:rsidR="00B84309" w14:paraId="4B3D6E80" w14:textId="77777777">
        <w:trPr>
          <w:jc w:val="center"/>
        </w:trPr>
        <w:tc>
          <w:tcPr>
            <w:tcW w:w="2154" w:type="dxa"/>
          </w:tcPr>
          <w:p w14:paraId="385ABEAC" w14:textId="77777777" w:rsidR="00B84309" w:rsidRDefault="00000000">
            <w:r>
              <w:rPr>
                <w:sz w:val="19"/>
              </w:rPr>
              <w:t>Chemical Code</w:t>
            </w:r>
          </w:p>
        </w:tc>
        <w:tc>
          <w:tcPr>
            <w:tcW w:w="3402" w:type="dxa"/>
          </w:tcPr>
          <w:p w14:paraId="0C51B04B" w14:textId="77777777" w:rsidR="00B84309" w:rsidRDefault="00000000">
            <w:r>
              <w:rPr>
                <w:sz w:val="19"/>
              </w:rPr>
              <w:t>Mã hóa chất</w:t>
            </w:r>
          </w:p>
        </w:tc>
        <w:tc>
          <w:tcPr>
            <w:tcW w:w="3798" w:type="dxa"/>
          </w:tcPr>
          <w:p w14:paraId="34E4DEA0" w14:textId="77777777" w:rsidR="00B84309" w:rsidRDefault="00000000">
            <w:r>
              <w:rPr>
                <w:sz w:val="19"/>
              </w:rPr>
              <w:t>VD: NC 1212, BT ABR 2410 H 10%</w:t>
            </w:r>
          </w:p>
        </w:tc>
      </w:tr>
      <w:tr w:rsidR="00B84309" w14:paraId="35D68AE5" w14:textId="77777777">
        <w:trPr>
          <w:jc w:val="center"/>
        </w:trPr>
        <w:tc>
          <w:tcPr>
            <w:tcW w:w="2154" w:type="dxa"/>
          </w:tcPr>
          <w:p w14:paraId="0EC4FE31" w14:textId="77777777" w:rsidR="00B84309" w:rsidRDefault="00000000">
            <w:r>
              <w:rPr>
                <w:sz w:val="19"/>
              </w:rPr>
              <w:t>Mixing Ratio</w:t>
            </w:r>
          </w:p>
        </w:tc>
        <w:tc>
          <w:tcPr>
            <w:tcW w:w="3402" w:type="dxa"/>
          </w:tcPr>
          <w:p w14:paraId="36586189" w14:textId="77777777" w:rsidR="00B84309" w:rsidRDefault="00000000">
            <w:r>
              <w:rPr>
                <w:sz w:val="19"/>
              </w:rPr>
              <w:t>Tỷ lệ pha</w:t>
            </w:r>
          </w:p>
        </w:tc>
        <w:tc>
          <w:tcPr>
            <w:tcW w:w="3798" w:type="dxa"/>
          </w:tcPr>
          <w:p w14:paraId="77A2A666" w14:textId="77777777" w:rsidR="00B84309" w:rsidRDefault="00000000">
            <w:r>
              <w:rPr>
                <w:sz w:val="19"/>
              </w:rPr>
              <w:t>VD: 0.5 : 0.25 : 0.25</w:t>
            </w:r>
          </w:p>
        </w:tc>
      </w:tr>
      <w:tr w:rsidR="00B84309" w14:paraId="658F411A" w14:textId="77777777">
        <w:trPr>
          <w:jc w:val="center"/>
        </w:trPr>
        <w:tc>
          <w:tcPr>
            <w:tcW w:w="2154" w:type="dxa"/>
          </w:tcPr>
          <w:p w14:paraId="029B4624" w14:textId="77777777" w:rsidR="00B84309" w:rsidRDefault="00000000">
            <w:r>
              <w:rPr>
                <w:sz w:val="19"/>
              </w:rPr>
              <w:t>Viscosity (s)</w:t>
            </w:r>
          </w:p>
        </w:tc>
        <w:tc>
          <w:tcPr>
            <w:tcW w:w="3402" w:type="dxa"/>
          </w:tcPr>
          <w:p w14:paraId="19DE897B" w14:textId="77777777" w:rsidR="00B84309" w:rsidRDefault="00000000">
            <w:r>
              <w:rPr>
                <w:sz w:val="19"/>
              </w:rPr>
              <w:t>Độ nhớt (giây cup)</w:t>
            </w:r>
          </w:p>
        </w:tc>
        <w:tc>
          <w:tcPr>
            <w:tcW w:w="3798" w:type="dxa"/>
          </w:tcPr>
          <w:p w14:paraId="094CE238" w14:textId="77777777" w:rsidR="00B84309" w:rsidRDefault="00000000">
            <w:r>
              <w:rPr>
                <w:sz w:val="19"/>
              </w:rPr>
              <w:t>Theo quy định từng bước</w:t>
            </w:r>
          </w:p>
        </w:tc>
      </w:tr>
      <w:tr w:rsidR="00B84309" w14:paraId="42B3186B" w14:textId="77777777">
        <w:trPr>
          <w:jc w:val="center"/>
        </w:trPr>
        <w:tc>
          <w:tcPr>
            <w:tcW w:w="2154" w:type="dxa"/>
          </w:tcPr>
          <w:p w14:paraId="43C17C94" w14:textId="77777777" w:rsidR="00B84309" w:rsidRDefault="00000000">
            <w:r>
              <w:rPr>
                <w:sz w:val="19"/>
              </w:rPr>
              <w:t>Drying Time (mins)</w:t>
            </w:r>
          </w:p>
        </w:tc>
        <w:tc>
          <w:tcPr>
            <w:tcW w:w="3402" w:type="dxa"/>
          </w:tcPr>
          <w:p w14:paraId="70D51673" w14:textId="77777777" w:rsidR="00B84309" w:rsidRDefault="00000000">
            <w:r>
              <w:rPr>
                <w:sz w:val="19"/>
              </w:rPr>
              <w:t>Thời gian khô</w:t>
            </w:r>
          </w:p>
        </w:tc>
        <w:tc>
          <w:tcPr>
            <w:tcW w:w="3798" w:type="dxa"/>
          </w:tcPr>
          <w:p w14:paraId="39CB2E11" w14:textId="77777777" w:rsidR="00B84309" w:rsidRDefault="00000000">
            <w:r>
              <w:rPr>
                <w:sz w:val="19"/>
              </w:rPr>
              <w:t>Theo thực tế kiểm nghiệm</w:t>
            </w:r>
          </w:p>
        </w:tc>
      </w:tr>
      <w:tr w:rsidR="00B84309" w14:paraId="492E481F" w14:textId="77777777">
        <w:trPr>
          <w:jc w:val="center"/>
        </w:trPr>
        <w:tc>
          <w:tcPr>
            <w:tcW w:w="2154" w:type="dxa"/>
          </w:tcPr>
          <w:p w14:paraId="6BBC9D55" w14:textId="77777777" w:rsidR="00B84309" w:rsidRDefault="00000000">
            <w:r>
              <w:rPr>
                <w:sz w:val="19"/>
              </w:rPr>
              <w:t>Application method</w:t>
            </w:r>
          </w:p>
        </w:tc>
        <w:tc>
          <w:tcPr>
            <w:tcW w:w="3402" w:type="dxa"/>
          </w:tcPr>
          <w:p w14:paraId="3DECA543" w14:textId="77777777" w:rsidR="00B84309" w:rsidRDefault="00000000">
            <w:r>
              <w:rPr>
                <w:sz w:val="19"/>
              </w:rPr>
              <w:t>Phương pháp thi công</w:t>
            </w:r>
          </w:p>
        </w:tc>
        <w:tc>
          <w:tcPr>
            <w:tcW w:w="3798" w:type="dxa"/>
          </w:tcPr>
          <w:p w14:paraId="3A8CDE05" w14:textId="77777777" w:rsidR="00B84309" w:rsidRDefault="00000000">
            <w:r>
              <w:rPr>
                <w:sz w:val="19"/>
              </w:rPr>
              <w:t>Phun/lau/nhúng + loại dụng cụ</w:t>
            </w:r>
          </w:p>
        </w:tc>
      </w:tr>
    </w:tbl>
    <w:p w14:paraId="5A0A53B6" w14:textId="5F2D2282" w:rsidR="00B84309" w:rsidRDefault="00B84309" w:rsidP="00BC329D">
      <w:pPr>
        <w:pStyle w:val="ListBullet"/>
        <w:numPr>
          <w:ilvl w:val="0"/>
          <w:numId w:val="0"/>
        </w:numPr>
        <w:spacing w:after="40"/>
      </w:pPr>
    </w:p>
    <w:p w14:paraId="593A54BE" w14:textId="35C2BA5F" w:rsidR="00B84309" w:rsidRDefault="00000000">
      <w:pPr>
        <w:spacing w:after="60"/>
      </w:pPr>
      <w:r>
        <w:rPr>
          <w:b/>
        </w:rPr>
        <w:t>2 CẬP NHẬT LƯU TRÌNH HIỆN TẠI (CHUYỂN ĐỔI SANG MẪU MỚI)</w:t>
      </w:r>
    </w:p>
    <w:p w14:paraId="2DD1DEE2" w14:textId="77777777" w:rsidR="00B84309" w:rsidRDefault="00000000">
      <w:pPr>
        <w:spacing w:after="40"/>
      </w:pPr>
      <w:r>
        <w:rPr>
          <w:b/>
          <w:sz w:val="21"/>
        </w:rPr>
        <w:t>Khi nào cập nhật:</w:t>
      </w:r>
    </w:p>
    <w:p w14:paraId="6760401E" w14:textId="77777777" w:rsidR="00B84309" w:rsidRDefault="00000000">
      <w:pPr>
        <w:pStyle w:val="ListBullet"/>
        <w:spacing w:after="40"/>
      </w:pPr>
      <w:r>
        <w:t>Lưu trình đang sản xuất → chuyển dần, ưu tiên các mã hàng đang chạy đơn lớn.</w:t>
      </w:r>
    </w:p>
    <w:p w14:paraId="7288ABB1" w14:textId="77777777" w:rsidR="00B84309" w:rsidRDefault="00000000">
      <w:pPr>
        <w:pStyle w:val="ListBullet"/>
        <w:spacing w:after="40"/>
      </w:pPr>
      <w:r>
        <w:t>Khi có thay đổi công nghệ/màu/tỷ lệ → cập nhật ngay bằng mẫu mới.</w:t>
      </w:r>
    </w:p>
    <w:p w14:paraId="002F9B9E" w14:textId="77777777" w:rsidR="00B84309" w:rsidRDefault="00000000">
      <w:pPr>
        <w:pStyle w:val="ListBullet"/>
        <w:spacing w:after="40"/>
      </w:pPr>
      <w:r>
        <w:t>Khi Ashley yêu cầu cập nhật.</w:t>
      </w:r>
    </w:p>
    <w:p w14:paraId="3D71A8AE" w14:textId="77777777" w:rsidR="00B84309" w:rsidRDefault="00000000">
      <w:pPr>
        <w:spacing w:after="40"/>
      </w:pPr>
      <w:r>
        <w:rPr>
          <w:b/>
          <w:sz w:val="21"/>
        </w:rPr>
        <w:t>Các bước:</w:t>
      </w:r>
    </w:p>
    <w:p w14:paraId="4C610277" w14:textId="3F4DD42C" w:rsidR="00B84309" w:rsidRDefault="00000000">
      <w:pPr>
        <w:pStyle w:val="ListBullet"/>
        <w:spacing w:after="40"/>
      </w:pPr>
      <w:r>
        <w:t xml:space="preserve">Mở lưu trình cũ → đối chiếu từng công đoạn với 24 Step Name (Bảng đối </w:t>
      </w:r>
      <w:proofErr w:type="spellStart"/>
      <w:r>
        <w:t>chiếu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lục</w:t>
      </w:r>
      <w:proofErr w:type="spellEnd"/>
      <w:r>
        <w:t xml:space="preserve"> </w:t>
      </w:r>
      <w:r w:rsidR="00BC329D">
        <w:t>1</w:t>
      </w:r>
      <w:r>
        <w:t>).</w:t>
      </w:r>
    </w:p>
    <w:p w14:paraId="40A85CA2" w14:textId="77777777" w:rsidR="00B84309" w:rsidRDefault="00000000">
      <w:pPr>
        <w:pStyle w:val="ListBullet"/>
        <w:spacing w:after="40"/>
      </w:pPr>
      <w:r>
        <w:t>Viết lại theo mẫu mới (REF-02), tăng Revision Number, ghi ngày.</w:t>
      </w:r>
    </w:p>
    <w:p w14:paraId="15F67EAF" w14:textId="77777777" w:rsidR="00B84309" w:rsidRDefault="00000000">
      <w:pPr>
        <w:pStyle w:val="ListBullet"/>
        <w:spacing w:after="40"/>
      </w:pPr>
      <w:r>
        <w:t>Tự kiểm tra (giống Bước 8 mục 4.1) → Trình duyệt → gửi khách → cập nhật tracking list.</w:t>
      </w:r>
    </w:p>
    <w:p w14:paraId="2C66AC28" w14:textId="77777777" w:rsidR="00B84309" w:rsidRDefault="00B84309">
      <w:pPr>
        <w:spacing w:after="80"/>
      </w:pPr>
    </w:p>
    <w:p w14:paraId="30544A0D" w14:textId="77777777" w:rsidR="00BC329D" w:rsidRDefault="00BC329D">
      <w:pPr>
        <w:spacing w:after="80"/>
      </w:pPr>
    </w:p>
    <w:p w14:paraId="033BEBC4" w14:textId="77777777" w:rsidR="00BC329D" w:rsidRDefault="00BC329D">
      <w:pPr>
        <w:spacing w:after="80"/>
      </w:pPr>
    </w:p>
    <w:p w14:paraId="542FEBAD" w14:textId="77777777" w:rsidR="00BC329D" w:rsidRDefault="00BC329D">
      <w:pPr>
        <w:spacing w:after="80"/>
      </w:pPr>
    </w:p>
    <w:p w14:paraId="0B3AE608" w14:textId="77777777" w:rsidR="00BC329D" w:rsidRDefault="00BC329D">
      <w:pPr>
        <w:spacing w:after="80"/>
      </w:pPr>
    </w:p>
    <w:p w14:paraId="67C5B4D9" w14:textId="77777777" w:rsidR="00BC329D" w:rsidRDefault="00BC329D">
      <w:pPr>
        <w:spacing w:after="80"/>
      </w:pPr>
    </w:p>
    <w:p w14:paraId="74B3BB22" w14:textId="77777777" w:rsidR="00BC329D" w:rsidRDefault="00BC329D">
      <w:pPr>
        <w:spacing w:after="80"/>
      </w:pPr>
    </w:p>
    <w:p w14:paraId="76AE2D20" w14:textId="77777777" w:rsidR="00BC329D" w:rsidRDefault="00BC329D">
      <w:pPr>
        <w:spacing w:after="80"/>
      </w:pPr>
    </w:p>
    <w:p w14:paraId="6ABA6DA0" w14:textId="77777777" w:rsidR="00BC329D" w:rsidRDefault="00BC329D">
      <w:pPr>
        <w:spacing w:after="80"/>
      </w:pPr>
    </w:p>
    <w:p w14:paraId="322A20FB" w14:textId="77777777" w:rsidR="00BC329D" w:rsidRDefault="00BC329D">
      <w:pPr>
        <w:spacing w:after="80"/>
      </w:pPr>
    </w:p>
    <w:p w14:paraId="52FD1E2D" w14:textId="77777777" w:rsidR="00BC329D" w:rsidRDefault="00BC329D">
      <w:pPr>
        <w:spacing w:after="80"/>
      </w:pPr>
    </w:p>
    <w:p w14:paraId="79E7574A" w14:textId="7ED4C114" w:rsidR="00B84309" w:rsidRDefault="00000000">
      <w:pPr>
        <w:spacing w:after="60"/>
      </w:pPr>
      <w:r>
        <w:rPr>
          <w:b/>
        </w:rPr>
        <w:t>3</w:t>
      </w:r>
      <w:r w:rsidR="00E0539E">
        <w:rPr>
          <w:b/>
        </w:rPr>
        <w:t>.</w:t>
      </w:r>
      <w:r>
        <w:rPr>
          <w:b/>
        </w:rPr>
        <w:t xml:space="preserve"> LẬP VÀ CẬP NHẬT TRACKING LIST</w:t>
      </w:r>
    </w:p>
    <w:p w14:paraId="3B0CAD24" w14:textId="77777777" w:rsidR="00B84309" w:rsidRDefault="00000000">
      <w:pPr>
        <w:spacing w:after="60"/>
      </w:pPr>
      <w:r>
        <w:t>Mục đích: Theo dõi toàn bộ lưu trình Ashley + tiến độ chuyển đổi (yêu cầu bắt buộc của Ashley).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6973"/>
      </w:tblGrid>
      <w:tr w:rsidR="00B84309" w14:paraId="4D49A28A" w14:textId="77777777">
        <w:trPr>
          <w:jc w:val="center"/>
        </w:trPr>
        <w:tc>
          <w:tcPr>
            <w:tcW w:w="2381" w:type="dxa"/>
          </w:tcPr>
          <w:p w14:paraId="705B1046" w14:textId="77777777" w:rsidR="00B84309" w:rsidRDefault="00000000">
            <w:r>
              <w:rPr>
                <w:b/>
                <w:sz w:val="19"/>
              </w:rPr>
              <w:t>Cột</w:t>
            </w:r>
          </w:p>
        </w:tc>
        <w:tc>
          <w:tcPr>
            <w:tcW w:w="6973" w:type="dxa"/>
          </w:tcPr>
          <w:p w14:paraId="708C313B" w14:textId="77777777" w:rsidR="00B84309" w:rsidRDefault="00000000">
            <w:r>
              <w:rPr>
                <w:b/>
                <w:sz w:val="19"/>
              </w:rPr>
              <w:t>Nội dung</w:t>
            </w:r>
          </w:p>
        </w:tc>
      </w:tr>
      <w:tr w:rsidR="00B84309" w14:paraId="49836EFF" w14:textId="77777777">
        <w:trPr>
          <w:jc w:val="center"/>
        </w:trPr>
        <w:tc>
          <w:tcPr>
            <w:tcW w:w="2381" w:type="dxa"/>
          </w:tcPr>
          <w:p w14:paraId="1CED5696" w14:textId="77777777" w:rsidR="00B84309" w:rsidRDefault="00000000">
            <w:r>
              <w:rPr>
                <w:sz w:val="19"/>
              </w:rPr>
              <w:t>STT</w:t>
            </w:r>
          </w:p>
        </w:tc>
        <w:tc>
          <w:tcPr>
            <w:tcW w:w="6973" w:type="dxa"/>
          </w:tcPr>
          <w:p w14:paraId="581F72C9" w14:textId="77777777" w:rsidR="00B84309" w:rsidRDefault="00000000">
            <w:r>
              <w:rPr>
                <w:sz w:val="19"/>
              </w:rPr>
              <w:t>Số thứ tự</w:t>
            </w:r>
          </w:p>
        </w:tc>
      </w:tr>
      <w:tr w:rsidR="00B84309" w14:paraId="4C98CABF" w14:textId="77777777">
        <w:trPr>
          <w:jc w:val="center"/>
        </w:trPr>
        <w:tc>
          <w:tcPr>
            <w:tcW w:w="2381" w:type="dxa"/>
          </w:tcPr>
          <w:p w14:paraId="52460EA4" w14:textId="77777777" w:rsidR="00B84309" w:rsidRDefault="00000000">
            <w:r>
              <w:rPr>
                <w:sz w:val="19"/>
              </w:rPr>
              <w:t>Item / Mã hàng</w:t>
            </w:r>
          </w:p>
        </w:tc>
        <w:tc>
          <w:tcPr>
            <w:tcW w:w="6973" w:type="dxa"/>
          </w:tcPr>
          <w:p w14:paraId="64AC99E5" w14:textId="77777777" w:rsidR="00B84309" w:rsidRDefault="00000000">
            <w:r>
              <w:rPr>
                <w:sz w:val="19"/>
              </w:rPr>
              <w:t>Mã sản phẩm Ashley</w:t>
            </w:r>
          </w:p>
        </w:tc>
      </w:tr>
      <w:tr w:rsidR="00B84309" w14:paraId="296808C1" w14:textId="77777777">
        <w:trPr>
          <w:jc w:val="center"/>
        </w:trPr>
        <w:tc>
          <w:tcPr>
            <w:tcW w:w="2381" w:type="dxa"/>
          </w:tcPr>
          <w:p w14:paraId="1CA6D216" w14:textId="77777777" w:rsidR="00B84309" w:rsidRDefault="00000000">
            <w:r>
              <w:rPr>
                <w:sz w:val="19"/>
              </w:rPr>
              <w:t>Tên lưu trình</w:t>
            </w:r>
          </w:p>
        </w:tc>
        <w:tc>
          <w:tcPr>
            <w:tcW w:w="6973" w:type="dxa"/>
          </w:tcPr>
          <w:p w14:paraId="46D66185" w14:textId="77777777" w:rsidR="00B84309" w:rsidRDefault="00000000">
            <w:r>
              <w:rPr>
                <w:sz w:val="19"/>
              </w:rPr>
              <w:t>Tên/quy trình hiện tại</w:t>
            </w:r>
          </w:p>
        </w:tc>
      </w:tr>
      <w:tr w:rsidR="00B84309" w14:paraId="27839F1E" w14:textId="77777777">
        <w:trPr>
          <w:jc w:val="center"/>
        </w:trPr>
        <w:tc>
          <w:tcPr>
            <w:tcW w:w="2381" w:type="dxa"/>
          </w:tcPr>
          <w:p w14:paraId="17249B00" w14:textId="77777777" w:rsidR="00B84309" w:rsidRDefault="00000000">
            <w:r>
              <w:rPr>
                <w:sz w:val="19"/>
              </w:rPr>
              <w:t>Khách hàng/vendor</w:t>
            </w:r>
          </w:p>
        </w:tc>
        <w:tc>
          <w:tcPr>
            <w:tcW w:w="6973" w:type="dxa"/>
          </w:tcPr>
          <w:p w14:paraId="725AFC07" w14:textId="77777777" w:rsidR="00B84309" w:rsidRDefault="00000000">
            <w:r>
              <w:rPr>
                <w:sz w:val="19"/>
              </w:rPr>
              <w:t>Nhà máy/vendor liên quan</w:t>
            </w:r>
          </w:p>
        </w:tc>
      </w:tr>
      <w:tr w:rsidR="00B84309" w14:paraId="5CD810B7" w14:textId="77777777">
        <w:trPr>
          <w:jc w:val="center"/>
        </w:trPr>
        <w:tc>
          <w:tcPr>
            <w:tcW w:w="2381" w:type="dxa"/>
          </w:tcPr>
          <w:p w14:paraId="7F7BFE10" w14:textId="77777777" w:rsidR="00B84309" w:rsidRDefault="00000000">
            <w:r>
              <w:rPr>
                <w:sz w:val="19"/>
              </w:rPr>
              <w:t>Trạng thái cũ</w:t>
            </w:r>
          </w:p>
        </w:tc>
        <w:tc>
          <w:tcPr>
            <w:tcW w:w="6973" w:type="dxa"/>
          </w:tcPr>
          <w:p w14:paraId="52CEA68B" w14:textId="77777777" w:rsidR="00B84309" w:rsidRDefault="00000000">
            <w:r>
              <w:rPr>
                <w:sz w:val="19"/>
              </w:rPr>
              <w:t>Đang dùng lưu trình cũ / chưa có</w:t>
            </w:r>
          </w:p>
        </w:tc>
      </w:tr>
      <w:tr w:rsidR="00B84309" w14:paraId="677F906E" w14:textId="77777777">
        <w:trPr>
          <w:jc w:val="center"/>
        </w:trPr>
        <w:tc>
          <w:tcPr>
            <w:tcW w:w="2381" w:type="dxa"/>
          </w:tcPr>
          <w:p w14:paraId="68061DBC" w14:textId="77777777" w:rsidR="00B84309" w:rsidRDefault="00000000">
            <w:r>
              <w:rPr>
                <w:sz w:val="19"/>
              </w:rPr>
              <w:t>Trạng thái chuyển đổi</w:t>
            </w:r>
          </w:p>
        </w:tc>
        <w:tc>
          <w:tcPr>
            <w:tcW w:w="6973" w:type="dxa"/>
          </w:tcPr>
          <w:p w14:paraId="4DAFACA8" w14:textId="77777777" w:rsidR="00B84309" w:rsidRDefault="00000000">
            <w:r>
              <w:rPr>
                <w:sz w:val="19"/>
              </w:rPr>
              <w:t>Chưa chuyển / Đã chuyển / Đang chuyển</w:t>
            </w:r>
          </w:p>
        </w:tc>
      </w:tr>
      <w:tr w:rsidR="00B84309" w14:paraId="20AAB6A9" w14:textId="77777777">
        <w:trPr>
          <w:jc w:val="center"/>
        </w:trPr>
        <w:tc>
          <w:tcPr>
            <w:tcW w:w="2381" w:type="dxa"/>
          </w:tcPr>
          <w:p w14:paraId="23D4BF47" w14:textId="77777777" w:rsidR="00B84309" w:rsidRDefault="00000000">
            <w:r>
              <w:rPr>
                <w:sz w:val="19"/>
              </w:rPr>
              <w:t>Ngày chuyển đổi</w:t>
            </w:r>
          </w:p>
        </w:tc>
        <w:tc>
          <w:tcPr>
            <w:tcW w:w="6973" w:type="dxa"/>
          </w:tcPr>
          <w:p w14:paraId="33BACF2D" w14:textId="77777777" w:rsidR="00B84309" w:rsidRDefault="00000000">
            <w:r>
              <w:rPr>
                <w:sz w:val="19"/>
              </w:rPr>
              <w:t>Ngày hoàn tất mẫu mới</w:t>
            </w:r>
          </w:p>
        </w:tc>
      </w:tr>
      <w:tr w:rsidR="00B84309" w14:paraId="1922DBFB" w14:textId="77777777">
        <w:trPr>
          <w:jc w:val="center"/>
        </w:trPr>
        <w:tc>
          <w:tcPr>
            <w:tcW w:w="2381" w:type="dxa"/>
          </w:tcPr>
          <w:p w14:paraId="502E258B" w14:textId="77777777" w:rsidR="00B84309" w:rsidRDefault="00000000">
            <w:r>
              <w:rPr>
                <w:sz w:val="19"/>
              </w:rPr>
              <w:t>Step Name mới</w:t>
            </w:r>
          </w:p>
        </w:tc>
        <w:tc>
          <w:tcPr>
            <w:tcW w:w="6973" w:type="dxa"/>
          </w:tcPr>
          <w:p w14:paraId="15632F86" w14:textId="77777777" w:rsidR="00B84309" w:rsidRDefault="00000000">
            <w:r>
              <w:rPr>
                <w:sz w:val="19"/>
              </w:rPr>
              <w:t>Số bước chuẩn dùng</w:t>
            </w:r>
          </w:p>
        </w:tc>
      </w:tr>
      <w:tr w:rsidR="00B84309" w14:paraId="3552359D" w14:textId="77777777">
        <w:trPr>
          <w:jc w:val="center"/>
        </w:trPr>
        <w:tc>
          <w:tcPr>
            <w:tcW w:w="2381" w:type="dxa"/>
          </w:tcPr>
          <w:p w14:paraId="695DFDC7" w14:textId="77777777" w:rsidR="00B84309" w:rsidRDefault="00000000">
            <w:r>
              <w:rPr>
                <w:sz w:val="19"/>
              </w:rPr>
              <w:t>Ghi chú</w:t>
            </w:r>
          </w:p>
        </w:tc>
        <w:tc>
          <w:tcPr>
            <w:tcW w:w="6973" w:type="dxa"/>
          </w:tcPr>
          <w:p w14:paraId="55DDB414" w14:textId="77777777" w:rsidR="00B84309" w:rsidRDefault="00000000">
            <w:r>
              <w:rPr>
                <w:sz w:val="19"/>
              </w:rPr>
              <w:t>Điểm cần lưu ý, chờ Ashley duyệt...</w:t>
            </w:r>
          </w:p>
        </w:tc>
      </w:tr>
    </w:tbl>
    <w:p w14:paraId="2DDF936A" w14:textId="77777777" w:rsidR="00B84309" w:rsidRDefault="00B84309">
      <w:pPr>
        <w:spacing w:after="60"/>
      </w:pPr>
    </w:p>
    <w:p w14:paraId="75271901" w14:textId="77777777" w:rsidR="00B84309" w:rsidRDefault="00000000">
      <w:pPr>
        <w:spacing w:after="40"/>
      </w:pPr>
      <w:r>
        <w:rPr>
          <w:b/>
          <w:sz w:val="21"/>
        </w:rPr>
        <w:t>Quy tắc cập nhật:</w:t>
      </w:r>
    </w:p>
    <w:p w14:paraId="77F730D9" w14:textId="77777777" w:rsidR="00B84309" w:rsidRDefault="00000000">
      <w:pPr>
        <w:pStyle w:val="ListBullet"/>
        <w:spacing w:after="40"/>
      </w:pPr>
      <w:r>
        <w:t>Cập nhật ngay sau khi tạo/cập nhật bất kỳ lưu trình nào.</w:t>
      </w:r>
    </w:p>
    <w:p w14:paraId="6119EDD7" w14:textId="77777777" w:rsidR="00B84309" w:rsidRDefault="00000000">
      <w:pPr>
        <w:pStyle w:val="ListBullet"/>
        <w:spacing w:after="40"/>
      </w:pPr>
      <w:r>
        <w:t>Gửi tracking list cho Ashley khi họ yêu cầu hoặc định kỳ (đề xuất 2 tuần/lần).</w:t>
      </w:r>
    </w:p>
    <w:p w14:paraId="3AC6386F" w14:textId="77777777" w:rsidR="00B84309" w:rsidRDefault="00B84309">
      <w:pPr>
        <w:spacing w:after="80"/>
      </w:pPr>
    </w:p>
    <w:p w14:paraId="616FC04E" w14:textId="376EC301" w:rsidR="00B84309" w:rsidRDefault="00E0539E">
      <w:pPr>
        <w:spacing w:after="80"/>
      </w:pPr>
      <w:r>
        <w:rPr>
          <w:b/>
          <w:color w:val="1F3A5F"/>
          <w:sz w:val="26"/>
        </w:rPr>
        <w:t>4</w:t>
      </w:r>
      <w:r w:rsidR="00000000">
        <w:rPr>
          <w:b/>
          <w:color w:val="1F3A5F"/>
          <w:sz w:val="26"/>
        </w:rPr>
        <w:t>. CÁC LƯU Ý CẤM (KHÔNG ĐƯỢC LÀM)</w:t>
      </w:r>
    </w:p>
    <w:p w14:paraId="17316334" w14:textId="77777777" w:rsidR="00B84309" w:rsidRDefault="00000000">
      <w:pPr>
        <w:pStyle w:val="ListBullet"/>
        <w:spacing w:after="40"/>
      </w:pPr>
      <w:r>
        <w:rPr>
          <w:b/>
        </w:rPr>
        <w:t xml:space="preserve">❌ </w:t>
      </w:r>
      <w:r>
        <w:t>CẤM tự đặt tên bước mới, viết tắt, hoặc mô tả thay thế khi chưa Ashley phê duyệt.</w:t>
      </w:r>
    </w:p>
    <w:p w14:paraId="5CB786D3" w14:textId="77777777" w:rsidR="00B84309" w:rsidRDefault="00000000">
      <w:pPr>
        <w:pStyle w:val="ListBullet"/>
        <w:spacing w:after="40"/>
      </w:pPr>
      <w:r>
        <w:rPr>
          <w:b/>
        </w:rPr>
        <w:t xml:space="preserve">❌ </w:t>
      </w:r>
      <w:r>
        <w:t>CẤM dùng tên bước kiểu cũ làm tên bước trong lưu trình mới (VD: "Stain màu sửa gỗ", "Lót NC 1212 (MH) (DNE)") — tên cũ chỉ được phép xuất hiện ở cột Chemical Name/Code.</w:t>
      </w:r>
    </w:p>
    <w:p w14:paraId="07BC2AB1" w14:textId="77777777" w:rsidR="00B84309" w:rsidRDefault="00000000">
      <w:pPr>
        <w:pStyle w:val="ListBullet"/>
        <w:spacing w:after="40"/>
      </w:pPr>
      <w:r>
        <w:rPr>
          <w:b/>
        </w:rPr>
        <w:t xml:space="preserve">❌ </w:t>
      </w:r>
      <w:r>
        <w:t>CẤM bỏ qua Step Finish Definition khi lập/cập nhật lưu trình.</w:t>
      </w:r>
    </w:p>
    <w:p w14:paraId="58BE7A34" w14:textId="77777777" w:rsidR="00B84309" w:rsidRDefault="00000000">
      <w:pPr>
        <w:pStyle w:val="ListBullet"/>
        <w:spacing w:after="40"/>
      </w:pPr>
      <w:r>
        <w:rPr>
          <w:b/>
        </w:rPr>
        <w:t xml:space="preserve">❌ </w:t>
      </w:r>
      <w:r>
        <w:t>CẤM gửi lưu trình chưa duyệt nội bộ cho khách hàng.</w:t>
      </w:r>
    </w:p>
    <w:p w14:paraId="1E62F5AF" w14:textId="77777777" w:rsidR="00B84309" w:rsidRDefault="00000000">
      <w:pPr>
        <w:pStyle w:val="ListBullet"/>
        <w:spacing w:after="40"/>
      </w:pPr>
      <w:r>
        <w:rPr>
          <w:b/>
        </w:rPr>
        <w:t xml:space="preserve">❌ </w:t>
      </w:r>
      <w:r>
        <w:t>CẤM sửa số liệu kiểm nghiệm (tỷ lệ, độ nhớt, thời gian khô) theo cảm tính — mọi thay đổi phải có kết quả kiểm tra thực tế.</w:t>
      </w:r>
    </w:p>
    <w:p w14:paraId="5577F76A" w14:textId="77777777" w:rsidR="00B84309" w:rsidRDefault="00B84309">
      <w:pPr>
        <w:spacing w:after="80"/>
      </w:pPr>
    </w:p>
    <w:p w14:paraId="3571AE5D" w14:textId="77777777" w:rsidR="00E0539E" w:rsidRDefault="00E0539E">
      <w:pPr>
        <w:spacing w:after="80"/>
      </w:pPr>
    </w:p>
    <w:p w14:paraId="21A1837E" w14:textId="77777777" w:rsidR="00E0539E" w:rsidRDefault="00E0539E">
      <w:pPr>
        <w:spacing w:after="80"/>
      </w:pPr>
    </w:p>
    <w:p w14:paraId="09371949" w14:textId="77777777" w:rsidR="00E0539E" w:rsidRDefault="00E0539E">
      <w:pPr>
        <w:spacing w:after="80"/>
      </w:pPr>
    </w:p>
    <w:p w14:paraId="078A4B1A" w14:textId="77777777" w:rsidR="00E0539E" w:rsidRDefault="00E0539E">
      <w:pPr>
        <w:spacing w:after="80"/>
      </w:pPr>
    </w:p>
    <w:p w14:paraId="62DD71D5" w14:textId="77777777" w:rsidR="00E0539E" w:rsidRDefault="00E0539E">
      <w:pPr>
        <w:spacing w:after="80"/>
      </w:pPr>
    </w:p>
    <w:p w14:paraId="0E3459BD" w14:textId="77777777" w:rsidR="00E0539E" w:rsidRDefault="00E0539E">
      <w:pPr>
        <w:spacing w:after="80"/>
      </w:pPr>
    </w:p>
    <w:p w14:paraId="44C5D2B6" w14:textId="77777777" w:rsidR="00E0539E" w:rsidRDefault="00E0539E">
      <w:pPr>
        <w:spacing w:after="80"/>
      </w:pPr>
    </w:p>
    <w:p w14:paraId="6A7D5D08" w14:textId="77777777" w:rsidR="00BC329D" w:rsidRDefault="00BC329D">
      <w:pPr>
        <w:spacing w:after="80"/>
      </w:pPr>
    </w:p>
    <w:p w14:paraId="1364C394" w14:textId="77777777" w:rsidR="00BC329D" w:rsidRDefault="00BC329D">
      <w:pPr>
        <w:spacing w:after="80"/>
      </w:pPr>
    </w:p>
    <w:p w14:paraId="3EFCB70A" w14:textId="77777777" w:rsidR="00BC329D" w:rsidRDefault="00BC329D">
      <w:pPr>
        <w:spacing w:after="80"/>
      </w:pPr>
    </w:p>
    <w:p w14:paraId="2317605A" w14:textId="77777777" w:rsidR="00BC329D" w:rsidRDefault="00BC329D">
      <w:pPr>
        <w:spacing w:after="80"/>
      </w:pPr>
    </w:p>
    <w:p w14:paraId="49B15C19" w14:textId="77777777" w:rsidR="00BC329D" w:rsidRDefault="00BC329D">
      <w:pPr>
        <w:spacing w:after="80"/>
      </w:pPr>
    </w:p>
    <w:p w14:paraId="58EBD848" w14:textId="77777777" w:rsidR="00BC329D" w:rsidRDefault="00BC329D">
      <w:pPr>
        <w:spacing w:after="80"/>
      </w:pPr>
    </w:p>
    <w:p w14:paraId="10EFA5A7" w14:textId="77777777" w:rsidR="00BC329D" w:rsidRDefault="00BC329D">
      <w:pPr>
        <w:spacing w:after="80"/>
      </w:pPr>
    </w:p>
    <w:p w14:paraId="63E10D2F" w14:textId="77777777" w:rsidR="00BC329D" w:rsidRDefault="00BC329D">
      <w:pPr>
        <w:spacing w:after="80"/>
      </w:pPr>
    </w:p>
    <w:p w14:paraId="2B85208F" w14:textId="77777777" w:rsidR="00BC329D" w:rsidRDefault="00BC329D">
      <w:pPr>
        <w:spacing w:after="80"/>
      </w:pPr>
    </w:p>
    <w:p w14:paraId="5FDF129B" w14:textId="77777777" w:rsidR="00BC329D" w:rsidRDefault="00BC329D">
      <w:pPr>
        <w:spacing w:after="80"/>
      </w:pPr>
    </w:p>
    <w:p w14:paraId="3AD37898" w14:textId="069B135F" w:rsidR="00BC329D" w:rsidRDefault="00BC329D">
      <w:pPr>
        <w:spacing w:after="80"/>
        <w:rPr>
          <w:b/>
          <w:color w:val="1F3A5F"/>
          <w:sz w:val="26"/>
        </w:rPr>
      </w:pPr>
      <w:r>
        <w:rPr>
          <w:b/>
          <w:color w:val="1F3A5F"/>
          <w:sz w:val="26"/>
        </w:rPr>
        <w:lastRenderedPageBreak/>
        <w:t>PHỤ LỤC 1</w:t>
      </w:r>
    </w:p>
    <w:p w14:paraId="4240897B" w14:textId="4D35D9F8" w:rsidR="00B84309" w:rsidRDefault="00000000">
      <w:pPr>
        <w:spacing w:after="80"/>
      </w:pPr>
      <w:r>
        <w:rPr>
          <w:b/>
          <w:color w:val="1F3A5F"/>
          <w:sz w:val="26"/>
        </w:rPr>
        <w:t>BẢNG 24 BƯỚC CHUẨN (STEP FINISH DEFINITION)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2608"/>
        <w:gridCol w:w="2154"/>
        <w:gridCol w:w="4365"/>
      </w:tblGrid>
      <w:tr w:rsidR="00B84309" w14:paraId="55A23AEE" w14:textId="77777777">
        <w:trPr>
          <w:jc w:val="center"/>
        </w:trPr>
        <w:tc>
          <w:tcPr>
            <w:tcW w:w="510" w:type="dxa"/>
          </w:tcPr>
          <w:p w14:paraId="40E6FE50" w14:textId="77777777" w:rsidR="00B84309" w:rsidRDefault="00000000">
            <w:r>
              <w:rPr>
                <w:b/>
                <w:sz w:val="19"/>
              </w:rPr>
              <w:t>#</w:t>
            </w:r>
          </w:p>
        </w:tc>
        <w:tc>
          <w:tcPr>
            <w:tcW w:w="2608" w:type="dxa"/>
          </w:tcPr>
          <w:p w14:paraId="78B7199A" w14:textId="77777777" w:rsidR="00B84309" w:rsidRDefault="00000000">
            <w:r>
              <w:rPr>
                <w:b/>
                <w:sz w:val="19"/>
              </w:rPr>
              <w:t>Step Name (EN)</w:t>
            </w:r>
          </w:p>
        </w:tc>
        <w:tc>
          <w:tcPr>
            <w:tcW w:w="2154" w:type="dxa"/>
          </w:tcPr>
          <w:p w14:paraId="235E2148" w14:textId="77777777" w:rsidR="00B84309" w:rsidRDefault="00000000">
            <w:r>
              <w:rPr>
                <w:b/>
                <w:sz w:val="19"/>
              </w:rPr>
              <w:t>Tiếng Việt</w:t>
            </w:r>
          </w:p>
        </w:tc>
        <w:tc>
          <w:tcPr>
            <w:tcW w:w="4365" w:type="dxa"/>
          </w:tcPr>
          <w:p w14:paraId="6D2F9634" w14:textId="77777777" w:rsidR="00B84309" w:rsidRDefault="00000000">
            <w:r>
              <w:rPr>
                <w:b/>
                <w:sz w:val="19"/>
              </w:rPr>
              <w:t>Mục đích</w:t>
            </w:r>
          </w:p>
        </w:tc>
      </w:tr>
      <w:tr w:rsidR="00B84309" w14:paraId="325C6984" w14:textId="77777777">
        <w:trPr>
          <w:jc w:val="center"/>
        </w:trPr>
        <w:tc>
          <w:tcPr>
            <w:tcW w:w="510" w:type="dxa"/>
          </w:tcPr>
          <w:p w14:paraId="4BBBA7FC" w14:textId="77777777" w:rsidR="00B84309" w:rsidRDefault="00000000">
            <w:r>
              <w:rPr>
                <w:sz w:val="19"/>
              </w:rPr>
              <w:t>1</w:t>
            </w:r>
          </w:p>
        </w:tc>
        <w:tc>
          <w:tcPr>
            <w:tcW w:w="2608" w:type="dxa"/>
          </w:tcPr>
          <w:p w14:paraId="79283B1F" w14:textId="77777777" w:rsidR="00B84309" w:rsidRDefault="00000000">
            <w:r>
              <w:rPr>
                <w:b/>
                <w:sz w:val="19"/>
              </w:rPr>
              <w:t>PU Sealer</w:t>
            </w:r>
          </w:p>
        </w:tc>
        <w:tc>
          <w:tcPr>
            <w:tcW w:w="2154" w:type="dxa"/>
          </w:tcPr>
          <w:p w14:paraId="17710688" w14:textId="77777777" w:rsidR="00B84309" w:rsidRDefault="00000000">
            <w:r>
              <w:rPr>
                <w:sz w:val="19"/>
              </w:rPr>
              <w:t>Sơn lót PU</w:t>
            </w:r>
          </w:p>
        </w:tc>
        <w:tc>
          <w:tcPr>
            <w:tcW w:w="4365" w:type="dxa"/>
          </w:tcPr>
          <w:p w14:paraId="66144308" w14:textId="77777777" w:rsidR="00B84309" w:rsidRDefault="00000000">
            <w:r>
              <w:rPr>
                <w:sz w:val="19"/>
              </w:rPr>
              <w:t>Lớp sơn lên gỗ thô/sau màu: bịt lỗ gỗ, tạo bám dính, tạo chiều dày, cải thiện độ mịn trước khi chà nhám</w:t>
            </w:r>
          </w:p>
        </w:tc>
      </w:tr>
      <w:tr w:rsidR="00B84309" w14:paraId="67B8B09F" w14:textId="77777777">
        <w:trPr>
          <w:jc w:val="center"/>
        </w:trPr>
        <w:tc>
          <w:tcPr>
            <w:tcW w:w="510" w:type="dxa"/>
          </w:tcPr>
          <w:p w14:paraId="1E48BE1A" w14:textId="77777777" w:rsidR="00B84309" w:rsidRDefault="00000000">
            <w:r>
              <w:rPr>
                <w:sz w:val="19"/>
              </w:rPr>
              <w:t>2</w:t>
            </w:r>
          </w:p>
        </w:tc>
        <w:tc>
          <w:tcPr>
            <w:tcW w:w="2608" w:type="dxa"/>
          </w:tcPr>
          <w:p w14:paraId="67B1BA6B" w14:textId="77777777" w:rsidR="00B84309" w:rsidRDefault="00000000">
            <w:r>
              <w:rPr>
                <w:b/>
                <w:sz w:val="19"/>
              </w:rPr>
              <w:t>Equalizer Stain</w:t>
            </w:r>
          </w:p>
        </w:tc>
        <w:tc>
          <w:tcPr>
            <w:tcW w:w="2154" w:type="dxa"/>
          </w:tcPr>
          <w:p w14:paraId="284985F2" w14:textId="77777777" w:rsidR="00B84309" w:rsidRDefault="00000000">
            <w:r>
              <w:rPr>
                <w:sz w:val="19"/>
              </w:rPr>
              <w:t>Chỉnh sửa cân bằng màu gỗ</w:t>
            </w:r>
          </w:p>
        </w:tc>
        <w:tc>
          <w:tcPr>
            <w:tcW w:w="4365" w:type="dxa"/>
          </w:tcPr>
          <w:p w14:paraId="27A45E0C" w14:textId="77777777" w:rsidR="00B84309" w:rsidRDefault="00000000">
            <w:r>
              <w:rPr>
                <w:sz w:val="19"/>
              </w:rPr>
              <w:t>Điều chỉnh/làm đồng đều màu, giảm khác biệt veneer, vân gỗ, gỗ già/non</w:t>
            </w:r>
          </w:p>
        </w:tc>
      </w:tr>
      <w:tr w:rsidR="00B84309" w14:paraId="441046A6" w14:textId="77777777">
        <w:trPr>
          <w:jc w:val="center"/>
        </w:trPr>
        <w:tc>
          <w:tcPr>
            <w:tcW w:w="510" w:type="dxa"/>
          </w:tcPr>
          <w:p w14:paraId="335CC1CB" w14:textId="77777777" w:rsidR="00B84309" w:rsidRDefault="00000000">
            <w:r>
              <w:rPr>
                <w:sz w:val="19"/>
              </w:rPr>
              <w:t>3</w:t>
            </w:r>
          </w:p>
        </w:tc>
        <w:tc>
          <w:tcPr>
            <w:tcW w:w="2608" w:type="dxa"/>
          </w:tcPr>
          <w:p w14:paraId="08835028" w14:textId="77777777" w:rsidR="00B84309" w:rsidRDefault="00000000">
            <w:r>
              <w:rPr>
                <w:b/>
                <w:sz w:val="19"/>
              </w:rPr>
              <w:t>Non-Grain-Raising (NGR) Stain</w:t>
            </w:r>
          </w:p>
        </w:tc>
        <w:tc>
          <w:tcPr>
            <w:tcW w:w="2154" w:type="dxa"/>
          </w:tcPr>
          <w:p w14:paraId="30A6C5FB" w14:textId="77777777" w:rsidR="00B84309" w:rsidRDefault="00000000">
            <w:r>
              <w:rPr>
                <w:sz w:val="19"/>
              </w:rPr>
              <w:t>Sơn tạo vân gỗ (NGR)</w:t>
            </w:r>
          </w:p>
        </w:tc>
        <w:tc>
          <w:tcPr>
            <w:tcW w:w="4365" w:type="dxa"/>
          </w:tcPr>
          <w:p w14:paraId="0905F18C" w14:textId="77777777" w:rsidR="00B84309" w:rsidRDefault="00000000">
            <w:r>
              <w:rPr>
                <w:sz w:val="19"/>
              </w:rPr>
              <w:t>Tạo màu không phồng thớ gỗ, giữ kết cấu vân tự nhiên, màu trong suốt</w:t>
            </w:r>
          </w:p>
        </w:tc>
      </w:tr>
      <w:tr w:rsidR="00B84309" w14:paraId="2ABB827F" w14:textId="77777777">
        <w:trPr>
          <w:jc w:val="center"/>
        </w:trPr>
        <w:tc>
          <w:tcPr>
            <w:tcW w:w="510" w:type="dxa"/>
          </w:tcPr>
          <w:p w14:paraId="3F733063" w14:textId="77777777" w:rsidR="00B84309" w:rsidRDefault="00000000">
            <w:r>
              <w:rPr>
                <w:sz w:val="19"/>
              </w:rPr>
              <w:t>4</w:t>
            </w:r>
          </w:p>
        </w:tc>
        <w:tc>
          <w:tcPr>
            <w:tcW w:w="2608" w:type="dxa"/>
          </w:tcPr>
          <w:p w14:paraId="411416E3" w14:textId="77777777" w:rsidR="00B84309" w:rsidRDefault="00000000">
            <w:r>
              <w:rPr>
                <w:b/>
                <w:sz w:val="19"/>
              </w:rPr>
              <w:t>Duro Stain (Grain-Highlighting)</w:t>
            </w:r>
          </w:p>
        </w:tc>
        <w:tc>
          <w:tcPr>
            <w:tcW w:w="2154" w:type="dxa"/>
          </w:tcPr>
          <w:p w14:paraId="3ABEE2E6" w14:textId="77777777" w:rsidR="00B84309" w:rsidRDefault="00000000">
            <w:r>
              <w:rPr>
                <w:sz w:val="19"/>
              </w:rPr>
              <w:t>Sơn Duro (tô đậm vân gỗ)</w:t>
            </w:r>
          </w:p>
        </w:tc>
        <w:tc>
          <w:tcPr>
            <w:tcW w:w="4365" w:type="dxa"/>
          </w:tcPr>
          <w:p w14:paraId="481362A0" w14:textId="77777777" w:rsidR="00B84309" w:rsidRDefault="00000000">
            <w:r>
              <w:rPr>
                <w:sz w:val="19"/>
              </w:rPr>
              <w:t>Sơn đặc, hàm lượng màu cao, lau cho màu nằm trong vân/lỗ gỗ → nổi vân</w:t>
            </w:r>
          </w:p>
        </w:tc>
      </w:tr>
      <w:tr w:rsidR="00B84309" w14:paraId="723E2CED" w14:textId="77777777">
        <w:trPr>
          <w:jc w:val="center"/>
        </w:trPr>
        <w:tc>
          <w:tcPr>
            <w:tcW w:w="510" w:type="dxa"/>
          </w:tcPr>
          <w:p w14:paraId="768A0AF7" w14:textId="77777777" w:rsidR="00B84309" w:rsidRDefault="00000000">
            <w:r>
              <w:rPr>
                <w:sz w:val="19"/>
              </w:rPr>
              <w:t>5</w:t>
            </w:r>
          </w:p>
        </w:tc>
        <w:tc>
          <w:tcPr>
            <w:tcW w:w="2608" w:type="dxa"/>
          </w:tcPr>
          <w:p w14:paraId="28D394DA" w14:textId="77777777" w:rsidR="00B84309" w:rsidRDefault="00000000">
            <w:r>
              <w:rPr>
                <w:b/>
                <w:sz w:val="19"/>
              </w:rPr>
              <w:t>Base Color Stain</w:t>
            </w:r>
          </w:p>
        </w:tc>
        <w:tc>
          <w:tcPr>
            <w:tcW w:w="2154" w:type="dxa"/>
          </w:tcPr>
          <w:p w14:paraId="5802310E" w14:textId="77777777" w:rsidR="00B84309" w:rsidRDefault="00000000">
            <w:r>
              <w:rPr>
                <w:sz w:val="19"/>
              </w:rPr>
              <w:t>Màu nền</w:t>
            </w:r>
          </w:p>
        </w:tc>
        <w:tc>
          <w:tcPr>
            <w:tcW w:w="4365" w:type="dxa"/>
          </w:tcPr>
          <w:p w14:paraId="6720D953" w14:textId="77777777" w:rsidR="00B84309" w:rsidRDefault="00000000">
            <w:r>
              <w:rPr>
                <w:sz w:val="19"/>
              </w:rPr>
              <w:t>Tạo tông màu chủ đạo, đạt chuẩn màu được duyệt</w:t>
            </w:r>
          </w:p>
        </w:tc>
      </w:tr>
      <w:tr w:rsidR="00B84309" w14:paraId="6891CAD3" w14:textId="77777777">
        <w:trPr>
          <w:jc w:val="center"/>
        </w:trPr>
        <w:tc>
          <w:tcPr>
            <w:tcW w:w="510" w:type="dxa"/>
          </w:tcPr>
          <w:p w14:paraId="564E6FE4" w14:textId="77777777" w:rsidR="00B84309" w:rsidRDefault="00000000">
            <w:r>
              <w:rPr>
                <w:sz w:val="19"/>
              </w:rPr>
              <w:t>6</w:t>
            </w:r>
          </w:p>
        </w:tc>
        <w:tc>
          <w:tcPr>
            <w:tcW w:w="2608" w:type="dxa"/>
          </w:tcPr>
          <w:p w14:paraId="1A2757F8" w14:textId="77777777" w:rsidR="00B84309" w:rsidRDefault="00000000">
            <w:r>
              <w:rPr>
                <w:b/>
                <w:sz w:val="19"/>
              </w:rPr>
              <w:t>Toning Stain</w:t>
            </w:r>
          </w:p>
        </w:tc>
        <w:tc>
          <w:tcPr>
            <w:tcW w:w="2154" w:type="dxa"/>
          </w:tcPr>
          <w:p w14:paraId="72668C46" w14:textId="77777777" w:rsidR="00B84309" w:rsidRDefault="00000000">
            <w:r>
              <w:rPr>
                <w:sz w:val="19"/>
              </w:rPr>
              <w:t>Sơn màu điều chỉnh</w:t>
            </w:r>
          </w:p>
        </w:tc>
        <w:tc>
          <w:tcPr>
            <w:tcW w:w="4365" w:type="dxa"/>
          </w:tcPr>
          <w:p w14:paraId="632048B2" w14:textId="77777777" w:rsidR="00B84309" w:rsidRDefault="00000000">
            <w:r>
              <w:rPr>
                <w:sz w:val="19"/>
              </w:rPr>
              <w:t>Phun màu trên bề mặt đã bịt kín để điều chỉnh/đều màu/thay đổi nhẹ tông cuối</w:t>
            </w:r>
          </w:p>
        </w:tc>
      </w:tr>
      <w:tr w:rsidR="00B84309" w14:paraId="6C0E0923" w14:textId="77777777">
        <w:trPr>
          <w:jc w:val="center"/>
        </w:trPr>
        <w:tc>
          <w:tcPr>
            <w:tcW w:w="510" w:type="dxa"/>
          </w:tcPr>
          <w:p w14:paraId="3C1EEBA7" w14:textId="77777777" w:rsidR="00B84309" w:rsidRDefault="00000000">
            <w:r>
              <w:rPr>
                <w:sz w:val="19"/>
              </w:rPr>
              <w:t>7</w:t>
            </w:r>
          </w:p>
        </w:tc>
        <w:tc>
          <w:tcPr>
            <w:tcW w:w="2608" w:type="dxa"/>
          </w:tcPr>
          <w:p w14:paraId="094327D5" w14:textId="77777777" w:rsidR="00B84309" w:rsidRDefault="00000000">
            <w:r>
              <w:rPr>
                <w:b/>
                <w:sz w:val="19"/>
              </w:rPr>
              <w:t>PAD Stain</w:t>
            </w:r>
          </w:p>
        </w:tc>
        <w:tc>
          <w:tcPr>
            <w:tcW w:w="2154" w:type="dxa"/>
          </w:tcPr>
          <w:p w14:paraId="705BD8C3" w14:textId="77777777" w:rsidR="00B84309" w:rsidRDefault="00000000">
            <w:r>
              <w:rPr>
                <w:sz w:val="19"/>
              </w:rPr>
              <w:t>Màu PAD</w:t>
            </w:r>
          </w:p>
        </w:tc>
        <w:tc>
          <w:tcPr>
            <w:tcW w:w="4365" w:type="dxa"/>
          </w:tcPr>
          <w:p w14:paraId="0E97AE7F" w14:textId="77777777" w:rsidR="00B84309" w:rsidRDefault="00000000">
            <w:r>
              <w:rPr>
                <w:sz w:val="19"/>
              </w:rPr>
              <w:t>Sơn bằng vải lau — dây chuyền hàng loạt, màu đều, kiểm soát lượng</w:t>
            </w:r>
          </w:p>
        </w:tc>
      </w:tr>
      <w:tr w:rsidR="00B84309" w14:paraId="751E69DD" w14:textId="77777777">
        <w:trPr>
          <w:jc w:val="center"/>
        </w:trPr>
        <w:tc>
          <w:tcPr>
            <w:tcW w:w="510" w:type="dxa"/>
          </w:tcPr>
          <w:p w14:paraId="71817D19" w14:textId="77777777" w:rsidR="00B84309" w:rsidRDefault="00000000">
            <w:r>
              <w:rPr>
                <w:sz w:val="19"/>
              </w:rPr>
              <w:t>8</w:t>
            </w:r>
          </w:p>
        </w:tc>
        <w:tc>
          <w:tcPr>
            <w:tcW w:w="2608" w:type="dxa"/>
          </w:tcPr>
          <w:p w14:paraId="0FA90BD1" w14:textId="77777777" w:rsidR="00B84309" w:rsidRDefault="00000000">
            <w:r>
              <w:rPr>
                <w:b/>
                <w:sz w:val="19"/>
              </w:rPr>
              <w:t>Basecoat</w:t>
            </w:r>
          </w:p>
        </w:tc>
        <w:tc>
          <w:tcPr>
            <w:tcW w:w="2154" w:type="dxa"/>
          </w:tcPr>
          <w:p w14:paraId="6336FB69" w14:textId="77777777" w:rsidR="00B84309" w:rsidRDefault="00000000">
            <w:r>
              <w:rPr>
                <w:sz w:val="19"/>
              </w:rPr>
              <w:t>Lớp sơn lót nền</w:t>
            </w:r>
          </w:p>
        </w:tc>
        <w:tc>
          <w:tcPr>
            <w:tcW w:w="4365" w:type="dxa"/>
          </w:tcPr>
          <w:p w14:paraId="4F57C49C" w14:textId="77777777" w:rsidR="00B84309" w:rsidRDefault="00000000">
            <w:r>
              <w:rPr>
                <w:sz w:val="19"/>
              </w:rPr>
              <w:t>Hệ sơn có chất tạo màu, phun lớp mờ/bán mờ → màu nền đồng nhất, che phủ vân gỗ</w:t>
            </w:r>
          </w:p>
        </w:tc>
      </w:tr>
      <w:tr w:rsidR="00B84309" w14:paraId="7AF64414" w14:textId="77777777">
        <w:trPr>
          <w:jc w:val="center"/>
        </w:trPr>
        <w:tc>
          <w:tcPr>
            <w:tcW w:w="510" w:type="dxa"/>
          </w:tcPr>
          <w:p w14:paraId="2AD03148" w14:textId="77777777" w:rsidR="00B84309" w:rsidRDefault="00000000">
            <w:r>
              <w:rPr>
                <w:sz w:val="19"/>
              </w:rPr>
              <w:t>9</w:t>
            </w:r>
          </w:p>
        </w:tc>
        <w:tc>
          <w:tcPr>
            <w:tcW w:w="2608" w:type="dxa"/>
          </w:tcPr>
          <w:p w14:paraId="0FFF6383" w14:textId="77777777" w:rsidR="00B84309" w:rsidRDefault="00000000">
            <w:r>
              <w:rPr>
                <w:b/>
                <w:sz w:val="19"/>
              </w:rPr>
              <w:t>Wipe Glaze</w:t>
            </w:r>
          </w:p>
        </w:tc>
        <w:tc>
          <w:tcPr>
            <w:tcW w:w="2154" w:type="dxa"/>
          </w:tcPr>
          <w:p w14:paraId="53994F96" w14:textId="77777777" w:rsidR="00B84309" w:rsidRDefault="00000000">
            <w:r>
              <w:rPr>
                <w:sz w:val="19"/>
              </w:rPr>
              <w:t>Lau Glaze</w:t>
            </w:r>
          </w:p>
        </w:tc>
        <w:tc>
          <w:tcPr>
            <w:tcW w:w="4365" w:type="dxa"/>
          </w:tcPr>
          <w:p w14:paraId="3B8F13C5" w14:textId="77777777" w:rsidR="00B84309" w:rsidRDefault="00000000">
            <w:r>
              <w:rPr>
                <w:sz w:val="19"/>
              </w:rPr>
              <w:t>Lau glaze bằng vải rồi lau bớt → chiều sâu + tương phản; không tạo độ dày, phải phủ bảo vệ</w:t>
            </w:r>
          </w:p>
        </w:tc>
      </w:tr>
      <w:tr w:rsidR="00B84309" w14:paraId="10A9B964" w14:textId="77777777">
        <w:trPr>
          <w:jc w:val="center"/>
        </w:trPr>
        <w:tc>
          <w:tcPr>
            <w:tcW w:w="510" w:type="dxa"/>
          </w:tcPr>
          <w:p w14:paraId="549EB976" w14:textId="77777777" w:rsidR="00B84309" w:rsidRDefault="00000000">
            <w:r>
              <w:rPr>
                <w:sz w:val="19"/>
              </w:rPr>
              <w:t>10</w:t>
            </w:r>
          </w:p>
        </w:tc>
        <w:tc>
          <w:tcPr>
            <w:tcW w:w="2608" w:type="dxa"/>
          </w:tcPr>
          <w:p w14:paraId="683DC9FE" w14:textId="77777777" w:rsidR="00B84309" w:rsidRDefault="00000000">
            <w:r>
              <w:rPr>
                <w:b/>
                <w:sz w:val="19"/>
              </w:rPr>
              <w:t>Spray Glaze</w:t>
            </w:r>
          </w:p>
        </w:tc>
        <w:tc>
          <w:tcPr>
            <w:tcW w:w="2154" w:type="dxa"/>
          </w:tcPr>
          <w:p w14:paraId="257B0538" w14:textId="77777777" w:rsidR="00B84309" w:rsidRDefault="00000000">
            <w:r>
              <w:rPr>
                <w:sz w:val="19"/>
              </w:rPr>
              <w:t>Phun Glaze</w:t>
            </w:r>
          </w:p>
        </w:tc>
        <w:tc>
          <w:tcPr>
            <w:tcW w:w="4365" w:type="dxa"/>
          </w:tcPr>
          <w:p w14:paraId="7B83F70D" w14:textId="77777777" w:rsidR="00B84309" w:rsidRDefault="00000000">
            <w:r>
              <w:rPr>
                <w:sz w:val="19"/>
              </w:rPr>
              <w:t>Phun glaze bằng súng → thấm sâu; tạo chiều sâu + tương phản; phải phủ bảo vệ</w:t>
            </w:r>
          </w:p>
        </w:tc>
      </w:tr>
      <w:tr w:rsidR="00B84309" w14:paraId="0F62E1F9" w14:textId="77777777">
        <w:trPr>
          <w:jc w:val="center"/>
        </w:trPr>
        <w:tc>
          <w:tcPr>
            <w:tcW w:w="510" w:type="dxa"/>
          </w:tcPr>
          <w:p w14:paraId="5A39FAFB" w14:textId="77777777" w:rsidR="00B84309" w:rsidRDefault="00000000">
            <w:r>
              <w:rPr>
                <w:sz w:val="19"/>
              </w:rPr>
              <w:t>11</w:t>
            </w:r>
          </w:p>
        </w:tc>
        <w:tc>
          <w:tcPr>
            <w:tcW w:w="2608" w:type="dxa"/>
          </w:tcPr>
          <w:p w14:paraId="7D5E5E39" w14:textId="77777777" w:rsidR="00B84309" w:rsidRDefault="00000000">
            <w:r>
              <w:rPr>
                <w:b/>
                <w:sz w:val="19"/>
              </w:rPr>
              <w:t>Powder Glaze Wiping</w:t>
            </w:r>
          </w:p>
        </w:tc>
        <w:tc>
          <w:tcPr>
            <w:tcW w:w="2154" w:type="dxa"/>
          </w:tcPr>
          <w:p w14:paraId="2851B841" w14:textId="77777777" w:rsidR="00B84309" w:rsidRDefault="00000000">
            <w:r>
              <w:rPr>
                <w:sz w:val="19"/>
              </w:rPr>
              <w:t>Lau bột bụi</w:t>
            </w:r>
          </w:p>
        </w:tc>
        <w:tc>
          <w:tcPr>
            <w:tcW w:w="4365" w:type="dxa"/>
          </w:tcPr>
          <w:p w14:paraId="62165FB7" w14:textId="77777777" w:rsidR="00B84309" w:rsidRDefault="00000000">
            <w:r>
              <w:rPr>
                <w:sz w:val="19"/>
              </w:rPr>
              <w:t>Lau bột glaze vào bề mặt rồi lau bớt → chiều sâu (giả cổ/vân gỗ)</w:t>
            </w:r>
          </w:p>
        </w:tc>
      </w:tr>
      <w:tr w:rsidR="00B84309" w14:paraId="5AD08A23" w14:textId="77777777">
        <w:trPr>
          <w:jc w:val="center"/>
        </w:trPr>
        <w:tc>
          <w:tcPr>
            <w:tcW w:w="510" w:type="dxa"/>
          </w:tcPr>
          <w:p w14:paraId="5F83D5E9" w14:textId="77777777" w:rsidR="00B84309" w:rsidRDefault="00000000">
            <w:r>
              <w:rPr>
                <w:sz w:val="19"/>
              </w:rPr>
              <w:t>12</w:t>
            </w:r>
          </w:p>
        </w:tc>
        <w:tc>
          <w:tcPr>
            <w:tcW w:w="2608" w:type="dxa"/>
          </w:tcPr>
          <w:p w14:paraId="5FB23E49" w14:textId="77777777" w:rsidR="00B84309" w:rsidRDefault="00000000">
            <w:r>
              <w:rPr>
                <w:b/>
                <w:sz w:val="19"/>
              </w:rPr>
              <w:t>Dry Brushing</w:t>
            </w:r>
          </w:p>
        </w:tc>
        <w:tc>
          <w:tcPr>
            <w:tcW w:w="2154" w:type="dxa"/>
          </w:tcPr>
          <w:p w14:paraId="540C4CE9" w14:textId="77777777" w:rsidR="00B84309" w:rsidRDefault="00000000">
            <w:r>
              <w:rPr>
                <w:sz w:val="19"/>
              </w:rPr>
              <w:t>Đánh cọ</w:t>
            </w:r>
          </w:p>
        </w:tc>
        <w:tc>
          <w:tcPr>
            <w:tcW w:w="4365" w:type="dxa"/>
          </w:tcPr>
          <w:p w14:paraId="76EF710A" w14:textId="77777777" w:rsidR="00B84309" w:rsidRDefault="00000000">
            <w:r>
              <w:rPr>
                <w:sz w:val="19"/>
              </w:rPr>
              <w:t>Kỹ thuật thủ công: cọ gần khô → điểm nhấn sáng trên khu vực nổi</w:t>
            </w:r>
          </w:p>
        </w:tc>
      </w:tr>
      <w:tr w:rsidR="00B84309" w14:paraId="7F8EEDDB" w14:textId="77777777">
        <w:trPr>
          <w:jc w:val="center"/>
        </w:trPr>
        <w:tc>
          <w:tcPr>
            <w:tcW w:w="510" w:type="dxa"/>
          </w:tcPr>
          <w:p w14:paraId="0D504426" w14:textId="77777777" w:rsidR="00B84309" w:rsidRDefault="00000000">
            <w:r>
              <w:rPr>
                <w:sz w:val="19"/>
              </w:rPr>
              <w:t>13</w:t>
            </w:r>
          </w:p>
        </w:tc>
        <w:tc>
          <w:tcPr>
            <w:tcW w:w="2608" w:type="dxa"/>
          </w:tcPr>
          <w:p w14:paraId="5B531AB4" w14:textId="77777777" w:rsidR="00B84309" w:rsidRDefault="00000000">
            <w:r>
              <w:rPr>
                <w:b/>
                <w:sz w:val="19"/>
              </w:rPr>
              <w:t>Rub-Through / Distressing</w:t>
            </w:r>
          </w:p>
        </w:tc>
        <w:tc>
          <w:tcPr>
            <w:tcW w:w="2154" w:type="dxa"/>
          </w:tcPr>
          <w:p w14:paraId="1E344E60" w14:textId="77777777" w:rsidR="00B84309" w:rsidRDefault="00000000">
            <w:r>
              <w:rPr>
                <w:sz w:val="19"/>
              </w:rPr>
              <w:t>Chà nhám sâu/Làm mòn lớp sơn</w:t>
            </w:r>
          </w:p>
        </w:tc>
        <w:tc>
          <w:tcPr>
            <w:tcW w:w="4365" w:type="dxa"/>
          </w:tcPr>
          <w:p w14:paraId="57AF6A54" w14:textId="77777777" w:rsidR="00B84309" w:rsidRDefault="00000000">
            <w:r>
              <w:rPr>
                <w:sz w:val="19"/>
              </w:rPr>
              <w:t>Chà/mài lớp màu trên cùng → lộ màu/gỗ dưới → vẻ cũ kỹ, mộc mạc</w:t>
            </w:r>
          </w:p>
        </w:tc>
      </w:tr>
      <w:tr w:rsidR="00B84309" w14:paraId="52281945" w14:textId="77777777">
        <w:trPr>
          <w:jc w:val="center"/>
        </w:trPr>
        <w:tc>
          <w:tcPr>
            <w:tcW w:w="510" w:type="dxa"/>
          </w:tcPr>
          <w:p w14:paraId="2947E67E" w14:textId="77777777" w:rsidR="00B84309" w:rsidRDefault="00000000">
            <w:r>
              <w:rPr>
                <w:sz w:val="19"/>
              </w:rPr>
              <w:t>14</w:t>
            </w:r>
          </w:p>
        </w:tc>
        <w:tc>
          <w:tcPr>
            <w:tcW w:w="2608" w:type="dxa"/>
          </w:tcPr>
          <w:p w14:paraId="46623408" w14:textId="77777777" w:rsidR="00B84309" w:rsidRDefault="00000000">
            <w:r>
              <w:rPr>
                <w:b/>
                <w:sz w:val="19"/>
              </w:rPr>
              <w:t>Highlighting</w:t>
            </w:r>
          </w:p>
        </w:tc>
        <w:tc>
          <w:tcPr>
            <w:tcW w:w="2154" w:type="dxa"/>
          </w:tcPr>
          <w:p w14:paraId="407302F4" w14:textId="77777777" w:rsidR="00B84309" w:rsidRDefault="00000000">
            <w:r>
              <w:rPr>
                <w:sz w:val="19"/>
              </w:rPr>
              <w:t>Chà highlight (làm nổi bật)</w:t>
            </w:r>
          </w:p>
        </w:tc>
        <w:tc>
          <w:tcPr>
            <w:tcW w:w="4365" w:type="dxa"/>
          </w:tcPr>
          <w:p w14:paraId="174521A3" w14:textId="77777777" w:rsidR="00B84309" w:rsidRDefault="00000000">
            <w:r>
              <w:rPr>
                <w:sz w:val="19"/>
              </w:rPr>
              <w:t>Tạo sáng-tối + chiều sâu → nhấn chi tiết nổi, cạnh, chạm khắc</w:t>
            </w:r>
          </w:p>
        </w:tc>
      </w:tr>
      <w:tr w:rsidR="00B84309" w14:paraId="520A0263" w14:textId="77777777">
        <w:trPr>
          <w:jc w:val="center"/>
        </w:trPr>
        <w:tc>
          <w:tcPr>
            <w:tcW w:w="510" w:type="dxa"/>
          </w:tcPr>
          <w:p w14:paraId="675E489A" w14:textId="77777777" w:rsidR="00B84309" w:rsidRDefault="00000000">
            <w:r>
              <w:rPr>
                <w:sz w:val="19"/>
              </w:rPr>
              <w:t>15</w:t>
            </w:r>
          </w:p>
        </w:tc>
        <w:tc>
          <w:tcPr>
            <w:tcW w:w="2608" w:type="dxa"/>
          </w:tcPr>
          <w:p w14:paraId="2714224D" w14:textId="77777777" w:rsidR="00B84309" w:rsidRDefault="00000000">
            <w:r>
              <w:rPr>
                <w:b/>
                <w:sz w:val="19"/>
              </w:rPr>
              <w:t>Spot-Release Paste (Poloxy)</w:t>
            </w:r>
          </w:p>
        </w:tc>
        <w:tc>
          <w:tcPr>
            <w:tcW w:w="2154" w:type="dxa"/>
          </w:tcPr>
          <w:p w14:paraId="4A749C18" w14:textId="77777777" w:rsidR="00B84309" w:rsidRDefault="00000000">
            <w:r>
              <w:rPr>
                <w:sz w:val="19"/>
              </w:rPr>
              <w:t>Sáp tạo điểm tróc giả cổ</w:t>
            </w:r>
          </w:p>
        </w:tc>
        <w:tc>
          <w:tcPr>
            <w:tcW w:w="4365" w:type="dxa"/>
          </w:tcPr>
          <w:p w14:paraId="7695206E" w14:textId="77777777" w:rsidR="00B84309" w:rsidRDefault="00000000">
            <w:r>
              <w:rPr>
                <w:sz w:val="19"/>
              </w:rPr>
              <w:t>Quét lớp che tạm → phun màu 2 → gỡ lớp che → lộ màu dưới</w:t>
            </w:r>
          </w:p>
        </w:tc>
      </w:tr>
      <w:tr w:rsidR="00B84309" w14:paraId="4929CF71" w14:textId="77777777">
        <w:trPr>
          <w:jc w:val="center"/>
        </w:trPr>
        <w:tc>
          <w:tcPr>
            <w:tcW w:w="510" w:type="dxa"/>
          </w:tcPr>
          <w:p w14:paraId="650A757E" w14:textId="77777777" w:rsidR="00B84309" w:rsidRDefault="00000000">
            <w:r>
              <w:rPr>
                <w:sz w:val="19"/>
              </w:rPr>
              <w:t>16</w:t>
            </w:r>
          </w:p>
        </w:tc>
        <w:tc>
          <w:tcPr>
            <w:tcW w:w="2608" w:type="dxa"/>
          </w:tcPr>
          <w:p w14:paraId="5D4A4155" w14:textId="77777777" w:rsidR="00B84309" w:rsidRDefault="00000000">
            <w:r>
              <w:rPr>
                <w:b/>
                <w:sz w:val="19"/>
              </w:rPr>
              <w:t>Sanding</w:t>
            </w:r>
          </w:p>
        </w:tc>
        <w:tc>
          <w:tcPr>
            <w:tcW w:w="2154" w:type="dxa"/>
          </w:tcPr>
          <w:p w14:paraId="04B93C90" w14:textId="77777777" w:rsidR="00B84309" w:rsidRDefault="00000000">
            <w:r>
              <w:rPr>
                <w:sz w:val="19"/>
              </w:rPr>
              <w:t>Chà nhám</w:t>
            </w:r>
          </w:p>
        </w:tc>
        <w:tc>
          <w:tcPr>
            <w:tcW w:w="4365" w:type="dxa"/>
          </w:tcPr>
          <w:p w14:paraId="51551C41" w14:textId="77777777" w:rsidR="00B84309" w:rsidRDefault="00000000">
            <w:r>
              <w:rPr>
                <w:sz w:val="19"/>
              </w:rPr>
              <w:t>Làm mịn/phẳng/chuẩn bị bề mặt — ảnh hưởng trực tiếp vẻ ngoài cuối</w:t>
            </w:r>
          </w:p>
        </w:tc>
      </w:tr>
      <w:tr w:rsidR="00B84309" w14:paraId="5150E880" w14:textId="77777777">
        <w:trPr>
          <w:jc w:val="center"/>
        </w:trPr>
        <w:tc>
          <w:tcPr>
            <w:tcW w:w="510" w:type="dxa"/>
          </w:tcPr>
          <w:p w14:paraId="6407F61E" w14:textId="77777777" w:rsidR="00B84309" w:rsidRDefault="00000000">
            <w:r>
              <w:rPr>
                <w:sz w:val="19"/>
              </w:rPr>
              <w:t>17</w:t>
            </w:r>
          </w:p>
        </w:tc>
        <w:tc>
          <w:tcPr>
            <w:tcW w:w="2608" w:type="dxa"/>
          </w:tcPr>
          <w:p w14:paraId="2079D576" w14:textId="77777777" w:rsidR="00B84309" w:rsidRDefault="00000000">
            <w:r>
              <w:rPr>
                <w:b/>
                <w:sz w:val="19"/>
              </w:rPr>
              <w:t>Spatter</w:t>
            </w:r>
          </w:p>
        </w:tc>
        <w:tc>
          <w:tcPr>
            <w:tcW w:w="2154" w:type="dxa"/>
          </w:tcPr>
          <w:p w14:paraId="7CFECD4E" w14:textId="77777777" w:rsidR="00B84309" w:rsidRDefault="00000000">
            <w:r>
              <w:rPr>
                <w:sz w:val="19"/>
              </w:rPr>
              <w:t>Phun hạt</w:t>
            </w:r>
          </w:p>
        </w:tc>
        <w:tc>
          <w:tcPr>
            <w:tcW w:w="4365" w:type="dxa"/>
          </w:tcPr>
          <w:p w14:paraId="56172770" w14:textId="77777777" w:rsidR="00B84309" w:rsidRDefault="00000000">
            <w:r>
              <w:rPr>
                <w:sz w:val="19"/>
              </w:rPr>
              <w:t>Phun giọt sơn màu tương phản → bề mặt đốm/kết cấu (trang trí)</w:t>
            </w:r>
          </w:p>
        </w:tc>
      </w:tr>
      <w:tr w:rsidR="00B84309" w14:paraId="44A97561" w14:textId="77777777">
        <w:trPr>
          <w:jc w:val="center"/>
        </w:trPr>
        <w:tc>
          <w:tcPr>
            <w:tcW w:w="510" w:type="dxa"/>
          </w:tcPr>
          <w:p w14:paraId="27F45729" w14:textId="77777777" w:rsidR="00B84309" w:rsidRDefault="00000000">
            <w:r>
              <w:rPr>
                <w:sz w:val="19"/>
              </w:rPr>
              <w:t>18</w:t>
            </w:r>
          </w:p>
        </w:tc>
        <w:tc>
          <w:tcPr>
            <w:tcW w:w="2608" w:type="dxa"/>
          </w:tcPr>
          <w:p w14:paraId="63C07F82" w14:textId="77777777" w:rsidR="00B84309" w:rsidRDefault="00000000">
            <w:r>
              <w:rPr>
                <w:b/>
                <w:sz w:val="19"/>
              </w:rPr>
              <w:t>Cow-Tail Antique Effect</w:t>
            </w:r>
          </w:p>
        </w:tc>
        <w:tc>
          <w:tcPr>
            <w:tcW w:w="2154" w:type="dxa"/>
          </w:tcPr>
          <w:p w14:paraId="6AE8803B" w14:textId="77777777" w:rsidR="00B84309" w:rsidRDefault="00000000">
            <w:r>
              <w:rPr>
                <w:sz w:val="19"/>
              </w:rPr>
              <w:t>Hiệu ứng giả cổ đuôi bò</w:t>
            </w:r>
          </w:p>
        </w:tc>
        <w:tc>
          <w:tcPr>
            <w:tcW w:w="4365" w:type="dxa"/>
          </w:tcPr>
          <w:p w14:paraId="748C47C0" w14:textId="77777777" w:rsidR="00B84309" w:rsidRDefault="00000000">
            <w:r>
              <w:rPr>
                <w:sz w:val="19"/>
              </w:rPr>
              <w:t>Vệt sơn/glaze dày lượn sóng như đuôi bò → hiệu ứng giả cổ</w:t>
            </w:r>
          </w:p>
        </w:tc>
      </w:tr>
      <w:tr w:rsidR="00B84309" w14:paraId="624300B1" w14:textId="77777777">
        <w:trPr>
          <w:jc w:val="center"/>
        </w:trPr>
        <w:tc>
          <w:tcPr>
            <w:tcW w:w="510" w:type="dxa"/>
          </w:tcPr>
          <w:p w14:paraId="3408E1FB" w14:textId="77777777" w:rsidR="00B84309" w:rsidRDefault="00000000">
            <w:r>
              <w:rPr>
                <w:sz w:val="19"/>
              </w:rPr>
              <w:t>19</w:t>
            </w:r>
          </w:p>
        </w:tc>
        <w:tc>
          <w:tcPr>
            <w:tcW w:w="2608" w:type="dxa"/>
          </w:tcPr>
          <w:p w14:paraId="53D2288F" w14:textId="77777777" w:rsidR="00B84309" w:rsidRDefault="00000000">
            <w:r>
              <w:rPr>
                <w:b/>
                <w:sz w:val="19"/>
              </w:rPr>
              <w:t>Washcoat</w:t>
            </w:r>
          </w:p>
        </w:tc>
        <w:tc>
          <w:tcPr>
            <w:tcW w:w="2154" w:type="dxa"/>
          </w:tcPr>
          <w:p w14:paraId="406ACFA4" w14:textId="77777777" w:rsidR="00B84309" w:rsidRDefault="00000000">
            <w:r>
              <w:rPr>
                <w:sz w:val="19"/>
              </w:rPr>
              <w:t>Sơn Lót Mỏng</w:t>
            </w:r>
          </w:p>
        </w:tc>
        <w:tc>
          <w:tcPr>
            <w:tcW w:w="4365" w:type="dxa"/>
          </w:tcPr>
          <w:p w14:paraId="5CAC8A50" w14:textId="77777777" w:rsidR="00B84309" w:rsidRDefault="00000000">
            <w:r>
              <w:rPr>
                <w:sz w:val="19"/>
              </w:rPr>
              <w:t>Lớp lót rất mỏng (10–12s) lên gỗ thô → giảm hút màu, tránh lem, màu đều</w:t>
            </w:r>
          </w:p>
        </w:tc>
      </w:tr>
      <w:tr w:rsidR="00B84309" w14:paraId="41B33521" w14:textId="77777777">
        <w:trPr>
          <w:jc w:val="center"/>
        </w:trPr>
        <w:tc>
          <w:tcPr>
            <w:tcW w:w="510" w:type="dxa"/>
          </w:tcPr>
          <w:p w14:paraId="3F7E7A24" w14:textId="77777777" w:rsidR="00B84309" w:rsidRDefault="00000000">
            <w:r>
              <w:rPr>
                <w:sz w:val="19"/>
              </w:rPr>
              <w:t>20</w:t>
            </w:r>
          </w:p>
        </w:tc>
        <w:tc>
          <w:tcPr>
            <w:tcW w:w="2608" w:type="dxa"/>
          </w:tcPr>
          <w:p w14:paraId="722089DF" w14:textId="77777777" w:rsidR="00B84309" w:rsidRDefault="00000000">
            <w:r>
              <w:rPr>
                <w:b/>
                <w:sz w:val="19"/>
              </w:rPr>
              <w:t>Sealer</w:t>
            </w:r>
          </w:p>
        </w:tc>
        <w:tc>
          <w:tcPr>
            <w:tcW w:w="2154" w:type="dxa"/>
          </w:tcPr>
          <w:p w14:paraId="65562533" w14:textId="77777777" w:rsidR="00B84309" w:rsidRDefault="00000000">
            <w:r>
              <w:rPr>
                <w:sz w:val="19"/>
              </w:rPr>
              <w:t>Sơn Lót</w:t>
            </w:r>
          </w:p>
        </w:tc>
        <w:tc>
          <w:tcPr>
            <w:tcW w:w="4365" w:type="dxa"/>
          </w:tcPr>
          <w:p w14:paraId="34DDF2AA" w14:textId="77777777" w:rsidR="00B84309" w:rsidRDefault="00000000">
            <w:r>
              <w:rPr>
                <w:sz w:val="19"/>
              </w:rPr>
              <w:t>Lớp phủ trong suốt (12–16s) sau màu/lót/glaze → khóa + bảo vệ lớp màu</w:t>
            </w:r>
          </w:p>
        </w:tc>
      </w:tr>
      <w:tr w:rsidR="00B84309" w14:paraId="1362CF39" w14:textId="77777777">
        <w:trPr>
          <w:jc w:val="center"/>
        </w:trPr>
        <w:tc>
          <w:tcPr>
            <w:tcW w:w="510" w:type="dxa"/>
          </w:tcPr>
          <w:p w14:paraId="130A16DF" w14:textId="77777777" w:rsidR="00B84309" w:rsidRDefault="00000000">
            <w:r>
              <w:rPr>
                <w:sz w:val="19"/>
              </w:rPr>
              <w:t>21</w:t>
            </w:r>
          </w:p>
        </w:tc>
        <w:tc>
          <w:tcPr>
            <w:tcW w:w="2608" w:type="dxa"/>
          </w:tcPr>
          <w:p w14:paraId="051C215D" w14:textId="77777777" w:rsidR="00B84309" w:rsidRDefault="00000000">
            <w:r>
              <w:rPr>
                <w:b/>
                <w:sz w:val="19"/>
              </w:rPr>
              <w:t>Topcoat</w:t>
            </w:r>
          </w:p>
        </w:tc>
        <w:tc>
          <w:tcPr>
            <w:tcW w:w="2154" w:type="dxa"/>
          </w:tcPr>
          <w:p w14:paraId="233890AE" w14:textId="77777777" w:rsidR="00B84309" w:rsidRDefault="00000000">
            <w:r>
              <w:rPr>
                <w:sz w:val="19"/>
              </w:rPr>
              <w:t>Sơn Bóng</w:t>
            </w:r>
          </w:p>
        </w:tc>
        <w:tc>
          <w:tcPr>
            <w:tcW w:w="4365" w:type="dxa"/>
          </w:tcPr>
          <w:p w14:paraId="4C1316E9" w14:textId="77777777" w:rsidR="00B84309" w:rsidRDefault="00000000">
            <w:r>
              <w:rPr>
                <w:sz w:val="19"/>
              </w:rPr>
              <w:t>Lớp phủ cuối trong suốt (9–12s) → hoàn thiện + bảo vệ (mờ/bán bóng/bóng)</w:t>
            </w:r>
          </w:p>
        </w:tc>
      </w:tr>
      <w:tr w:rsidR="00B84309" w14:paraId="16CD7FE6" w14:textId="77777777">
        <w:trPr>
          <w:jc w:val="center"/>
        </w:trPr>
        <w:tc>
          <w:tcPr>
            <w:tcW w:w="510" w:type="dxa"/>
          </w:tcPr>
          <w:p w14:paraId="50B48ABC" w14:textId="77777777" w:rsidR="00B84309" w:rsidRDefault="00000000">
            <w:r>
              <w:rPr>
                <w:sz w:val="19"/>
              </w:rPr>
              <w:t>22</w:t>
            </w:r>
          </w:p>
        </w:tc>
        <w:tc>
          <w:tcPr>
            <w:tcW w:w="2608" w:type="dxa"/>
          </w:tcPr>
          <w:p w14:paraId="393B1DA6" w14:textId="77777777" w:rsidR="00B84309" w:rsidRDefault="00000000">
            <w:r>
              <w:rPr>
                <w:b/>
                <w:sz w:val="19"/>
              </w:rPr>
              <w:t>Edge Burnishing</w:t>
            </w:r>
          </w:p>
        </w:tc>
        <w:tc>
          <w:tcPr>
            <w:tcW w:w="2154" w:type="dxa"/>
          </w:tcPr>
          <w:p w14:paraId="2BED2A7E" w14:textId="77777777" w:rsidR="00B84309" w:rsidRDefault="00000000">
            <w:r>
              <w:rPr>
                <w:sz w:val="19"/>
              </w:rPr>
              <w:t>Đánh cọ biên</w:t>
            </w:r>
          </w:p>
        </w:tc>
        <w:tc>
          <w:tcPr>
            <w:tcW w:w="4365" w:type="dxa"/>
          </w:tcPr>
          <w:p w14:paraId="4483FEA9" w14:textId="77777777" w:rsidR="00B84309" w:rsidRDefault="00000000">
            <w:r>
              <w:rPr>
                <w:sz w:val="19"/>
              </w:rPr>
              <w:t>Cạnh/góc mịn bóng hơn do ma sát (cố ý = cổ điển; ngoài ý muốn = lỗi)</w:t>
            </w:r>
          </w:p>
        </w:tc>
      </w:tr>
      <w:tr w:rsidR="00B84309" w14:paraId="3479DEBE" w14:textId="77777777">
        <w:trPr>
          <w:jc w:val="center"/>
        </w:trPr>
        <w:tc>
          <w:tcPr>
            <w:tcW w:w="510" w:type="dxa"/>
          </w:tcPr>
          <w:p w14:paraId="64B0609C" w14:textId="77777777" w:rsidR="00B84309" w:rsidRDefault="00000000">
            <w:r>
              <w:rPr>
                <w:sz w:val="19"/>
              </w:rPr>
              <w:t>23</w:t>
            </w:r>
          </w:p>
        </w:tc>
        <w:tc>
          <w:tcPr>
            <w:tcW w:w="2608" w:type="dxa"/>
          </w:tcPr>
          <w:p w14:paraId="5D773A81" w14:textId="77777777" w:rsidR="00B84309" w:rsidRDefault="00000000">
            <w:r>
              <w:rPr>
                <w:b/>
                <w:sz w:val="19"/>
              </w:rPr>
              <w:t>Anti-Yellowing Sealer</w:t>
            </w:r>
          </w:p>
        </w:tc>
        <w:tc>
          <w:tcPr>
            <w:tcW w:w="2154" w:type="dxa"/>
          </w:tcPr>
          <w:p w14:paraId="420C4E0A" w14:textId="77777777" w:rsidR="00B84309" w:rsidRDefault="00000000">
            <w:r>
              <w:rPr>
                <w:sz w:val="19"/>
              </w:rPr>
              <w:t>Sơn lót chống ố vàng</w:t>
            </w:r>
          </w:p>
        </w:tc>
        <w:tc>
          <w:tcPr>
            <w:tcW w:w="4365" w:type="dxa"/>
          </w:tcPr>
          <w:p w14:paraId="6D1AB40A" w14:textId="77777777" w:rsidR="00B84309" w:rsidRDefault="00000000">
            <w:r>
              <w:rPr>
                <w:sz w:val="19"/>
              </w:rPr>
              <w:t>Lót trong suốt giảm ố vàng (màu trắng/màu sáng)</w:t>
            </w:r>
          </w:p>
        </w:tc>
      </w:tr>
      <w:tr w:rsidR="00B84309" w14:paraId="72701BDA" w14:textId="77777777">
        <w:trPr>
          <w:jc w:val="center"/>
        </w:trPr>
        <w:tc>
          <w:tcPr>
            <w:tcW w:w="510" w:type="dxa"/>
          </w:tcPr>
          <w:p w14:paraId="4262E349" w14:textId="77777777" w:rsidR="00B84309" w:rsidRDefault="00000000">
            <w:r>
              <w:rPr>
                <w:sz w:val="19"/>
              </w:rPr>
              <w:t>24</w:t>
            </w:r>
          </w:p>
        </w:tc>
        <w:tc>
          <w:tcPr>
            <w:tcW w:w="2608" w:type="dxa"/>
          </w:tcPr>
          <w:p w14:paraId="66B62D33" w14:textId="77777777" w:rsidR="00B84309" w:rsidRDefault="00000000">
            <w:r>
              <w:rPr>
                <w:b/>
                <w:sz w:val="19"/>
              </w:rPr>
              <w:t>Anti-Yellowing Topcoat</w:t>
            </w:r>
          </w:p>
        </w:tc>
        <w:tc>
          <w:tcPr>
            <w:tcW w:w="2154" w:type="dxa"/>
          </w:tcPr>
          <w:p w14:paraId="75F0FAE1" w14:textId="77777777" w:rsidR="00B84309" w:rsidRDefault="00000000">
            <w:r>
              <w:rPr>
                <w:sz w:val="19"/>
              </w:rPr>
              <w:t>Sơn phủ hoàn thiện chống ố vàng</w:t>
            </w:r>
          </w:p>
        </w:tc>
        <w:tc>
          <w:tcPr>
            <w:tcW w:w="4365" w:type="dxa"/>
          </w:tcPr>
          <w:p w14:paraId="38D58585" w14:textId="77777777" w:rsidR="00B84309" w:rsidRDefault="00000000">
            <w:r>
              <w:rPr>
                <w:sz w:val="19"/>
              </w:rPr>
              <w:t>Lớp phủ cuối chống ngả vàng, giữ màu ổn định bền màu</w:t>
            </w:r>
          </w:p>
        </w:tc>
      </w:tr>
    </w:tbl>
    <w:p w14:paraId="51E9608C" w14:textId="77777777" w:rsidR="00B84309" w:rsidRDefault="00B84309">
      <w:pPr>
        <w:spacing w:after="80"/>
      </w:pPr>
    </w:p>
    <w:p w14:paraId="0D0B54E0" w14:textId="25F7E4D9" w:rsidR="00343D26" w:rsidRDefault="00343D26" w:rsidP="00343D26">
      <w:pPr>
        <w:spacing w:after="80"/>
      </w:pPr>
    </w:p>
    <w:p w14:paraId="23A31825" w14:textId="77777777" w:rsidR="00BC329D" w:rsidRDefault="00BC329D" w:rsidP="00343D26">
      <w:pPr>
        <w:spacing w:after="80"/>
      </w:pPr>
    </w:p>
    <w:p w14:paraId="733A567D" w14:textId="77777777" w:rsidR="00BC329D" w:rsidRDefault="00BC329D" w:rsidP="00343D26">
      <w:pPr>
        <w:spacing w:after="80"/>
      </w:pPr>
    </w:p>
    <w:p w14:paraId="5B57C038" w14:textId="77777777" w:rsidR="00BC329D" w:rsidRDefault="00BC329D" w:rsidP="00343D26">
      <w:pPr>
        <w:spacing w:after="80"/>
      </w:pPr>
    </w:p>
    <w:p w14:paraId="5A03FE7A" w14:textId="77777777" w:rsidR="00BC329D" w:rsidRDefault="00BC329D" w:rsidP="00343D26">
      <w:pPr>
        <w:spacing w:after="80"/>
      </w:pPr>
    </w:p>
    <w:p w14:paraId="38A34136" w14:textId="77777777" w:rsidR="00BC329D" w:rsidRDefault="00BC329D" w:rsidP="00343D26">
      <w:pPr>
        <w:spacing w:after="80"/>
      </w:pPr>
    </w:p>
    <w:p w14:paraId="09636A6F" w14:textId="77777777" w:rsidR="00BC329D" w:rsidRPr="00343D26" w:rsidRDefault="00BC329D" w:rsidP="00343D26">
      <w:pPr>
        <w:spacing w:after="80"/>
      </w:pPr>
    </w:p>
    <w:p w14:paraId="06C3BB98" w14:textId="5BA82E2A" w:rsidR="00343D26" w:rsidRPr="00343D26" w:rsidRDefault="00BC329D" w:rsidP="00343D26">
      <w:pPr>
        <w:spacing w:after="80"/>
        <w:rPr>
          <w:b/>
          <w:bCs/>
        </w:rPr>
      </w:pPr>
      <w:r>
        <w:rPr>
          <w:b/>
          <w:bCs/>
        </w:rPr>
        <w:lastRenderedPageBreak/>
        <w:t xml:space="preserve">PHỤ </w:t>
      </w:r>
      <w:proofErr w:type="gramStart"/>
      <w:r>
        <w:rPr>
          <w:b/>
          <w:bCs/>
        </w:rPr>
        <w:t xml:space="preserve">LỤC </w:t>
      </w:r>
      <w:r w:rsidR="00343D26" w:rsidRPr="00343D26">
        <w:rPr>
          <w:b/>
          <w:bCs/>
        </w:rPr>
        <w:t xml:space="preserve"> </w:t>
      </w:r>
      <w:proofErr w:type="spellStart"/>
      <w:r w:rsidR="00343D26" w:rsidRPr="00343D26">
        <w:rPr>
          <w:b/>
          <w:bCs/>
        </w:rPr>
        <w:t>Bảng</w:t>
      </w:r>
      <w:proofErr w:type="spellEnd"/>
      <w:proofErr w:type="gramEnd"/>
      <w:r w:rsidR="00343D26" w:rsidRPr="00343D26">
        <w:rPr>
          <w:b/>
          <w:bCs/>
        </w:rPr>
        <w:t xml:space="preserve"> </w:t>
      </w:r>
      <w:proofErr w:type="spellStart"/>
      <w:r w:rsidR="00343D26" w:rsidRPr="00343D26">
        <w:rPr>
          <w:b/>
          <w:bCs/>
        </w:rPr>
        <w:t>tổng</w:t>
      </w:r>
      <w:proofErr w:type="spellEnd"/>
      <w:r w:rsidR="00343D26" w:rsidRPr="00343D26">
        <w:rPr>
          <w:b/>
          <w:bCs/>
        </w:rPr>
        <w:t xml:space="preserve"> </w:t>
      </w:r>
      <w:proofErr w:type="spellStart"/>
      <w:r w:rsidR="00343D26" w:rsidRPr="00343D26">
        <w:rPr>
          <w:b/>
          <w:bCs/>
        </w:rPr>
        <w:t>hợp</w:t>
      </w:r>
      <w:proofErr w:type="spellEnd"/>
      <w:r w:rsidR="00343D26" w:rsidRPr="00343D26">
        <w:rPr>
          <w:b/>
          <w:bCs/>
        </w:rPr>
        <w:t xml:space="preserve"> </w:t>
      </w:r>
      <w:proofErr w:type="spellStart"/>
      <w:r w:rsidR="00343D26" w:rsidRPr="00343D26">
        <w:rPr>
          <w:b/>
          <w:bCs/>
        </w:rPr>
        <w:t>thuật</w:t>
      </w:r>
      <w:proofErr w:type="spellEnd"/>
      <w:r w:rsidR="00343D26" w:rsidRPr="00343D26">
        <w:rPr>
          <w:b/>
          <w:bCs/>
        </w:rPr>
        <w:t xml:space="preserve"> </w:t>
      </w:r>
      <w:proofErr w:type="spellStart"/>
      <w:r w:rsidR="00343D26" w:rsidRPr="00343D26">
        <w:rPr>
          <w:b/>
          <w:bCs/>
        </w:rPr>
        <w:t>ngữ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giải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thích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thêm</w:t>
      </w:r>
      <w:proofErr w:type="spellEnd"/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2693"/>
        <w:gridCol w:w="3417"/>
        <w:gridCol w:w="2910"/>
      </w:tblGrid>
      <w:tr w:rsidR="00343D26" w:rsidRPr="00343D26" w14:paraId="3794BC6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005BC3" w14:textId="77777777" w:rsidR="00343D26" w:rsidRPr="00343D26" w:rsidRDefault="00343D26" w:rsidP="00343D26">
            <w:pPr>
              <w:spacing w:after="80"/>
            </w:pPr>
            <w:r w:rsidRPr="00343D26">
              <w:rPr>
                <w:b/>
                <w:bCs/>
              </w:rPr>
              <w:t>STT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CCFB65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Tiếng</w:t>
            </w:r>
            <w:proofErr w:type="spellEnd"/>
            <w:r w:rsidRPr="00343D26">
              <w:rPr>
                <w:b/>
                <w:bCs/>
              </w:rPr>
              <w:t xml:space="preserve"> Hoa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D503F7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Thuật</w:t>
            </w:r>
            <w:proofErr w:type="spellEnd"/>
            <w:r w:rsidRPr="00343D26">
              <w:rPr>
                <w:b/>
                <w:bCs/>
              </w:rPr>
              <w:t xml:space="preserve"> </w:t>
            </w:r>
            <w:proofErr w:type="spellStart"/>
            <w:r w:rsidRPr="00343D26">
              <w:rPr>
                <w:b/>
                <w:bCs/>
              </w:rPr>
              <w:t>ngữ</w:t>
            </w:r>
            <w:proofErr w:type="spellEnd"/>
            <w:r w:rsidRPr="00343D26">
              <w:rPr>
                <w:b/>
                <w:bCs/>
              </w:rPr>
              <w:t xml:space="preserve"> </w:t>
            </w:r>
            <w:proofErr w:type="spellStart"/>
            <w:r w:rsidRPr="00343D26">
              <w:rPr>
                <w:b/>
                <w:bCs/>
              </w:rPr>
              <w:t>Tiếng</w:t>
            </w:r>
            <w:proofErr w:type="spellEnd"/>
            <w:r w:rsidRPr="00343D26">
              <w:rPr>
                <w:b/>
                <w:bCs/>
              </w:rPr>
              <w:t xml:space="preserve"> Việt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6165D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Tiếng</w:t>
            </w:r>
            <w:proofErr w:type="spellEnd"/>
            <w:r w:rsidRPr="00343D26">
              <w:rPr>
                <w:b/>
                <w:bCs/>
              </w:rPr>
              <w:t xml:space="preserve"> Anh </w:t>
            </w:r>
            <w:proofErr w:type="spellStart"/>
            <w:r w:rsidRPr="00343D26">
              <w:rPr>
                <w:b/>
                <w:bCs/>
              </w:rPr>
              <w:t>tương</w:t>
            </w:r>
            <w:proofErr w:type="spellEnd"/>
            <w:r w:rsidRPr="00343D26">
              <w:rPr>
                <w:b/>
                <w:bCs/>
              </w:rPr>
              <w:t xml:space="preserve"> </w:t>
            </w:r>
            <w:proofErr w:type="spellStart"/>
            <w:r w:rsidRPr="00343D26">
              <w:rPr>
                <w:b/>
                <w:bCs/>
              </w:rPr>
              <w:t>đương</w:t>
            </w:r>
            <w:proofErr w:type="spellEnd"/>
          </w:p>
        </w:tc>
      </w:tr>
      <w:tr w:rsidR="00343D26" w:rsidRPr="00343D26" w14:paraId="778710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0BEA32" w14:textId="77777777" w:rsidR="00343D26" w:rsidRPr="00343D26" w:rsidRDefault="00343D26" w:rsidP="00343D26">
            <w:pPr>
              <w:spacing w:after="80"/>
            </w:pPr>
            <w:r w:rsidRPr="00343D26"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245DE6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PU</w:t>
            </w:r>
            <w:r w:rsidRPr="00343D26">
              <w:rPr>
                <w:b/>
                <w:bCs/>
              </w:rPr>
              <w:t>封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闭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底漆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33234F" w14:textId="77777777" w:rsidR="00343D26" w:rsidRPr="00343D26" w:rsidRDefault="00343D26" w:rsidP="00343D26">
            <w:pPr>
              <w:spacing w:after="80"/>
            </w:pPr>
            <w:r w:rsidRPr="00343D26">
              <w:t xml:space="preserve">Sơn </w:t>
            </w:r>
            <w:proofErr w:type="spellStart"/>
            <w:r w:rsidRPr="00343D26">
              <w:t>lót</w:t>
            </w:r>
            <w:proofErr w:type="spellEnd"/>
            <w:r w:rsidRPr="00343D26">
              <w:t xml:space="preserve"> PU </w:t>
            </w:r>
            <w:proofErr w:type="spellStart"/>
            <w:r w:rsidRPr="00343D26">
              <w:t>bít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kín</w:t>
            </w:r>
            <w:proofErr w:type="spellEnd"/>
            <w:r w:rsidRPr="00343D26">
              <w:t xml:space="preserve"> / </w:t>
            </w:r>
            <w:proofErr w:type="spellStart"/>
            <w:r w:rsidRPr="00343D26">
              <w:t>Lót</w:t>
            </w:r>
            <w:proofErr w:type="spellEnd"/>
            <w:r w:rsidRPr="00343D26">
              <w:t xml:space="preserve"> PU </w:t>
            </w:r>
            <w:proofErr w:type="spellStart"/>
            <w:r w:rsidRPr="00343D26">
              <w:t>trám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gỗ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DE76F9" w14:textId="77777777" w:rsidR="00343D26" w:rsidRPr="00343D26" w:rsidRDefault="00343D26" w:rsidP="00343D26">
            <w:pPr>
              <w:spacing w:after="80"/>
            </w:pPr>
            <w:r w:rsidRPr="00343D26">
              <w:t>PU Sanding Sealer</w:t>
            </w:r>
          </w:p>
        </w:tc>
      </w:tr>
      <w:tr w:rsidR="00343D26" w:rsidRPr="00343D26" w14:paraId="545C34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83EFB4" w14:textId="77777777" w:rsidR="00343D26" w:rsidRPr="00343D26" w:rsidRDefault="00343D26" w:rsidP="00343D26">
            <w:pPr>
              <w:spacing w:after="80"/>
            </w:pPr>
            <w:r w:rsidRPr="00343D26"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8F9B24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均色染料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3F8A3E" w14:textId="6C5111C8" w:rsidR="00343D26" w:rsidRPr="00343D26" w:rsidRDefault="00343D26" w:rsidP="00343D26">
            <w:pPr>
              <w:spacing w:after="80"/>
            </w:pPr>
            <w:r>
              <w:t>Stain</w:t>
            </w:r>
            <w:r w:rsidRPr="00343D26">
              <w:t xml:space="preserve"> </w:t>
            </w:r>
            <w:proofErr w:type="spellStart"/>
            <w:r w:rsidRPr="00343D26">
              <w:t>màu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làm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đều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màu</w:t>
            </w:r>
            <w:proofErr w:type="spellEnd"/>
            <w:r w:rsidRPr="00343D26">
              <w:t xml:space="preserve"> (</w:t>
            </w:r>
            <w:proofErr w:type="spellStart"/>
            <w:r w:rsidRPr="00343D26">
              <w:t>cân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bằng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màu</w:t>
            </w:r>
            <w:proofErr w:type="spellEnd"/>
            <w:r w:rsidRPr="00343D26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A76860" w14:textId="77777777" w:rsidR="00343D26" w:rsidRPr="00343D26" w:rsidRDefault="00343D26" w:rsidP="00343D26">
            <w:pPr>
              <w:spacing w:after="80"/>
            </w:pPr>
            <w:r w:rsidRPr="00343D26">
              <w:t>Equalizer Stain / Dye</w:t>
            </w:r>
          </w:p>
        </w:tc>
      </w:tr>
      <w:tr w:rsidR="00343D26" w:rsidRPr="00343D26" w14:paraId="4C7957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31F33" w14:textId="77777777" w:rsidR="00343D26" w:rsidRPr="00343D26" w:rsidRDefault="00343D26" w:rsidP="00343D26">
            <w:pPr>
              <w:spacing w:after="80"/>
            </w:pPr>
            <w:r w:rsidRPr="00343D26"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0C93C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不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涨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木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纹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染料</w:t>
            </w:r>
            <w:proofErr w:type="spellEnd"/>
            <w:r w:rsidRPr="00343D26">
              <w:rPr>
                <w:b/>
                <w:bCs/>
              </w:rPr>
              <w:t xml:space="preserve"> (NGR)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24D73F" w14:textId="693563FE" w:rsidR="00343D26" w:rsidRPr="00343D26" w:rsidRDefault="00343D26" w:rsidP="00343D26">
            <w:pPr>
              <w:spacing w:after="80"/>
            </w:pPr>
            <w:r>
              <w:t>Stain</w:t>
            </w:r>
            <w:r w:rsidRPr="00343D26">
              <w:t xml:space="preserve"> </w:t>
            </w:r>
            <w:proofErr w:type="spellStart"/>
            <w:r w:rsidRPr="00343D26">
              <w:t>màu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không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nổi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sợi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gỗ</w:t>
            </w:r>
            <w:proofErr w:type="spellEnd"/>
            <w:r w:rsidRPr="00343D26">
              <w:t xml:space="preserve"> (NGR)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623433" w14:textId="77777777" w:rsidR="00343D26" w:rsidRPr="00343D26" w:rsidRDefault="00343D26" w:rsidP="00343D26">
            <w:pPr>
              <w:spacing w:after="80"/>
            </w:pPr>
            <w:r w:rsidRPr="00343D26">
              <w:t>Non-Grain Raising Stain (NGR)</w:t>
            </w:r>
          </w:p>
        </w:tc>
      </w:tr>
      <w:tr w:rsidR="00343D26" w:rsidRPr="00343D26" w14:paraId="5F23F15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27542F" w14:textId="77777777" w:rsidR="00343D26" w:rsidRPr="00343D26" w:rsidRDefault="00343D26" w:rsidP="00343D26">
            <w:pPr>
              <w:spacing w:after="80"/>
            </w:pPr>
            <w:r w:rsidRPr="00343D26"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D57235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Duro</w:t>
            </w:r>
            <w:r w:rsidRPr="00343D26">
              <w:rPr>
                <w:b/>
                <w:bCs/>
              </w:rPr>
              <w:t>擦拭染料</w:t>
            </w:r>
            <w:proofErr w:type="spellEnd"/>
            <w:r w:rsidRPr="00343D26">
              <w:rPr>
                <w:b/>
                <w:bCs/>
              </w:rPr>
              <w:t xml:space="preserve"> (</w:t>
            </w:r>
            <w:proofErr w:type="spellStart"/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显纹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染料</w:t>
            </w:r>
            <w:proofErr w:type="spellEnd"/>
            <w:r w:rsidRPr="00343D26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8B1AA4" w14:textId="723EF8B8" w:rsidR="00343D26" w:rsidRPr="00343D26" w:rsidRDefault="00343D26" w:rsidP="00343D26">
            <w:pPr>
              <w:spacing w:after="80"/>
            </w:pPr>
            <w:r>
              <w:t>Stain</w:t>
            </w:r>
            <w:r w:rsidRPr="00343D26">
              <w:t xml:space="preserve"> </w:t>
            </w:r>
            <w:proofErr w:type="spellStart"/>
            <w:r w:rsidRPr="00343D26">
              <w:t>màu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lau</w:t>
            </w:r>
            <w:proofErr w:type="spellEnd"/>
            <w:r w:rsidRPr="00343D26">
              <w:t xml:space="preserve"> Duro (</w:t>
            </w:r>
            <w:proofErr w:type="spellStart"/>
            <w:r w:rsidRPr="00343D26">
              <w:t>màu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nổi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vân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gỗ</w:t>
            </w:r>
            <w:proofErr w:type="spellEnd"/>
            <w:r w:rsidRPr="00343D26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89F90C" w14:textId="77777777" w:rsidR="00343D26" w:rsidRPr="00343D26" w:rsidRDefault="00343D26" w:rsidP="00343D26">
            <w:pPr>
              <w:spacing w:after="80"/>
            </w:pPr>
            <w:r w:rsidRPr="00343D26">
              <w:t>Duro Wiping Stain</w:t>
            </w:r>
          </w:p>
        </w:tc>
      </w:tr>
      <w:tr w:rsidR="00343D26" w:rsidRPr="00343D26" w14:paraId="4FD9BAA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ED6D7F" w14:textId="77777777" w:rsidR="00343D26" w:rsidRPr="00343D26" w:rsidRDefault="00343D26" w:rsidP="00343D26">
            <w:pPr>
              <w:spacing w:after="80"/>
            </w:pPr>
            <w:r w:rsidRPr="00343D26"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8E560A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基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础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着色染料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77A41" w14:textId="1E05EB73" w:rsidR="00343D26" w:rsidRPr="00343D26" w:rsidRDefault="00343D26" w:rsidP="00343D26">
            <w:pPr>
              <w:spacing w:after="80"/>
            </w:pPr>
            <w:r>
              <w:t>Stain</w:t>
            </w:r>
            <w:r w:rsidRPr="00343D26">
              <w:t xml:space="preserve"> </w:t>
            </w:r>
            <w:proofErr w:type="spellStart"/>
            <w:r w:rsidRPr="00343D26">
              <w:t>màu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nhuộm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nền</w:t>
            </w:r>
            <w:proofErr w:type="spellEnd"/>
            <w:r w:rsidRPr="00343D26">
              <w:t xml:space="preserve"> / </w:t>
            </w:r>
            <w:proofErr w:type="spellStart"/>
            <w:r w:rsidRPr="00343D26">
              <w:t>Màu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cơ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bản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69CC92" w14:textId="77777777" w:rsidR="00343D26" w:rsidRPr="00343D26" w:rsidRDefault="00343D26" w:rsidP="00343D26">
            <w:pPr>
              <w:spacing w:after="80"/>
            </w:pPr>
            <w:r w:rsidRPr="00343D26">
              <w:t>Base Stain</w:t>
            </w:r>
          </w:p>
        </w:tc>
      </w:tr>
      <w:tr w:rsidR="00343D26" w:rsidRPr="00343D26" w14:paraId="2BE627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DB1F1A" w14:textId="77777777" w:rsidR="00343D26" w:rsidRPr="00343D26" w:rsidRDefault="00343D26" w:rsidP="00343D26">
            <w:pPr>
              <w:spacing w:after="80"/>
            </w:pPr>
            <w:r w:rsidRPr="00343D26"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51D08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修色染料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77AE05" w14:textId="2C97C528" w:rsidR="00343D26" w:rsidRPr="00343D26" w:rsidRDefault="00343D26" w:rsidP="00343D26">
            <w:pPr>
              <w:spacing w:after="80"/>
            </w:pPr>
            <w:r>
              <w:t>Stain</w:t>
            </w:r>
            <w:r w:rsidRPr="00343D26">
              <w:t xml:space="preserve"> </w:t>
            </w:r>
            <w:proofErr w:type="spellStart"/>
            <w:r w:rsidRPr="00343D26">
              <w:t>màu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sửa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màu</w:t>
            </w:r>
            <w:proofErr w:type="spellEnd"/>
            <w:r w:rsidRPr="00343D26">
              <w:t xml:space="preserve"> / </w:t>
            </w:r>
            <w:proofErr w:type="spellStart"/>
            <w:r w:rsidRPr="00343D26">
              <w:t>Dặm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màu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5BE828" w14:textId="77777777" w:rsidR="00343D26" w:rsidRPr="00343D26" w:rsidRDefault="00343D26" w:rsidP="00343D26">
            <w:pPr>
              <w:spacing w:after="80"/>
            </w:pPr>
            <w:r w:rsidRPr="00343D26">
              <w:t>Shading Stain / Toner</w:t>
            </w:r>
          </w:p>
        </w:tc>
      </w:tr>
      <w:tr w:rsidR="00343D26" w:rsidRPr="00343D26" w14:paraId="364C42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82E207" w14:textId="77777777" w:rsidR="00343D26" w:rsidRPr="00343D26" w:rsidRDefault="00343D26" w:rsidP="00343D26">
            <w:pPr>
              <w:spacing w:after="80"/>
            </w:pPr>
            <w:r w:rsidRPr="00343D26"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25FC30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PAD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垫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涂染料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488884" w14:textId="46EEDB13" w:rsidR="00343D26" w:rsidRPr="00343D26" w:rsidRDefault="00343D26" w:rsidP="00343D26">
            <w:pPr>
              <w:spacing w:after="80"/>
            </w:pPr>
            <w:r>
              <w:t>Stain</w:t>
            </w:r>
            <w:r w:rsidRPr="00343D26">
              <w:t xml:space="preserve"> </w:t>
            </w:r>
            <w:proofErr w:type="spellStart"/>
            <w:r w:rsidRPr="00343D26">
              <w:t>màu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chấm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đệm</w:t>
            </w:r>
            <w:proofErr w:type="spellEnd"/>
            <w:r w:rsidRPr="00343D26">
              <w:t xml:space="preserve"> (</w:t>
            </w:r>
            <w:proofErr w:type="spellStart"/>
            <w:r w:rsidRPr="00343D26">
              <w:t>lau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mút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gạc</w:t>
            </w:r>
            <w:proofErr w:type="spellEnd"/>
            <w:r w:rsidRPr="00343D26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A09F2" w14:textId="77777777" w:rsidR="00343D26" w:rsidRPr="00343D26" w:rsidRDefault="00343D26" w:rsidP="00343D26">
            <w:pPr>
              <w:spacing w:after="80"/>
            </w:pPr>
            <w:r w:rsidRPr="00343D26">
              <w:t>Pad Stain / Padding Dye</w:t>
            </w:r>
          </w:p>
        </w:tc>
      </w:tr>
      <w:tr w:rsidR="00343D26" w:rsidRPr="00343D26" w14:paraId="55064D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92F00B" w14:textId="77777777" w:rsidR="00343D26" w:rsidRPr="00343D26" w:rsidRDefault="00343D26" w:rsidP="00343D26">
            <w:pPr>
              <w:spacing w:after="80"/>
            </w:pPr>
            <w:r w:rsidRPr="00343D26"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0FA4F8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底色漆</w:t>
            </w:r>
            <w:proofErr w:type="spellEnd"/>
            <w:r w:rsidRPr="00343D26">
              <w:rPr>
                <w:b/>
                <w:bCs/>
              </w:rPr>
              <w:t xml:space="preserve"> (Basecoat)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38A92A" w14:textId="77777777" w:rsidR="00343D26" w:rsidRPr="00343D26" w:rsidRDefault="00343D26" w:rsidP="00343D26">
            <w:pPr>
              <w:spacing w:after="80"/>
            </w:pPr>
            <w:r w:rsidRPr="00343D26">
              <w:t xml:space="preserve">Sơn </w:t>
            </w:r>
            <w:proofErr w:type="spellStart"/>
            <w:r w:rsidRPr="00343D26">
              <w:t>màu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nền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BE9FD4" w14:textId="77777777" w:rsidR="00343D26" w:rsidRPr="00343D26" w:rsidRDefault="00343D26" w:rsidP="00343D26">
            <w:pPr>
              <w:spacing w:after="80"/>
            </w:pPr>
            <w:r w:rsidRPr="00343D26">
              <w:t>Basecoat</w:t>
            </w:r>
          </w:p>
        </w:tc>
      </w:tr>
      <w:tr w:rsidR="00343D26" w:rsidRPr="00343D26" w14:paraId="78AE55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CE63CB" w14:textId="77777777" w:rsidR="00343D26" w:rsidRPr="00343D26" w:rsidRDefault="00343D26" w:rsidP="00343D26">
            <w:pPr>
              <w:spacing w:after="80"/>
            </w:pPr>
            <w:r w:rsidRPr="00343D26"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750E5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擦拭釉</w:t>
            </w:r>
            <w:proofErr w:type="spellEnd"/>
            <w:r w:rsidRPr="00343D26">
              <w:rPr>
                <w:b/>
                <w:bCs/>
              </w:rPr>
              <w:t xml:space="preserve"> (Wipe Glaze)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471544" w14:textId="77777777" w:rsidR="00343D26" w:rsidRPr="00343D26" w:rsidRDefault="00343D26" w:rsidP="00343D26">
            <w:pPr>
              <w:spacing w:after="80"/>
            </w:pPr>
            <w:r w:rsidRPr="00343D26">
              <w:t xml:space="preserve">Men </w:t>
            </w:r>
            <w:proofErr w:type="spellStart"/>
            <w:r w:rsidRPr="00343D26">
              <w:t>lau</w:t>
            </w:r>
            <w:proofErr w:type="spellEnd"/>
            <w:r w:rsidRPr="00343D26">
              <w:t xml:space="preserve"> / Glaze </w:t>
            </w:r>
            <w:proofErr w:type="spellStart"/>
            <w:r w:rsidRPr="00343D26">
              <w:t>lau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tạo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chiều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sâu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7B4C2" w14:textId="77777777" w:rsidR="00343D26" w:rsidRPr="00343D26" w:rsidRDefault="00343D26" w:rsidP="00343D26">
            <w:pPr>
              <w:spacing w:after="80"/>
            </w:pPr>
            <w:r w:rsidRPr="00343D26">
              <w:t>Wipe Glaze</w:t>
            </w:r>
          </w:p>
        </w:tc>
      </w:tr>
      <w:tr w:rsidR="00343D26" w:rsidRPr="00343D26" w14:paraId="6C230B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09BC90" w14:textId="77777777" w:rsidR="00343D26" w:rsidRPr="00343D26" w:rsidRDefault="00343D26" w:rsidP="00343D26">
            <w:pPr>
              <w:spacing w:after="80"/>
            </w:pPr>
            <w:r w:rsidRPr="00343D26"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93B642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喷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涂釉</w:t>
            </w:r>
            <w:proofErr w:type="spellEnd"/>
            <w:r w:rsidRPr="00343D26">
              <w:rPr>
                <w:b/>
                <w:bCs/>
              </w:rPr>
              <w:t xml:space="preserve"> (Spray Glaze)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C3C291" w14:textId="77777777" w:rsidR="00343D26" w:rsidRPr="00343D26" w:rsidRDefault="00343D26" w:rsidP="00343D26">
            <w:pPr>
              <w:spacing w:after="80"/>
            </w:pPr>
            <w:r w:rsidRPr="00343D26">
              <w:t xml:space="preserve">Men </w:t>
            </w:r>
            <w:proofErr w:type="spellStart"/>
            <w:r w:rsidRPr="00343D26">
              <w:t>phun</w:t>
            </w:r>
            <w:proofErr w:type="spellEnd"/>
            <w:r w:rsidRPr="00343D26">
              <w:t xml:space="preserve"> / Glaze </w:t>
            </w:r>
            <w:proofErr w:type="spellStart"/>
            <w:r w:rsidRPr="00343D26">
              <w:t>phun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tạo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chiều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sâu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BFE2E" w14:textId="77777777" w:rsidR="00343D26" w:rsidRPr="00343D26" w:rsidRDefault="00343D26" w:rsidP="00343D26">
            <w:pPr>
              <w:spacing w:after="80"/>
            </w:pPr>
            <w:r w:rsidRPr="00343D26">
              <w:t>Spray Glaze</w:t>
            </w:r>
          </w:p>
        </w:tc>
      </w:tr>
      <w:tr w:rsidR="00343D26" w:rsidRPr="00343D26" w14:paraId="080061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893A5A" w14:textId="77777777" w:rsidR="00343D26" w:rsidRPr="00343D26" w:rsidRDefault="00343D26" w:rsidP="00343D26">
            <w:pPr>
              <w:spacing w:after="80"/>
            </w:pPr>
            <w:r w:rsidRPr="00343D26"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90580E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粉末釉擦拭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EBDE4" w14:textId="77777777" w:rsidR="00343D26" w:rsidRPr="00343D26" w:rsidRDefault="00343D26" w:rsidP="00343D26">
            <w:pPr>
              <w:spacing w:after="80"/>
            </w:pPr>
            <w:r w:rsidRPr="00343D26">
              <w:t xml:space="preserve">Glaze </w:t>
            </w:r>
            <w:proofErr w:type="spellStart"/>
            <w:r w:rsidRPr="00343D26">
              <w:t>bột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lau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17C580" w14:textId="77777777" w:rsidR="00343D26" w:rsidRPr="00343D26" w:rsidRDefault="00343D26" w:rsidP="00343D26">
            <w:pPr>
              <w:spacing w:after="80"/>
            </w:pPr>
            <w:r w:rsidRPr="00343D26">
              <w:t>Powder Glaze Wipe</w:t>
            </w:r>
          </w:p>
        </w:tc>
      </w:tr>
      <w:tr w:rsidR="00343D26" w:rsidRPr="00343D26" w14:paraId="201DB6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AFB05F" w14:textId="77777777" w:rsidR="00343D26" w:rsidRPr="00343D26" w:rsidRDefault="00343D26" w:rsidP="00343D26">
            <w:pPr>
              <w:spacing w:after="80"/>
            </w:pPr>
            <w:r w:rsidRPr="00343D26"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DE3EC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干刷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EDA7CA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t>Kéo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cọ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khô</w:t>
            </w:r>
            <w:proofErr w:type="spellEnd"/>
            <w:r w:rsidRPr="00343D26">
              <w:t xml:space="preserve"> / </w:t>
            </w:r>
            <w:proofErr w:type="spellStart"/>
            <w:r w:rsidRPr="00343D26">
              <w:t>Quét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cọ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khô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AEAC7" w14:textId="77777777" w:rsidR="00343D26" w:rsidRPr="00343D26" w:rsidRDefault="00343D26" w:rsidP="00343D26">
            <w:pPr>
              <w:spacing w:after="80"/>
            </w:pPr>
            <w:r w:rsidRPr="00343D26">
              <w:t>Dry Brush</w:t>
            </w:r>
          </w:p>
        </w:tc>
      </w:tr>
      <w:tr w:rsidR="00343D26" w:rsidRPr="00343D26" w14:paraId="249119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E1B230" w14:textId="77777777" w:rsidR="00343D26" w:rsidRPr="00343D26" w:rsidRDefault="00343D26" w:rsidP="00343D26">
            <w:pPr>
              <w:spacing w:after="80"/>
            </w:pPr>
            <w:r w:rsidRPr="00343D26"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7DA1DF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磨透</w:t>
            </w:r>
            <w:proofErr w:type="spellEnd"/>
            <w:r w:rsidRPr="00343D26">
              <w:rPr>
                <w:b/>
                <w:bCs/>
              </w:rPr>
              <w:t xml:space="preserve"> / </w:t>
            </w:r>
            <w:proofErr w:type="spellStart"/>
            <w:r w:rsidRPr="00343D26">
              <w:rPr>
                <w:b/>
                <w:bCs/>
              </w:rPr>
              <w:t>做旧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7B7F6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t>Chà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lộ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cốt</w:t>
            </w:r>
            <w:proofErr w:type="spellEnd"/>
            <w:r w:rsidRPr="00343D26">
              <w:t xml:space="preserve"> / </w:t>
            </w:r>
            <w:proofErr w:type="spellStart"/>
            <w:r w:rsidRPr="00343D26">
              <w:t>Đánh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nhám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tạo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cũ</w:t>
            </w:r>
            <w:proofErr w:type="spellEnd"/>
            <w:r w:rsidRPr="00343D26">
              <w:t xml:space="preserve"> (</w:t>
            </w:r>
            <w:proofErr w:type="spellStart"/>
            <w:r w:rsidRPr="00343D26">
              <w:t>giả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cổ</w:t>
            </w:r>
            <w:proofErr w:type="spellEnd"/>
            <w:r w:rsidRPr="00343D26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192AF1" w14:textId="77777777" w:rsidR="00343D26" w:rsidRPr="00343D26" w:rsidRDefault="00343D26" w:rsidP="00343D26">
            <w:pPr>
              <w:spacing w:after="80"/>
            </w:pPr>
            <w:r w:rsidRPr="00343D26">
              <w:t>Rub-through / Distressing</w:t>
            </w:r>
          </w:p>
        </w:tc>
      </w:tr>
      <w:tr w:rsidR="00343D26" w:rsidRPr="00343D26" w14:paraId="38069A5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8AFA17" w14:textId="77777777" w:rsidR="00343D26" w:rsidRPr="00343D26" w:rsidRDefault="00343D26" w:rsidP="00343D26">
            <w:pPr>
              <w:spacing w:after="80"/>
            </w:pPr>
            <w:r w:rsidRPr="00343D26"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A93AF9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高光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强调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480441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t>Nhấn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sáng</w:t>
            </w:r>
            <w:proofErr w:type="spellEnd"/>
            <w:r w:rsidRPr="00343D26">
              <w:t xml:space="preserve"> / </w:t>
            </w:r>
            <w:proofErr w:type="spellStart"/>
            <w:r w:rsidRPr="00343D26">
              <w:t>Tạo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điểm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nhấn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sáng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D7E205" w14:textId="77777777" w:rsidR="00343D26" w:rsidRPr="00343D26" w:rsidRDefault="00343D26" w:rsidP="00343D26">
            <w:pPr>
              <w:spacing w:after="80"/>
            </w:pPr>
            <w:r w:rsidRPr="00343D26">
              <w:t>Highlighting</w:t>
            </w:r>
          </w:p>
        </w:tc>
      </w:tr>
      <w:tr w:rsidR="00343D26" w:rsidRPr="00343D26" w14:paraId="241A82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5B886A" w14:textId="77777777" w:rsidR="00343D26" w:rsidRPr="00343D26" w:rsidRDefault="00343D26" w:rsidP="00343D26">
            <w:pPr>
              <w:spacing w:after="80"/>
            </w:pPr>
            <w:r w:rsidRPr="00343D26"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D4D09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局部脱离膏</w:t>
            </w:r>
            <w:proofErr w:type="spellEnd"/>
            <w:r w:rsidRPr="00343D26">
              <w:rPr>
                <w:b/>
                <w:bCs/>
              </w:rPr>
              <w:t xml:space="preserve"> (</w:t>
            </w:r>
            <w:proofErr w:type="spellStart"/>
            <w:r w:rsidRPr="00343D26">
              <w:rPr>
                <w:b/>
                <w:bCs/>
              </w:rPr>
              <w:t>Poloxy</w:t>
            </w:r>
            <w:proofErr w:type="spellEnd"/>
            <w:r w:rsidRPr="00343D26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D115EF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t>Sáp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tróc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cục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bộ</w:t>
            </w:r>
            <w:proofErr w:type="spellEnd"/>
            <w:r w:rsidRPr="00343D26">
              <w:t xml:space="preserve"> / Keo </w:t>
            </w:r>
            <w:proofErr w:type="spellStart"/>
            <w:r w:rsidRPr="00343D26">
              <w:t>tạo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tróc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32620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t>Poloxy</w:t>
            </w:r>
            <w:proofErr w:type="spellEnd"/>
            <w:r w:rsidRPr="00343D26">
              <w:t xml:space="preserve"> / Crackle Paste</w:t>
            </w:r>
          </w:p>
        </w:tc>
      </w:tr>
      <w:tr w:rsidR="00343D26" w:rsidRPr="00343D26" w14:paraId="39732E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02866C" w14:textId="77777777" w:rsidR="00343D26" w:rsidRPr="00343D26" w:rsidRDefault="00343D26" w:rsidP="00343D26">
            <w:pPr>
              <w:spacing w:after="80"/>
            </w:pPr>
            <w:r w:rsidRPr="00343D26"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EB9C2E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砂光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33402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t>Xả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nhám</w:t>
            </w:r>
            <w:proofErr w:type="spellEnd"/>
            <w:r w:rsidRPr="00343D26">
              <w:t xml:space="preserve"> / </w:t>
            </w:r>
            <w:proofErr w:type="spellStart"/>
            <w:r w:rsidRPr="00343D26">
              <w:t>Chà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nhám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7ED30B" w14:textId="77777777" w:rsidR="00343D26" w:rsidRPr="00343D26" w:rsidRDefault="00343D26" w:rsidP="00343D26">
            <w:pPr>
              <w:spacing w:after="80"/>
            </w:pPr>
            <w:r w:rsidRPr="00343D26">
              <w:t>Sanding</w:t>
            </w:r>
          </w:p>
        </w:tc>
      </w:tr>
      <w:tr w:rsidR="00343D26" w:rsidRPr="00343D26" w14:paraId="063665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BF7035" w14:textId="77777777" w:rsidR="00343D26" w:rsidRPr="00343D26" w:rsidRDefault="00343D26" w:rsidP="00343D26">
            <w:pPr>
              <w:spacing w:after="80"/>
            </w:pPr>
            <w:r w:rsidRPr="00343D26"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405E65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飞溅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效果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722AED" w14:textId="77777777" w:rsidR="00343D26" w:rsidRPr="00343D26" w:rsidRDefault="00343D26" w:rsidP="00343D26">
            <w:pPr>
              <w:spacing w:after="80"/>
            </w:pPr>
            <w:r w:rsidRPr="00343D26">
              <w:t xml:space="preserve">Hiệu </w:t>
            </w:r>
            <w:proofErr w:type="spellStart"/>
            <w:r w:rsidRPr="00343D26">
              <w:t>ứng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đốm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văng</w:t>
            </w:r>
            <w:proofErr w:type="spellEnd"/>
            <w:r w:rsidRPr="00343D26">
              <w:t xml:space="preserve"> / </w:t>
            </w:r>
            <w:proofErr w:type="spellStart"/>
            <w:r w:rsidRPr="00343D26">
              <w:t>Bắn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hạt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chấm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tiêu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E57E98" w14:textId="77777777" w:rsidR="00343D26" w:rsidRPr="00343D26" w:rsidRDefault="00343D26" w:rsidP="00343D26">
            <w:pPr>
              <w:spacing w:after="80"/>
            </w:pPr>
            <w:r w:rsidRPr="00343D26">
              <w:t>Spatter / Fly Speck Effect</w:t>
            </w:r>
          </w:p>
        </w:tc>
      </w:tr>
      <w:tr w:rsidR="00343D26" w:rsidRPr="00343D26" w14:paraId="22170BD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D3EF7" w14:textId="77777777" w:rsidR="00343D26" w:rsidRPr="00343D26" w:rsidRDefault="00343D26" w:rsidP="00343D26">
            <w:pPr>
              <w:spacing w:after="80"/>
            </w:pPr>
            <w:r w:rsidRPr="00343D26"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C5710F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牛尾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纹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仿古效果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8F1282" w14:textId="77777777" w:rsidR="00343D26" w:rsidRPr="00343D26" w:rsidRDefault="00343D26" w:rsidP="00343D26">
            <w:pPr>
              <w:spacing w:after="80"/>
            </w:pPr>
            <w:r w:rsidRPr="00343D26">
              <w:t xml:space="preserve">Hiệu </w:t>
            </w:r>
            <w:proofErr w:type="spellStart"/>
            <w:r w:rsidRPr="00343D26">
              <w:t>ứng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vệt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cọ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đuôi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bò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giả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cổ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C5D8B2" w14:textId="77777777" w:rsidR="00343D26" w:rsidRPr="00343D26" w:rsidRDefault="00343D26" w:rsidP="00343D26">
            <w:pPr>
              <w:spacing w:after="80"/>
            </w:pPr>
            <w:r w:rsidRPr="00343D26">
              <w:t>Cowtail Antique Effect</w:t>
            </w:r>
          </w:p>
        </w:tc>
      </w:tr>
      <w:tr w:rsidR="00343D26" w:rsidRPr="00343D26" w14:paraId="6354D3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2E1583" w14:textId="77777777" w:rsidR="00343D26" w:rsidRPr="00343D26" w:rsidRDefault="00343D26" w:rsidP="00343D26">
            <w:pPr>
              <w:spacing w:after="80"/>
            </w:pPr>
            <w:r w:rsidRPr="00343D26"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FC3DB3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薄封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闭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底漆</w:t>
            </w:r>
            <w:proofErr w:type="spellEnd"/>
            <w:r w:rsidRPr="00343D26">
              <w:rPr>
                <w:b/>
                <w:bCs/>
              </w:rPr>
              <w:t xml:space="preserve"> (</w:t>
            </w:r>
            <w:proofErr w:type="spellStart"/>
            <w:r w:rsidRPr="00343D26">
              <w:rPr>
                <w:b/>
                <w:bCs/>
              </w:rPr>
              <w:t>Washcoat</w:t>
            </w:r>
            <w:proofErr w:type="spellEnd"/>
            <w:r w:rsidRPr="00343D26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D7C037" w14:textId="77777777" w:rsidR="00343D26" w:rsidRPr="00343D26" w:rsidRDefault="00343D26" w:rsidP="00343D26">
            <w:pPr>
              <w:spacing w:after="80"/>
            </w:pPr>
            <w:r w:rsidRPr="00343D26">
              <w:t xml:space="preserve">Sơn </w:t>
            </w:r>
            <w:proofErr w:type="spellStart"/>
            <w:r w:rsidRPr="00343D26">
              <w:t>lót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áo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mỏng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F5BCB1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t>Washcoat</w:t>
            </w:r>
            <w:proofErr w:type="spellEnd"/>
          </w:p>
        </w:tc>
      </w:tr>
      <w:tr w:rsidR="00343D26" w:rsidRPr="00343D26" w14:paraId="40F203D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4D4E56" w14:textId="77777777" w:rsidR="00343D26" w:rsidRPr="00343D26" w:rsidRDefault="00343D26" w:rsidP="00343D26">
            <w:pPr>
              <w:spacing w:after="80"/>
            </w:pPr>
            <w:r w:rsidRPr="00343D26"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C3194D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封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闭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底漆</w:t>
            </w:r>
            <w:proofErr w:type="spellEnd"/>
            <w:r w:rsidRPr="00343D26">
              <w:rPr>
                <w:b/>
                <w:bCs/>
              </w:rPr>
              <w:t xml:space="preserve"> (Sealer)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AE7391" w14:textId="77777777" w:rsidR="00343D26" w:rsidRPr="00343D26" w:rsidRDefault="00343D26" w:rsidP="00343D26">
            <w:pPr>
              <w:spacing w:after="80"/>
            </w:pPr>
            <w:r w:rsidRPr="00343D26">
              <w:t xml:space="preserve">Sơn </w:t>
            </w:r>
            <w:proofErr w:type="spellStart"/>
            <w:r w:rsidRPr="00343D26">
              <w:t>lót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bít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tim</w:t>
            </w:r>
            <w:proofErr w:type="spellEnd"/>
            <w:r w:rsidRPr="00343D26">
              <w:t xml:space="preserve"> / Sơn </w:t>
            </w:r>
            <w:proofErr w:type="spellStart"/>
            <w:r w:rsidRPr="00343D26">
              <w:t>lót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bảo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vệ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45E49" w14:textId="77777777" w:rsidR="00343D26" w:rsidRPr="00343D26" w:rsidRDefault="00343D26" w:rsidP="00343D26">
            <w:pPr>
              <w:spacing w:after="80"/>
            </w:pPr>
            <w:r w:rsidRPr="00343D26">
              <w:t>Sealer / Sanding Sealer</w:t>
            </w:r>
          </w:p>
        </w:tc>
      </w:tr>
      <w:tr w:rsidR="00343D26" w:rsidRPr="00343D26" w14:paraId="72DFD53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8A298C" w14:textId="77777777" w:rsidR="00343D26" w:rsidRPr="00343D26" w:rsidRDefault="00343D26" w:rsidP="00343D26">
            <w:pPr>
              <w:spacing w:after="80"/>
            </w:pPr>
            <w:r w:rsidRPr="00343D26"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689C8E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面漆</w:t>
            </w:r>
            <w:proofErr w:type="spellEnd"/>
            <w:r w:rsidRPr="00343D26">
              <w:rPr>
                <w:b/>
                <w:bCs/>
              </w:rPr>
              <w:t xml:space="preserve"> (Topcoat)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4AAC02" w14:textId="77777777" w:rsidR="00343D26" w:rsidRPr="00343D26" w:rsidRDefault="00343D26" w:rsidP="00343D26">
            <w:pPr>
              <w:spacing w:after="80"/>
            </w:pPr>
            <w:r w:rsidRPr="00343D26">
              <w:t xml:space="preserve">Sơn </w:t>
            </w:r>
            <w:proofErr w:type="spellStart"/>
            <w:r w:rsidRPr="00343D26">
              <w:t>phủ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hoàn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thiện</w:t>
            </w:r>
            <w:proofErr w:type="spellEnd"/>
            <w:r w:rsidRPr="00343D26">
              <w:t xml:space="preserve"> / Sơn </w:t>
            </w:r>
            <w:proofErr w:type="spellStart"/>
            <w:r w:rsidRPr="00343D26">
              <w:t>bóng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phủ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599F4" w14:textId="77777777" w:rsidR="00343D26" w:rsidRPr="00343D26" w:rsidRDefault="00343D26" w:rsidP="00343D26">
            <w:pPr>
              <w:spacing w:after="80"/>
            </w:pPr>
            <w:r w:rsidRPr="00343D26">
              <w:t>Topcoat</w:t>
            </w:r>
          </w:p>
        </w:tc>
      </w:tr>
      <w:tr w:rsidR="00343D26" w:rsidRPr="00343D26" w14:paraId="1C46C6C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3AC4C" w14:textId="77777777" w:rsidR="00343D26" w:rsidRPr="00343D26" w:rsidRDefault="00343D26" w:rsidP="00343D26">
            <w:pPr>
              <w:spacing w:after="80"/>
            </w:pPr>
            <w:r w:rsidRPr="00343D26"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F5A943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边缘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擦亮</w:t>
            </w:r>
            <w:proofErr w:type="spellEnd"/>
            <w:r w:rsidRPr="00343D26">
              <w:rPr>
                <w:b/>
                <w:bCs/>
              </w:rPr>
              <w:t xml:space="preserve"> (Burnishing)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B5E63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t>Đánh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bóng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cạnh</w:t>
            </w:r>
            <w:proofErr w:type="spellEnd"/>
            <w:r w:rsidRPr="00343D26">
              <w:t xml:space="preserve"> / </w:t>
            </w:r>
            <w:proofErr w:type="spellStart"/>
            <w:r w:rsidRPr="00343D26">
              <w:t>Cọ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sáng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mép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cạnh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10B6F0" w14:textId="77777777" w:rsidR="00343D26" w:rsidRPr="00343D26" w:rsidRDefault="00343D26" w:rsidP="00343D26">
            <w:pPr>
              <w:spacing w:after="80"/>
            </w:pPr>
            <w:r w:rsidRPr="00343D26">
              <w:t>Edge Burnishing</w:t>
            </w:r>
          </w:p>
        </w:tc>
      </w:tr>
      <w:tr w:rsidR="00343D26" w:rsidRPr="00343D26" w14:paraId="5A110E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4516AA" w14:textId="77777777" w:rsidR="00343D26" w:rsidRPr="00343D26" w:rsidRDefault="00343D26" w:rsidP="00343D26">
            <w:pPr>
              <w:spacing w:after="80"/>
            </w:pPr>
            <w:r w:rsidRPr="00343D26"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8352B9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抗黄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变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封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闭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底漆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094A51" w14:textId="77777777" w:rsidR="00343D26" w:rsidRPr="00343D26" w:rsidRDefault="00343D26" w:rsidP="00343D26">
            <w:pPr>
              <w:spacing w:after="80"/>
            </w:pPr>
            <w:r w:rsidRPr="00343D26">
              <w:t xml:space="preserve">Sơn </w:t>
            </w:r>
            <w:proofErr w:type="spellStart"/>
            <w:r w:rsidRPr="00343D26">
              <w:t>lót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chống</w:t>
            </w:r>
            <w:proofErr w:type="spellEnd"/>
            <w:r w:rsidRPr="00343D26">
              <w:t xml:space="preserve"> ố </w:t>
            </w:r>
            <w:proofErr w:type="spellStart"/>
            <w:r w:rsidRPr="00343D26">
              <w:t>vàng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74C75D" w14:textId="77777777" w:rsidR="00343D26" w:rsidRPr="00343D26" w:rsidRDefault="00343D26" w:rsidP="00343D26">
            <w:pPr>
              <w:spacing w:after="80"/>
            </w:pPr>
            <w:r w:rsidRPr="00343D26">
              <w:t>Non-yellowing Sealer</w:t>
            </w:r>
          </w:p>
        </w:tc>
      </w:tr>
      <w:tr w:rsidR="00343D26" w:rsidRPr="00343D26" w14:paraId="4F1CA4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6B1A24" w14:textId="77777777" w:rsidR="00343D26" w:rsidRPr="00343D26" w:rsidRDefault="00343D26" w:rsidP="00343D26">
            <w:pPr>
              <w:spacing w:after="80"/>
            </w:pPr>
            <w:r w:rsidRPr="00343D26"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D6C73F" w14:textId="77777777" w:rsidR="00343D26" w:rsidRPr="00343D26" w:rsidRDefault="00343D26" w:rsidP="00343D26">
            <w:pPr>
              <w:spacing w:after="80"/>
            </w:pPr>
            <w:proofErr w:type="spellStart"/>
            <w:r w:rsidRPr="00343D26">
              <w:rPr>
                <w:b/>
                <w:bCs/>
              </w:rPr>
              <w:t>抗黄</w:t>
            </w:r>
            <w:r w:rsidRPr="00343D26">
              <w:rPr>
                <w:rFonts w:ascii="微軟正黑體" w:eastAsia="微軟正黑體" w:hAnsi="微軟正黑體" w:cs="微軟正黑體" w:hint="eastAsia"/>
                <w:b/>
                <w:bCs/>
              </w:rPr>
              <w:t>变</w:t>
            </w:r>
            <w:r w:rsidRPr="00343D26">
              <w:rPr>
                <w:rFonts w:ascii="MS Mincho" w:eastAsia="MS Mincho" w:hAnsi="MS Mincho" w:cs="MS Mincho" w:hint="eastAsia"/>
                <w:b/>
                <w:bCs/>
              </w:rPr>
              <w:t>面漆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A69280" w14:textId="77777777" w:rsidR="00343D26" w:rsidRPr="00343D26" w:rsidRDefault="00343D26" w:rsidP="00343D26">
            <w:pPr>
              <w:spacing w:after="80"/>
            </w:pPr>
            <w:r w:rsidRPr="00343D26">
              <w:t xml:space="preserve">Sơn </w:t>
            </w:r>
            <w:proofErr w:type="spellStart"/>
            <w:r w:rsidRPr="00343D26">
              <w:t>phủ</w:t>
            </w:r>
            <w:proofErr w:type="spellEnd"/>
            <w:r w:rsidRPr="00343D26">
              <w:t xml:space="preserve"> </w:t>
            </w:r>
            <w:proofErr w:type="spellStart"/>
            <w:r w:rsidRPr="00343D26">
              <w:t>chống</w:t>
            </w:r>
            <w:proofErr w:type="spellEnd"/>
            <w:r w:rsidRPr="00343D26">
              <w:t xml:space="preserve"> ố </w:t>
            </w:r>
            <w:proofErr w:type="spellStart"/>
            <w:r w:rsidRPr="00343D26">
              <w:t>vàng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F37CD" w14:textId="77777777" w:rsidR="00343D26" w:rsidRPr="00343D26" w:rsidRDefault="00343D26" w:rsidP="00343D26">
            <w:pPr>
              <w:spacing w:after="80"/>
            </w:pPr>
            <w:r w:rsidRPr="00343D26">
              <w:t>Non-yellowing Topcoat</w:t>
            </w:r>
          </w:p>
        </w:tc>
      </w:tr>
    </w:tbl>
    <w:p w14:paraId="18E3FF84" w14:textId="6F6AD7EC" w:rsidR="00343D26" w:rsidRPr="00343D26" w:rsidRDefault="00343D26" w:rsidP="00343D26">
      <w:pPr>
        <w:spacing w:after="80"/>
        <w:rPr>
          <w:b/>
          <w:bCs/>
        </w:rPr>
      </w:pPr>
      <w:r>
        <w:rPr>
          <w:b/>
          <w:bCs/>
        </w:rPr>
        <w:t>C</w:t>
      </w:r>
      <w:r w:rsidRPr="00343D26">
        <w:rPr>
          <w:b/>
          <w:bCs/>
        </w:rPr>
        <w:t xml:space="preserve">hi </w:t>
      </w:r>
      <w:proofErr w:type="spellStart"/>
      <w:r w:rsidRPr="00343D26">
        <w:rPr>
          <w:b/>
          <w:bCs/>
        </w:rPr>
        <w:t>tiết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phần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định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nghĩa</w:t>
      </w:r>
      <w:proofErr w:type="spellEnd"/>
      <w:r w:rsidRPr="00343D26">
        <w:rPr>
          <w:b/>
          <w:bCs/>
        </w:rPr>
        <w:t xml:space="preserve"> &amp; </w:t>
      </w:r>
      <w:proofErr w:type="spellStart"/>
      <w:r w:rsidRPr="00343D26">
        <w:rPr>
          <w:b/>
          <w:bCs/>
        </w:rPr>
        <w:t>mô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tả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kỹ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thuật</w:t>
      </w:r>
      <w:proofErr w:type="spellEnd"/>
    </w:p>
    <w:p w14:paraId="7DCE34AE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PU</w:t>
      </w:r>
      <w:r w:rsidRPr="00343D26">
        <w:rPr>
          <w:b/>
          <w:bCs/>
        </w:rPr>
        <w:t>封</w:t>
      </w:r>
      <w:r w:rsidRPr="00343D26">
        <w:rPr>
          <w:rFonts w:ascii="微軟正黑體" w:eastAsia="微軟正黑體" w:hAnsi="微軟正黑體" w:cs="微軟正黑體" w:hint="eastAsia"/>
          <w:b/>
          <w:bCs/>
        </w:rPr>
        <w:t>闭</w:t>
      </w:r>
      <w:r w:rsidRPr="00343D26">
        <w:rPr>
          <w:rFonts w:ascii="MS Mincho" w:eastAsia="MS Mincho" w:hAnsi="MS Mincho" w:cs="MS Mincho" w:hint="eastAsia"/>
          <w:b/>
          <w:bCs/>
        </w:rPr>
        <w:t>底漆</w:t>
      </w:r>
      <w:proofErr w:type="spellEnd"/>
      <w:r w:rsidRPr="00343D26">
        <w:rPr>
          <w:b/>
          <w:bCs/>
        </w:rPr>
        <w:t xml:space="preserve"> (Sơn </w:t>
      </w:r>
      <w:proofErr w:type="spellStart"/>
      <w:r w:rsidRPr="00343D26">
        <w:rPr>
          <w:b/>
          <w:bCs/>
        </w:rPr>
        <w:t>lót</w:t>
      </w:r>
      <w:proofErr w:type="spellEnd"/>
      <w:r w:rsidRPr="00343D26">
        <w:rPr>
          <w:b/>
          <w:bCs/>
        </w:rPr>
        <w:t xml:space="preserve"> PU </w:t>
      </w:r>
      <w:proofErr w:type="spellStart"/>
      <w:r w:rsidRPr="00343D26">
        <w:rPr>
          <w:b/>
          <w:bCs/>
        </w:rPr>
        <w:t>bít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kín</w:t>
      </w:r>
      <w:proofErr w:type="spellEnd"/>
      <w:r w:rsidRPr="00343D26">
        <w:rPr>
          <w:b/>
          <w:bCs/>
        </w:rPr>
        <w:t>):</w:t>
      </w:r>
    </w:p>
    <w:p w14:paraId="12E480D9" w14:textId="7B0BBE4D" w:rsidR="00343D26" w:rsidRPr="00343D26" w:rsidRDefault="00343D26" w:rsidP="00343D26">
      <w:pPr>
        <w:spacing w:after="80"/>
      </w:pPr>
      <w:proofErr w:type="spellStart"/>
      <w:r w:rsidRPr="00343D26">
        <w:t>Là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lót</w:t>
      </w:r>
      <w:proofErr w:type="spellEnd"/>
      <w:r w:rsidRPr="00343D26">
        <w:t xml:space="preserve"> </w:t>
      </w:r>
      <w:proofErr w:type="spellStart"/>
      <w:r w:rsidRPr="00343D26">
        <w:t>thi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trực</w:t>
      </w:r>
      <w:proofErr w:type="spellEnd"/>
      <w:r w:rsidRPr="00343D26">
        <w:t xml:space="preserve"> </w:t>
      </w:r>
      <w:proofErr w:type="spellStart"/>
      <w:r w:rsidRPr="00343D26">
        <w:t>tiếp</w:t>
      </w:r>
      <w:proofErr w:type="spellEnd"/>
      <w:r w:rsidRPr="00343D26">
        <w:t xml:space="preserve"> </w:t>
      </w:r>
      <w:proofErr w:type="spellStart"/>
      <w:r w:rsidRPr="00343D26">
        <w:t>lên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thô</w:t>
      </w:r>
      <w:proofErr w:type="spellEnd"/>
      <w:r w:rsidRPr="00343D26">
        <w:t xml:space="preserve"> (</w:t>
      </w:r>
      <w:proofErr w:type="spellStart"/>
      <w:r w:rsidRPr="00343D26">
        <w:t>mộc</w:t>
      </w:r>
      <w:proofErr w:type="spellEnd"/>
      <w:r w:rsidRPr="00343D26">
        <w:t xml:space="preserve"> </w:t>
      </w:r>
      <w:proofErr w:type="spellStart"/>
      <w:r w:rsidRPr="00343D26">
        <w:t>trắng</w:t>
      </w:r>
      <w:proofErr w:type="spellEnd"/>
      <w:r w:rsidRPr="00343D26">
        <w:t xml:space="preserve">)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sau</w:t>
      </w:r>
      <w:proofErr w:type="spellEnd"/>
      <w:r w:rsidRPr="00343D26">
        <w:t xml:space="preserve"> </w:t>
      </w:r>
      <w:proofErr w:type="spellStart"/>
      <w:r w:rsidRPr="00343D26">
        <w:t>khi</w:t>
      </w:r>
      <w:proofErr w:type="spellEnd"/>
      <w:r w:rsidRPr="00343D26">
        <w:t xml:space="preserve"> </w:t>
      </w:r>
      <w:proofErr w:type="spellStart"/>
      <w:r w:rsidRPr="00343D26">
        <w:t>đã</w:t>
      </w:r>
      <w:proofErr w:type="spellEnd"/>
      <w:r w:rsidRPr="00343D26">
        <w:t xml:space="preserve"> </w:t>
      </w:r>
      <w:proofErr w:type="spellStart"/>
      <w:r w:rsidRPr="00343D26">
        <w:t>nhuộm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; </w:t>
      </w:r>
      <w:proofErr w:type="spellStart"/>
      <w:r w:rsidRPr="00343D26">
        <w:t>có</w:t>
      </w:r>
      <w:proofErr w:type="spellEnd"/>
      <w:r w:rsidRPr="00343D26">
        <w:t xml:space="preserve"> </w:t>
      </w:r>
      <w:proofErr w:type="spellStart"/>
      <w:r w:rsidRPr="00343D26">
        <w:t>tác</w:t>
      </w:r>
      <w:proofErr w:type="spellEnd"/>
      <w:r w:rsidRPr="00343D26">
        <w:t xml:space="preserve"> </w:t>
      </w:r>
      <w:proofErr w:type="spellStart"/>
      <w:r w:rsidRPr="00343D26">
        <w:t>dụng</w:t>
      </w:r>
      <w:proofErr w:type="spellEnd"/>
      <w:r w:rsidRPr="00343D26">
        <w:t xml:space="preserve"> </w:t>
      </w:r>
      <w:proofErr w:type="spellStart"/>
      <w:r w:rsidRPr="00343D26">
        <w:t>bịt</w:t>
      </w:r>
      <w:proofErr w:type="spellEnd"/>
      <w:r w:rsidRPr="00343D26">
        <w:t xml:space="preserve"> </w:t>
      </w:r>
      <w:proofErr w:type="spellStart"/>
      <w:r w:rsidRPr="00343D26">
        <w:t>kín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lỗ</w:t>
      </w:r>
      <w:proofErr w:type="spellEnd"/>
      <w:r w:rsidRPr="00343D26">
        <w:t xml:space="preserve"> </w:t>
      </w:r>
      <w:proofErr w:type="spellStart"/>
      <w:r w:rsidRPr="00343D26">
        <w:t>xốp</w:t>
      </w:r>
      <w:proofErr w:type="spellEnd"/>
      <w:r w:rsidRPr="00343D26">
        <w:t>/</w:t>
      </w:r>
      <w:proofErr w:type="spellStart"/>
      <w:r w:rsidRPr="00343D26">
        <w:t>tim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, </w:t>
      </w:r>
      <w:proofErr w:type="spellStart"/>
      <w:r w:rsidRPr="00343D26">
        <w:t>tăng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bám</w:t>
      </w:r>
      <w:proofErr w:type="spellEnd"/>
      <w:r w:rsidRPr="00343D26">
        <w:t xml:space="preserve"> </w:t>
      </w:r>
      <w:proofErr w:type="spellStart"/>
      <w:r w:rsidRPr="00343D26">
        <w:t>dính</w:t>
      </w:r>
      <w:proofErr w:type="spellEnd"/>
      <w:r w:rsidRPr="00343D26">
        <w:t xml:space="preserve"> </w:t>
      </w:r>
      <w:proofErr w:type="spellStart"/>
      <w:r w:rsidRPr="00343D26">
        <w:t>cho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tiếp</w:t>
      </w:r>
      <w:proofErr w:type="spellEnd"/>
      <w:r w:rsidRPr="00343D26">
        <w:t xml:space="preserve"> </w:t>
      </w:r>
      <w:proofErr w:type="spellStart"/>
      <w:r w:rsidRPr="00343D26">
        <w:t>theo</w:t>
      </w:r>
      <w:proofErr w:type="spellEnd"/>
      <w:r w:rsidRPr="00343D26">
        <w:t xml:space="preserve">, </w:t>
      </w:r>
      <w:proofErr w:type="spellStart"/>
      <w:r w:rsidRPr="00343D26">
        <w:t>tăng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dày</w:t>
      </w:r>
      <w:proofErr w:type="spellEnd"/>
      <w:r w:rsidRPr="00343D26">
        <w:t xml:space="preserve"> </w:t>
      </w:r>
      <w:proofErr w:type="spellStart"/>
      <w:r w:rsidRPr="00343D26">
        <w:t>màng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cải</w:t>
      </w:r>
      <w:proofErr w:type="spellEnd"/>
      <w:r w:rsidRPr="00343D26">
        <w:t xml:space="preserve"> </w:t>
      </w:r>
      <w:proofErr w:type="spellStart"/>
      <w:r w:rsidRPr="00343D26">
        <w:t>thiện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phẳng</w:t>
      </w:r>
      <w:proofErr w:type="spellEnd"/>
      <w:r w:rsidRPr="00343D26">
        <w:t xml:space="preserve">, </w:t>
      </w:r>
      <w:proofErr w:type="spellStart"/>
      <w:r w:rsidRPr="00343D26">
        <w:t>mịn</w:t>
      </w:r>
      <w:proofErr w:type="spellEnd"/>
      <w:r w:rsidRPr="00343D26">
        <w:t xml:space="preserve"> </w:t>
      </w:r>
      <w:proofErr w:type="spellStart"/>
      <w:r w:rsidRPr="00343D26">
        <w:t>của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trước</w:t>
      </w:r>
      <w:proofErr w:type="spellEnd"/>
      <w:r w:rsidRPr="00343D26">
        <w:t xml:space="preserve"> </w:t>
      </w:r>
      <w:proofErr w:type="spellStart"/>
      <w:r w:rsidRPr="00343D26">
        <w:t>khi</w:t>
      </w:r>
      <w:proofErr w:type="spellEnd"/>
      <w:r w:rsidRPr="00343D26">
        <w:t xml:space="preserve"> </w:t>
      </w:r>
      <w:proofErr w:type="spellStart"/>
      <w:r w:rsidRPr="00343D26">
        <w:t>xả</w:t>
      </w:r>
      <w:proofErr w:type="spellEnd"/>
      <w:r w:rsidRPr="00343D26">
        <w:t xml:space="preserve"> </w:t>
      </w:r>
      <w:proofErr w:type="spellStart"/>
      <w:r w:rsidRPr="00343D26">
        <w:t>nhám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phun</w:t>
      </w:r>
      <w:proofErr w:type="spellEnd"/>
      <w:r w:rsidRPr="00343D26">
        <w:t xml:space="preserve"> </w:t>
      </w:r>
      <w:proofErr w:type="spellStart"/>
      <w:r w:rsidRPr="00343D26">
        <w:t>bóng</w:t>
      </w:r>
      <w:proofErr w:type="spellEnd"/>
      <w:r w:rsidRPr="00343D26">
        <w:t xml:space="preserve"> </w:t>
      </w:r>
      <w:proofErr w:type="spellStart"/>
      <w:r w:rsidRPr="00343D26">
        <w:t>hoàn</w:t>
      </w:r>
      <w:proofErr w:type="spellEnd"/>
      <w:r w:rsidRPr="00343D26">
        <w:t xml:space="preserve"> </w:t>
      </w:r>
      <w:proofErr w:type="spellStart"/>
      <w:r w:rsidRPr="00343D26">
        <w:t>thiện</w:t>
      </w:r>
      <w:proofErr w:type="spellEnd"/>
      <w:r w:rsidRPr="00343D26">
        <w:t>.</w:t>
      </w:r>
    </w:p>
    <w:p w14:paraId="632FAFEA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均色染料</w:t>
      </w:r>
      <w:proofErr w:type="spellEnd"/>
      <w:r w:rsidRPr="00343D26">
        <w:rPr>
          <w:b/>
          <w:bCs/>
        </w:rPr>
        <w:t xml:space="preserve"> (Tinh </w:t>
      </w:r>
      <w:proofErr w:type="spellStart"/>
      <w:r w:rsidRPr="00343D26">
        <w:rPr>
          <w:b/>
          <w:bCs/>
        </w:rPr>
        <w:t>màu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làm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đều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màu</w:t>
      </w:r>
      <w:proofErr w:type="spellEnd"/>
      <w:r w:rsidRPr="00343D26">
        <w:rPr>
          <w:b/>
          <w:bCs/>
        </w:rPr>
        <w:t>):</w:t>
      </w:r>
    </w:p>
    <w:p w14:paraId="40814226" w14:textId="0C9090DB" w:rsidR="00343D26" w:rsidRPr="00343D26" w:rsidRDefault="00343D26" w:rsidP="00343D26">
      <w:pPr>
        <w:spacing w:after="80"/>
      </w:pP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điều</w:t>
      </w:r>
      <w:proofErr w:type="spellEnd"/>
      <w:r w:rsidRPr="00343D26">
        <w:t xml:space="preserve"> </w:t>
      </w:r>
      <w:proofErr w:type="spellStart"/>
      <w:r w:rsidRPr="00343D26">
        <w:t>chỉnh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đồng</w:t>
      </w:r>
      <w:proofErr w:type="spellEnd"/>
      <w:r w:rsidRPr="00343D26">
        <w:t xml:space="preserve"> </w:t>
      </w:r>
      <w:proofErr w:type="spellStart"/>
      <w:r w:rsidRPr="00343D26">
        <w:t>đều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sắc</w:t>
      </w:r>
      <w:proofErr w:type="spellEnd"/>
      <w:r w:rsidRPr="00343D26">
        <w:t xml:space="preserve"> </w:t>
      </w:r>
      <w:proofErr w:type="spellStart"/>
      <w:r w:rsidRPr="00343D26">
        <w:t>trên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, </w:t>
      </w:r>
      <w:proofErr w:type="spellStart"/>
      <w:r w:rsidRPr="00343D26">
        <w:t>giảm</w:t>
      </w:r>
      <w:proofErr w:type="spellEnd"/>
      <w:r w:rsidRPr="00343D26">
        <w:t xml:space="preserve"> </w:t>
      </w:r>
      <w:proofErr w:type="spellStart"/>
      <w:r w:rsidRPr="00343D26">
        <w:t>thiểu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lệch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giữa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tấm</w:t>
      </w:r>
      <w:proofErr w:type="spellEnd"/>
      <w:r w:rsidRPr="00343D26">
        <w:t xml:space="preserve"> veneer, </w:t>
      </w:r>
      <w:proofErr w:type="spellStart"/>
      <w:r w:rsidRPr="00343D26">
        <w:t>vân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, </w:t>
      </w:r>
      <w:proofErr w:type="spellStart"/>
      <w:r w:rsidRPr="00343D26">
        <w:t>cũng</w:t>
      </w:r>
      <w:proofErr w:type="spellEnd"/>
      <w:r w:rsidRPr="00343D26">
        <w:t xml:space="preserve"> </w:t>
      </w:r>
      <w:proofErr w:type="spellStart"/>
      <w:r w:rsidRPr="00343D26">
        <w:t>như</w:t>
      </w:r>
      <w:proofErr w:type="spellEnd"/>
      <w:r w:rsidRPr="00343D26">
        <w:t xml:space="preserve"> </w:t>
      </w:r>
      <w:proofErr w:type="spellStart"/>
      <w:r w:rsidRPr="00343D26">
        <w:t>giữa</w:t>
      </w:r>
      <w:proofErr w:type="spellEnd"/>
      <w:r w:rsidRPr="00343D26">
        <w:t xml:space="preserve"> </w:t>
      </w:r>
      <w:proofErr w:type="spellStart"/>
      <w:r w:rsidRPr="00343D26">
        <w:t>phần</w:t>
      </w:r>
      <w:proofErr w:type="spellEnd"/>
      <w:r w:rsidRPr="00343D26">
        <w:t xml:space="preserve"> </w:t>
      </w:r>
      <w:proofErr w:type="spellStart"/>
      <w:r w:rsidRPr="00343D26">
        <w:t>giác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tâm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. </w:t>
      </w:r>
      <w:proofErr w:type="spellStart"/>
      <w:r w:rsidRPr="00343D26">
        <w:t>Vật</w:t>
      </w:r>
      <w:proofErr w:type="spellEnd"/>
      <w:r w:rsidRPr="00343D26">
        <w:t xml:space="preserve"> </w:t>
      </w:r>
      <w:proofErr w:type="spellStart"/>
      <w:r w:rsidRPr="00343D26">
        <w:t>liệu</w:t>
      </w:r>
      <w:proofErr w:type="spellEnd"/>
      <w:r w:rsidRPr="00343D26">
        <w:t xml:space="preserve"> </w:t>
      </w:r>
      <w:proofErr w:type="spellStart"/>
      <w:r w:rsidRPr="00343D26">
        <w:t>này</w:t>
      </w:r>
      <w:proofErr w:type="spellEnd"/>
      <w:r w:rsidRPr="00343D26">
        <w:t xml:space="preserve"> </w:t>
      </w:r>
      <w:proofErr w:type="spellStart"/>
      <w:r w:rsidRPr="00343D26">
        <w:t>có</w:t>
      </w:r>
      <w:proofErr w:type="spellEnd"/>
      <w:r w:rsidRPr="00343D26">
        <w:t xml:space="preserve"> </w:t>
      </w:r>
      <w:proofErr w:type="spellStart"/>
      <w:r w:rsidRPr="00343D26">
        <w:t>thể</w:t>
      </w:r>
      <w:proofErr w:type="spellEnd"/>
      <w:r w:rsidRPr="00343D26">
        <w:t xml:space="preserve"> </w:t>
      </w:r>
      <w:proofErr w:type="spellStart"/>
      <w:r w:rsidRPr="00343D26">
        <w:t>thi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trước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sau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đoạn</w:t>
      </w:r>
      <w:proofErr w:type="spellEnd"/>
      <w:r w:rsidRPr="00343D26">
        <w:t xml:space="preserve"> </w:t>
      </w:r>
      <w:proofErr w:type="spellStart"/>
      <w:r w:rsidRPr="00343D26">
        <w:t>nhuộm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chính</w:t>
      </w:r>
      <w:proofErr w:type="spellEnd"/>
      <w:r w:rsidRPr="00343D26">
        <w:t>.</w:t>
      </w:r>
    </w:p>
    <w:p w14:paraId="39D3766F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不</w:t>
      </w:r>
      <w:r w:rsidRPr="00343D26">
        <w:rPr>
          <w:rFonts w:ascii="微軟正黑體" w:eastAsia="微軟正黑體" w:hAnsi="微軟正黑體" w:cs="微軟正黑體" w:hint="eastAsia"/>
          <w:b/>
          <w:bCs/>
        </w:rPr>
        <w:t>涨</w:t>
      </w:r>
      <w:r w:rsidRPr="00343D26">
        <w:rPr>
          <w:rFonts w:ascii="MS Mincho" w:eastAsia="MS Mincho" w:hAnsi="MS Mincho" w:cs="MS Mincho" w:hint="eastAsia"/>
          <w:b/>
          <w:bCs/>
        </w:rPr>
        <w:t>木</w:t>
      </w:r>
      <w:r w:rsidRPr="00343D26">
        <w:rPr>
          <w:rFonts w:ascii="微軟正黑體" w:eastAsia="微軟正黑體" w:hAnsi="微軟正黑體" w:cs="微軟正黑體" w:hint="eastAsia"/>
          <w:b/>
          <w:bCs/>
        </w:rPr>
        <w:t>纹</w:t>
      </w:r>
      <w:r w:rsidRPr="00343D26">
        <w:rPr>
          <w:rFonts w:ascii="MS Mincho" w:eastAsia="MS Mincho" w:hAnsi="MS Mincho" w:cs="MS Mincho" w:hint="eastAsia"/>
          <w:b/>
          <w:bCs/>
        </w:rPr>
        <w:t>染料</w:t>
      </w:r>
      <w:proofErr w:type="spellEnd"/>
      <w:r w:rsidRPr="00343D26">
        <w:rPr>
          <w:b/>
          <w:bCs/>
        </w:rPr>
        <w:t xml:space="preserve"> (NGR) (Tinh </w:t>
      </w:r>
      <w:proofErr w:type="spellStart"/>
      <w:r w:rsidRPr="00343D26">
        <w:rPr>
          <w:b/>
          <w:bCs/>
        </w:rPr>
        <w:t>màu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không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nổi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sợi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gỗ</w:t>
      </w:r>
      <w:proofErr w:type="spellEnd"/>
      <w:r w:rsidRPr="00343D26">
        <w:rPr>
          <w:b/>
          <w:bCs/>
        </w:rPr>
        <w:t>):</w:t>
      </w:r>
    </w:p>
    <w:p w14:paraId="63D8549E" w14:textId="2111CA66" w:rsidR="00343D26" w:rsidRPr="00343D26" w:rsidRDefault="00343D26" w:rsidP="00343D26">
      <w:pPr>
        <w:spacing w:after="80"/>
      </w:pPr>
      <w:proofErr w:type="spellStart"/>
      <w:r w:rsidRPr="00343D26">
        <w:t>Nhuộm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cho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nhưng</w:t>
      </w:r>
      <w:proofErr w:type="spellEnd"/>
      <w:r w:rsidRPr="00343D26">
        <w:t xml:space="preserve"> </w:t>
      </w:r>
      <w:proofErr w:type="spellStart"/>
      <w:r w:rsidRPr="00343D26">
        <w:t>vẫn</w:t>
      </w:r>
      <w:proofErr w:type="spellEnd"/>
      <w:r w:rsidRPr="00343D26">
        <w:t xml:space="preserve"> </w:t>
      </w:r>
      <w:proofErr w:type="spellStart"/>
      <w:r w:rsidRPr="00343D26">
        <w:t>giữ</w:t>
      </w:r>
      <w:proofErr w:type="spellEnd"/>
      <w:r w:rsidRPr="00343D26">
        <w:t xml:space="preserve"> </w:t>
      </w:r>
      <w:proofErr w:type="spellStart"/>
      <w:r w:rsidRPr="00343D26">
        <w:t>nguyên</w:t>
      </w:r>
      <w:proofErr w:type="spellEnd"/>
      <w:r w:rsidRPr="00343D26">
        <w:t xml:space="preserve"> </w:t>
      </w:r>
      <w:proofErr w:type="spellStart"/>
      <w:r w:rsidRPr="00343D26">
        <w:t>cấu</w:t>
      </w:r>
      <w:proofErr w:type="spellEnd"/>
      <w:r w:rsidRPr="00343D26">
        <w:t xml:space="preserve"> </w:t>
      </w:r>
      <w:proofErr w:type="spellStart"/>
      <w:r w:rsidRPr="00343D26">
        <w:t>trúc</w:t>
      </w:r>
      <w:proofErr w:type="spellEnd"/>
      <w:r w:rsidRPr="00343D26">
        <w:t xml:space="preserve"> </w:t>
      </w:r>
      <w:proofErr w:type="spellStart"/>
      <w:r w:rsidRPr="00343D26">
        <w:t>thớ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tự</w:t>
      </w:r>
      <w:proofErr w:type="spellEnd"/>
      <w:r w:rsidRPr="00343D26">
        <w:t xml:space="preserve"> </w:t>
      </w:r>
      <w:proofErr w:type="spellStart"/>
      <w:r w:rsidRPr="00343D26">
        <w:t>nhiên</w:t>
      </w:r>
      <w:proofErr w:type="spellEnd"/>
      <w:r w:rsidRPr="00343D26">
        <w:t xml:space="preserve">, </w:t>
      </w:r>
      <w:proofErr w:type="spellStart"/>
      <w:r w:rsidRPr="00343D26">
        <w:t>không</w:t>
      </w:r>
      <w:proofErr w:type="spellEnd"/>
      <w:r w:rsidRPr="00343D26">
        <w:t xml:space="preserve">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sợi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hút</w:t>
      </w:r>
      <w:proofErr w:type="spellEnd"/>
      <w:r w:rsidRPr="00343D26">
        <w:t xml:space="preserve"> </w:t>
      </w:r>
      <w:proofErr w:type="spellStart"/>
      <w:r w:rsidRPr="00343D26">
        <w:t>ẩm</w:t>
      </w:r>
      <w:proofErr w:type="spellEnd"/>
      <w:r w:rsidRPr="00343D26">
        <w:t xml:space="preserve"> </w:t>
      </w:r>
      <w:proofErr w:type="spellStart"/>
      <w:r w:rsidRPr="00343D26">
        <w:t>trương</w:t>
      </w:r>
      <w:proofErr w:type="spellEnd"/>
      <w:r w:rsidRPr="00343D26">
        <w:t xml:space="preserve"> </w:t>
      </w:r>
      <w:proofErr w:type="spellStart"/>
      <w:r w:rsidRPr="00343D26">
        <w:t>nở</w:t>
      </w:r>
      <w:proofErr w:type="spellEnd"/>
      <w:r w:rsidRPr="00343D26">
        <w:t xml:space="preserve"> hay </w:t>
      </w:r>
      <w:proofErr w:type="spellStart"/>
      <w:r w:rsidRPr="00343D26">
        <w:t>xù</w:t>
      </w:r>
      <w:proofErr w:type="spellEnd"/>
      <w:r w:rsidRPr="00343D26">
        <w:t xml:space="preserve"> </w:t>
      </w:r>
      <w:proofErr w:type="spellStart"/>
      <w:r w:rsidRPr="00343D26">
        <w:t>lông</w:t>
      </w:r>
      <w:proofErr w:type="spellEnd"/>
      <w:r w:rsidRPr="00343D26">
        <w:t xml:space="preserve">. </w:t>
      </w:r>
      <w:proofErr w:type="spellStart"/>
      <w:r w:rsidRPr="00343D26">
        <w:t>Giúp</w:t>
      </w:r>
      <w:proofErr w:type="spellEnd"/>
      <w:r w:rsidRPr="00343D26">
        <w:t xml:space="preserve">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nổi</w:t>
      </w:r>
      <w:proofErr w:type="spellEnd"/>
      <w:r w:rsidRPr="00343D26">
        <w:t xml:space="preserve"> </w:t>
      </w:r>
      <w:proofErr w:type="spellStart"/>
      <w:r w:rsidRPr="00343D26">
        <w:t>bật</w:t>
      </w:r>
      <w:proofErr w:type="spellEnd"/>
      <w:r w:rsidRPr="00343D26">
        <w:t xml:space="preserve"> </w:t>
      </w:r>
      <w:proofErr w:type="spellStart"/>
      <w:r w:rsidRPr="00343D26">
        <w:t>vân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tự</w:t>
      </w:r>
      <w:proofErr w:type="spellEnd"/>
      <w:r w:rsidRPr="00343D26">
        <w:t xml:space="preserve"> </w:t>
      </w:r>
      <w:proofErr w:type="spellStart"/>
      <w:r w:rsidRPr="00343D26">
        <w:t>nhiên</w:t>
      </w:r>
      <w:proofErr w:type="spellEnd"/>
      <w:r w:rsidRPr="00343D26">
        <w:t xml:space="preserve">, </w:t>
      </w:r>
      <w:proofErr w:type="spellStart"/>
      <w:r w:rsidRPr="00343D26">
        <w:t>duy</w:t>
      </w:r>
      <w:proofErr w:type="spellEnd"/>
      <w:r w:rsidRPr="00343D26">
        <w:t xml:space="preserve"> </w:t>
      </w:r>
      <w:proofErr w:type="spellStart"/>
      <w:r w:rsidRPr="00343D26">
        <w:t>trì</w:t>
      </w:r>
      <w:proofErr w:type="spellEnd"/>
      <w:r w:rsidRPr="00343D26">
        <w:t xml:space="preserve"> </w:t>
      </w:r>
      <w:proofErr w:type="spellStart"/>
      <w:r w:rsidRPr="00343D26">
        <w:t>hiệu</w:t>
      </w:r>
      <w:proofErr w:type="spellEnd"/>
      <w:r w:rsidRPr="00343D26">
        <w:t xml:space="preserve"> </w:t>
      </w:r>
      <w:proofErr w:type="spellStart"/>
      <w:r w:rsidRPr="00343D26">
        <w:t>ứng</w:t>
      </w:r>
      <w:proofErr w:type="spellEnd"/>
      <w:r w:rsidRPr="00343D26">
        <w:t xml:space="preserve"> </w:t>
      </w:r>
      <w:proofErr w:type="spellStart"/>
      <w:r w:rsidRPr="00343D26">
        <w:t>vân</w:t>
      </w:r>
      <w:proofErr w:type="spellEnd"/>
      <w:r w:rsidRPr="00343D26">
        <w:t xml:space="preserve"> </w:t>
      </w:r>
      <w:proofErr w:type="spellStart"/>
      <w:r w:rsidRPr="00343D26">
        <w:t>mở</w:t>
      </w:r>
      <w:proofErr w:type="spellEnd"/>
      <w:r w:rsidRPr="00343D26">
        <w:t xml:space="preserve"> (</w:t>
      </w:r>
      <w:proofErr w:type="gramStart"/>
      <w:r w:rsidRPr="00343D26">
        <w:t>open-pore</w:t>
      </w:r>
      <w:proofErr w:type="gramEnd"/>
      <w:r w:rsidRPr="00343D26">
        <w:t xml:space="preserve">)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sắc</w:t>
      </w:r>
      <w:proofErr w:type="spellEnd"/>
      <w:r w:rsidRPr="00343D26">
        <w:t xml:space="preserve"> </w:t>
      </w:r>
      <w:proofErr w:type="spellStart"/>
      <w:r w:rsidRPr="00343D26">
        <w:t>trong</w:t>
      </w:r>
      <w:proofErr w:type="spellEnd"/>
      <w:r w:rsidRPr="00343D26">
        <w:t xml:space="preserve"> </w:t>
      </w:r>
      <w:proofErr w:type="spellStart"/>
      <w:r w:rsidRPr="00343D26">
        <w:t>trẻo</w:t>
      </w:r>
      <w:proofErr w:type="spellEnd"/>
      <w:r w:rsidRPr="00343D26">
        <w:t>.</w:t>
      </w:r>
    </w:p>
    <w:p w14:paraId="7D3326A9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Duro</w:t>
      </w:r>
      <w:r w:rsidRPr="00343D26">
        <w:rPr>
          <w:b/>
          <w:bCs/>
        </w:rPr>
        <w:t>擦拭染料</w:t>
      </w:r>
      <w:proofErr w:type="spellEnd"/>
      <w:r w:rsidRPr="00343D26">
        <w:rPr>
          <w:b/>
          <w:bCs/>
        </w:rPr>
        <w:t xml:space="preserve"> (</w:t>
      </w:r>
      <w:proofErr w:type="spellStart"/>
      <w:r w:rsidRPr="00343D26">
        <w:rPr>
          <w:rFonts w:ascii="微軟正黑體" w:eastAsia="微軟正黑體" w:hAnsi="微軟正黑體" w:cs="微軟正黑體" w:hint="eastAsia"/>
          <w:b/>
          <w:bCs/>
        </w:rPr>
        <w:t>显纹</w:t>
      </w:r>
      <w:r w:rsidRPr="00343D26">
        <w:rPr>
          <w:rFonts w:ascii="MS Mincho" w:eastAsia="MS Mincho" w:hAnsi="MS Mincho" w:cs="MS Mincho" w:hint="eastAsia"/>
          <w:b/>
          <w:bCs/>
        </w:rPr>
        <w:t>染料</w:t>
      </w:r>
      <w:proofErr w:type="spellEnd"/>
      <w:r w:rsidRPr="00343D26">
        <w:rPr>
          <w:b/>
          <w:bCs/>
        </w:rPr>
        <w:t xml:space="preserve">) (Tinh </w:t>
      </w:r>
      <w:proofErr w:type="spellStart"/>
      <w:r w:rsidRPr="00343D26">
        <w:rPr>
          <w:b/>
          <w:bCs/>
        </w:rPr>
        <w:t>màu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lau</w:t>
      </w:r>
      <w:proofErr w:type="spellEnd"/>
      <w:r w:rsidRPr="00343D26">
        <w:rPr>
          <w:b/>
          <w:bCs/>
        </w:rPr>
        <w:t xml:space="preserve"> Duro / </w:t>
      </w:r>
      <w:proofErr w:type="spellStart"/>
      <w:r w:rsidRPr="00343D26">
        <w:rPr>
          <w:b/>
          <w:bCs/>
        </w:rPr>
        <w:t>nổi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vân</w:t>
      </w:r>
      <w:proofErr w:type="spellEnd"/>
      <w:r w:rsidRPr="00343D26">
        <w:rPr>
          <w:b/>
          <w:bCs/>
        </w:rPr>
        <w:t>):</w:t>
      </w:r>
    </w:p>
    <w:p w14:paraId="101A990B" w14:textId="428E5E4E" w:rsidR="00343D26" w:rsidRPr="00343D26" w:rsidRDefault="00343D26" w:rsidP="00343D26">
      <w:pPr>
        <w:spacing w:after="80"/>
      </w:pPr>
      <w:proofErr w:type="spellStart"/>
      <w:r w:rsidRPr="00343D26">
        <w:t>Là</w:t>
      </w:r>
      <w:proofErr w:type="spellEnd"/>
      <w:r w:rsidRPr="00343D26">
        <w:t xml:space="preserve"> </w:t>
      </w:r>
      <w:proofErr w:type="spellStart"/>
      <w:r w:rsidRPr="00343D26">
        <w:t>loại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lau</w:t>
      </w:r>
      <w:proofErr w:type="spellEnd"/>
      <w:r w:rsidRPr="00343D26">
        <w:t xml:space="preserve"> </w:t>
      </w:r>
      <w:proofErr w:type="spellStart"/>
      <w:r w:rsidRPr="00343D26">
        <w:t>có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nhớt</w:t>
      </w:r>
      <w:proofErr w:type="spellEnd"/>
      <w:r w:rsidRPr="00343D26">
        <w:t xml:space="preserve"> </w:t>
      </w:r>
      <w:proofErr w:type="spellStart"/>
      <w:r w:rsidRPr="00343D26">
        <w:t>cao</w:t>
      </w:r>
      <w:proofErr w:type="spellEnd"/>
      <w:r w:rsidRPr="00343D26">
        <w:t xml:space="preserve">, </w:t>
      </w:r>
      <w:proofErr w:type="spellStart"/>
      <w:r w:rsidRPr="00343D26">
        <w:t>hàm</w:t>
      </w:r>
      <w:proofErr w:type="spellEnd"/>
      <w:r w:rsidRPr="00343D26">
        <w:t xml:space="preserve"> </w:t>
      </w:r>
      <w:proofErr w:type="spellStart"/>
      <w:r w:rsidRPr="00343D26">
        <w:t>lượng</w:t>
      </w:r>
      <w:proofErr w:type="spellEnd"/>
      <w:r w:rsidRPr="00343D26">
        <w:t xml:space="preserve"> </w:t>
      </w:r>
      <w:proofErr w:type="spellStart"/>
      <w:r w:rsidRPr="00343D26">
        <w:t>bột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(pigment) </w:t>
      </w:r>
      <w:proofErr w:type="spellStart"/>
      <w:r w:rsidRPr="00343D26">
        <w:t>lớn</w:t>
      </w:r>
      <w:proofErr w:type="spellEnd"/>
      <w:r w:rsidRPr="00343D26">
        <w:t xml:space="preserve">; </w:t>
      </w:r>
      <w:proofErr w:type="spellStart"/>
      <w:r w:rsidRPr="00343D26">
        <w:t>chủ</w:t>
      </w:r>
      <w:proofErr w:type="spellEnd"/>
      <w:r w:rsidRPr="00343D26">
        <w:t xml:space="preserve"> </w:t>
      </w:r>
      <w:proofErr w:type="spellStart"/>
      <w:r w:rsidRPr="00343D26">
        <w:t>yếu</w:t>
      </w:r>
      <w:proofErr w:type="spellEnd"/>
      <w:r w:rsidRPr="00343D26">
        <w:t xml:space="preserve"> </w:t>
      </w:r>
      <w:proofErr w:type="spellStart"/>
      <w:r w:rsidRPr="00343D26">
        <w:t>đọng</w:t>
      </w:r>
      <w:proofErr w:type="spellEnd"/>
      <w:r w:rsidRPr="00343D26">
        <w:t xml:space="preserve"> </w:t>
      </w:r>
      <w:proofErr w:type="spellStart"/>
      <w:r w:rsidRPr="00343D26">
        <w:t>lại</w:t>
      </w:r>
      <w:proofErr w:type="spellEnd"/>
      <w:r w:rsidRPr="00343D26">
        <w:t xml:space="preserve"> </w:t>
      </w:r>
      <w:proofErr w:type="spellStart"/>
      <w:r w:rsidRPr="00343D26">
        <w:t>trong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tom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lỗ</w:t>
      </w:r>
      <w:proofErr w:type="spellEnd"/>
      <w:r w:rsidRPr="00343D26">
        <w:t xml:space="preserve"> </w:t>
      </w:r>
      <w:proofErr w:type="spellStart"/>
      <w:r w:rsidRPr="00343D26">
        <w:t>xốp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tương</w:t>
      </w:r>
      <w:proofErr w:type="spellEnd"/>
      <w:r w:rsidRPr="00343D26">
        <w:t xml:space="preserve"> </w:t>
      </w:r>
      <w:proofErr w:type="spellStart"/>
      <w:r w:rsidRPr="00343D26">
        <w:t>phản</w:t>
      </w:r>
      <w:proofErr w:type="spellEnd"/>
      <w:r w:rsidRPr="00343D26">
        <w:t xml:space="preserve"> </w:t>
      </w:r>
      <w:proofErr w:type="spellStart"/>
      <w:r w:rsidRPr="00343D26">
        <w:t>rõ</w:t>
      </w:r>
      <w:proofErr w:type="spellEnd"/>
      <w:r w:rsidRPr="00343D26">
        <w:t xml:space="preserve"> </w:t>
      </w:r>
      <w:proofErr w:type="spellStart"/>
      <w:r w:rsidRPr="00343D26">
        <w:t>nét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nổi</w:t>
      </w:r>
      <w:proofErr w:type="spellEnd"/>
      <w:r w:rsidRPr="00343D26">
        <w:t xml:space="preserve"> </w:t>
      </w:r>
      <w:proofErr w:type="spellStart"/>
      <w:r w:rsidRPr="00343D26">
        <w:t>bật</w:t>
      </w:r>
      <w:proofErr w:type="spellEnd"/>
      <w:r w:rsidRPr="00343D26">
        <w:t xml:space="preserve"> </w:t>
      </w:r>
      <w:proofErr w:type="spellStart"/>
      <w:r w:rsidRPr="00343D26">
        <w:t>vân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. Thường </w:t>
      </w: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cho</w:t>
      </w:r>
      <w:proofErr w:type="spellEnd"/>
      <w:r w:rsidRPr="00343D26">
        <w:t xml:space="preserve"> </w:t>
      </w:r>
      <w:proofErr w:type="spellStart"/>
      <w:r w:rsidRPr="00343D26">
        <w:t>quy</w:t>
      </w:r>
      <w:proofErr w:type="spellEnd"/>
      <w:r w:rsidRPr="00343D26">
        <w:t xml:space="preserve"> </w:t>
      </w:r>
      <w:proofErr w:type="spellStart"/>
      <w:r w:rsidRPr="00343D26">
        <w:t>trình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vân</w:t>
      </w:r>
      <w:proofErr w:type="spellEnd"/>
      <w:r w:rsidRPr="00343D26">
        <w:t xml:space="preserve"> </w:t>
      </w:r>
      <w:proofErr w:type="spellStart"/>
      <w:r w:rsidRPr="00343D26">
        <w:t>mở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bán</w:t>
      </w:r>
      <w:proofErr w:type="spellEnd"/>
      <w:r w:rsidRPr="00343D26">
        <w:t xml:space="preserve"> </w:t>
      </w:r>
      <w:proofErr w:type="spellStart"/>
      <w:r w:rsidRPr="00343D26">
        <w:t>mở</w:t>
      </w:r>
      <w:proofErr w:type="spellEnd"/>
      <w:r w:rsidRPr="00343D26">
        <w:t>.</w:t>
      </w:r>
    </w:p>
    <w:p w14:paraId="676DEF25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lastRenderedPageBreak/>
        <w:t>基</w:t>
      </w:r>
      <w:r w:rsidRPr="00343D26">
        <w:rPr>
          <w:rFonts w:ascii="微軟正黑體" w:eastAsia="微軟正黑體" w:hAnsi="微軟正黑體" w:cs="微軟正黑體" w:hint="eastAsia"/>
          <w:b/>
          <w:bCs/>
        </w:rPr>
        <w:t>础</w:t>
      </w:r>
      <w:r w:rsidRPr="00343D26">
        <w:rPr>
          <w:rFonts w:ascii="MS Mincho" w:eastAsia="MS Mincho" w:hAnsi="MS Mincho" w:cs="MS Mincho" w:hint="eastAsia"/>
          <w:b/>
          <w:bCs/>
        </w:rPr>
        <w:t>着色染料</w:t>
      </w:r>
      <w:proofErr w:type="spellEnd"/>
      <w:r w:rsidRPr="00343D26">
        <w:rPr>
          <w:b/>
          <w:bCs/>
        </w:rPr>
        <w:t xml:space="preserve"> (Tinh </w:t>
      </w:r>
      <w:proofErr w:type="spellStart"/>
      <w:r w:rsidRPr="00343D26">
        <w:rPr>
          <w:b/>
          <w:bCs/>
        </w:rPr>
        <w:t>màu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nhuộm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nền</w:t>
      </w:r>
      <w:proofErr w:type="spellEnd"/>
      <w:r w:rsidRPr="00343D26">
        <w:rPr>
          <w:b/>
          <w:bCs/>
        </w:rPr>
        <w:t>):</w:t>
      </w:r>
    </w:p>
    <w:p w14:paraId="7F7C4876" w14:textId="77777777" w:rsidR="00343D26" w:rsidRPr="00343D26" w:rsidRDefault="00343D26" w:rsidP="00343D26">
      <w:pPr>
        <w:spacing w:after="80"/>
      </w:pP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tông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chủ</w:t>
      </w:r>
      <w:proofErr w:type="spellEnd"/>
      <w:r w:rsidRPr="00343D26">
        <w:t xml:space="preserve"> </w:t>
      </w:r>
      <w:proofErr w:type="spellStart"/>
      <w:r w:rsidRPr="00343D26">
        <w:t>đạo</w:t>
      </w:r>
      <w:proofErr w:type="spellEnd"/>
      <w:r w:rsidRPr="00343D26">
        <w:t xml:space="preserve"> </w:t>
      </w:r>
      <w:proofErr w:type="spellStart"/>
      <w:r w:rsidRPr="00343D26">
        <w:t>cho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định</w:t>
      </w:r>
      <w:proofErr w:type="spellEnd"/>
      <w:r w:rsidRPr="00343D26">
        <w:t xml:space="preserve"> </w:t>
      </w:r>
      <w:proofErr w:type="spellStart"/>
      <w:r w:rsidRPr="00343D26">
        <w:t>hình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sắc</w:t>
      </w:r>
      <w:proofErr w:type="spellEnd"/>
      <w:r w:rsidRPr="00343D26">
        <w:t xml:space="preserve"> </w:t>
      </w:r>
      <w:proofErr w:type="spellStart"/>
      <w:r w:rsidRPr="00343D26">
        <w:t>nền</w:t>
      </w:r>
      <w:proofErr w:type="spellEnd"/>
      <w:r w:rsidRPr="00343D26">
        <w:t xml:space="preserve"> </w:t>
      </w:r>
      <w:proofErr w:type="spellStart"/>
      <w:r w:rsidRPr="00343D26">
        <w:t>tảng</w:t>
      </w:r>
      <w:proofErr w:type="spellEnd"/>
      <w:r w:rsidRPr="00343D26">
        <w:t xml:space="preserve"> </w:t>
      </w:r>
      <w:proofErr w:type="spellStart"/>
      <w:r w:rsidRPr="00343D26">
        <w:t>của</w:t>
      </w:r>
      <w:proofErr w:type="spellEnd"/>
      <w:r w:rsidRPr="00343D26">
        <w:t xml:space="preserve"> </w:t>
      </w:r>
      <w:proofErr w:type="spellStart"/>
      <w:r w:rsidRPr="00343D26">
        <w:t>thành</w:t>
      </w:r>
      <w:proofErr w:type="spellEnd"/>
      <w:r w:rsidRPr="00343D26">
        <w:t xml:space="preserve"> </w:t>
      </w:r>
      <w:proofErr w:type="spellStart"/>
      <w:r w:rsidRPr="00343D26">
        <w:t>phẩm</w:t>
      </w:r>
      <w:proofErr w:type="spellEnd"/>
      <w:r w:rsidRPr="00343D26">
        <w:t xml:space="preserve">. </w:t>
      </w:r>
      <w:proofErr w:type="spellStart"/>
      <w:r w:rsidRPr="00343D26">
        <w:t>Giúp</w:t>
      </w:r>
      <w:proofErr w:type="spellEnd"/>
      <w:r w:rsidRPr="00343D26">
        <w:t xml:space="preserve"> </w:t>
      </w:r>
      <w:proofErr w:type="spellStart"/>
      <w:r w:rsidRPr="00343D26">
        <w:t>đạt</w:t>
      </w:r>
      <w:proofErr w:type="spellEnd"/>
      <w:r w:rsidRPr="00343D26">
        <w:t xml:space="preserve"> </w:t>
      </w:r>
      <w:proofErr w:type="spellStart"/>
      <w:r w:rsidRPr="00343D26">
        <w:t>chuẩn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đã</w:t>
      </w:r>
      <w:proofErr w:type="spellEnd"/>
      <w:r w:rsidRPr="00343D26">
        <w:t xml:space="preserve"> </w:t>
      </w:r>
      <w:proofErr w:type="spellStart"/>
      <w:r w:rsidRPr="00343D26">
        <w:t>phê</w:t>
      </w:r>
      <w:proofErr w:type="spellEnd"/>
      <w:r w:rsidRPr="00343D26">
        <w:t xml:space="preserve"> </w:t>
      </w:r>
      <w:proofErr w:type="spellStart"/>
      <w:r w:rsidRPr="00343D26">
        <w:t>duyệt</w:t>
      </w:r>
      <w:proofErr w:type="spellEnd"/>
      <w:r w:rsidRPr="00343D26">
        <w:t xml:space="preserve">, </w:t>
      </w:r>
      <w:proofErr w:type="spellStart"/>
      <w:r w:rsidRPr="00343D26">
        <w:t>giữ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đồng</w:t>
      </w:r>
      <w:proofErr w:type="spellEnd"/>
      <w:r w:rsidRPr="00343D26">
        <w:t xml:space="preserve"> </w:t>
      </w:r>
      <w:proofErr w:type="spellStart"/>
      <w:r w:rsidRPr="00343D26">
        <w:t>đều</w:t>
      </w:r>
      <w:proofErr w:type="spellEnd"/>
      <w:r w:rsidRPr="00343D26">
        <w:t xml:space="preserve"> </w:t>
      </w:r>
      <w:proofErr w:type="spellStart"/>
      <w:r w:rsidRPr="00343D26">
        <w:t>giữa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chi </w:t>
      </w:r>
      <w:proofErr w:type="spellStart"/>
      <w:r w:rsidRPr="00343D26">
        <w:t>tiết</w:t>
      </w:r>
      <w:proofErr w:type="spellEnd"/>
      <w:r w:rsidRPr="00343D26">
        <w:t>/</w:t>
      </w:r>
      <w:proofErr w:type="spellStart"/>
      <w:r w:rsidRPr="00343D26">
        <w:t>tấm</w:t>
      </w:r>
      <w:proofErr w:type="spellEnd"/>
      <w:r w:rsidRPr="00343D26">
        <w:t xml:space="preserve"> </w:t>
      </w:r>
      <w:proofErr w:type="spellStart"/>
      <w:r w:rsidRPr="00343D26">
        <w:t>ván</w:t>
      </w:r>
      <w:proofErr w:type="spellEnd"/>
      <w:r w:rsidRPr="00343D26">
        <w:t xml:space="preserve">,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nền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trước</w:t>
      </w:r>
      <w:proofErr w:type="spellEnd"/>
      <w:r w:rsidRPr="00343D26">
        <w:t xml:space="preserve"> </w:t>
      </w:r>
      <w:proofErr w:type="spellStart"/>
      <w:r w:rsidRPr="00343D26">
        <w:t>khi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lót</w:t>
      </w:r>
      <w:proofErr w:type="spellEnd"/>
      <w:r w:rsidRPr="00343D26">
        <w:t xml:space="preserve"> </w:t>
      </w:r>
      <w:proofErr w:type="spellStart"/>
      <w:r w:rsidRPr="00343D26">
        <w:t>bảo</w:t>
      </w:r>
      <w:proofErr w:type="spellEnd"/>
      <w:r w:rsidRPr="00343D26">
        <w:t xml:space="preserve"> </w:t>
      </w:r>
      <w:proofErr w:type="spellStart"/>
      <w:r w:rsidRPr="00343D26">
        <w:t>vệ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phủ</w:t>
      </w:r>
      <w:proofErr w:type="spellEnd"/>
      <w:r w:rsidRPr="00343D26">
        <w:t>.</w:t>
      </w:r>
    </w:p>
    <w:p w14:paraId="5DF4D7E4" w14:textId="77777777" w:rsidR="00343D26" w:rsidRPr="00343D26" w:rsidRDefault="00343D26" w:rsidP="00343D26">
      <w:pPr>
        <w:spacing w:after="80"/>
      </w:pPr>
    </w:p>
    <w:p w14:paraId="150B3DF1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修色染料</w:t>
      </w:r>
      <w:proofErr w:type="spellEnd"/>
      <w:r w:rsidRPr="00343D26">
        <w:rPr>
          <w:b/>
          <w:bCs/>
        </w:rPr>
        <w:t xml:space="preserve"> (Tinh </w:t>
      </w:r>
      <w:proofErr w:type="spellStart"/>
      <w:r w:rsidRPr="00343D26">
        <w:rPr>
          <w:b/>
          <w:bCs/>
        </w:rPr>
        <w:t>màu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sửa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màu</w:t>
      </w:r>
      <w:proofErr w:type="spellEnd"/>
      <w:r w:rsidRPr="00343D26">
        <w:rPr>
          <w:b/>
          <w:bCs/>
        </w:rPr>
        <w:t xml:space="preserve"> / </w:t>
      </w:r>
      <w:proofErr w:type="spellStart"/>
      <w:r w:rsidRPr="00343D26">
        <w:rPr>
          <w:b/>
          <w:bCs/>
        </w:rPr>
        <w:t>Dặm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màu</w:t>
      </w:r>
      <w:proofErr w:type="spellEnd"/>
      <w:r w:rsidRPr="00343D26">
        <w:rPr>
          <w:b/>
          <w:bCs/>
        </w:rPr>
        <w:t>):</w:t>
      </w:r>
    </w:p>
    <w:p w14:paraId="10A5C4F7" w14:textId="6AC4B977" w:rsidR="00343D26" w:rsidRPr="00343D26" w:rsidRDefault="00343D26" w:rsidP="00343D26">
      <w:pPr>
        <w:spacing w:after="80"/>
      </w:pPr>
      <w:proofErr w:type="spellStart"/>
      <w:r w:rsidRPr="00343D26">
        <w:t>Là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phun</w:t>
      </w:r>
      <w:proofErr w:type="spellEnd"/>
      <w:r w:rsidRPr="00343D26">
        <w:t xml:space="preserve"> </w:t>
      </w:r>
      <w:proofErr w:type="spellStart"/>
      <w:r w:rsidRPr="00343D26">
        <w:t>lên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đã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lót</w:t>
      </w:r>
      <w:proofErr w:type="spellEnd"/>
      <w:r w:rsidRPr="00343D26">
        <w:t xml:space="preserve"> </w:t>
      </w:r>
      <w:proofErr w:type="spellStart"/>
      <w:r w:rsidRPr="00343D26">
        <w:t>nhằm</w:t>
      </w:r>
      <w:proofErr w:type="spellEnd"/>
      <w:r w:rsidRPr="00343D26">
        <w:t xml:space="preserve"> </w:t>
      </w:r>
      <w:proofErr w:type="spellStart"/>
      <w:r w:rsidRPr="00343D26">
        <w:t>điều</w:t>
      </w:r>
      <w:proofErr w:type="spellEnd"/>
      <w:r w:rsidRPr="00343D26">
        <w:t xml:space="preserve"> </w:t>
      </w:r>
      <w:proofErr w:type="spellStart"/>
      <w:r w:rsidRPr="00343D26">
        <w:t>chỉnh</w:t>
      </w:r>
      <w:proofErr w:type="spellEnd"/>
      <w:r w:rsidRPr="00343D26">
        <w:t xml:space="preserve">,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đều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thay</w:t>
      </w:r>
      <w:proofErr w:type="spellEnd"/>
      <w:r w:rsidRPr="00343D26">
        <w:t xml:space="preserve"> </w:t>
      </w:r>
      <w:proofErr w:type="spellStart"/>
      <w:r w:rsidRPr="00343D26">
        <w:t>đổi</w:t>
      </w:r>
      <w:proofErr w:type="spellEnd"/>
      <w:r w:rsidRPr="00343D26">
        <w:t xml:space="preserve"> </w:t>
      </w:r>
      <w:proofErr w:type="spellStart"/>
      <w:r w:rsidRPr="00343D26">
        <w:t>nhẹ</w:t>
      </w:r>
      <w:proofErr w:type="spellEnd"/>
      <w:r w:rsidRPr="00343D26">
        <w:t xml:space="preserve"> </w:t>
      </w:r>
      <w:proofErr w:type="spellStart"/>
      <w:r w:rsidRPr="00343D26">
        <w:t>tông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cuối</w:t>
      </w:r>
      <w:proofErr w:type="spellEnd"/>
      <w:r w:rsidRPr="00343D26">
        <w:t xml:space="preserve"> </w:t>
      </w:r>
      <w:proofErr w:type="spellStart"/>
      <w:r w:rsidRPr="00343D26">
        <w:t>cùng</w:t>
      </w:r>
      <w:proofErr w:type="spellEnd"/>
      <w:r w:rsidRPr="00343D26">
        <w:t xml:space="preserve">. </w:t>
      </w:r>
      <w:proofErr w:type="spellStart"/>
      <w:r w:rsidRPr="00343D26">
        <w:t>Khác</w:t>
      </w:r>
      <w:proofErr w:type="spellEnd"/>
      <w:r w:rsidRPr="00343D26">
        <w:t xml:space="preserve"> </w:t>
      </w:r>
      <w:proofErr w:type="spellStart"/>
      <w:r w:rsidRPr="00343D26">
        <w:t>với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lau</w:t>
      </w:r>
      <w:proofErr w:type="spellEnd"/>
      <w:r w:rsidRPr="00343D26">
        <w:t xml:space="preserve"> (</w:t>
      </w:r>
      <w:proofErr w:type="spellStart"/>
      <w:r w:rsidRPr="00343D26">
        <w:t>không</w:t>
      </w:r>
      <w:proofErr w:type="spellEnd"/>
      <w:r w:rsidRPr="00343D26">
        <w:t xml:space="preserve"> </w:t>
      </w:r>
      <w:proofErr w:type="spellStart"/>
      <w:r w:rsidRPr="00343D26">
        <w:t>thấm</w:t>
      </w:r>
      <w:proofErr w:type="spellEnd"/>
      <w:r w:rsidRPr="00343D26">
        <w:t xml:space="preserve"> </w:t>
      </w:r>
      <w:proofErr w:type="spellStart"/>
      <w:r w:rsidRPr="00343D26">
        <w:t>trực</w:t>
      </w:r>
      <w:proofErr w:type="spellEnd"/>
      <w:r w:rsidRPr="00343D26">
        <w:t xml:space="preserve"> </w:t>
      </w:r>
      <w:proofErr w:type="spellStart"/>
      <w:r w:rsidRPr="00343D26">
        <w:t>tiếp</w:t>
      </w:r>
      <w:proofErr w:type="spellEnd"/>
      <w:r w:rsidRPr="00343D26">
        <w:t xml:space="preserve"> </w:t>
      </w:r>
      <w:proofErr w:type="spellStart"/>
      <w:r w:rsidRPr="00343D26">
        <w:t>vào</w:t>
      </w:r>
      <w:proofErr w:type="spellEnd"/>
      <w:r w:rsidRPr="00343D26">
        <w:t xml:space="preserve"> </w:t>
      </w:r>
      <w:proofErr w:type="spellStart"/>
      <w:r w:rsidRPr="00343D26">
        <w:t>phôi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thô</w:t>
      </w:r>
      <w:proofErr w:type="spellEnd"/>
      <w:r w:rsidRPr="00343D26">
        <w:t xml:space="preserve">),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sửa</w:t>
      </w:r>
      <w:proofErr w:type="spellEnd"/>
      <w:r w:rsidRPr="00343D26">
        <w:t xml:space="preserve"> </w:t>
      </w:r>
      <w:proofErr w:type="spellStart"/>
      <w:r w:rsidRPr="00343D26">
        <w:t>được</w:t>
      </w:r>
      <w:proofErr w:type="spellEnd"/>
      <w:r w:rsidRPr="00343D26">
        <w:t xml:space="preserve"> </w:t>
      </w:r>
      <w:proofErr w:type="spellStart"/>
      <w:r w:rsidRPr="00343D26">
        <w:t>thi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sau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lót</w:t>
      </w:r>
      <w:proofErr w:type="spellEnd"/>
      <w:r w:rsidRPr="00343D26">
        <w:t xml:space="preserve">. Công </w:t>
      </w:r>
      <w:proofErr w:type="spellStart"/>
      <w:r w:rsidRPr="00343D26">
        <w:t>dụng</w:t>
      </w:r>
      <w:proofErr w:type="spellEnd"/>
      <w:r w:rsidRPr="00343D26">
        <w:t xml:space="preserve"> </w:t>
      </w:r>
      <w:proofErr w:type="spellStart"/>
      <w:r w:rsidRPr="00343D26">
        <w:t>gồm</w:t>
      </w:r>
      <w:proofErr w:type="spellEnd"/>
      <w:r w:rsidRPr="00343D26">
        <w:t xml:space="preserve">: vi </w:t>
      </w:r>
      <w:proofErr w:type="spellStart"/>
      <w:r w:rsidRPr="00343D26">
        <w:t>chỉnh</w:t>
      </w:r>
      <w:proofErr w:type="spellEnd"/>
      <w:r w:rsidRPr="00343D26">
        <w:t xml:space="preserve"> </w:t>
      </w:r>
      <w:proofErr w:type="spellStart"/>
      <w:r w:rsidRPr="00343D26">
        <w:t>sắc</w:t>
      </w:r>
      <w:proofErr w:type="spellEnd"/>
      <w:r w:rsidRPr="00343D26">
        <w:t xml:space="preserve"> </w:t>
      </w:r>
      <w:proofErr w:type="spellStart"/>
      <w:r w:rsidRPr="00343D26">
        <w:t>thái</w:t>
      </w:r>
      <w:proofErr w:type="spellEnd"/>
      <w:r w:rsidRPr="00343D26">
        <w:t xml:space="preserve">,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sẫm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nhẹ</w:t>
      </w:r>
      <w:proofErr w:type="spellEnd"/>
      <w:r w:rsidRPr="00343D26">
        <w:t xml:space="preserve">, </w:t>
      </w:r>
      <w:proofErr w:type="spellStart"/>
      <w:r w:rsidRPr="00343D26">
        <w:t>phối</w:t>
      </w:r>
      <w:proofErr w:type="spellEnd"/>
      <w:r w:rsidRPr="00343D26">
        <w:t xml:space="preserve"> </w:t>
      </w:r>
      <w:proofErr w:type="spellStart"/>
      <w:r w:rsidRPr="00343D26">
        <w:t>khớp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giữa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chi </w:t>
      </w:r>
      <w:proofErr w:type="spellStart"/>
      <w:r w:rsidRPr="00343D26">
        <w:t>tiết</w:t>
      </w:r>
      <w:proofErr w:type="spellEnd"/>
      <w:r w:rsidRPr="00343D26">
        <w:t xml:space="preserve">, </w:t>
      </w:r>
      <w:proofErr w:type="spellStart"/>
      <w:r w:rsidRPr="00343D26">
        <w:t>khắc</w:t>
      </w:r>
      <w:proofErr w:type="spellEnd"/>
      <w:r w:rsidRPr="00343D26">
        <w:t xml:space="preserve"> </w:t>
      </w:r>
      <w:proofErr w:type="spellStart"/>
      <w:r w:rsidRPr="00343D26">
        <w:t>phục</w:t>
      </w:r>
      <w:proofErr w:type="spellEnd"/>
      <w:r w:rsidRPr="00343D26">
        <w:t xml:space="preserve"> </w:t>
      </w:r>
      <w:proofErr w:type="spellStart"/>
      <w:r w:rsidRPr="00343D26">
        <w:t>lệch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nhẹ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kiểm</w:t>
      </w:r>
      <w:proofErr w:type="spellEnd"/>
      <w:r w:rsidRPr="00343D26">
        <w:t xml:space="preserve"> </w:t>
      </w:r>
      <w:proofErr w:type="spellStart"/>
      <w:r w:rsidRPr="00343D26">
        <w:t>soát</w:t>
      </w:r>
      <w:proofErr w:type="spellEnd"/>
      <w:r w:rsidRPr="00343D26">
        <w:t xml:space="preserve"> </w:t>
      </w:r>
      <w:proofErr w:type="spellStart"/>
      <w:r w:rsidRPr="00343D26">
        <w:t>tổng</w:t>
      </w:r>
      <w:proofErr w:type="spellEnd"/>
      <w:r w:rsidRPr="00343D26">
        <w:t xml:space="preserve"> </w:t>
      </w:r>
      <w:proofErr w:type="spellStart"/>
      <w:r w:rsidRPr="00343D26">
        <w:t>thể</w:t>
      </w:r>
      <w:proofErr w:type="spellEnd"/>
      <w:r w:rsidRPr="00343D26">
        <w:t xml:space="preserve"> </w:t>
      </w:r>
      <w:proofErr w:type="spellStart"/>
      <w:r w:rsidRPr="00343D26">
        <w:t>tông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>.</w:t>
      </w:r>
    </w:p>
    <w:p w14:paraId="428203EF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PAD</w:t>
      </w:r>
      <w:r w:rsidRPr="00343D26">
        <w:rPr>
          <w:rFonts w:ascii="微軟正黑體" w:eastAsia="微軟正黑體" w:hAnsi="微軟正黑體" w:cs="微軟正黑體" w:hint="eastAsia"/>
          <w:b/>
          <w:bCs/>
        </w:rPr>
        <w:t>垫</w:t>
      </w:r>
      <w:r w:rsidRPr="00343D26">
        <w:rPr>
          <w:rFonts w:ascii="MS Mincho" w:eastAsia="MS Mincho" w:hAnsi="MS Mincho" w:cs="MS Mincho" w:hint="eastAsia"/>
          <w:b/>
          <w:bCs/>
        </w:rPr>
        <w:t>涂染料</w:t>
      </w:r>
      <w:proofErr w:type="spellEnd"/>
      <w:r w:rsidRPr="00343D26">
        <w:rPr>
          <w:b/>
          <w:bCs/>
        </w:rPr>
        <w:t xml:space="preserve"> (Tinh </w:t>
      </w:r>
      <w:proofErr w:type="spellStart"/>
      <w:r w:rsidRPr="00343D26">
        <w:rPr>
          <w:b/>
          <w:bCs/>
        </w:rPr>
        <w:t>màu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chấm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đệm</w:t>
      </w:r>
      <w:proofErr w:type="spellEnd"/>
      <w:r w:rsidRPr="00343D26">
        <w:rPr>
          <w:b/>
          <w:bCs/>
        </w:rPr>
        <w:t>):</w:t>
      </w:r>
    </w:p>
    <w:p w14:paraId="24CBDA68" w14:textId="180BEFFC" w:rsidR="00343D26" w:rsidRPr="00343D26" w:rsidRDefault="00343D26" w:rsidP="00343D26">
      <w:pPr>
        <w:spacing w:after="80"/>
      </w:pPr>
      <w:proofErr w:type="spellStart"/>
      <w:r w:rsidRPr="00343D26">
        <w:t>Thi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bằng</w:t>
      </w:r>
      <w:proofErr w:type="spellEnd"/>
      <w:r w:rsidRPr="00343D26">
        <w:t xml:space="preserve"> </w:t>
      </w:r>
      <w:proofErr w:type="spellStart"/>
      <w:r w:rsidRPr="00343D26">
        <w:t>dụng</w:t>
      </w:r>
      <w:proofErr w:type="spellEnd"/>
      <w:r w:rsidRPr="00343D26">
        <w:t xml:space="preserve"> </w:t>
      </w:r>
      <w:proofErr w:type="spellStart"/>
      <w:r w:rsidRPr="00343D26">
        <w:t>cụ</w:t>
      </w:r>
      <w:proofErr w:type="spellEnd"/>
      <w:r w:rsidRPr="00343D26">
        <w:t xml:space="preserve"> </w:t>
      </w:r>
      <w:proofErr w:type="spellStart"/>
      <w:r w:rsidRPr="00343D26">
        <w:t>đệm</w:t>
      </w:r>
      <w:proofErr w:type="spellEnd"/>
      <w:r w:rsidRPr="00343D26">
        <w:t xml:space="preserve"> </w:t>
      </w:r>
      <w:proofErr w:type="spellStart"/>
      <w:r w:rsidRPr="00343D26">
        <w:t>mút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vải</w:t>
      </w:r>
      <w:proofErr w:type="spellEnd"/>
      <w:r w:rsidRPr="00343D26">
        <w:t xml:space="preserve"> </w:t>
      </w:r>
      <w:proofErr w:type="spellStart"/>
      <w:r w:rsidRPr="00343D26">
        <w:t>gạc</w:t>
      </w:r>
      <w:proofErr w:type="spellEnd"/>
      <w:r w:rsidRPr="00343D26">
        <w:t xml:space="preserve"> </w:t>
      </w:r>
      <w:proofErr w:type="spellStart"/>
      <w:r w:rsidRPr="00343D26">
        <w:t>thay</w:t>
      </w:r>
      <w:proofErr w:type="spellEnd"/>
      <w:r w:rsidRPr="00343D26">
        <w:t xml:space="preserve"> </w:t>
      </w:r>
      <w:proofErr w:type="spellStart"/>
      <w:r w:rsidRPr="00343D26">
        <w:t>vì</w:t>
      </w:r>
      <w:proofErr w:type="spellEnd"/>
      <w:r w:rsidRPr="00343D26">
        <w:t xml:space="preserve"> </w:t>
      </w:r>
      <w:proofErr w:type="spellStart"/>
      <w:r w:rsidRPr="00343D26">
        <w:t>phun</w:t>
      </w:r>
      <w:proofErr w:type="spellEnd"/>
      <w:r w:rsidRPr="00343D26">
        <w:t xml:space="preserve"> hay </w:t>
      </w:r>
      <w:proofErr w:type="spellStart"/>
      <w:r w:rsidRPr="00343D26">
        <w:t>lau</w:t>
      </w:r>
      <w:proofErr w:type="spellEnd"/>
      <w:r w:rsidRPr="00343D26">
        <w:t xml:space="preserve"> </w:t>
      </w:r>
      <w:proofErr w:type="spellStart"/>
      <w:r w:rsidRPr="00343D26">
        <w:t>thông</w:t>
      </w:r>
      <w:proofErr w:type="spellEnd"/>
      <w:r w:rsidRPr="00343D26">
        <w:t xml:space="preserve"> </w:t>
      </w:r>
      <w:proofErr w:type="spellStart"/>
      <w:r w:rsidRPr="00343D26">
        <w:t>thường</w:t>
      </w:r>
      <w:proofErr w:type="spellEnd"/>
      <w:r w:rsidRPr="00343D26">
        <w:t xml:space="preserve">. Thường </w:t>
      </w: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trên</w:t>
      </w:r>
      <w:proofErr w:type="spellEnd"/>
      <w:r w:rsidRPr="00343D26">
        <w:t xml:space="preserve"> </w:t>
      </w:r>
      <w:proofErr w:type="spellStart"/>
      <w:r w:rsidRPr="00343D26">
        <w:t>dây</w:t>
      </w:r>
      <w:proofErr w:type="spellEnd"/>
      <w:r w:rsidRPr="00343D26">
        <w:t xml:space="preserve"> </w:t>
      </w:r>
      <w:proofErr w:type="spellStart"/>
      <w:r w:rsidRPr="00343D26">
        <w:t>chuyền</w:t>
      </w:r>
      <w:proofErr w:type="spellEnd"/>
      <w:r w:rsidRPr="00343D26">
        <w:t xml:space="preserve"> </w:t>
      </w:r>
      <w:proofErr w:type="spellStart"/>
      <w:r w:rsidRPr="00343D26">
        <w:t>sản</w:t>
      </w:r>
      <w:proofErr w:type="spellEnd"/>
      <w:r w:rsidRPr="00343D26">
        <w:t xml:space="preserve"> </w:t>
      </w:r>
      <w:proofErr w:type="spellStart"/>
      <w:r w:rsidRPr="00343D26">
        <w:t>xuất</w:t>
      </w:r>
      <w:proofErr w:type="spellEnd"/>
      <w:r w:rsidRPr="00343D26">
        <w:t xml:space="preserve"> </w:t>
      </w:r>
      <w:proofErr w:type="spellStart"/>
      <w:r w:rsidRPr="00343D26">
        <w:t>lớn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kiểm</w:t>
      </w:r>
      <w:proofErr w:type="spellEnd"/>
      <w:r w:rsidRPr="00343D26">
        <w:t xml:space="preserve"> </w:t>
      </w:r>
      <w:proofErr w:type="spellStart"/>
      <w:r w:rsidRPr="00343D26">
        <w:t>soát</w:t>
      </w:r>
      <w:proofErr w:type="spellEnd"/>
      <w:r w:rsidRPr="00343D26">
        <w:t xml:space="preserve"> </w:t>
      </w:r>
      <w:proofErr w:type="spellStart"/>
      <w:r w:rsidRPr="00343D26">
        <w:t>lượng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thi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đảm</w:t>
      </w:r>
      <w:proofErr w:type="spellEnd"/>
      <w:r w:rsidRPr="00343D26">
        <w:t xml:space="preserve"> </w:t>
      </w:r>
      <w:proofErr w:type="spellStart"/>
      <w:r w:rsidRPr="00343D26">
        <w:t>bảo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đồng</w:t>
      </w:r>
      <w:proofErr w:type="spellEnd"/>
      <w:r w:rsidRPr="00343D26">
        <w:t xml:space="preserve"> </w:t>
      </w:r>
      <w:proofErr w:type="spellStart"/>
      <w:r w:rsidRPr="00343D26">
        <w:t>nhất</w:t>
      </w:r>
      <w:proofErr w:type="spellEnd"/>
      <w:r w:rsidRPr="00343D26">
        <w:t xml:space="preserve">, </w:t>
      </w:r>
      <w:proofErr w:type="spellStart"/>
      <w:r w:rsidRPr="00343D26">
        <w:t>tránh</w:t>
      </w:r>
      <w:proofErr w:type="spellEnd"/>
      <w:r w:rsidRPr="00343D26">
        <w:t xml:space="preserve"> </w:t>
      </w:r>
      <w:proofErr w:type="spellStart"/>
      <w:r w:rsidRPr="00343D26">
        <w:t>sai</w:t>
      </w:r>
      <w:proofErr w:type="spellEnd"/>
      <w:r w:rsidRPr="00343D26">
        <w:t xml:space="preserve"> </w:t>
      </w:r>
      <w:proofErr w:type="spellStart"/>
      <w:r w:rsidRPr="00343D26">
        <w:t>lệch</w:t>
      </w:r>
      <w:proofErr w:type="spellEnd"/>
      <w:r w:rsidRPr="00343D26">
        <w:t xml:space="preserve"> do </w:t>
      </w:r>
      <w:proofErr w:type="spellStart"/>
      <w:r w:rsidRPr="00343D26">
        <w:t>tay</w:t>
      </w:r>
      <w:proofErr w:type="spellEnd"/>
      <w:r w:rsidRPr="00343D26">
        <w:t xml:space="preserve"> </w:t>
      </w:r>
      <w:proofErr w:type="spellStart"/>
      <w:r w:rsidRPr="00343D26">
        <w:t>nghề</w:t>
      </w:r>
      <w:proofErr w:type="spellEnd"/>
      <w:r w:rsidRPr="00343D26">
        <w:t xml:space="preserve"> </w:t>
      </w:r>
      <w:proofErr w:type="spellStart"/>
      <w:r w:rsidRPr="00343D26">
        <w:t>của</w:t>
      </w:r>
      <w:proofErr w:type="spellEnd"/>
      <w:r w:rsidRPr="00343D26">
        <w:t xml:space="preserve"> </w:t>
      </w:r>
      <w:proofErr w:type="spellStart"/>
      <w:r w:rsidRPr="00343D26">
        <w:t>từng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nhân</w:t>
      </w:r>
      <w:proofErr w:type="spellEnd"/>
      <w:r w:rsidRPr="00343D26">
        <w:t>.</w:t>
      </w:r>
    </w:p>
    <w:p w14:paraId="3B869E8C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底色漆</w:t>
      </w:r>
      <w:proofErr w:type="spellEnd"/>
      <w:r w:rsidRPr="00343D26">
        <w:rPr>
          <w:b/>
          <w:bCs/>
        </w:rPr>
        <w:t xml:space="preserve"> (Basecoat) (Sơn </w:t>
      </w:r>
      <w:proofErr w:type="spellStart"/>
      <w:r w:rsidRPr="00343D26">
        <w:rPr>
          <w:b/>
          <w:bCs/>
        </w:rPr>
        <w:t>màu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nền</w:t>
      </w:r>
      <w:proofErr w:type="spellEnd"/>
      <w:r w:rsidRPr="00343D26">
        <w:rPr>
          <w:b/>
          <w:bCs/>
        </w:rPr>
        <w:t>):</w:t>
      </w:r>
    </w:p>
    <w:p w14:paraId="7F35E031" w14:textId="1D0263A7" w:rsidR="00343D26" w:rsidRPr="00343D26" w:rsidRDefault="00343D26" w:rsidP="00343D26">
      <w:pPr>
        <w:spacing w:after="80"/>
      </w:pPr>
      <w:proofErr w:type="spellStart"/>
      <w:r w:rsidRPr="00343D26">
        <w:t>Là</w:t>
      </w:r>
      <w:proofErr w:type="spellEnd"/>
      <w:r w:rsidRPr="00343D26">
        <w:t xml:space="preserve"> </w:t>
      </w:r>
      <w:proofErr w:type="spellStart"/>
      <w:r w:rsidRPr="00343D26">
        <w:t>hệ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chứa</w:t>
      </w:r>
      <w:proofErr w:type="spellEnd"/>
      <w:r w:rsidRPr="00343D26">
        <w:t xml:space="preserve"> </w:t>
      </w:r>
      <w:proofErr w:type="spellStart"/>
      <w:r w:rsidRPr="00343D26">
        <w:t>bột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(pigment),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nền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đồng</w:t>
      </w:r>
      <w:proofErr w:type="spellEnd"/>
      <w:r w:rsidRPr="00343D26">
        <w:t xml:space="preserve"> </w:t>
      </w:r>
      <w:proofErr w:type="spellStart"/>
      <w:r w:rsidRPr="00343D26">
        <w:t>nhất</w:t>
      </w:r>
      <w:proofErr w:type="spellEnd"/>
      <w:r w:rsidRPr="00343D26">
        <w:t xml:space="preserve"> </w:t>
      </w:r>
      <w:proofErr w:type="spellStart"/>
      <w:r w:rsidRPr="00343D26">
        <w:t>bằng</w:t>
      </w:r>
      <w:proofErr w:type="spellEnd"/>
      <w:r w:rsidRPr="00343D26">
        <w:t xml:space="preserve"> </w:t>
      </w:r>
      <w:proofErr w:type="spellStart"/>
      <w:r w:rsidRPr="00343D26">
        <w:t>cách</w:t>
      </w:r>
      <w:proofErr w:type="spellEnd"/>
      <w:r w:rsidRPr="00343D26">
        <w:t xml:space="preserve"> </w:t>
      </w:r>
      <w:proofErr w:type="spellStart"/>
      <w:r w:rsidRPr="00343D26">
        <w:t>phun</w:t>
      </w:r>
      <w:proofErr w:type="spellEnd"/>
      <w:r w:rsidRPr="00343D26">
        <w:t xml:space="preserve"> </w:t>
      </w:r>
      <w:proofErr w:type="spellStart"/>
      <w:r w:rsidRPr="00343D26">
        <w:t>phủ</w:t>
      </w:r>
      <w:proofErr w:type="spellEnd"/>
      <w:r w:rsidRPr="00343D26">
        <w:t xml:space="preserve"> </w:t>
      </w:r>
      <w:proofErr w:type="spellStart"/>
      <w:r w:rsidRPr="00343D26">
        <w:t>mờ</w:t>
      </w:r>
      <w:proofErr w:type="spellEnd"/>
      <w:r w:rsidRPr="00343D26">
        <w:t xml:space="preserve"> (</w:t>
      </w:r>
      <w:proofErr w:type="spellStart"/>
      <w:r w:rsidRPr="00343D26">
        <w:t>bán</w:t>
      </w:r>
      <w:proofErr w:type="spellEnd"/>
      <w:r w:rsidRPr="00343D26">
        <w:t xml:space="preserve"> </w:t>
      </w:r>
      <w:proofErr w:type="spellStart"/>
      <w:r w:rsidRPr="00343D26">
        <w:t>trong</w:t>
      </w:r>
      <w:proofErr w:type="spellEnd"/>
      <w:r w:rsidRPr="00343D26">
        <w:t xml:space="preserve">)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phủ</w:t>
      </w:r>
      <w:proofErr w:type="spellEnd"/>
      <w:r w:rsidRPr="00343D26">
        <w:t xml:space="preserve"> </w:t>
      </w:r>
      <w:proofErr w:type="spellStart"/>
      <w:r w:rsidRPr="00343D26">
        <w:t>kín</w:t>
      </w:r>
      <w:proofErr w:type="spellEnd"/>
      <w:r w:rsidRPr="00343D26">
        <w:t xml:space="preserve"> (</w:t>
      </w:r>
      <w:proofErr w:type="spellStart"/>
      <w:r w:rsidRPr="00343D26">
        <w:t>đục</w:t>
      </w:r>
      <w:proofErr w:type="spellEnd"/>
      <w:r w:rsidRPr="00343D26">
        <w:t xml:space="preserve">), </w:t>
      </w:r>
      <w:proofErr w:type="spellStart"/>
      <w:r w:rsidRPr="00343D26">
        <w:t>che</w:t>
      </w:r>
      <w:proofErr w:type="spellEnd"/>
      <w:r w:rsidRPr="00343D26">
        <w:t xml:space="preserve"> </w:t>
      </w:r>
      <w:proofErr w:type="spellStart"/>
      <w:r w:rsidRPr="00343D26">
        <w:t>phủ</w:t>
      </w:r>
      <w:proofErr w:type="spellEnd"/>
      <w:r w:rsidRPr="00343D26">
        <w:t xml:space="preserve"> </w:t>
      </w:r>
      <w:proofErr w:type="spellStart"/>
      <w:r w:rsidRPr="00343D26">
        <w:t>một</w:t>
      </w:r>
      <w:proofErr w:type="spellEnd"/>
      <w:r w:rsidRPr="00343D26">
        <w:t xml:space="preserve"> </w:t>
      </w:r>
      <w:proofErr w:type="spellStart"/>
      <w:r w:rsidRPr="00343D26">
        <w:t>phần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hoàn</w:t>
      </w:r>
      <w:proofErr w:type="spellEnd"/>
      <w:r w:rsidRPr="00343D26">
        <w:t xml:space="preserve"> </w:t>
      </w:r>
      <w:proofErr w:type="spellStart"/>
      <w:r w:rsidRPr="00343D26">
        <w:t>toàn</w:t>
      </w:r>
      <w:proofErr w:type="spellEnd"/>
      <w:r w:rsidRPr="00343D26">
        <w:t xml:space="preserve"> </w:t>
      </w:r>
      <w:proofErr w:type="spellStart"/>
      <w:r w:rsidRPr="00343D26">
        <w:t>vân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.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nhớt</w:t>
      </w:r>
      <w:proofErr w:type="spellEnd"/>
      <w:r w:rsidRPr="00343D26">
        <w:t xml:space="preserve"> </w:t>
      </w:r>
      <w:proofErr w:type="spellStart"/>
      <w:r w:rsidRPr="00343D26">
        <w:t>thi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được</w:t>
      </w:r>
      <w:proofErr w:type="spellEnd"/>
      <w:r w:rsidRPr="00343D26">
        <w:t xml:space="preserve"> </w:t>
      </w:r>
      <w:proofErr w:type="spellStart"/>
      <w:r w:rsidRPr="00343D26">
        <w:t>xác</w:t>
      </w:r>
      <w:proofErr w:type="spellEnd"/>
      <w:r w:rsidRPr="00343D26">
        <w:t xml:space="preserve"> </w:t>
      </w:r>
      <w:proofErr w:type="spellStart"/>
      <w:r w:rsidRPr="00343D26">
        <w:t>định</w:t>
      </w:r>
      <w:proofErr w:type="spellEnd"/>
      <w:r w:rsidRPr="00343D26">
        <w:t xml:space="preserve"> </w:t>
      </w:r>
      <w:proofErr w:type="spellStart"/>
      <w:r w:rsidRPr="00343D26">
        <w:t>theo</w:t>
      </w:r>
      <w:proofErr w:type="spellEnd"/>
      <w:r w:rsidRPr="00343D26">
        <w:t xml:space="preserve"> </w:t>
      </w:r>
      <w:proofErr w:type="spellStart"/>
      <w:r w:rsidRPr="00343D26">
        <w:t>yêu</w:t>
      </w:r>
      <w:proofErr w:type="spellEnd"/>
      <w:r w:rsidRPr="00343D26">
        <w:t xml:space="preserve"> </w:t>
      </w:r>
      <w:proofErr w:type="spellStart"/>
      <w:r w:rsidRPr="00343D26">
        <w:t>cầu</w:t>
      </w:r>
      <w:proofErr w:type="spellEnd"/>
      <w:r w:rsidRPr="00343D26">
        <w:t xml:space="preserve"> </w:t>
      </w:r>
      <w:proofErr w:type="spellStart"/>
      <w:r w:rsidRPr="00343D26">
        <w:t>kỹ</w:t>
      </w:r>
      <w:proofErr w:type="spellEnd"/>
      <w:r w:rsidRPr="00343D26">
        <w:t xml:space="preserve"> </w:t>
      </w:r>
      <w:proofErr w:type="spellStart"/>
      <w:r w:rsidRPr="00343D26">
        <w:t>thuật</w:t>
      </w:r>
      <w:proofErr w:type="spellEnd"/>
      <w:r w:rsidRPr="00343D26">
        <w:t xml:space="preserve"> </w:t>
      </w:r>
      <w:proofErr w:type="spellStart"/>
      <w:r w:rsidRPr="00343D26">
        <w:t>của</w:t>
      </w:r>
      <w:proofErr w:type="spellEnd"/>
      <w:r w:rsidRPr="00343D26">
        <w:t xml:space="preserve"> </w:t>
      </w:r>
      <w:proofErr w:type="spellStart"/>
      <w:r w:rsidRPr="00343D26">
        <w:t>sản</w:t>
      </w:r>
      <w:proofErr w:type="spellEnd"/>
      <w:r w:rsidRPr="00343D26">
        <w:t xml:space="preserve"> </w:t>
      </w:r>
      <w:proofErr w:type="spellStart"/>
      <w:r w:rsidRPr="00343D26">
        <w:t>phẩm</w:t>
      </w:r>
      <w:proofErr w:type="spellEnd"/>
      <w:r w:rsidRPr="00343D26">
        <w:t>.</w:t>
      </w:r>
    </w:p>
    <w:p w14:paraId="50E6C364" w14:textId="1262F09F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擦拭釉</w:t>
      </w:r>
      <w:proofErr w:type="spellEnd"/>
      <w:r w:rsidRPr="00343D26">
        <w:rPr>
          <w:b/>
          <w:bCs/>
        </w:rPr>
        <w:t xml:space="preserve"> (Wipe Glaze) (</w:t>
      </w:r>
      <w:r>
        <w:rPr>
          <w:b/>
          <w:bCs/>
        </w:rPr>
        <w:t>Glaze</w:t>
      </w:r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lau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tạo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chiều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sâu</w:t>
      </w:r>
      <w:proofErr w:type="spellEnd"/>
      <w:r w:rsidRPr="00343D26">
        <w:rPr>
          <w:b/>
          <w:bCs/>
        </w:rPr>
        <w:t>):</w:t>
      </w:r>
    </w:p>
    <w:p w14:paraId="786481E8" w14:textId="7FB5AD9E" w:rsidR="00343D26" w:rsidRPr="00343D26" w:rsidRDefault="00343D26" w:rsidP="00343D26">
      <w:pPr>
        <w:spacing w:after="80"/>
      </w:pP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vải</w:t>
      </w:r>
      <w:proofErr w:type="spellEnd"/>
      <w:r w:rsidRPr="00343D26">
        <w:t xml:space="preserve"> </w:t>
      </w:r>
      <w:proofErr w:type="spellStart"/>
      <w:r w:rsidRPr="00343D26">
        <w:t>quét</w:t>
      </w:r>
      <w:proofErr w:type="spellEnd"/>
      <w:r w:rsidRPr="00343D26">
        <w:t xml:space="preserve"> glaze </w:t>
      </w:r>
      <w:proofErr w:type="spellStart"/>
      <w:r w:rsidRPr="00343D26">
        <w:t>lên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sản</w:t>
      </w:r>
      <w:proofErr w:type="spellEnd"/>
      <w:r w:rsidRPr="00343D26">
        <w:t xml:space="preserve"> </w:t>
      </w:r>
      <w:proofErr w:type="spellStart"/>
      <w:r w:rsidRPr="00343D26">
        <w:t>phẩm</w:t>
      </w:r>
      <w:proofErr w:type="spellEnd"/>
      <w:r w:rsidRPr="00343D26">
        <w:t xml:space="preserve"> </w:t>
      </w:r>
      <w:proofErr w:type="spellStart"/>
      <w:r w:rsidRPr="00343D26">
        <w:t>rồi</w:t>
      </w:r>
      <w:proofErr w:type="spellEnd"/>
      <w:r w:rsidRPr="00343D26">
        <w:t xml:space="preserve"> </w:t>
      </w:r>
      <w:proofErr w:type="spellStart"/>
      <w:r w:rsidRPr="00343D26">
        <w:t>lau</w:t>
      </w:r>
      <w:proofErr w:type="spellEnd"/>
      <w:r w:rsidRPr="00343D26">
        <w:t xml:space="preserve"> </w:t>
      </w:r>
      <w:proofErr w:type="spellStart"/>
      <w:r w:rsidRPr="00343D26">
        <w:t>bớt</w:t>
      </w:r>
      <w:proofErr w:type="spellEnd"/>
      <w:r w:rsidRPr="00343D26">
        <w:t xml:space="preserve"> </w:t>
      </w:r>
      <w:proofErr w:type="spellStart"/>
      <w:r w:rsidRPr="00343D26">
        <w:t>đi</w:t>
      </w:r>
      <w:proofErr w:type="spellEnd"/>
      <w:r w:rsidRPr="00343D26">
        <w:t xml:space="preserve"> </w:t>
      </w:r>
      <w:proofErr w:type="spellStart"/>
      <w:r w:rsidRPr="00343D26">
        <w:t>một</w:t>
      </w:r>
      <w:proofErr w:type="spellEnd"/>
      <w:r w:rsidRPr="00343D26">
        <w:t xml:space="preserve"> </w:t>
      </w:r>
      <w:proofErr w:type="spellStart"/>
      <w:r w:rsidRPr="00343D26">
        <w:t>phần</w:t>
      </w:r>
      <w:proofErr w:type="spellEnd"/>
      <w:r w:rsidRPr="00343D26">
        <w:t xml:space="preserve"> </w:t>
      </w:r>
      <w:proofErr w:type="spellStart"/>
      <w:r w:rsidRPr="00343D26">
        <w:t>nhằm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chiều</w:t>
      </w:r>
      <w:proofErr w:type="spellEnd"/>
      <w:r w:rsidRPr="00343D26">
        <w:t xml:space="preserve"> </w:t>
      </w:r>
      <w:proofErr w:type="spellStart"/>
      <w:r w:rsidRPr="00343D26">
        <w:t>sâu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tương</w:t>
      </w:r>
      <w:proofErr w:type="spellEnd"/>
      <w:r w:rsidRPr="00343D26">
        <w:t xml:space="preserve"> </w:t>
      </w:r>
      <w:proofErr w:type="spellStart"/>
      <w:r w:rsidRPr="00343D26">
        <w:t>phản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sắc</w:t>
      </w:r>
      <w:proofErr w:type="spellEnd"/>
      <w:r w:rsidRPr="00343D26">
        <w:t xml:space="preserve">. </w:t>
      </w:r>
      <w:proofErr w:type="spellStart"/>
      <w:r w:rsidRPr="00343D26">
        <w:t>Có</w:t>
      </w:r>
      <w:proofErr w:type="spellEnd"/>
      <w:r w:rsidRPr="00343D26">
        <w:t xml:space="preserve"> </w:t>
      </w:r>
      <w:proofErr w:type="spellStart"/>
      <w:r w:rsidRPr="00343D26">
        <w:t>thể</w:t>
      </w:r>
      <w:proofErr w:type="spellEnd"/>
      <w:r w:rsidRPr="00343D26">
        <w:t xml:space="preserve"> </w:t>
      </w: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sau</w:t>
      </w:r>
      <w:proofErr w:type="spellEnd"/>
      <w:r w:rsidRPr="00343D26">
        <w:t xml:space="preserve"> </w:t>
      </w:r>
      <w:proofErr w:type="spellStart"/>
      <w:r w:rsidRPr="00343D26">
        <w:t>khi</w:t>
      </w:r>
      <w:proofErr w:type="spellEnd"/>
      <w:r w:rsidRPr="00343D26">
        <w:t xml:space="preserve"> </w:t>
      </w:r>
      <w:proofErr w:type="spellStart"/>
      <w:r w:rsidRPr="00343D26">
        <w:t>nhuộm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tôn</w:t>
      </w:r>
      <w:proofErr w:type="spellEnd"/>
      <w:r w:rsidRPr="00343D26">
        <w:t xml:space="preserve"> </w:t>
      </w:r>
      <w:proofErr w:type="spellStart"/>
      <w:r w:rsidRPr="00343D26">
        <w:t>vân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tự</w:t>
      </w:r>
      <w:proofErr w:type="spellEnd"/>
      <w:r w:rsidRPr="00343D26">
        <w:t xml:space="preserve"> </w:t>
      </w:r>
      <w:proofErr w:type="spellStart"/>
      <w:r w:rsidRPr="00343D26">
        <w:t>nhiên</w:t>
      </w:r>
      <w:proofErr w:type="spellEnd"/>
      <w:r w:rsidRPr="00343D26">
        <w:t xml:space="preserve">,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sau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lót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nổi</w:t>
      </w:r>
      <w:proofErr w:type="spellEnd"/>
      <w:r w:rsidRPr="00343D26">
        <w:t xml:space="preserve"> </w:t>
      </w:r>
      <w:proofErr w:type="spellStart"/>
      <w:r w:rsidRPr="00343D26">
        <w:t>bật</w:t>
      </w:r>
      <w:proofErr w:type="spellEnd"/>
      <w:r w:rsidRPr="00343D26">
        <w:t xml:space="preserve"> tom </w:t>
      </w:r>
      <w:proofErr w:type="spellStart"/>
      <w:r w:rsidRPr="00343D26">
        <w:t>gỗ</w:t>
      </w:r>
      <w:proofErr w:type="spellEnd"/>
      <w:r w:rsidRPr="00343D26">
        <w:t xml:space="preserve">, </w:t>
      </w:r>
      <w:proofErr w:type="spellStart"/>
      <w:r w:rsidRPr="00343D26">
        <w:t>cạnh</w:t>
      </w:r>
      <w:proofErr w:type="spellEnd"/>
      <w:r w:rsidRPr="00343D26">
        <w:t xml:space="preserve"> </w:t>
      </w:r>
      <w:proofErr w:type="spellStart"/>
      <w:r w:rsidRPr="00343D26">
        <w:t>viền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đường</w:t>
      </w:r>
      <w:proofErr w:type="spellEnd"/>
      <w:r w:rsidRPr="00343D26">
        <w:t xml:space="preserve"> </w:t>
      </w:r>
      <w:proofErr w:type="spellStart"/>
      <w:r w:rsidRPr="00343D26">
        <w:t>chỉ</w:t>
      </w:r>
      <w:proofErr w:type="spellEnd"/>
      <w:r w:rsidRPr="00343D26">
        <w:t xml:space="preserve"> </w:t>
      </w:r>
      <w:proofErr w:type="spellStart"/>
      <w:r w:rsidRPr="00343D26">
        <w:t>phào</w:t>
      </w:r>
      <w:proofErr w:type="spellEnd"/>
      <w:r w:rsidRPr="00343D26">
        <w:t xml:space="preserve">. </w:t>
      </w:r>
      <w:proofErr w:type="spellStart"/>
      <w:r w:rsidRPr="00343D26">
        <w:t>Vật</w:t>
      </w:r>
      <w:proofErr w:type="spellEnd"/>
      <w:r w:rsidRPr="00343D26">
        <w:t xml:space="preserve"> </w:t>
      </w:r>
      <w:proofErr w:type="spellStart"/>
      <w:r w:rsidRPr="00343D26">
        <w:t>liệu</w:t>
      </w:r>
      <w:proofErr w:type="spellEnd"/>
      <w:r w:rsidRPr="00343D26">
        <w:t xml:space="preserve"> </w:t>
      </w:r>
      <w:proofErr w:type="spellStart"/>
      <w:r w:rsidRPr="00343D26">
        <w:t>này</w:t>
      </w:r>
      <w:proofErr w:type="spellEnd"/>
      <w:r w:rsidRPr="00343D26">
        <w:t xml:space="preserve"> </w:t>
      </w:r>
      <w:proofErr w:type="spellStart"/>
      <w:r w:rsidRPr="00343D26">
        <w:t>không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dày</w:t>
      </w:r>
      <w:proofErr w:type="spellEnd"/>
      <w:r w:rsidRPr="00343D26">
        <w:t xml:space="preserve"> </w:t>
      </w:r>
      <w:proofErr w:type="spellStart"/>
      <w:r w:rsidRPr="00343D26">
        <w:t>màng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, </w:t>
      </w:r>
      <w:proofErr w:type="spellStart"/>
      <w:r w:rsidRPr="00343D26">
        <w:t>sau</w:t>
      </w:r>
      <w:proofErr w:type="spellEnd"/>
      <w:r w:rsidRPr="00343D26">
        <w:t xml:space="preserve"> </w:t>
      </w:r>
      <w:proofErr w:type="spellStart"/>
      <w:r w:rsidRPr="00343D26">
        <w:t>đó</w:t>
      </w:r>
      <w:proofErr w:type="spellEnd"/>
      <w:r w:rsidRPr="00343D26">
        <w:t xml:space="preserve"> </w:t>
      </w:r>
      <w:proofErr w:type="spellStart"/>
      <w:r w:rsidRPr="00343D26">
        <w:t>bắt</w:t>
      </w:r>
      <w:proofErr w:type="spellEnd"/>
      <w:r w:rsidRPr="00343D26">
        <w:t xml:space="preserve"> </w:t>
      </w:r>
      <w:proofErr w:type="spellStart"/>
      <w:r w:rsidRPr="00343D26">
        <w:t>buộc</w:t>
      </w:r>
      <w:proofErr w:type="spellEnd"/>
      <w:r w:rsidRPr="00343D26">
        <w:t xml:space="preserve"> </w:t>
      </w:r>
      <w:proofErr w:type="spellStart"/>
      <w:r w:rsidRPr="00343D26">
        <w:t>phải</w:t>
      </w:r>
      <w:proofErr w:type="spellEnd"/>
      <w:r w:rsidRPr="00343D26">
        <w:t xml:space="preserve"> </w:t>
      </w:r>
      <w:proofErr w:type="spellStart"/>
      <w:r w:rsidRPr="00343D26">
        <w:t>phủ</w:t>
      </w:r>
      <w:proofErr w:type="spellEnd"/>
      <w:r w:rsidRPr="00343D26">
        <w:t xml:space="preserve"> </w:t>
      </w:r>
      <w:proofErr w:type="spellStart"/>
      <w:r w:rsidRPr="00343D26">
        <w:t>thêm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bảo</w:t>
      </w:r>
      <w:proofErr w:type="spellEnd"/>
      <w:r w:rsidRPr="00343D26">
        <w:t xml:space="preserve"> </w:t>
      </w:r>
      <w:proofErr w:type="spellStart"/>
      <w:r w:rsidRPr="00343D26">
        <w:t>vệ</w:t>
      </w:r>
      <w:proofErr w:type="spellEnd"/>
      <w:r w:rsidRPr="00343D26">
        <w:t xml:space="preserve"> </w:t>
      </w:r>
      <w:proofErr w:type="spellStart"/>
      <w:r w:rsidRPr="00343D26">
        <w:t>trong</w:t>
      </w:r>
      <w:proofErr w:type="spellEnd"/>
      <w:r w:rsidRPr="00343D26">
        <w:t xml:space="preserve"> </w:t>
      </w:r>
      <w:proofErr w:type="spellStart"/>
      <w:r w:rsidRPr="00343D26">
        <w:t>suốt</w:t>
      </w:r>
      <w:proofErr w:type="spellEnd"/>
      <w:r w:rsidRPr="00343D26">
        <w:t>.</w:t>
      </w:r>
    </w:p>
    <w:p w14:paraId="42D8A455" w14:textId="0D16B4B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rFonts w:ascii="微軟正黑體" w:eastAsia="微軟正黑體" w:hAnsi="微軟正黑體" w:cs="微軟正黑體" w:hint="eastAsia"/>
          <w:b/>
          <w:bCs/>
        </w:rPr>
        <w:t>喷</w:t>
      </w:r>
      <w:r w:rsidRPr="00343D26">
        <w:rPr>
          <w:rFonts w:ascii="MS Mincho" w:eastAsia="MS Mincho" w:hAnsi="MS Mincho" w:cs="MS Mincho" w:hint="eastAsia"/>
          <w:b/>
          <w:bCs/>
        </w:rPr>
        <w:t>涂釉</w:t>
      </w:r>
      <w:proofErr w:type="spellEnd"/>
      <w:r w:rsidRPr="00343D26">
        <w:rPr>
          <w:b/>
          <w:bCs/>
        </w:rPr>
        <w:t xml:space="preserve"> (Spray Glaze) (</w:t>
      </w:r>
      <w:r>
        <w:rPr>
          <w:b/>
          <w:bCs/>
        </w:rPr>
        <w:t>Glaze</w:t>
      </w:r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phun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tạo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chiều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sâu</w:t>
      </w:r>
      <w:proofErr w:type="spellEnd"/>
      <w:r w:rsidRPr="00343D26">
        <w:rPr>
          <w:b/>
          <w:bCs/>
        </w:rPr>
        <w:t>):</w:t>
      </w:r>
    </w:p>
    <w:p w14:paraId="071E7AF4" w14:textId="77D29030" w:rsidR="00343D26" w:rsidRPr="00343D26" w:rsidRDefault="00343D26" w:rsidP="00343D26">
      <w:pPr>
        <w:spacing w:after="80"/>
      </w:pP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súng</w:t>
      </w:r>
      <w:proofErr w:type="spellEnd"/>
      <w:r w:rsidRPr="00343D26">
        <w:t xml:space="preserve"> </w:t>
      </w:r>
      <w:proofErr w:type="spellStart"/>
      <w:r w:rsidRPr="00343D26">
        <w:t>phun</w:t>
      </w:r>
      <w:proofErr w:type="spellEnd"/>
      <w:r w:rsidRPr="00343D26">
        <w:t xml:space="preserve"> glaze </w:t>
      </w:r>
      <w:proofErr w:type="spellStart"/>
      <w:r w:rsidRPr="00343D26">
        <w:t>lên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đã</w:t>
      </w:r>
      <w:proofErr w:type="spellEnd"/>
      <w:r w:rsidRPr="00343D26">
        <w:t xml:space="preserve"> </w:t>
      </w:r>
      <w:proofErr w:type="spellStart"/>
      <w:r w:rsidRPr="00343D26">
        <w:t>xử</w:t>
      </w:r>
      <w:proofErr w:type="spellEnd"/>
      <w:r w:rsidRPr="00343D26">
        <w:t xml:space="preserve"> </w:t>
      </w:r>
      <w:proofErr w:type="spellStart"/>
      <w:r w:rsidRPr="00343D26">
        <w:t>lý</w:t>
      </w:r>
      <w:proofErr w:type="spellEnd"/>
      <w:r w:rsidRPr="00343D26">
        <w:t xml:space="preserve">, </w:t>
      </w:r>
      <w:proofErr w:type="spellStart"/>
      <w:r w:rsidRPr="00343D26">
        <w:t>giúp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đi</w:t>
      </w:r>
      <w:proofErr w:type="spellEnd"/>
      <w:r w:rsidRPr="00343D26">
        <w:t xml:space="preserve"> </w:t>
      </w:r>
      <w:proofErr w:type="spellStart"/>
      <w:r w:rsidRPr="00343D26">
        <w:t>sâu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hiệu</w:t>
      </w:r>
      <w:proofErr w:type="spellEnd"/>
      <w:r w:rsidRPr="00343D26">
        <w:t xml:space="preserve"> </w:t>
      </w:r>
      <w:proofErr w:type="spellStart"/>
      <w:r w:rsidRPr="00343D26">
        <w:t>quả</w:t>
      </w:r>
      <w:proofErr w:type="spellEnd"/>
      <w:r w:rsidRPr="00343D26">
        <w:t xml:space="preserve"> </w:t>
      </w:r>
      <w:proofErr w:type="spellStart"/>
      <w:r w:rsidRPr="00343D26">
        <w:t>hơn</w:t>
      </w:r>
      <w:proofErr w:type="spellEnd"/>
      <w:r w:rsidRPr="00343D26">
        <w:t xml:space="preserve"> </w:t>
      </w:r>
      <w:proofErr w:type="spellStart"/>
      <w:r w:rsidRPr="00343D26">
        <w:t>vào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khe</w:t>
      </w:r>
      <w:proofErr w:type="spellEnd"/>
      <w:r w:rsidRPr="00343D26">
        <w:t xml:space="preserve"> </w:t>
      </w:r>
      <w:proofErr w:type="spellStart"/>
      <w:r w:rsidRPr="00343D26">
        <w:t>rãnh</w:t>
      </w:r>
      <w:proofErr w:type="spellEnd"/>
      <w:r w:rsidRPr="00343D26">
        <w:t xml:space="preserve">, chi </w:t>
      </w:r>
      <w:proofErr w:type="spellStart"/>
      <w:r w:rsidRPr="00343D26">
        <w:t>tiết</w:t>
      </w:r>
      <w:proofErr w:type="spellEnd"/>
      <w:r w:rsidRPr="00343D26">
        <w:t xml:space="preserve"> </w:t>
      </w:r>
      <w:proofErr w:type="spellStart"/>
      <w:r w:rsidRPr="00343D26">
        <w:t>lõm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vị</w:t>
      </w:r>
      <w:proofErr w:type="spellEnd"/>
      <w:r w:rsidRPr="00343D26">
        <w:t xml:space="preserve"> </w:t>
      </w:r>
      <w:proofErr w:type="spellStart"/>
      <w:r w:rsidRPr="00343D26">
        <w:t>trí</w:t>
      </w:r>
      <w:proofErr w:type="spellEnd"/>
      <w:r w:rsidRPr="00343D26">
        <w:t xml:space="preserve">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cũ</w:t>
      </w:r>
      <w:proofErr w:type="spellEnd"/>
      <w:r w:rsidRPr="00343D26">
        <w:t xml:space="preserve"> </w:t>
      </w:r>
      <w:proofErr w:type="spellStart"/>
      <w:r w:rsidRPr="00343D26">
        <w:t>giả</w:t>
      </w:r>
      <w:proofErr w:type="spellEnd"/>
      <w:r w:rsidRPr="00343D26">
        <w:t xml:space="preserve"> </w:t>
      </w:r>
      <w:proofErr w:type="spellStart"/>
      <w:r w:rsidRPr="00343D26">
        <w:t>cổ</w:t>
      </w:r>
      <w:proofErr w:type="spellEnd"/>
      <w:r w:rsidRPr="00343D26">
        <w:t xml:space="preserve">. Sau </w:t>
      </w:r>
      <w:proofErr w:type="spellStart"/>
      <w:r w:rsidRPr="00343D26">
        <w:t>khi</w:t>
      </w:r>
      <w:proofErr w:type="spellEnd"/>
      <w:r w:rsidRPr="00343D26">
        <w:t xml:space="preserve"> </w:t>
      </w:r>
      <w:proofErr w:type="spellStart"/>
      <w:r w:rsidRPr="00343D26">
        <w:t>phun</w:t>
      </w:r>
      <w:proofErr w:type="spellEnd"/>
      <w:r w:rsidRPr="00343D26">
        <w:t xml:space="preserve"> </w:t>
      </w:r>
      <w:proofErr w:type="spellStart"/>
      <w:r w:rsidRPr="00343D26">
        <w:t>sẽ</w:t>
      </w:r>
      <w:proofErr w:type="spellEnd"/>
      <w:r w:rsidRPr="00343D26">
        <w:t xml:space="preserve"> </w:t>
      </w:r>
      <w:proofErr w:type="spellStart"/>
      <w:r w:rsidRPr="00343D26">
        <w:t>lau</w:t>
      </w:r>
      <w:proofErr w:type="spellEnd"/>
      <w:r w:rsidRPr="00343D26">
        <w:t xml:space="preserve"> </w:t>
      </w:r>
      <w:proofErr w:type="spellStart"/>
      <w:r w:rsidRPr="00343D26">
        <w:t>bớt</w:t>
      </w:r>
      <w:proofErr w:type="spellEnd"/>
      <w:r w:rsidRPr="00343D26">
        <w:t xml:space="preserve"> </w:t>
      </w:r>
      <w:proofErr w:type="spellStart"/>
      <w:r w:rsidRPr="00343D26">
        <w:t>một</w:t>
      </w:r>
      <w:proofErr w:type="spellEnd"/>
      <w:r w:rsidRPr="00343D26">
        <w:t xml:space="preserve"> </w:t>
      </w:r>
      <w:proofErr w:type="spellStart"/>
      <w:r w:rsidRPr="00343D26">
        <w:t>phần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chiều</w:t>
      </w:r>
      <w:proofErr w:type="spellEnd"/>
      <w:r w:rsidRPr="00343D26">
        <w:t xml:space="preserve"> </w:t>
      </w:r>
      <w:proofErr w:type="spellStart"/>
      <w:r w:rsidRPr="00343D26">
        <w:t>sâu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tương</w:t>
      </w:r>
      <w:proofErr w:type="spellEnd"/>
      <w:r w:rsidRPr="00343D26">
        <w:t xml:space="preserve"> </w:t>
      </w:r>
      <w:proofErr w:type="spellStart"/>
      <w:r w:rsidRPr="00343D26">
        <w:t>phản</w:t>
      </w:r>
      <w:proofErr w:type="spellEnd"/>
      <w:r w:rsidRPr="00343D26">
        <w:t xml:space="preserve">. </w:t>
      </w:r>
      <w:proofErr w:type="spellStart"/>
      <w:r w:rsidRPr="00343D26">
        <w:t>Không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dày</w:t>
      </w:r>
      <w:proofErr w:type="spellEnd"/>
      <w:r w:rsidRPr="00343D26">
        <w:t xml:space="preserve"> </w:t>
      </w:r>
      <w:proofErr w:type="spellStart"/>
      <w:r w:rsidRPr="00343D26">
        <w:t>màng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, </w:t>
      </w:r>
      <w:proofErr w:type="spellStart"/>
      <w:r w:rsidRPr="00343D26">
        <w:t>bắt</w:t>
      </w:r>
      <w:proofErr w:type="spellEnd"/>
      <w:r w:rsidRPr="00343D26">
        <w:t xml:space="preserve"> </w:t>
      </w:r>
      <w:proofErr w:type="spellStart"/>
      <w:r w:rsidRPr="00343D26">
        <w:t>buộc</w:t>
      </w:r>
      <w:proofErr w:type="spellEnd"/>
      <w:r w:rsidRPr="00343D26">
        <w:t xml:space="preserve"> </w:t>
      </w:r>
      <w:proofErr w:type="spellStart"/>
      <w:r w:rsidRPr="00343D26">
        <w:t>phủ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bảo</w:t>
      </w:r>
      <w:proofErr w:type="spellEnd"/>
      <w:r w:rsidRPr="00343D26">
        <w:t xml:space="preserve"> </w:t>
      </w:r>
      <w:proofErr w:type="spellStart"/>
      <w:r w:rsidRPr="00343D26">
        <w:t>vệ</w:t>
      </w:r>
      <w:proofErr w:type="spellEnd"/>
      <w:r w:rsidRPr="00343D26">
        <w:t xml:space="preserve"> </w:t>
      </w:r>
      <w:proofErr w:type="spellStart"/>
      <w:r w:rsidRPr="00343D26">
        <w:t>trong</w:t>
      </w:r>
      <w:proofErr w:type="spellEnd"/>
      <w:r w:rsidRPr="00343D26">
        <w:t xml:space="preserve"> </w:t>
      </w:r>
      <w:proofErr w:type="spellStart"/>
      <w:r w:rsidRPr="00343D26">
        <w:t>suốt</w:t>
      </w:r>
      <w:proofErr w:type="spellEnd"/>
      <w:r w:rsidRPr="00343D26">
        <w:t>.</w:t>
      </w:r>
    </w:p>
    <w:p w14:paraId="375F949E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粉末釉擦拭</w:t>
      </w:r>
      <w:proofErr w:type="spellEnd"/>
      <w:r w:rsidRPr="00343D26">
        <w:rPr>
          <w:b/>
          <w:bCs/>
        </w:rPr>
        <w:t xml:space="preserve"> (Glaze </w:t>
      </w:r>
      <w:proofErr w:type="spellStart"/>
      <w:r w:rsidRPr="00343D26">
        <w:rPr>
          <w:b/>
          <w:bCs/>
        </w:rPr>
        <w:t>bột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lau</w:t>
      </w:r>
      <w:proofErr w:type="spellEnd"/>
      <w:r w:rsidRPr="00343D26">
        <w:rPr>
          <w:b/>
          <w:bCs/>
        </w:rPr>
        <w:t>):</w:t>
      </w:r>
    </w:p>
    <w:p w14:paraId="5A974A9D" w14:textId="63F28323" w:rsidR="00343D26" w:rsidRPr="00343D26" w:rsidRDefault="00343D26" w:rsidP="00343D26">
      <w:pPr>
        <w:spacing w:after="80"/>
      </w:pP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vải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dụng</w:t>
      </w:r>
      <w:proofErr w:type="spellEnd"/>
      <w:r w:rsidRPr="00343D26">
        <w:t xml:space="preserve"> </w:t>
      </w:r>
      <w:proofErr w:type="spellStart"/>
      <w:r w:rsidRPr="00343D26">
        <w:t>cụ</w:t>
      </w:r>
      <w:proofErr w:type="spellEnd"/>
      <w:r w:rsidRPr="00343D26">
        <w:t xml:space="preserve"> </w:t>
      </w:r>
      <w:proofErr w:type="spellStart"/>
      <w:r w:rsidRPr="00343D26">
        <w:t>chuyên</w:t>
      </w:r>
      <w:proofErr w:type="spellEnd"/>
      <w:r w:rsidRPr="00343D26">
        <w:t xml:space="preserve"> </w:t>
      </w:r>
      <w:proofErr w:type="spellStart"/>
      <w:r w:rsidRPr="00343D26">
        <w:t>dụng</w:t>
      </w:r>
      <w:proofErr w:type="spellEnd"/>
      <w:r w:rsidRPr="00343D26">
        <w:t xml:space="preserve"> </w:t>
      </w:r>
      <w:proofErr w:type="spellStart"/>
      <w:r w:rsidRPr="00343D26">
        <w:t>quét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miết</w:t>
      </w:r>
      <w:proofErr w:type="spellEnd"/>
      <w:r w:rsidRPr="00343D26">
        <w:t xml:space="preserve"> glaze </w:t>
      </w:r>
      <w:proofErr w:type="spellStart"/>
      <w:r w:rsidRPr="00343D26">
        <w:t>bột</w:t>
      </w:r>
      <w:proofErr w:type="spellEnd"/>
      <w:r w:rsidRPr="00343D26">
        <w:t xml:space="preserve"> </w:t>
      </w:r>
      <w:proofErr w:type="spellStart"/>
      <w:r w:rsidRPr="00343D26">
        <w:t>vào</w:t>
      </w:r>
      <w:proofErr w:type="spellEnd"/>
      <w:r w:rsidRPr="00343D26">
        <w:t xml:space="preserve"> </w:t>
      </w:r>
      <w:proofErr w:type="spellStart"/>
      <w:r w:rsidRPr="00343D26">
        <w:t>thớ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>/</w:t>
      </w:r>
      <w:proofErr w:type="spellStart"/>
      <w:r w:rsidRPr="00343D26">
        <w:t>vân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rồi</w:t>
      </w:r>
      <w:proofErr w:type="spellEnd"/>
      <w:r w:rsidRPr="00343D26">
        <w:t xml:space="preserve"> </w:t>
      </w:r>
      <w:proofErr w:type="spellStart"/>
      <w:r w:rsidRPr="00343D26">
        <w:t>lau</w:t>
      </w:r>
      <w:proofErr w:type="spellEnd"/>
      <w:r w:rsidRPr="00343D26">
        <w:t xml:space="preserve"> </w:t>
      </w:r>
      <w:proofErr w:type="spellStart"/>
      <w:r w:rsidRPr="00343D26">
        <w:t>bớt</w:t>
      </w:r>
      <w:proofErr w:type="spellEnd"/>
      <w:r w:rsidRPr="00343D26">
        <w:t xml:space="preserve"> </w:t>
      </w:r>
      <w:proofErr w:type="spellStart"/>
      <w:r w:rsidRPr="00343D26">
        <w:t>một</w:t>
      </w:r>
      <w:proofErr w:type="spellEnd"/>
      <w:r w:rsidRPr="00343D26">
        <w:t xml:space="preserve"> </w:t>
      </w:r>
      <w:proofErr w:type="spellStart"/>
      <w:r w:rsidRPr="00343D26">
        <w:t>phần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hiệu</w:t>
      </w:r>
      <w:proofErr w:type="spellEnd"/>
      <w:r w:rsidRPr="00343D26">
        <w:t xml:space="preserve"> </w:t>
      </w:r>
      <w:proofErr w:type="spellStart"/>
      <w:r w:rsidRPr="00343D26">
        <w:t>ứng</w:t>
      </w:r>
      <w:proofErr w:type="spellEnd"/>
      <w:r w:rsidRPr="00343D26">
        <w:t xml:space="preserve"> </w:t>
      </w:r>
      <w:proofErr w:type="spellStart"/>
      <w:r w:rsidRPr="00343D26">
        <w:t>phân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tương</w:t>
      </w:r>
      <w:proofErr w:type="spellEnd"/>
      <w:r w:rsidRPr="00343D26">
        <w:t xml:space="preserve"> </w:t>
      </w:r>
      <w:proofErr w:type="spellStart"/>
      <w:r w:rsidRPr="00343D26">
        <w:t>phản</w:t>
      </w:r>
      <w:proofErr w:type="spellEnd"/>
      <w:r w:rsidRPr="00343D26">
        <w:t xml:space="preserve">. </w:t>
      </w:r>
      <w:proofErr w:type="spellStart"/>
      <w:r w:rsidRPr="00343D26">
        <w:t>Có</w:t>
      </w:r>
      <w:proofErr w:type="spellEnd"/>
      <w:r w:rsidRPr="00343D26">
        <w:t xml:space="preserve"> </w:t>
      </w:r>
      <w:proofErr w:type="spellStart"/>
      <w:r w:rsidRPr="00343D26">
        <w:t>thể</w:t>
      </w:r>
      <w:proofErr w:type="spellEnd"/>
      <w:r w:rsidRPr="00343D26">
        <w:t xml:space="preserve"> ở </w:t>
      </w:r>
      <w:proofErr w:type="spellStart"/>
      <w:r w:rsidRPr="00343D26">
        <w:t>dạng</w:t>
      </w:r>
      <w:proofErr w:type="spellEnd"/>
      <w:r w:rsidRPr="00343D26">
        <w:t xml:space="preserve"> paste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dạng</w:t>
      </w:r>
      <w:proofErr w:type="spellEnd"/>
      <w:r w:rsidRPr="00343D26">
        <w:t xml:space="preserve"> </w:t>
      </w:r>
      <w:proofErr w:type="spellStart"/>
      <w:r w:rsidRPr="00343D26">
        <w:t>lỏng</w:t>
      </w:r>
      <w:proofErr w:type="spellEnd"/>
      <w:r w:rsidRPr="00343D26">
        <w:t xml:space="preserve"> </w:t>
      </w:r>
      <w:proofErr w:type="spellStart"/>
      <w:r w:rsidRPr="00343D26">
        <w:t>tùy</w:t>
      </w:r>
      <w:proofErr w:type="spellEnd"/>
      <w:r w:rsidRPr="00343D26">
        <w:t xml:space="preserve"> </w:t>
      </w:r>
      <w:proofErr w:type="spellStart"/>
      <w:r w:rsidRPr="00343D26">
        <w:t>yêu</w:t>
      </w:r>
      <w:proofErr w:type="spellEnd"/>
      <w:r w:rsidRPr="00343D26">
        <w:t xml:space="preserve"> </w:t>
      </w:r>
      <w:proofErr w:type="spellStart"/>
      <w:r w:rsidRPr="00343D26">
        <w:t>cầu</w:t>
      </w:r>
      <w:proofErr w:type="spellEnd"/>
      <w:r w:rsidRPr="00343D26">
        <w:t xml:space="preserve">, </w:t>
      </w:r>
      <w:proofErr w:type="spellStart"/>
      <w:r w:rsidRPr="00343D26">
        <w:t>chủ</w:t>
      </w:r>
      <w:proofErr w:type="spellEnd"/>
      <w:r w:rsidRPr="00343D26">
        <w:t xml:space="preserve"> </w:t>
      </w:r>
      <w:proofErr w:type="spellStart"/>
      <w:r w:rsidRPr="00343D26">
        <w:t>yếu</w:t>
      </w:r>
      <w:proofErr w:type="spellEnd"/>
      <w:r w:rsidRPr="00343D26">
        <w:t xml:space="preserve"> </w:t>
      </w: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cho</w:t>
      </w:r>
      <w:proofErr w:type="spellEnd"/>
      <w:r w:rsidRPr="00343D26">
        <w:t xml:space="preserve"> </w:t>
      </w:r>
      <w:proofErr w:type="spellStart"/>
      <w:r w:rsidRPr="00343D26">
        <w:t>hiệu</w:t>
      </w:r>
      <w:proofErr w:type="spellEnd"/>
      <w:r w:rsidRPr="00343D26">
        <w:t xml:space="preserve"> </w:t>
      </w:r>
      <w:proofErr w:type="spellStart"/>
      <w:r w:rsidRPr="00343D26">
        <w:t>ứng</w:t>
      </w:r>
      <w:proofErr w:type="spellEnd"/>
      <w:r w:rsidRPr="00343D26">
        <w:t xml:space="preserve"> </w:t>
      </w:r>
      <w:proofErr w:type="spellStart"/>
      <w:r w:rsidRPr="00343D26">
        <w:t>giả</w:t>
      </w:r>
      <w:proofErr w:type="spellEnd"/>
      <w:r w:rsidRPr="00343D26">
        <w:t xml:space="preserve"> </w:t>
      </w:r>
      <w:proofErr w:type="spellStart"/>
      <w:r w:rsidRPr="00343D26">
        <w:t>cổ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tôn</w:t>
      </w:r>
      <w:proofErr w:type="spellEnd"/>
      <w:r w:rsidRPr="00343D26">
        <w:t xml:space="preserve"> </w:t>
      </w:r>
      <w:proofErr w:type="spellStart"/>
      <w:r w:rsidRPr="00343D26">
        <w:t>vân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; </w:t>
      </w:r>
      <w:proofErr w:type="spellStart"/>
      <w:r w:rsidRPr="00343D26">
        <w:t>không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dày</w:t>
      </w:r>
      <w:proofErr w:type="spellEnd"/>
      <w:r w:rsidRPr="00343D26">
        <w:t xml:space="preserve"> </w:t>
      </w:r>
      <w:proofErr w:type="spellStart"/>
      <w:r w:rsidRPr="00343D26">
        <w:t>màng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cần</w:t>
      </w:r>
      <w:proofErr w:type="spellEnd"/>
      <w:r w:rsidRPr="00343D26">
        <w:t xml:space="preserve"> </w:t>
      </w:r>
      <w:proofErr w:type="spellStart"/>
      <w:r w:rsidRPr="00343D26">
        <w:t>phủ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bóng</w:t>
      </w:r>
      <w:proofErr w:type="spellEnd"/>
      <w:r w:rsidRPr="00343D26">
        <w:t xml:space="preserve"> </w:t>
      </w:r>
      <w:proofErr w:type="spellStart"/>
      <w:r w:rsidRPr="00343D26">
        <w:t>bảo</w:t>
      </w:r>
      <w:proofErr w:type="spellEnd"/>
      <w:r w:rsidRPr="00343D26">
        <w:t xml:space="preserve"> </w:t>
      </w:r>
      <w:proofErr w:type="spellStart"/>
      <w:r w:rsidRPr="00343D26">
        <w:t>vệ</w:t>
      </w:r>
      <w:proofErr w:type="spellEnd"/>
      <w:r w:rsidRPr="00343D26">
        <w:t>.</w:t>
      </w:r>
    </w:p>
    <w:p w14:paraId="79165621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干刷</w:t>
      </w:r>
      <w:proofErr w:type="spellEnd"/>
      <w:r w:rsidRPr="00343D26">
        <w:rPr>
          <w:b/>
          <w:bCs/>
        </w:rPr>
        <w:t xml:space="preserve"> (</w:t>
      </w:r>
      <w:proofErr w:type="spellStart"/>
      <w:r w:rsidRPr="00343D26">
        <w:rPr>
          <w:b/>
          <w:bCs/>
        </w:rPr>
        <w:t>Kéo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cọ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khô</w:t>
      </w:r>
      <w:proofErr w:type="spellEnd"/>
      <w:r w:rsidRPr="00343D26">
        <w:rPr>
          <w:b/>
          <w:bCs/>
        </w:rPr>
        <w:t xml:space="preserve"> / </w:t>
      </w:r>
      <w:proofErr w:type="spellStart"/>
      <w:r w:rsidRPr="00343D26">
        <w:rPr>
          <w:b/>
          <w:bCs/>
        </w:rPr>
        <w:t>Quét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cọ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khô</w:t>
      </w:r>
      <w:proofErr w:type="spellEnd"/>
      <w:r w:rsidRPr="00343D26">
        <w:rPr>
          <w:b/>
          <w:bCs/>
        </w:rPr>
        <w:t>):</w:t>
      </w:r>
    </w:p>
    <w:p w14:paraId="517EBCB9" w14:textId="699DBFBC" w:rsidR="00343D26" w:rsidRPr="00343D26" w:rsidRDefault="00343D26" w:rsidP="00343D26">
      <w:pPr>
        <w:spacing w:after="80"/>
      </w:pPr>
      <w:proofErr w:type="spellStart"/>
      <w:r w:rsidRPr="00343D26">
        <w:t>Kỹ</w:t>
      </w:r>
      <w:proofErr w:type="spellEnd"/>
      <w:r w:rsidRPr="00343D26">
        <w:t xml:space="preserve"> </w:t>
      </w:r>
      <w:proofErr w:type="spellStart"/>
      <w:r w:rsidRPr="00343D26">
        <w:t>thuật</w:t>
      </w:r>
      <w:proofErr w:type="spellEnd"/>
      <w:r w:rsidRPr="00343D26">
        <w:t xml:space="preserve"> </w:t>
      </w:r>
      <w:proofErr w:type="spellStart"/>
      <w:r w:rsidRPr="00343D26">
        <w:t>thủ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vệt</w:t>
      </w:r>
      <w:proofErr w:type="spellEnd"/>
      <w:r w:rsidRPr="00343D26">
        <w:t xml:space="preserve"> </w:t>
      </w:r>
      <w:proofErr w:type="spellStart"/>
      <w:r w:rsidRPr="00343D26">
        <w:t>sáng</w:t>
      </w:r>
      <w:proofErr w:type="spellEnd"/>
      <w:r w:rsidRPr="00343D26">
        <w:t>/</w:t>
      </w:r>
      <w:proofErr w:type="spellStart"/>
      <w:r w:rsidRPr="00343D26">
        <w:t>nhấn</w:t>
      </w:r>
      <w:proofErr w:type="spellEnd"/>
      <w:r w:rsidRPr="00343D26">
        <w:t xml:space="preserve"> </w:t>
      </w:r>
      <w:proofErr w:type="spellStart"/>
      <w:r w:rsidRPr="00343D26">
        <w:t>sáng</w:t>
      </w:r>
      <w:proofErr w:type="spellEnd"/>
      <w:r w:rsidRPr="00343D26">
        <w:t xml:space="preserve"> ở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vị</w:t>
      </w:r>
      <w:proofErr w:type="spellEnd"/>
      <w:r w:rsidRPr="00343D26">
        <w:t xml:space="preserve"> </w:t>
      </w:r>
      <w:proofErr w:type="spellStart"/>
      <w:r w:rsidRPr="00343D26">
        <w:t>trí</w:t>
      </w:r>
      <w:proofErr w:type="spellEnd"/>
      <w:r w:rsidRPr="00343D26">
        <w:t xml:space="preserve"> </w:t>
      </w:r>
      <w:proofErr w:type="spellStart"/>
      <w:r w:rsidRPr="00343D26">
        <w:t>gờ</w:t>
      </w:r>
      <w:proofErr w:type="spellEnd"/>
      <w:r w:rsidRPr="00343D26">
        <w:t xml:space="preserve"> </w:t>
      </w:r>
      <w:proofErr w:type="spellStart"/>
      <w:r w:rsidRPr="00343D26">
        <w:t>nổi</w:t>
      </w:r>
      <w:proofErr w:type="spellEnd"/>
      <w:r w:rsidRPr="00343D26">
        <w:t xml:space="preserve">. Thao </w:t>
      </w:r>
      <w:proofErr w:type="spellStart"/>
      <w:r w:rsidRPr="00343D26">
        <w:t>tác</w:t>
      </w:r>
      <w:proofErr w:type="spellEnd"/>
      <w:r w:rsidRPr="00343D26">
        <w:t xml:space="preserve"> </w:t>
      </w:r>
      <w:proofErr w:type="spellStart"/>
      <w:r w:rsidRPr="00343D26">
        <w:t>bằng</w:t>
      </w:r>
      <w:proofErr w:type="spellEnd"/>
      <w:r w:rsidRPr="00343D26">
        <w:t xml:space="preserve"> </w:t>
      </w:r>
      <w:proofErr w:type="spellStart"/>
      <w:r w:rsidRPr="00343D26">
        <w:t>cọ</w:t>
      </w:r>
      <w:proofErr w:type="spellEnd"/>
      <w:r w:rsidRPr="00343D26">
        <w:t xml:space="preserve"> </w:t>
      </w:r>
      <w:proofErr w:type="spellStart"/>
      <w:r w:rsidRPr="00343D26">
        <w:t>gần</w:t>
      </w:r>
      <w:proofErr w:type="spellEnd"/>
      <w:r w:rsidRPr="00343D26">
        <w:t xml:space="preserve"> </w:t>
      </w:r>
      <w:proofErr w:type="spellStart"/>
      <w:r w:rsidRPr="00343D26">
        <w:t>như</w:t>
      </w:r>
      <w:proofErr w:type="spellEnd"/>
      <w:r w:rsidRPr="00343D26">
        <w:t xml:space="preserve"> </w:t>
      </w:r>
      <w:proofErr w:type="spellStart"/>
      <w:r w:rsidRPr="00343D26">
        <w:t>khô</w:t>
      </w:r>
      <w:proofErr w:type="spellEnd"/>
      <w:r w:rsidRPr="00343D26">
        <w:t xml:space="preserve">, </w:t>
      </w:r>
      <w:proofErr w:type="spellStart"/>
      <w:r w:rsidRPr="00343D26">
        <w:t>chỉ</w:t>
      </w:r>
      <w:proofErr w:type="spellEnd"/>
      <w:r w:rsidRPr="00343D26">
        <w:t xml:space="preserve"> </w:t>
      </w:r>
      <w:proofErr w:type="spellStart"/>
      <w:r w:rsidRPr="00343D26">
        <w:t>thấm</w:t>
      </w:r>
      <w:proofErr w:type="spellEnd"/>
      <w:r w:rsidRPr="00343D26">
        <w:t xml:space="preserve"> </w:t>
      </w:r>
      <w:proofErr w:type="spellStart"/>
      <w:r w:rsidRPr="00343D26">
        <w:t>một</w:t>
      </w:r>
      <w:proofErr w:type="spellEnd"/>
      <w:r w:rsidRPr="00343D26">
        <w:t xml:space="preserve"> </w:t>
      </w:r>
      <w:proofErr w:type="spellStart"/>
      <w:r w:rsidRPr="00343D26">
        <w:t>lượng</w:t>
      </w:r>
      <w:proofErr w:type="spellEnd"/>
      <w:r w:rsidRPr="00343D26">
        <w:t xml:space="preserve"> </w:t>
      </w:r>
      <w:proofErr w:type="spellStart"/>
      <w:r w:rsidRPr="00343D26">
        <w:t>rất</w:t>
      </w:r>
      <w:proofErr w:type="spellEnd"/>
      <w:r w:rsidRPr="00343D26">
        <w:t xml:space="preserve"> </w:t>
      </w:r>
      <w:proofErr w:type="spellStart"/>
      <w:r w:rsidRPr="00343D26">
        <w:t>nhỏ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glaze </w:t>
      </w:r>
      <w:proofErr w:type="spellStart"/>
      <w:r w:rsidRPr="00343D26">
        <w:t>rồi</w:t>
      </w:r>
      <w:proofErr w:type="spellEnd"/>
      <w:r w:rsidRPr="00343D26">
        <w:t xml:space="preserve"> </w:t>
      </w:r>
      <w:proofErr w:type="spellStart"/>
      <w:r w:rsidRPr="00343D26">
        <w:t>quét</w:t>
      </w:r>
      <w:proofErr w:type="spellEnd"/>
      <w:r w:rsidRPr="00343D26">
        <w:t xml:space="preserve"> </w:t>
      </w:r>
      <w:proofErr w:type="spellStart"/>
      <w:r w:rsidRPr="00343D26">
        <w:t>nhẹ</w:t>
      </w:r>
      <w:proofErr w:type="spellEnd"/>
      <w:r w:rsidRPr="00343D26">
        <w:t xml:space="preserve"> </w:t>
      </w:r>
      <w:proofErr w:type="spellStart"/>
      <w:r w:rsidRPr="00343D26">
        <w:t>lên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vệt</w:t>
      </w:r>
      <w:proofErr w:type="spellEnd"/>
      <w:r w:rsidRPr="00343D26">
        <w:t xml:space="preserve"> </w:t>
      </w:r>
      <w:proofErr w:type="spellStart"/>
      <w:r w:rsidRPr="00343D26">
        <w:t>sáng</w:t>
      </w:r>
      <w:proofErr w:type="spellEnd"/>
      <w:r w:rsidRPr="00343D26">
        <w:t xml:space="preserve">, </w:t>
      </w:r>
      <w:proofErr w:type="spellStart"/>
      <w:r w:rsidRPr="00343D26">
        <w:t>sọc</w:t>
      </w:r>
      <w:proofErr w:type="spellEnd"/>
      <w:r w:rsidRPr="00343D26">
        <w:t xml:space="preserve"> </w:t>
      </w:r>
      <w:proofErr w:type="spellStart"/>
      <w:r w:rsidRPr="00343D26">
        <w:t>mảnh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hiệu</w:t>
      </w:r>
      <w:proofErr w:type="spellEnd"/>
      <w:r w:rsidRPr="00343D26">
        <w:t xml:space="preserve"> </w:t>
      </w:r>
      <w:proofErr w:type="spellStart"/>
      <w:r w:rsidRPr="00343D26">
        <w:t>ứng</w:t>
      </w:r>
      <w:proofErr w:type="spellEnd"/>
      <w:r w:rsidRPr="00343D26">
        <w:t xml:space="preserve"> </w:t>
      </w:r>
      <w:proofErr w:type="spellStart"/>
      <w:r w:rsidRPr="00343D26">
        <w:t>giả</w:t>
      </w:r>
      <w:proofErr w:type="spellEnd"/>
      <w:r w:rsidRPr="00343D26">
        <w:t xml:space="preserve"> </w:t>
      </w:r>
      <w:proofErr w:type="spellStart"/>
      <w:r w:rsidRPr="00343D26">
        <w:t>vân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>.</w:t>
      </w:r>
    </w:p>
    <w:p w14:paraId="061AEDF6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磨透</w:t>
      </w:r>
      <w:proofErr w:type="spellEnd"/>
      <w:r w:rsidRPr="00343D26">
        <w:rPr>
          <w:b/>
          <w:bCs/>
        </w:rPr>
        <w:t xml:space="preserve"> / </w:t>
      </w:r>
      <w:proofErr w:type="spellStart"/>
      <w:r w:rsidRPr="00343D26">
        <w:rPr>
          <w:b/>
          <w:bCs/>
        </w:rPr>
        <w:t>做旧</w:t>
      </w:r>
      <w:proofErr w:type="spellEnd"/>
      <w:r w:rsidRPr="00343D26">
        <w:rPr>
          <w:b/>
          <w:bCs/>
        </w:rPr>
        <w:t xml:space="preserve"> (</w:t>
      </w:r>
      <w:proofErr w:type="spellStart"/>
      <w:r w:rsidRPr="00343D26">
        <w:rPr>
          <w:b/>
          <w:bCs/>
        </w:rPr>
        <w:t>Chà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lộ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cốt</w:t>
      </w:r>
      <w:proofErr w:type="spellEnd"/>
      <w:r w:rsidRPr="00343D26">
        <w:rPr>
          <w:b/>
          <w:bCs/>
        </w:rPr>
        <w:t xml:space="preserve"> / </w:t>
      </w:r>
      <w:proofErr w:type="spellStart"/>
      <w:r w:rsidRPr="00343D26">
        <w:rPr>
          <w:b/>
          <w:bCs/>
        </w:rPr>
        <w:t>Tạo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cũ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giả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cổ</w:t>
      </w:r>
      <w:proofErr w:type="spellEnd"/>
      <w:r w:rsidRPr="00343D26">
        <w:rPr>
          <w:b/>
          <w:bCs/>
        </w:rPr>
        <w:t>):</w:t>
      </w:r>
    </w:p>
    <w:p w14:paraId="5649D989" w14:textId="63D19052" w:rsidR="00343D26" w:rsidRPr="00343D26" w:rsidRDefault="00343D26" w:rsidP="00343D26">
      <w:pPr>
        <w:spacing w:after="80"/>
      </w:pPr>
      <w:proofErr w:type="spellStart"/>
      <w:r w:rsidRPr="00343D26">
        <w:t>Xả</w:t>
      </w:r>
      <w:proofErr w:type="spellEnd"/>
      <w:r w:rsidRPr="00343D26">
        <w:t xml:space="preserve"> </w:t>
      </w:r>
      <w:proofErr w:type="spellStart"/>
      <w:r w:rsidRPr="00343D26">
        <w:t>nhám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mài</w:t>
      </w:r>
      <w:proofErr w:type="spellEnd"/>
      <w:r w:rsidRPr="00343D26">
        <w:t xml:space="preserve"> </w:t>
      </w:r>
      <w:proofErr w:type="spellStart"/>
      <w:r w:rsidRPr="00343D26">
        <w:t>mòn</w:t>
      </w:r>
      <w:proofErr w:type="spellEnd"/>
      <w:r w:rsidRPr="00343D26">
        <w:t xml:space="preserve"> </w:t>
      </w:r>
      <w:proofErr w:type="spellStart"/>
      <w:r w:rsidRPr="00343D26">
        <w:t>tại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vị</w:t>
      </w:r>
      <w:proofErr w:type="spellEnd"/>
      <w:r w:rsidRPr="00343D26">
        <w:t xml:space="preserve"> </w:t>
      </w:r>
      <w:proofErr w:type="spellStart"/>
      <w:r w:rsidRPr="00343D26">
        <w:t>trí</w:t>
      </w:r>
      <w:proofErr w:type="spellEnd"/>
      <w:r w:rsidRPr="00343D26">
        <w:t xml:space="preserve"> </w:t>
      </w:r>
      <w:proofErr w:type="spellStart"/>
      <w:r w:rsidRPr="00343D26">
        <w:t>chỉ</w:t>
      </w:r>
      <w:proofErr w:type="spellEnd"/>
      <w:r w:rsidRPr="00343D26">
        <w:t xml:space="preserve"> </w:t>
      </w:r>
      <w:proofErr w:type="spellStart"/>
      <w:r w:rsidRPr="00343D26">
        <w:t>định</w:t>
      </w:r>
      <w:proofErr w:type="spellEnd"/>
      <w:r w:rsidRPr="00343D26">
        <w:t xml:space="preserve"> </w:t>
      </w:r>
      <w:proofErr w:type="spellStart"/>
      <w:r w:rsidRPr="00343D26">
        <w:t>của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lộ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bên</w:t>
      </w:r>
      <w:proofErr w:type="spellEnd"/>
      <w:r w:rsidRPr="00343D26">
        <w:t xml:space="preserve"> </w:t>
      </w:r>
      <w:proofErr w:type="spellStart"/>
      <w:r w:rsidRPr="00343D26">
        <w:t>dưới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lộ</w:t>
      </w:r>
      <w:proofErr w:type="spellEnd"/>
      <w:r w:rsidRPr="00343D26">
        <w:t xml:space="preserve"> </w:t>
      </w:r>
      <w:proofErr w:type="spellStart"/>
      <w:r w:rsidRPr="00343D26">
        <w:t>cốt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,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diện</w:t>
      </w:r>
      <w:proofErr w:type="spellEnd"/>
      <w:r w:rsidRPr="00343D26">
        <w:t xml:space="preserve"> </w:t>
      </w:r>
      <w:proofErr w:type="spellStart"/>
      <w:r w:rsidRPr="00343D26">
        <w:t>mạo</w:t>
      </w:r>
      <w:proofErr w:type="spellEnd"/>
      <w:r w:rsidRPr="00343D26">
        <w:t xml:space="preserve"> hao </w:t>
      </w:r>
      <w:proofErr w:type="spellStart"/>
      <w:r w:rsidRPr="00343D26">
        <w:t>mòn</w:t>
      </w:r>
      <w:proofErr w:type="spellEnd"/>
      <w:r w:rsidRPr="00343D26">
        <w:t xml:space="preserve"> </w:t>
      </w:r>
      <w:proofErr w:type="spellStart"/>
      <w:r w:rsidRPr="00343D26">
        <w:t>tự</w:t>
      </w:r>
      <w:proofErr w:type="spellEnd"/>
      <w:r w:rsidRPr="00343D26">
        <w:t xml:space="preserve"> </w:t>
      </w:r>
      <w:proofErr w:type="spellStart"/>
      <w:r w:rsidRPr="00343D26">
        <w:t>nhiên</w:t>
      </w:r>
      <w:proofErr w:type="spellEnd"/>
      <w:r w:rsidRPr="00343D26">
        <w:t xml:space="preserve"> </w:t>
      </w:r>
      <w:proofErr w:type="spellStart"/>
      <w:r w:rsidRPr="00343D26">
        <w:t>theo</w:t>
      </w:r>
      <w:proofErr w:type="spellEnd"/>
      <w:r w:rsidRPr="00343D26">
        <w:t xml:space="preserve"> </w:t>
      </w:r>
      <w:proofErr w:type="spellStart"/>
      <w:r w:rsidRPr="00343D26">
        <w:t>thời</w:t>
      </w:r>
      <w:proofErr w:type="spellEnd"/>
      <w:r w:rsidRPr="00343D26">
        <w:t xml:space="preserve"> </w:t>
      </w:r>
      <w:proofErr w:type="spellStart"/>
      <w:r w:rsidRPr="00343D26">
        <w:t>gian</w:t>
      </w:r>
      <w:proofErr w:type="spellEnd"/>
      <w:r w:rsidRPr="00343D26">
        <w:t xml:space="preserve"> </w:t>
      </w:r>
      <w:proofErr w:type="spellStart"/>
      <w:r w:rsidRPr="00343D26">
        <w:t>theo</w:t>
      </w:r>
      <w:proofErr w:type="spellEnd"/>
      <w:r w:rsidRPr="00343D26">
        <w:t xml:space="preserve"> </w:t>
      </w:r>
      <w:proofErr w:type="spellStart"/>
      <w:r w:rsidRPr="00343D26">
        <w:t>phong</w:t>
      </w:r>
      <w:proofErr w:type="spellEnd"/>
      <w:r w:rsidRPr="00343D26">
        <w:t xml:space="preserve"> </w:t>
      </w:r>
      <w:proofErr w:type="spellStart"/>
      <w:r w:rsidRPr="00343D26">
        <w:t>cách</w:t>
      </w:r>
      <w:proofErr w:type="spellEnd"/>
      <w:r w:rsidRPr="00343D26">
        <w:t xml:space="preserve"> </w:t>
      </w:r>
      <w:proofErr w:type="spellStart"/>
      <w:r w:rsidRPr="00343D26">
        <w:t>cổ</w:t>
      </w:r>
      <w:proofErr w:type="spellEnd"/>
      <w:r w:rsidRPr="00343D26">
        <w:t xml:space="preserve"> </w:t>
      </w:r>
      <w:proofErr w:type="spellStart"/>
      <w:r w:rsidRPr="00343D26">
        <w:t>điển</w:t>
      </w:r>
      <w:proofErr w:type="spellEnd"/>
      <w:r w:rsidRPr="00343D26">
        <w:t xml:space="preserve"> (Antique), Vintage </w:t>
      </w:r>
      <w:proofErr w:type="spellStart"/>
      <w:r w:rsidRPr="00343D26">
        <w:t>hoặc</w:t>
      </w:r>
      <w:proofErr w:type="spellEnd"/>
      <w:r w:rsidRPr="00343D26">
        <w:t xml:space="preserve"> Rustic/Farmhouse.</w:t>
      </w:r>
    </w:p>
    <w:p w14:paraId="6A2B4F2F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高光</w:t>
      </w:r>
      <w:r w:rsidRPr="00343D26">
        <w:rPr>
          <w:rFonts w:ascii="微軟正黑體" w:eastAsia="微軟正黑體" w:hAnsi="微軟正黑體" w:cs="微軟正黑體" w:hint="eastAsia"/>
          <w:b/>
          <w:bCs/>
        </w:rPr>
        <w:t>强调</w:t>
      </w:r>
      <w:proofErr w:type="spellEnd"/>
      <w:r w:rsidRPr="00343D26">
        <w:rPr>
          <w:b/>
          <w:bCs/>
        </w:rPr>
        <w:t xml:space="preserve"> (</w:t>
      </w:r>
      <w:proofErr w:type="spellStart"/>
      <w:r w:rsidRPr="00343D26">
        <w:rPr>
          <w:b/>
          <w:bCs/>
        </w:rPr>
        <w:t>Nhấn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sáng</w:t>
      </w:r>
      <w:proofErr w:type="spellEnd"/>
      <w:r w:rsidRPr="00343D26">
        <w:rPr>
          <w:b/>
          <w:bCs/>
        </w:rPr>
        <w:t xml:space="preserve"> - Highlighting):</w:t>
      </w:r>
    </w:p>
    <w:p w14:paraId="2DAF457F" w14:textId="799A91BF" w:rsidR="00343D26" w:rsidRPr="00343D26" w:rsidRDefault="00343D26" w:rsidP="00343D26">
      <w:pPr>
        <w:spacing w:after="80"/>
      </w:pP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nổi</w:t>
      </w:r>
      <w:proofErr w:type="spellEnd"/>
      <w:r w:rsidRPr="00343D26">
        <w:t xml:space="preserve"> </w:t>
      </w:r>
      <w:proofErr w:type="spellStart"/>
      <w:r w:rsidRPr="00343D26">
        <w:t>bật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chi </w:t>
      </w:r>
      <w:proofErr w:type="spellStart"/>
      <w:r w:rsidRPr="00343D26">
        <w:t>tiết</w:t>
      </w:r>
      <w:proofErr w:type="spellEnd"/>
      <w:r w:rsidRPr="00343D26">
        <w:t xml:space="preserve"> </w:t>
      </w:r>
      <w:proofErr w:type="spellStart"/>
      <w:r w:rsidRPr="00343D26">
        <w:t>gờ</w:t>
      </w:r>
      <w:proofErr w:type="spellEnd"/>
      <w:r w:rsidRPr="00343D26">
        <w:t xml:space="preserve"> </w:t>
      </w:r>
      <w:proofErr w:type="spellStart"/>
      <w:r w:rsidRPr="00343D26">
        <w:t>nổi</w:t>
      </w:r>
      <w:proofErr w:type="spellEnd"/>
      <w:r w:rsidRPr="00343D26">
        <w:t xml:space="preserve">, </w:t>
      </w:r>
      <w:proofErr w:type="spellStart"/>
      <w:r w:rsidRPr="00343D26">
        <w:t>cạnh</w:t>
      </w:r>
      <w:proofErr w:type="spellEnd"/>
      <w:r w:rsidRPr="00343D26">
        <w:t xml:space="preserve"> </w:t>
      </w:r>
      <w:proofErr w:type="spellStart"/>
      <w:r w:rsidRPr="00343D26">
        <w:t>viền</w:t>
      </w:r>
      <w:proofErr w:type="spellEnd"/>
      <w:r w:rsidRPr="00343D26">
        <w:t xml:space="preserve">, </w:t>
      </w:r>
      <w:proofErr w:type="spellStart"/>
      <w:r w:rsidRPr="00343D26">
        <w:t>hoa</w:t>
      </w:r>
      <w:proofErr w:type="spellEnd"/>
      <w:r w:rsidRPr="00343D26">
        <w:t xml:space="preserve"> </w:t>
      </w:r>
      <w:proofErr w:type="spellStart"/>
      <w:r w:rsidRPr="00343D26">
        <w:t>văn</w:t>
      </w:r>
      <w:proofErr w:type="spellEnd"/>
      <w:r w:rsidRPr="00343D26">
        <w:t xml:space="preserve"> </w:t>
      </w:r>
      <w:proofErr w:type="spellStart"/>
      <w:r w:rsidRPr="00343D26">
        <w:t>chạm</w:t>
      </w:r>
      <w:proofErr w:type="spellEnd"/>
      <w:r w:rsidRPr="00343D26">
        <w:t xml:space="preserve"> </w:t>
      </w:r>
      <w:proofErr w:type="spellStart"/>
      <w:r w:rsidRPr="00343D26">
        <w:t>khắc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đường</w:t>
      </w:r>
      <w:proofErr w:type="spellEnd"/>
      <w:r w:rsidRPr="00343D26">
        <w:t xml:space="preserve"> </w:t>
      </w:r>
      <w:proofErr w:type="spellStart"/>
      <w:r w:rsidRPr="00343D26">
        <w:t>chỉ</w:t>
      </w:r>
      <w:proofErr w:type="spellEnd"/>
      <w:r w:rsidRPr="00343D26">
        <w:t xml:space="preserve"> </w:t>
      </w:r>
      <w:proofErr w:type="spellStart"/>
      <w:r w:rsidRPr="00343D26">
        <w:t>phào</w:t>
      </w:r>
      <w:proofErr w:type="spellEnd"/>
      <w:r w:rsidRPr="00343D26">
        <w:t xml:space="preserve"> </w:t>
      </w:r>
      <w:proofErr w:type="spellStart"/>
      <w:r w:rsidRPr="00343D26">
        <w:t>thông</w:t>
      </w:r>
      <w:proofErr w:type="spellEnd"/>
      <w:r w:rsidRPr="00343D26">
        <w:t xml:space="preserve"> qua </w:t>
      </w:r>
      <w:proofErr w:type="spellStart"/>
      <w:r w:rsidRPr="00343D26">
        <w:t>tương</w:t>
      </w:r>
      <w:proofErr w:type="spellEnd"/>
      <w:r w:rsidRPr="00343D26">
        <w:t xml:space="preserve"> </w:t>
      </w:r>
      <w:proofErr w:type="spellStart"/>
      <w:r w:rsidRPr="00343D26">
        <w:t>phản</w:t>
      </w:r>
      <w:proofErr w:type="spellEnd"/>
      <w:r w:rsidRPr="00343D26">
        <w:t xml:space="preserve"> </w:t>
      </w:r>
      <w:proofErr w:type="spellStart"/>
      <w:r w:rsidRPr="00343D26">
        <w:t>sáng</w:t>
      </w:r>
      <w:proofErr w:type="spellEnd"/>
      <w:r w:rsidRPr="00343D26">
        <w:t xml:space="preserve"> </w:t>
      </w:r>
      <w:proofErr w:type="spellStart"/>
      <w:r w:rsidRPr="00343D26">
        <w:t>tối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phân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thị</w:t>
      </w:r>
      <w:proofErr w:type="spellEnd"/>
      <w:r w:rsidRPr="00343D26">
        <w:t xml:space="preserve"> </w:t>
      </w:r>
      <w:proofErr w:type="spellStart"/>
      <w:r w:rsidRPr="00343D26">
        <w:t>giác</w:t>
      </w:r>
      <w:proofErr w:type="spellEnd"/>
      <w:r w:rsidRPr="00343D26">
        <w:t xml:space="preserve">, </w:t>
      </w:r>
      <w:proofErr w:type="spellStart"/>
      <w:r w:rsidRPr="00343D26">
        <w:t>giúp</w:t>
      </w:r>
      <w:proofErr w:type="spellEnd"/>
      <w:r w:rsidRPr="00343D26">
        <w:t xml:space="preserve"> </w:t>
      </w:r>
      <w:proofErr w:type="spellStart"/>
      <w:r w:rsidRPr="00343D26">
        <w:t>tăng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nổi</w:t>
      </w:r>
      <w:proofErr w:type="spellEnd"/>
      <w:r w:rsidRPr="00343D26">
        <w:t xml:space="preserve"> </w:t>
      </w:r>
      <w:proofErr w:type="spellStart"/>
      <w:r w:rsidRPr="00343D26">
        <w:t>khối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chiều</w:t>
      </w:r>
      <w:proofErr w:type="spellEnd"/>
      <w:r w:rsidRPr="00343D26">
        <w:t xml:space="preserve"> </w:t>
      </w:r>
      <w:proofErr w:type="spellStart"/>
      <w:r w:rsidRPr="00343D26">
        <w:t>sâu</w:t>
      </w:r>
      <w:proofErr w:type="spellEnd"/>
      <w:r w:rsidRPr="00343D26">
        <w:t xml:space="preserve"> </w:t>
      </w:r>
      <w:proofErr w:type="spellStart"/>
      <w:r w:rsidRPr="00343D26">
        <w:t>cho</w:t>
      </w:r>
      <w:proofErr w:type="spellEnd"/>
      <w:r w:rsidRPr="00343D26">
        <w:t xml:space="preserve"> </w:t>
      </w:r>
      <w:proofErr w:type="spellStart"/>
      <w:r w:rsidRPr="00343D26">
        <w:t>sản</w:t>
      </w:r>
      <w:proofErr w:type="spellEnd"/>
      <w:r w:rsidRPr="00343D26">
        <w:t xml:space="preserve"> </w:t>
      </w:r>
      <w:proofErr w:type="spellStart"/>
      <w:r w:rsidRPr="00343D26">
        <w:t>phẩm</w:t>
      </w:r>
      <w:proofErr w:type="spellEnd"/>
      <w:r w:rsidRPr="00343D26">
        <w:t>.</w:t>
      </w:r>
    </w:p>
    <w:p w14:paraId="3809EF28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lastRenderedPageBreak/>
        <w:t>局部脱离膏</w:t>
      </w:r>
      <w:proofErr w:type="spellEnd"/>
      <w:r w:rsidRPr="00343D26">
        <w:rPr>
          <w:b/>
          <w:bCs/>
        </w:rPr>
        <w:t xml:space="preserve"> (</w:t>
      </w:r>
      <w:proofErr w:type="spellStart"/>
      <w:r w:rsidRPr="00343D26">
        <w:rPr>
          <w:b/>
          <w:bCs/>
        </w:rPr>
        <w:t>Poloxy</w:t>
      </w:r>
      <w:proofErr w:type="spellEnd"/>
      <w:r w:rsidRPr="00343D26">
        <w:rPr>
          <w:b/>
          <w:bCs/>
        </w:rPr>
        <w:t>) (</w:t>
      </w:r>
      <w:proofErr w:type="spellStart"/>
      <w:r w:rsidRPr="00343D26">
        <w:rPr>
          <w:b/>
          <w:bCs/>
        </w:rPr>
        <w:t>Sáp</w:t>
      </w:r>
      <w:proofErr w:type="spellEnd"/>
      <w:r w:rsidRPr="00343D26">
        <w:rPr>
          <w:b/>
          <w:bCs/>
        </w:rPr>
        <w:t>/</w:t>
      </w:r>
      <w:proofErr w:type="spellStart"/>
      <w:r w:rsidRPr="00343D26">
        <w:rPr>
          <w:b/>
          <w:bCs/>
        </w:rPr>
        <w:t>keo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tạo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tróc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cục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bộ</w:t>
      </w:r>
      <w:proofErr w:type="spellEnd"/>
      <w:r w:rsidRPr="00343D26">
        <w:rPr>
          <w:b/>
          <w:bCs/>
        </w:rPr>
        <w:t>):</w:t>
      </w:r>
    </w:p>
    <w:p w14:paraId="70289916" w14:textId="77777777" w:rsidR="00343D26" w:rsidRPr="00343D26" w:rsidRDefault="00343D26" w:rsidP="00343D26">
      <w:pPr>
        <w:spacing w:after="80"/>
      </w:pPr>
      <w:proofErr w:type="spellStart"/>
      <w:r w:rsidRPr="00343D26">
        <w:t>Kỹ</w:t>
      </w:r>
      <w:proofErr w:type="spellEnd"/>
      <w:r w:rsidRPr="00343D26">
        <w:t xml:space="preserve"> </w:t>
      </w:r>
      <w:proofErr w:type="spellStart"/>
      <w:r w:rsidRPr="00343D26">
        <w:t>thuật</w:t>
      </w:r>
      <w:proofErr w:type="spellEnd"/>
      <w:r w:rsidRPr="00343D26">
        <w:t xml:space="preserve">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cũ</w:t>
      </w:r>
      <w:proofErr w:type="spellEnd"/>
      <w:r w:rsidRPr="00343D26">
        <w:t xml:space="preserve">: </w:t>
      </w:r>
      <w:proofErr w:type="spellStart"/>
      <w:r w:rsidRPr="00343D26">
        <w:t>quét</w:t>
      </w:r>
      <w:proofErr w:type="spellEnd"/>
      <w:r w:rsidRPr="00343D26">
        <w:t xml:space="preserve"> </w:t>
      </w:r>
      <w:proofErr w:type="spellStart"/>
      <w:r w:rsidRPr="00343D26">
        <w:t>một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keo</w:t>
      </w:r>
      <w:proofErr w:type="spellEnd"/>
      <w:r w:rsidRPr="00343D26">
        <w:t>/</w:t>
      </w:r>
      <w:proofErr w:type="spellStart"/>
      <w:r w:rsidRPr="00343D26">
        <w:t>sáp</w:t>
      </w:r>
      <w:proofErr w:type="spellEnd"/>
      <w:r w:rsidRPr="00343D26">
        <w:t xml:space="preserve"> </w:t>
      </w:r>
      <w:proofErr w:type="spellStart"/>
      <w:r w:rsidRPr="00343D26">
        <w:t>ngăn</w:t>
      </w:r>
      <w:proofErr w:type="spellEnd"/>
      <w:r w:rsidRPr="00343D26">
        <w:t xml:space="preserve"> </w:t>
      </w:r>
      <w:proofErr w:type="spellStart"/>
      <w:r w:rsidRPr="00343D26">
        <w:t>cách</w:t>
      </w:r>
      <w:proofErr w:type="spellEnd"/>
      <w:r w:rsidRPr="00343D26">
        <w:t xml:space="preserve"> </w:t>
      </w:r>
      <w:proofErr w:type="spellStart"/>
      <w:r w:rsidRPr="00343D26">
        <w:t>tạm</w:t>
      </w:r>
      <w:proofErr w:type="spellEnd"/>
      <w:r w:rsidRPr="00343D26">
        <w:t xml:space="preserve"> </w:t>
      </w:r>
      <w:proofErr w:type="spellStart"/>
      <w:r w:rsidRPr="00343D26">
        <w:t>thời</w:t>
      </w:r>
      <w:proofErr w:type="spellEnd"/>
      <w:r w:rsidRPr="00343D26">
        <w:t xml:space="preserve"> </w:t>
      </w:r>
      <w:proofErr w:type="spellStart"/>
      <w:r w:rsidRPr="00343D26">
        <w:t>lên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nhuộm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nền</w:t>
      </w:r>
      <w:proofErr w:type="spellEnd"/>
      <w:r w:rsidRPr="00343D26">
        <w:t xml:space="preserve">, </w:t>
      </w:r>
      <w:proofErr w:type="spellStart"/>
      <w:r w:rsidRPr="00343D26">
        <w:t>sau</w:t>
      </w:r>
      <w:proofErr w:type="spellEnd"/>
      <w:r w:rsidRPr="00343D26">
        <w:t xml:space="preserve"> </w:t>
      </w:r>
      <w:proofErr w:type="spellStart"/>
      <w:r w:rsidRPr="00343D26">
        <w:t>đó</w:t>
      </w:r>
      <w:proofErr w:type="spellEnd"/>
      <w:r w:rsidRPr="00343D26">
        <w:t xml:space="preserve"> </w:t>
      </w:r>
      <w:proofErr w:type="spellStart"/>
      <w:r w:rsidRPr="00343D26">
        <w:t>phun</w:t>
      </w:r>
      <w:proofErr w:type="spellEnd"/>
      <w:r w:rsidRPr="00343D26">
        <w:t xml:space="preserve"> </w:t>
      </w:r>
      <w:proofErr w:type="spellStart"/>
      <w:r w:rsidRPr="00343D26">
        <w:t>tiếp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thứ</w:t>
      </w:r>
      <w:proofErr w:type="spellEnd"/>
      <w:r w:rsidRPr="00343D26">
        <w:t xml:space="preserve"> </w:t>
      </w:r>
      <w:proofErr w:type="spellStart"/>
      <w:r w:rsidRPr="00343D26">
        <w:t>hai</w:t>
      </w:r>
      <w:proofErr w:type="spellEnd"/>
      <w:r w:rsidRPr="00343D26">
        <w:t xml:space="preserve">. </w:t>
      </w:r>
      <w:proofErr w:type="spellStart"/>
      <w:r w:rsidRPr="00343D26">
        <w:t>Tiếp</w:t>
      </w:r>
      <w:proofErr w:type="spellEnd"/>
      <w:r w:rsidRPr="00343D26">
        <w:t xml:space="preserve"> </w:t>
      </w:r>
      <w:proofErr w:type="spellStart"/>
      <w:r w:rsidRPr="00343D26">
        <w:t>theo</w:t>
      </w:r>
      <w:proofErr w:type="spellEnd"/>
      <w:r w:rsidRPr="00343D26">
        <w:t xml:space="preserve"> </w:t>
      </w:r>
      <w:proofErr w:type="spellStart"/>
      <w:r w:rsidRPr="00343D26">
        <w:t>dùng</w:t>
      </w:r>
      <w:proofErr w:type="spellEnd"/>
      <w:r w:rsidRPr="00343D26">
        <w:t xml:space="preserve"> dao </w:t>
      </w:r>
      <w:proofErr w:type="spellStart"/>
      <w:r w:rsidRPr="00343D26">
        <w:t>hoặc</w:t>
      </w:r>
      <w:proofErr w:type="spellEnd"/>
      <w:r w:rsidRPr="00343D26">
        <w:t xml:space="preserve"> bay </w:t>
      </w:r>
      <w:proofErr w:type="spellStart"/>
      <w:r w:rsidRPr="00343D26">
        <w:t>cạo</w:t>
      </w:r>
      <w:proofErr w:type="spellEnd"/>
      <w:r w:rsidRPr="00343D26">
        <w:t xml:space="preserve"> </w:t>
      </w:r>
      <w:proofErr w:type="spellStart"/>
      <w:r w:rsidRPr="00343D26">
        <w:t>bóc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keo</w:t>
      </w:r>
      <w:proofErr w:type="spellEnd"/>
      <w:r w:rsidRPr="00343D26">
        <w:t xml:space="preserve"> </w:t>
      </w:r>
      <w:proofErr w:type="spellStart"/>
      <w:r w:rsidRPr="00343D26">
        <w:t>tróc</w:t>
      </w:r>
      <w:proofErr w:type="spellEnd"/>
      <w:r w:rsidRPr="00343D26">
        <w:t xml:space="preserve"> </w:t>
      </w:r>
      <w:proofErr w:type="spellStart"/>
      <w:r w:rsidRPr="00343D26">
        <w:t>ra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lộ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bên</w:t>
      </w:r>
      <w:proofErr w:type="spellEnd"/>
      <w:r w:rsidRPr="00343D26">
        <w:t xml:space="preserve"> </w:t>
      </w:r>
      <w:proofErr w:type="spellStart"/>
      <w:r w:rsidRPr="00343D26">
        <w:t>dưới</w:t>
      </w:r>
      <w:proofErr w:type="spellEnd"/>
      <w:r w:rsidRPr="00343D26">
        <w:t>.</w:t>
      </w:r>
    </w:p>
    <w:p w14:paraId="6085CCBD" w14:textId="77777777" w:rsidR="00343D26" w:rsidRPr="00343D26" w:rsidRDefault="00343D26" w:rsidP="00343D26">
      <w:pPr>
        <w:spacing w:after="80"/>
      </w:pPr>
    </w:p>
    <w:p w14:paraId="080C504C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砂光</w:t>
      </w:r>
      <w:proofErr w:type="spellEnd"/>
      <w:r w:rsidRPr="00343D26">
        <w:rPr>
          <w:b/>
          <w:bCs/>
        </w:rPr>
        <w:t xml:space="preserve"> (</w:t>
      </w:r>
      <w:proofErr w:type="spellStart"/>
      <w:r w:rsidRPr="00343D26">
        <w:rPr>
          <w:b/>
          <w:bCs/>
        </w:rPr>
        <w:t>Xả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nhám</w:t>
      </w:r>
      <w:proofErr w:type="spellEnd"/>
      <w:r w:rsidRPr="00343D26">
        <w:rPr>
          <w:b/>
          <w:bCs/>
        </w:rPr>
        <w:t xml:space="preserve"> / </w:t>
      </w:r>
      <w:proofErr w:type="spellStart"/>
      <w:r w:rsidRPr="00343D26">
        <w:rPr>
          <w:b/>
          <w:bCs/>
        </w:rPr>
        <w:t>Chà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nhám</w:t>
      </w:r>
      <w:proofErr w:type="spellEnd"/>
      <w:r w:rsidRPr="00343D26">
        <w:rPr>
          <w:b/>
          <w:bCs/>
        </w:rPr>
        <w:t>):</w:t>
      </w:r>
    </w:p>
    <w:p w14:paraId="1D1AFE01" w14:textId="39D6452C" w:rsidR="00343D26" w:rsidRPr="00343D26" w:rsidRDefault="00343D26" w:rsidP="00343D26">
      <w:pPr>
        <w:spacing w:after="80"/>
      </w:pP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vật</w:t>
      </w:r>
      <w:proofErr w:type="spellEnd"/>
      <w:r w:rsidRPr="00343D26">
        <w:t xml:space="preserve"> </w:t>
      </w:r>
      <w:proofErr w:type="spellStart"/>
      <w:r w:rsidRPr="00343D26">
        <w:t>liệu</w:t>
      </w:r>
      <w:proofErr w:type="spellEnd"/>
      <w:r w:rsidRPr="00343D26">
        <w:t xml:space="preserve"> </w:t>
      </w:r>
      <w:proofErr w:type="spellStart"/>
      <w:r w:rsidRPr="00343D26">
        <w:t>mài</w:t>
      </w:r>
      <w:proofErr w:type="spellEnd"/>
      <w:r w:rsidRPr="00343D26">
        <w:t xml:space="preserve"> (</w:t>
      </w:r>
      <w:proofErr w:type="spellStart"/>
      <w:r w:rsidRPr="00343D26">
        <w:t>giấy</w:t>
      </w:r>
      <w:proofErr w:type="spellEnd"/>
      <w:r w:rsidRPr="00343D26">
        <w:t xml:space="preserve"> </w:t>
      </w:r>
      <w:proofErr w:type="spellStart"/>
      <w:r w:rsidRPr="00343D26">
        <w:t>nhám</w:t>
      </w:r>
      <w:proofErr w:type="spellEnd"/>
      <w:r w:rsidRPr="00343D26">
        <w:t xml:space="preserve">)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cho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nhẵn</w:t>
      </w:r>
      <w:proofErr w:type="spellEnd"/>
      <w:r w:rsidRPr="00343D26">
        <w:t xml:space="preserve"> </w:t>
      </w:r>
      <w:proofErr w:type="spellStart"/>
      <w:r w:rsidRPr="00343D26">
        <w:t>phẳng</w:t>
      </w:r>
      <w:proofErr w:type="spellEnd"/>
      <w:r w:rsidRPr="00343D26">
        <w:t xml:space="preserve">,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chân</w:t>
      </w:r>
      <w:proofErr w:type="spellEnd"/>
      <w:r w:rsidRPr="00343D26">
        <w:t xml:space="preserve"> </w:t>
      </w:r>
      <w:proofErr w:type="spellStart"/>
      <w:r w:rsidRPr="00343D26">
        <w:t>bám</w:t>
      </w:r>
      <w:proofErr w:type="spellEnd"/>
      <w:r w:rsidRPr="00343D26">
        <w:t xml:space="preserve"> </w:t>
      </w:r>
      <w:proofErr w:type="spellStart"/>
      <w:r w:rsidRPr="00343D26">
        <w:t>chuẩn</w:t>
      </w:r>
      <w:proofErr w:type="spellEnd"/>
      <w:r w:rsidRPr="00343D26">
        <w:t xml:space="preserve"> </w:t>
      </w:r>
      <w:proofErr w:type="spellStart"/>
      <w:r w:rsidRPr="00343D26">
        <w:t>bị</w:t>
      </w:r>
      <w:proofErr w:type="spellEnd"/>
      <w:r w:rsidRPr="00343D26">
        <w:t xml:space="preserve"> </w:t>
      </w:r>
      <w:proofErr w:type="spellStart"/>
      <w:r w:rsidRPr="00343D26">
        <w:t>cho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đoạn</w:t>
      </w:r>
      <w:proofErr w:type="spellEnd"/>
      <w:r w:rsidRPr="00343D26">
        <w:t xml:space="preserve"> </w:t>
      </w:r>
      <w:proofErr w:type="spellStart"/>
      <w:r w:rsidRPr="00343D26">
        <w:t>nhuộm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,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lót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phủ</w:t>
      </w:r>
      <w:proofErr w:type="spellEnd"/>
      <w:r w:rsidRPr="00343D26">
        <w:t xml:space="preserve"> </w:t>
      </w:r>
      <w:proofErr w:type="spellStart"/>
      <w:r w:rsidRPr="00343D26">
        <w:t>tiếp</w:t>
      </w:r>
      <w:proofErr w:type="spellEnd"/>
      <w:r w:rsidRPr="00343D26">
        <w:t xml:space="preserve"> </w:t>
      </w:r>
      <w:proofErr w:type="spellStart"/>
      <w:r w:rsidRPr="00343D26">
        <w:t>theo.</w:t>
      </w:r>
      <w:proofErr w:type="spellEnd"/>
      <w:r w:rsidRPr="00343D26">
        <w:t xml:space="preserve"> </w:t>
      </w:r>
      <w:proofErr w:type="spellStart"/>
      <w:r w:rsidRPr="00343D26">
        <w:t>Đây</w:t>
      </w:r>
      <w:proofErr w:type="spellEnd"/>
      <w:r w:rsidRPr="00343D26">
        <w:t xml:space="preserve"> </w:t>
      </w:r>
      <w:proofErr w:type="spellStart"/>
      <w:r w:rsidRPr="00343D26">
        <w:t>là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đoạn</w:t>
      </w:r>
      <w:proofErr w:type="spellEnd"/>
      <w:r w:rsidRPr="00343D26">
        <w:t xml:space="preserve"> </w:t>
      </w:r>
      <w:proofErr w:type="spellStart"/>
      <w:r w:rsidRPr="00343D26">
        <w:t>cốt</w:t>
      </w:r>
      <w:proofErr w:type="spellEnd"/>
      <w:r w:rsidRPr="00343D26">
        <w:t xml:space="preserve"> </w:t>
      </w:r>
      <w:proofErr w:type="spellStart"/>
      <w:r w:rsidRPr="00343D26">
        <w:t>lõi</w:t>
      </w:r>
      <w:proofErr w:type="spellEnd"/>
      <w:r w:rsidRPr="00343D26">
        <w:t xml:space="preserve"> </w:t>
      </w:r>
      <w:proofErr w:type="spellStart"/>
      <w:r w:rsidRPr="00343D26">
        <w:t>ảnh</w:t>
      </w:r>
      <w:proofErr w:type="spellEnd"/>
      <w:r w:rsidRPr="00343D26">
        <w:t xml:space="preserve"> </w:t>
      </w:r>
      <w:proofErr w:type="spellStart"/>
      <w:r w:rsidRPr="00343D26">
        <w:t>hưởng</w:t>
      </w:r>
      <w:proofErr w:type="spellEnd"/>
      <w:r w:rsidRPr="00343D26">
        <w:t xml:space="preserve"> </w:t>
      </w:r>
      <w:proofErr w:type="spellStart"/>
      <w:r w:rsidRPr="00343D26">
        <w:t>trực</w:t>
      </w:r>
      <w:proofErr w:type="spellEnd"/>
      <w:r w:rsidRPr="00343D26">
        <w:t xml:space="preserve"> </w:t>
      </w:r>
      <w:proofErr w:type="spellStart"/>
      <w:r w:rsidRPr="00343D26">
        <w:t>tiếp</w:t>
      </w:r>
      <w:proofErr w:type="spellEnd"/>
      <w:r w:rsidRPr="00343D26">
        <w:t xml:space="preserve"> </w:t>
      </w:r>
      <w:proofErr w:type="spellStart"/>
      <w:r w:rsidRPr="00343D26">
        <w:t>đến</w:t>
      </w:r>
      <w:proofErr w:type="spellEnd"/>
      <w:r w:rsidRPr="00343D26">
        <w:t xml:space="preserve"> </w:t>
      </w:r>
      <w:proofErr w:type="spellStart"/>
      <w:r w:rsidRPr="00343D26">
        <w:t>chất</w:t>
      </w:r>
      <w:proofErr w:type="spellEnd"/>
      <w:r w:rsidRPr="00343D26">
        <w:t xml:space="preserve"> </w:t>
      </w:r>
      <w:proofErr w:type="spellStart"/>
      <w:r w:rsidRPr="00343D26">
        <w:t>lượng</w:t>
      </w:r>
      <w:proofErr w:type="spellEnd"/>
      <w:r w:rsidRPr="00343D26">
        <w:t xml:space="preserve"> </w:t>
      </w:r>
      <w:proofErr w:type="spellStart"/>
      <w:r w:rsidRPr="00343D26">
        <w:t>hoàn</w:t>
      </w:r>
      <w:proofErr w:type="spellEnd"/>
      <w:r w:rsidRPr="00343D26">
        <w:t xml:space="preserve"> </w:t>
      </w:r>
      <w:proofErr w:type="spellStart"/>
      <w:r w:rsidRPr="00343D26">
        <w:t>thiện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>.</w:t>
      </w:r>
    </w:p>
    <w:p w14:paraId="2F8F3B30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rFonts w:ascii="微軟正黑體" w:eastAsia="微軟正黑體" w:hAnsi="微軟正黑體" w:cs="微軟正黑體" w:hint="eastAsia"/>
          <w:b/>
          <w:bCs/>
        </w:rPr>
        <w:t>飞溅</w:t>
      </w:r>
      <w:r w:rsidRPr="00343D26">
        <w:rPr>
          <w:rFonts w:ascii="MS Mincho" w:eastAsia="MS Mincho" w:hAnsi="MS Mincho" w:cs="MS Mincho" w:hint="eastAsia"/>
          <w:b/>
          <w:bCs/>
        </w:rPr>
        <w:t>效果</w:t>
      </w:r>
      <w:proofErr w:type="spellEnd"/>
      <w:r w:rsidRPr="00343D26">
        <w:rPr>
          <w:b/>
          <w:bCs/>
        </w:rPr>
        <w:t xml:space="preserve"> (Hiệu </w:t>
      </w:r>
      <w:proofErr w:type="spellStart"/>
      <w:r w:rsidRPr="00343D26">
        <w:rPr>
          <w:b/>
          <w:bCs/>
        </w:rPr>
        <w:t>ứng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đốm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văng</w:t>
      </w:r>
      <w:proofErr w:type="spellEnd"/>
      <w:r w:rsidRPr="00343D26">
        <w:rPr>
          <w:b/>
          <w:bCs/>
        </w:rPr>
        <w:t xml:space="preserve"> / </w:t>
      </w:r>
      <w:proofErr w:type="spellStart"/>
      <w:r w:rsidRPr="00343D26">
        <w:rPr>
          <w:b/>
          <w:bCs/>
        </w:rPr>
        <w:t>Bắn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hạt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tiêu</w:t>
      </w:r>
      <w:proofErr w:type="spellEnd"/>
      <w:r w:rsidRPr="00343D26">
        <w:rPr>
          <w:b/>
          <w:bCs/>
        </w:rPr>
        <w:t>):</w:t>
      </w:r>
    </w:p>
    <w:p w14:paraId="068441C7" w14:textId="6C287B54" w:rsidR="00343D26" w:rsidRPr="00343D26" w:rsidRDefault="00343D26" w:rsidP="00343D26">
      <w:pPr>
        <w:spacing w:after="80"/>
      </w:pPr>
      <w:proofErr w:type="spellStart"/>
      <w:r w:rsidRPr="00343D26">
        <w:t>Kỹ</w:t>
      </w:r>
      <w:proofErr w:type="spellEnd"/>
      <w:r w:rsidRPr="00343D26">
        <w:t xml:space="preserve"> </w:t>
      </w:r>
      <w:proofErr w:type="spellStart"/>
      <w:r w:rsidRPr="00343D26">
        <w:t>thuật</w:t>
      </w:r>
      <w:proofErr w:type="spellEnd"/>
      <w:r w:rsidRPr="00343D26">
        <w:t xml:space="preserve"> </w:t>
      </w:r>
      <w:proofErr w:type="spellStart"/>
      <w:r w:rsidRPr="00343D26">
        <w:t>trang</w:t>
      </w:r>
      <w:proofErr w:type="spellEnd"/>
      <w:r w:rsidRPr="00343D26">
        <w:t xml:space="preserve"> </w:t>
      </w:r>
      <w:proofErr w:type="spellStart"/>
      <w:r w:rsidRPr="00343D26">
        <w:t>trí</w:t>
      </w:r>
      <w:proofErr w:type="spellEnd"/>
      <w:r w:rsidRPr="00343D26">
        <w:t xml:space="preserve"> </w:t>
      </w:r>
      <w:proofErr w:type="spellStart"/>
      <w:r w:rsidRPr="00343D26">
        <w:t>bằng</w:t>
      </w:r>
      <w:proofErr w:type="spellEnd"/>
      <w:r w:rsidRPr="00343D26">
        <w:t xml:space="preserve"> </w:t>
      </w:r>
      <w:proofErr w:type="spellStart"/>
      <w:r w:rsidRPr="00343D26">
        <w:t>cách</w:t>
      </w:r>
      <w:proofErr w:type="spellEnd"/>
      <w:r w:rsidRPr="00343D26">
        <w:t xml:space="preserve"> </w:t>
      </w:r>
      <w:proofErr w:type="spellStart"/>
      <w:r w:rsidRPr="00343D26">
        <w:t>phun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vẩy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giọt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tương</w:t>
      </w:r>
      <w:proofErr w:type="spellEnd"/>
      <w:r w:rsidRPr="00343D26">
        <w:t xml:space="preserve"> </w:t>
      </w:r>
      <w:proofErr w:type="spellStart"/>
      <w:r w:rsidRPr="00343D26">
        <w:t>phản</w:t>
      </w:r>
      <w:proofErr w:type="spellEnd"/>
      <w:r w:rsidRPr="00343D26">
        <w:t xml:space="preserve"> </w:t>
      </w:r>
      <w:proofErr w:type="spellStart"/>
      <w:r w:rsidRPr="00343D26">
        <w:t>với</w:t>
      </w:r>
      <w:proofErr w:type="spellEnd"/>
      <w:r w:rsidRPr="00343D26">
        <w:t xml:space="preserve"> </w:t>
      </w:r>
      <w:proofErr w:type="spellStart"/>
      <w:r w:rsidRPr="00343D26">
        <w:t>kích</w:t>
      </w:r>
      <w:proofErr w:type="spellEnd"/>
      <w:r w:rsidRPr="00343D26">
        <w:t xml:space="preserve"> </w:t>
      </w:r>
      <w:proofErr w:type="spellStart"/>
      <w:r w:rsidRPr="00343D26">
        <w:t>thước</w:t>
      </w:r>
      <w:proofErr w:type="spellEnd"/>
      <w:r w:rsidRPr="00343D26">
        <w:t xml:space="preserve"> </w:t>
      </w:r>
      <w:proofErr w:type="spellStart"/>
      <w:r w:rsidRPr="00343D26">
        <w:t>không</w:t>
      </w:r>
      <w:proofErr w:type="spellEnd"/>
      <w:r w:rsidRPr="00343D26">
        <w:t xml:space="preserve"> </w:t>
      </w:r>
      <w:proofErr w:type="spellStart"/>
      <w:r w:rsidRPr="00343D26">
        <w:t>đồng</w:t>
      </w:r>
      <w:proofErr w:type="spellEnd"/>
      <w:r w:rsidRPr="00343D26">
        <w:t xml:space="preserve"> </w:t>
      </w:r>
      <w:proofErr w:type="spellStart"/>
      <w:r w:rsidRPr="00343D26">
        <w:t>đều</w:t>
      </w:r>
      <w:proofErr w:type="spellEnd"/>
      <w:r w:rsidRPr="00343D26">
        <w:t xml:space="preserve"> </w:t>
      </w:r>
      <w:proofErr w:type="spellStart"/>
      <w:r w:rsidRPr="00343D26">
        <w:t>lên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,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diện</w:t>
      </w:r>
      <w:proofErr w:type="spellEnd"/>
      <w:r w:rsidRPr="00343D26">
        <w:t xml:space="preserve"> </w:t>
      </w:r>
      <w:proofErr w:type="spellStart"/>
      <w:r w:rsidRPr="00343D26">
        <w:t>mạo</w:t>
      </w:r>
      <w:proofErr w:type="spellEnd"/>
      <w:r w:rsidRPr="00343D26">
        <w:t xml:space="preserve"> </w:t>
      </w:r>
      <w:proofErr w:type="spellStart"/>
      <w:r w:rsidRPr="00343D26">
        <w:t>chấm</w:t>
      </w:r>
      <w:proofErr w:type="spellEnd"/>
      <w:r w:rsidRPr="00343D26">
        <w:t xml:space="preserve"> </w:t>
      </w:r>
      <w:proofErr w:type="spellStart"/>
      <w:r w:rsidRPr="00343D26">
        <w:t>đốm</w:t>
      </w:r>
      <w:proofErr w:type="spellEnd"/>
      <w:r w:rsidRPr="00343D26">
        <w:t xml:space="preserve"> li </w:t>
      </w:r>
      <w:proofErr w:type="spellStart"/>
      <w:r w:rsidRPr="00343D26">
        <w:t>ti</w:t>
      </w:r>
      <w:proofErr w:type="spellEnd"/>
      <w:r w:rsidRPr="00343D26">
        <w:t xml:space="preserve"> </w:t>
      </w:r>
      <w:proofErr w:type="spellStart"/>
      <w:r w:rsidRPr="00343D26">
        <w:t>giả</w:t>
      </w:r>
      <w:proofErr w:type="spellEnd"/>
      <w:r w:rsidRPr="00343D26">
        <w:t xml:space="preserve"> </w:t>
      </w:r>
      <w:proofErr w:type="spellStart"/>
      <w:r w:rsidRPr="00343D26">
        <w:t>cổ</w:t>
      </w:r>
      <w:proofErr w:type="spellEnd"/>
      <w:r w:rsidRPr="00343D26">
        <w:t>.</w:t>
      </w:r>
    </w:p>
    <w:p w14:paraId="1ADC2CD0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牛尾</w:t>
      </w:r>
      <w:r w:rsidRPr="00343D26">
        <w:rPr>
          <w:rFonts w:ascii="微軟正黑體" w:eastAsia="微軟正黑體" w:hAnsi="微軟正黑體" w:cs="微軟正黑體" w:hint="eastAsia"/>
          <w:b/>
          <w:bCs/>
        </w:rPr>
        <w:t>纹</w:t>
      </w:r>
      <w:r w:rsidRPr="00343D26">
        <w:rPr>
          <w:rFonts w:ascii="MS Mincho" w:eastAsia="MS Mincho" w:hAnsi="MS Mincho" w:cs="MS Mincho" w:hint="eastAsia"/>
          <w:b/>
          <w:bCs/>
        </w:rPr>
        <w:t>仿古效果</w:t>
      </w:r>
      <w:proofErr w:type="spellEnd"/>
      <w:r w:rsidRPr="00343D26">
        <w:rPr>
          <w:b/>
          <w:bCs/>
        </w:rPr>
        <w:t xml:space="preserve"> (Hiệu </w:t>
      </w:r>
      <w:proofErr w:type="spellStart"/>
      <w:r w:rsidRPr="00343D26">
        <w:rPr>
          <w:b/>
          <w:bCs/>
        </w:rPr>
        <w:t>ứng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đuôi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bò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giả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cổ</w:t>
      </w:r>
      <w:proofErr w:type="spellEnd"/>
      <w:r w:rsidRPr="00343D26">
        <w:rPr>
          <w:b/>
          <w:bCs/>
        </w:rPr>
        <w:t>):</w:t>
      </w:r>
    </w:p>
    <w:p w14:paraId="752DB7E5" w14:textId="68103741" w:rsidR="00343D26" w:rsidRPr="00343D26" w:rsidRDefault="00343D26" w:rsidP="00343D26">
      <w:pPr>
        <w:spacing w:after="80"/>
      </w:pPr>
      <w:proofErr w:type="spellStart"/>
      <w:r w:rsidRPr="00343D26">
        <w:t>Được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bởi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vệt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glaze </w:t>
      </w:r>
      <w:proofErr w:type="spellStart"/>
      <w:r w:rsidRPr="00343D26">
        <w:t>đậm</w:t>
      </w:r>
      <w:proofErr w:type="spellEnd"/>
      <w:r w:rsidRPr="00343D26">
        <w:t xml:space="preserve">, </w:t>
      </w:r>
      <w:proofErr w:type="spellStart"/>
      <w:r w:rsidRPr="00343D26">
        <w:t>lượn</w:t>
      </w:r>
      <w:proofErr w:type="spellEnd"/>
      <w:r w:rsidRPr="00343D26">
        <w:t xml:space="preserve"> </w:t>
      </w:r>
      <w:proofErr w:type="spellStart"/>
      <w:r w:rsidRPr="00343D26">
        <w:t>sóng</w:t>
      </w:r>
      <w:proofErr w:type="spellEnd"/>
      <w:r w:rsidRPr="00343D26">
        <w:t xml:space="preserve"> </w:t>
      </w:r>
      <w:proofErr w:type="spellStart"/>
      <w:r w:rsidRPr="00343D26">
        <w:t>giống</w:t>
      </w:r>
      <w:proofErr w:type="spellEnd"/>
      <w:r w:rsidRPr="00343D26">
        <w:t xml:space="preserve"> </w:t>
      </w:r>
      <w:proofErr w:type="spellStart"/>
      <w:r w:rsidRPr="00343D26">
        <w:t>hình</w:t>
      </w:r>
      <w:proofErr w:type="spellEnd"/>
      <w:r w:rsidRPr="00343D26">
        <w:t xml:space="preserve"> </w:t>
      </w:r>
      <w:proofErr w:type="spellStart"/>
      <w:r w:rsidRPr="00343D26">
        <w:t>đuôi</w:t>
      </w:r>
      <w:proofErr w:type="spellEnd"/>
      <w:r w:rsidRPr="00343D26">
        <w:t xml:space="preserve"> </w:t>
      </w:r>
      <w:proofErr w:type="spellStart"/>
      <w:r w:rsidRPr="00343D26">
        <w:t>bò</w:t>
      </w:r>
      <w:proofErr w:type="spellEnd"/>
      <w:r w:rsidRPr="00343D26">
        <w:t xml:space="preserve">. Khi </w:t>
      </w:r>
      <w:proofErr w:type="spellStart"/>
      <w:r w:rsidRPr="00343D26">
        <w:t>thi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, </w:t>
      </w: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cọ</w:t>
      </w:r>
      <w:proofErr w:type="spellEnd"/>
      <w:r w:rsidRPr="00343D26">
        <w:t xml:space="preserve"> </w:t>
      </w:r>
      <w:proofErr w:type="spellStart"/>
      <w:r w:rsidRPr="00343D26">
        <w:t>kéo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quét</w:t>
      </w:r>
      <w:proofErr w:type="spellEnd"/>
      <w:r w:rsidRPr="00343D26">
        <w:t xml:space="preserve"> glaze </w:t>
      </w:r>
      <w:proofErr w:type="spellStart"/>
      <w:r w:rsidRPr="00343D26">
        <w:t>trên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đã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vệt</w:t>
      </w:r>
      <w:proofErr w:type="spellEnd"/>
      <w:r w:rsidRPr="00343D26">
        <w:t xml:space="preserve"> </w:t>
      </w:r>
      <w:proofErr w:type="spellStart"/>
      <w:r w:rsidRPr="00343D26">
        <w:t>lượn</w:t>
      </w:r>
      <w:proofErr w:type="spellEnd"/>
      <w:r w:rsidRPr="00343D26">
        <w:t xml:space="preserve"> </w:t>
      </w:r>
      <w:proofErr w:type="spellStart"/>
      <w:r w:rsidRPr="00343D26">
        <w:t>sóng</w:t>
      </w:r>
      <w:proofErr w:type="spellEnd"/>
      <w:r w:rsidRPr="00343D26">
        <w:t xml:space="preserve"> </w:t>
      </w:r>
      <w:proofErr w:type="spellStart"/>
      <w:r w:rsidRPr="00343D26">
        <w:t>giả</w:t>
      </w:r>
      <w:proofErr w:type="spellEnd"/>
      <w:r w:rsidRPr="00343D26">
        <w:t xml:space="preserve"> </w:t>
      </w:r>
      <w:proofErr w:type="spellStart"/>
      <w:r w:rsidRPr="00343D26">
        <w:t>cổ</w:t>
      </w:r>
      <w:proofErr w:type="spellEnd"/>
      <w:r w:rsidRPr="00343D26">
        <w:t>.</w:t>
      </w:r>
    </w:p>
    <w:p w14:paraId="75F4CC9E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薄封</w:t>
      </w:r>
      <w:r w:rsidRPr="00343D26">
        <w:rPr>
          <w:rFonts w:ascii="微軟正黑體" w:eastAsia="微軟正黑體" w:hAnsi="微軟正黑體" w:cs="微軟正黑體" w:hint="eastAsia"/>
          <w:b/>
          <w:bCs/>
        </w:rPr>
        <w:t>闭</w:t>
      </w:r>
      <w:r w:rsidRPr="00343D26">
        <w:rPr>
          <w:rFonts w:ascii="MS Mincho" w:eastAsia="MS Mincho" w:hAnsi="MS Mincho" w:cs="MS Mincho" w:hint="eastAsia"/>
          <w:b/>
          <w:bCs/>
        </w:rPr>
        <w:t>底漆</w:t>
      </w:r>
      <w:proofErr w:type="spellEnd"/>
      <w:r w:rsidRPr="00343D26">
        <w:rPr>
          <w:b/>
          <w:bCs/>
        </w:rPr>
        <w:t xml:space="preserve"> (</w:t>
      </w:r>
      <w:proofErr w:type="spellStart"/>
      <w:r w:rsidRPr="00343D26">
        <w:rPr>
          <w:b/>
          <w:bCs/>
        </w:rPr>
        <w:t>Washcoat</w:t>
      </w:r>
      <w:proofErr w:type="spellEnd"/>
      <w:r w:rsidRPr="00343D26">
        <w:rPr>
          <w:b/>
          <w:bCs/>
        </w:rPr>
        <w:t xml:space="preserve">) (Sơn </w:t>
      </w:r>
      <w:proofErr w:type="spellStart"/>
      <w:r w:rsidRPr="00343D26">
        <w:rPr>
          <w:b/>
          <w:bCs/>
        </w:rPr>
        <w:t>lót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áo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mỏng</w:t>
      </w:r>
      <w:proofErr w:type="spellEnd"/>
      <w:r w:rsidRPr="00343D26">
        <w:rPr>
          <w:b/>
          <w:bCs/>
        </w:rPr>
        <w:t>):</w:t>
      </w:r>
    </w:p>
    <w:p w14:paraId="712396A9" w14:textId="5124AEA0" w:rsidR="00343D26" w:rsidRPr="00343D26" w:rsidRDefault="00343D26" w:rsidP="00343D26">
      <w:pPr>
        <w:spacing w:after="80"/>
      </w:pP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lót</w:t>
      </w:r>
      <w:proofErr w:type="spellEnd"/>
      <w:r w:rsidRPr="00343D26">
        <w:t xml:space="preserve"> </w:t>
      </w:r>
      <w:proofErr w:type="spellStart"/>
      <w:r w:rsidRPr="00343D26">
        <w:t>pha</w:t>
      </w:r>
      <w:proofErr w:type="spellEnd"/>
      <w:r w:rsidRPr="00343D26">
        <w:t xml:space="preserve"> </w:t>
      </w:r>
      <w:proofErr w:type="spellStart"/>
      <w:r w:rsidRPr="00343D26">
        <w:t>rất</w:t>
      </w:r>
      <w:proofErr w:type="spellEnd"/>
      <w:r w:rsidRPr="00343D26">
        <w:t xml:space="preserve"> </w:t>
      </w:r>
      <w:proofErr w:type="spellStart"/>
      <w:r w:rsidRPr="00343D26">
        <w:t>loãng</w:t>
      </w:r>
      <w:proofErr w:type="spellEnd"/>
      <w:r w:rsidRPr="00343D26">
        <w:t xml:space="preserve">, </w:t>
      </w:r>
      <w:proofErr w:type="spellStart"/>
      <w:r w:rsidRPr="00343D26">
        <w:t>màng</w:t>
      </w:r>
      <w:proofErr w:type="spellEnd"/>
      <w:r w:rsidRPr="00343D26">
        <w:t xml:space="preserve"> </w:t>
      </w:r>
      <w:proofErr w:type="spellStart"/>
      <w:r w:rsidRPr="00343D26">
        <w:t>cực</w:t>
      </w:r>
      <w:proofErr w:type="spellEnd"/>
      <w:r w:rsidRPr="00343D26">
        <w:t xml:space="preserve"> </w:t>
      </w:r>
      <w:proofErr w:type="spellStart"/>
      <w:r w:rsidRPr="00343D26">
        <w:t>mỏng</w:t>
      </w:r>
      <w:proofErr w:type="spellEnd"/>
      <w:r w:rsidRPr="00343D26">
        <w:t xml:space="preserve"> (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nhớt</w:t>
      </w:r>
      <w:proofErr w:type="spellEnd"/>
      <w:r w:rsidRPr="00343D26">
        <w:t xml:space="preserve"> </w:t>
      </w:r>
      <w:proofErr w:type="spellStart"/>
      <w:r w:rsidRPr="00343D26">
        <w:t>tiêu</w:t>
      </w:r>
      <w:proofErr w:type="spellEnd"/>
      <w:r w:rsidRPr="00343D26">
        <w:t xml:space="preserve"> </w:t>
      </w:r>
      <w:proofErr w:type="spellStart"/>
      <w:r w:rsidRPr="00343D26">
        <w:t>chuẩn</w:t>
      </w:r>
      <w:proofErr w:type="spellEnd"/>
      <w:r w:rsidRPr="00343D26">
        <w:t xml:space="preserve"> 10–12 </w:t>
      </w:r>
      <w:proofErr w:type="spellStart"/>
      <w:r w:rsidRPr="00343D26">
        <w:t>giây</w:t>
      </w:r>
      <w:proofErr w:type="spellEnd"/>
      <w:r w:rsidRPr="00343D26">
        <w:t xml:space="preserve">), </w:t>
      </w:r>
      <w:proofErr w:type="spellStart"/>
      <w:r w:rsidRPr="00343D26">
        <w:t>quét</w:t>
      </w:r>
      <w:proofErr w:type="spellEnd"/>
      <w:r w:rsidRPr="00343D26">
        <w:t xml:space="preserve"> </w:t>
      </w:r>
      <w:proofErr w:type="spellStart"/>
      <w:r w:rsidRPr="00343D26">
        <w:t>trực</w:t>
      </w:r>
      <w:proofErr w:type="spellEnd"/>
      <w:r w:rsidRPr="00343D26">
        <w:t xml:space="preserve"> </w:t>
      </w:r>
      <w:proofErr w:type="spellStart"/>
      <w:r w:rsidRPr="00343D26">
        <w:t>tiếp</w:t>
      </w:r>
      <w:proofErr w:type="spellEnd"/>
      <w:r w:rsidRPr="00343D26">
        <w:t xml:space="preserve"> </w:t>
      </w:r>
      <w:proofErr w:type="spellStart"/>
      <w:r w:rsidRPr="00343D26">
        <w:t>lên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gỗ</w:t>
      </w:r>
      <w:proofErr w:type="spellEnd"/>
      <w:r w:rsidRPr="00343D26">
        <w:t xml:space="preserve"> </w:t>
      </w:r>
      <w:proofErr w:type="spellStart"/>
      <w:r w:rsidRPr="00343D26">
        <w:t>thô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bít</w:t>
      </w:r>
      <w:proofErr w:type="spellEnd"/>
      <w:r w:rsidRPr="00343D26">
        <w:t xml:space="preserve"> </w:t>
      </w:r>
      <w:proofErr w:type="spellStart"/>
      <w:r w:rsidRPr="00343D26">
        <w:t>kín</w:t>
      </w:r>
      <w:proofErr w:type="spellEnd"/>
      <w:r w:rsidRPr="00343D26">
        <w:t xml:space="preserve"> </w:t>
      </w:r>
      <w:proofErr w:type="spellStart"/>
      <w:r w:rsidRPr="00343D26">
        <w:t>một</w:t>
      </w:r>
      <w:proofErr w:type="spellEnd"/>
      <w:r w:rsidRPr="00343D26">
        <w:t xml:space="preserve"> </w:t>
      </w:r>
      <w:proofErr w:type="spellStart"/>
      <w:r w:rsidRPr="00343D26">
        <w:t>phần</w:t>
      </w:r>
      <w:proofErr w:type="spellEnd"/>
      <w:r w:rsidRPr="00343D26">
        <w:t xml:space="preserve"> </w:t>
      </w:r>
      <w:proofErr w:type="spellStart"/>
      <w:r w:rsidRPr="00343D26">
        <w:t>lỗ</w:t>
      </w:r>
      <w:proofErr w:type="spellEnd"/>
      <w:r w:rsidRPr="00343D26">
        <w:t xml:space="preserve"> </w:t>
      </w:r>
      <w:proofErr w:type="spellStart"/>
      <w:r w:rsidRPr="00343D26">
        <w:t>xốp</w:t>
      </w:r>
      <w:proofErr w:type="spellEnd"/>
      <w:r w:rsidRPr="00343D26">
        <w:t xml:space="preserve">. </w:t>
      </w:r>
      <w:proofErr w:type="spellStart"/>
      <w:r w:rsidRPr="00343D26">
        <w:t>Giúp</w:t>
      </w:r>
      <w:proofErr w:type="spellEnd"/>
      <w:r w:rsidRPr="00343D26">
        <w:t xml:space="preserve"> </w:t>
      </w:r>
      <w:proofErr w:type="spellStart"/>
      <w:r w:rsidRPr="00343D26">
        <w:t>giảm</w:t>
      </w:r>
      <w:proofErr w:type="spellEnd"/>
      <w:r w:rsidRPr="00343D26">
        <w:t xml:space="preserve"> </w:t>
      </w:r>
      <w:proofErr w:type="spellStart"/>
      <w:r w:rsidRPr="00343D26">
        <w:t>hiện</w:t>
      </w:r>
      <w:proofErr w:type="spellEnd"/>
      <w:r w:rsidRPr="00343D26">
        <w:t xml:space="preserve"> </w:t>
      </w:r>
      <w:proofErr w:type="spellStart"/>
      <w:r w:rsidRPr="00343D26">
        <w:t>tượng</w:t>
      </w:r>
      <w:proofErr w:type="spellEnd"/>
      <w:r w:rsidRPr="00343D26">
        <w:t xml:space="preserve"> </w:t>
      </w:r>
      <w:proofErr w:type="spellStart"/>
      <w:r w:rsidRPr="00343D26">
        <w:t>hút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quá</w:t>
      </w:r>
      <w:proofErr w:type="spellEnd"/>
      <w:r w:rsidRPr="00343D26">
        <w:t xml:space="preserve"> </w:t>
      </w:r>
      <w:proofErr w:type="spellStart"/>
      <w:r w:rsidRPr="00343D26">
        <w:t>mức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chống</w:t>
      </w:r>
      <w:proofErr w:type="spellEnd"/>
      <w:r w:rsidRPr="00343D26">
        <w:t xml:space="preserve"> </w:t>
      </w:r>
      <w:proofErr w:type="spellStart"/>
      <w:r w:rsidRPr="00343D26">
        <w:t>loang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>/</w:t>
      </w:r>
      <w:proofErr w:type="spellStart"/>
      <w:r w:rsidRPr="00343D26">
        <w:t>đốm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, </w:t>
      </w:r>
      <w:proofErr w:type="spellStart"/>
      <w:r w:rsidRPr="00343D26">
        <w:t>giúp</w:t>
      </w:r>
      <w:proofErr w:type="spellEnd"/>
      <w:r w:rsidRPr="00343D26">
        <w:t xml:space="preserve"> </w:t>
      </w:r>
      <w:proofErr w:type="spellStart"/>
      <w:r w:rsidRPr="00343D26">
        <w:t>bước</w:t>
      </w:r>
      <w:proofErr w:type="spellEnd"/>
      <w:r w:rsidRPr="00343D26">
        <w:t xml:space="preserve"> </w:t>
      </w:r>
      <w:proofErr w:type="spellStart"/>
      <w:r w:rsidRPr="00343D26">
        <w:t>nhuộm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đều</w:t>
      </w:r>
      <w:proofErr w:type="spellEnd"/>
      <w:r w:rsidRPr="00343D26">
        <w:t xml:space="preserve"> </w:t>
      </w:r>
      <w:proofErr w:type="spellStart"/>
      <w:r w:rsidRPr="00343D26">
        <w:t>hơn</w:t>
      </w:r>
      <w:proofErr w:type="spellEnd"/>
      <w:r w:rsidRPr="00343D26">
        <w:t xml:space="preserve">; </w:t>
      </w:r>
      <w:proofErr w:type="spellStart"/>
      <w:r w:rsidRPr="00343D26">
        <w:t>có</w:t>
      </w:r>
      <w:proofErr w:type="spellEnd"/>
      <w:r w:rsidRPr="00343D26">
        <w:t xml:space="preserve"> </w:t>
      </w:r>
      <w:proofErr w:type="spellStart"/>
      <w:r w:rsidRPr="00343D26">
        <w:t>thể</w:t>
      </w:r>
      <w:proofErr w:type="spellEnd"/>
      <w:r w:rsidRPr="00343D26">
        <w:t xml:space="preserve"> </w:t>
      </w:r>
      <w:proofErr w:type="spellStart"/>
      <w:r w:rsidRPr="00343D26">
        <w:t>xả</w:t>
      </w:r>
      <w:proofErr w:type="spellEnd"/>
      <w:r w:rsidRPr="00343D26">
        <w:t xml:space="preserve"> </w:t>
      </w:r>
      <w:proofErr w:type="spellStart"/>
      <w:r w:rsidRPr="00343D26">
        <w:t>nhám</w:t>
      </w:r>
      <w:proofErr w:type="spellEnd"/>
      <w:r w:rsidRPr="00343D26">
        <w:t xml:space="preserve"> </w:t>
      </w:r>
      <w:proofErr w:type="spellStart"/>
      <w:r w:rsidRPr="00343D26">
        <w:t>nhẹ</w:t>
      </w:r>
      <w:proofErr w:type="spellEnd"/>
      <w:r w:rsidRPr="00343D26">
        <w:t>.</w:t>
      </w:r>
    </w:p>
    <w:p w14:paraId="7D57C5D4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封</w:t>
      </w:r>
      <w:r w:rsidRPr="00343D26">
        <w:rPr>
          <w:rFonts w:ascii="微軟正黑體" w:eastAsia="微軟正黑體" w:hAnsi="微軟正黑體" w:cs="微軟正黑體" w:hint="eastAsia"/>
          <w:b/>
          <w:bCs/>
        </w:rPr>
        <w:t>闭</w:t>
      </w:r>
      <w:r w:rsidRPr="00343D26">
        <w:rPr>
          <w:rFonts w:ascii="MS Mincho" w:eastAsia="MS Mincho" w:hAnsi="MS Mincho" w:cs="MS Mincho" w:hint="eastAsia"/>
          <w:b/>
          <w:bCs/>
        </w:rPr>
        <w:t>底漆</w:t>
      </w:r>
      <w:proofErr w:type="spellEnd"/>
      <w:r w:rsidRPr="00343D26">
        <w:rPr>
          <w:b/>
          <w:bCs/>
        </w:rPr>
        <w:t xml:space="preserve"> (Sealer) (Sơn </w:t>
      </w:r>
      <w:proofErr w:type="spellStart"/>
      <w:r w:rsidRPr="00343D26">
        <w:rPr>
          <w:b/>
          <w:bCs/>
        </w:rPr>
        <w:t>lót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bít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tim</w:t>
      </w:r>
      <w:proofErr w:type="spellEnd"/>
      <w:r w:rsidRPr="00343D26">
        <w:rPr>
          <w:b/>
          <w:bCs/>
        </w:rPr>
        <w:t>):</w:t>
      </w:r>
    </w:p>
    <w:p w14:paraId="5283E1FC" w14:textId="074C0D31" w:rsidR="00343D26" w:rsidRPr="00343D26" w:rsidRDefault="00343D26" w:rsidP="00343D26">
      <w:pPr>
        <w:spacing w:after="80"/>
      </w:pP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trong</w:t>
      </w:r>
      <w:proofErr w:type="spellEnd"/>
      <w:r w:rsidRPr="00343D26">
        <w:t xml:space="preserve"> </w:t>
      </w:r>
      <w:proofErr w:type="spellStart"/>
      <w:r w:rsidRPr="00343D26">
        <w:t>suốt</w:t>
      </w:r>
      <w:proofErr w:type="spellEnd"/>
      <w:r w:rsidRPr="00343D26">
        <w:t xml:space="preserve"> (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nhớt</w:t>
      </w:r>
      <w:proofErr w:type="spellEnd"/>
      <w:r w:rsidRPr="00343D26">
        <w:t xml:space="preserve"> </w:t>
      </w:r>
      <w:proofErr w:type="spellStart"/>
      <w:r w:rsidRPr="00343D26">
        <w:t>tiêu</w:t>
      </w:r>
      <w:proofErr w:type="spellEnd"/>
      <w:r w:rsidRPr="00343D26">
        <w:t xml:space="preserve"> </w:t>
      </w:r>
      <w:proofErr w:type="spellStart"/>
      <w:r w:rsidRPr="00343D26">
        <w:t>chuẩn</w:t>
      </w:r>
      <w:proofErr w:type="spellEnd"/>
      <w:r w:rsidRPr="00343D26">
        <w:t xml:space="preserve"> 12–16 </w:t>
      </w:r>
      <w:proofErr w:type="spellStart"/>
      <w:r w:rsidRPr="00343D26">
        <w:t>giây</w:t>
      </w:r>
      <w:proofErr w:type="spellEnd"/>
      <w:r w:rsidRPr="00343D26">
        <w:t xml:space="preserve">), </w:t>
      </w:r>
      <w:proofErr w:type="spellStart"/>
      <w:r w:rsidRPr="00343D26">
        <w:t>thi</w:t>
      </w:r>
      <w:proofErr w:type="spellEnd"/>
      <w:r w:rsidRPr="00343D26">
        <w:t xml:space="preserve"> </w:t>
      </w:r>
      <w:proofErr w:type="spellStart"/>
      <w:r w:rsidRPr="00343D26">
        <w:t>công</w:t>
      </w:r>
      <w:proofErr w:type="spellEnd"/>
      <w:r w:rsidRPr="00343D26">
        <w:t xml:space="preserve"> </w:t>
      </w:r>
      <w:proofErr w:type="spellStart"/>
      <w:r w:rsidRPr="00343D26">
        <w:t>sau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,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nền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glaze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khóa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bảo</w:t>
      </w:r>
      <w:proofErr w:type="spellEnd"/>
      <w:r w:rsidRPr="00343D26">
        <w:t xml:space="preserve"> </w:t>
      </w:r>
      <w:proofErr w:type="spellStart"/>
      <w:r w:rsidRPr="00343D26">
        <w:t>vệ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bên</w:t>
      </w:r>
      <w:proofErr w:type="spellEnd"/>
      <w:r w:rsidRPr="00343D26">
        <w:t xml:space="preserve"> </w:t>
      </w:r>
      <w:proofErr w:type="spellStart"/>
      <w:r w:rsidRPr="00343D26">
        <w:t>dưới</w:t>
      </w:r>
      <w:proofErr w:type="spellEnd"/>
      <w:r w:rsidRPr="00343D26">
        <w:t xml:space="preserve">. </w:t>
      </w:r>
      <w:proofErr w:type="spellStart"/>
      <w:r w:rsidRPr="00343D26">
        <w:t>Ngăn</w:t>
      </w:r>
      <w:proofErr w:type="spellEnd"/>
      <w:r w:rsidRPr="00343D26">
        <w:t xml:space="preserve"> </w:t>
      </w:r>
      <w:proofErr w:type="spellStart"/>
      <w:r w:rsidRPr="00343D26">
        <w:t>ngừa</w:t>
      </w:r>
      <w:proofErr w:type="spellEnd"/>
      <w:r w:rsidRPr="00343D26">
        <w:t xml:space="preserve"> </w:t>
      </w:r>
      <w:proofErr w:type="spellStart"/>
      <w:r w:rsidRPr="00343D26">
        <w:t>phai</w:t>
      </w:r>
      <w:proofErr w:type="spellEnd"/>
      <w:r w:rsidRPr="00343D26">
        <w:t>/</w:t>
      </w:r>
      <w:proofErr w:type="spellStart"/>
      <w:r w:rsidRPr="00343D26">
        <w:t>lem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phẳng</w:t>
      </w:r>
      <w:proofErr w:type="spellEnd"/>
      <w:r w:rsidRPr="00343D26">
        <w:t xml:space="preserve">, </w:t>
      </w:r>
      <w:proofErr w:type="spellStart"/>
      <w:r w:rsidRPr="00343D26">
        <w:t>dễ</w:t>
      </w:r>
      <w:proofErr w:type="spellEnd"/>
      <w:r w:rsidRPr="00343D26">
        <w:t xml:space="preserve"> </w:t>
      </w:r>
      <w:proofErr w:type="spellStart"/>
      <w:r w:rsidRPr="00343D26">
        <w:t>xả</w:t>
      </w:r>
      <w:proofErr w:type="spellEnd"/>
      <w:r w:rsidRPr="00343D26">
        <w:t xml:space="preserve"> </w:t>
      </w:r>
      <w:proofErr w:type="spellStart"/>
      <w:r w:rsidRPr="00343D26">
        <w:t>nhám</w:t>
      </w:r>
      <w:proofErr w:type="spellEnd"/>
      <w:r w:rsidRPr="00343D26">
        <w:t xml:space="preserve"> </w:t>
      </w:r>
      <w:proofErr w:type="spellStart"/>
      <w:r w:rsidRPr="00343D26">
        <w:t>trước</w:t>
      </w:r>
      <w:proofErr w:type="spellEnd"/>
      <w:r w:rsidRPr="00343D26">
        <w:t xml:space="preserve"> </w:t>
      </w:r>
      <w:proofErr w:type="spellStart"/>
      <w:r w:rsidRPr="00343D26">
        <w:t>khi</w:t>
      </w:r>
      <w:proofErr w:type="spellEnd"/>
      <w:r w:rsidRPr="00343D26">
        <w:t xml:space="preserve"> </w:t>
      </w:r>
      <w:proofErr w:type="spellStart"/>
      <w:r w:rsidRPr="00343D26">
        <w:t>phủ</w:t>
      </w:r>
      <w:proofErr w:type="spellEnd"/>
      <w:r w:rsidRPr="00343D26">
        <w:t xml:space="preserve"> </w:t>
      </w:r>
      <w:proofErr w:type="spellStart"/>
      <w:r w:rsidRPr="00343D26">
        <w:t>bóng</w:t>
      </w:r>
      <w:proofErr w:type="spellEnd"/>
      <w:r w:rsidRPr="00343D26">
        <w:t>.</w:t>
      </w:r>
    </w:p>
    <w:p w14:paraId="28815F68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面漆</w:t>
      </w:r>
      <w:proofErr w:type="spellEnd"/>
      <w:r w:rsidRPr="00343D26">
        <w:rPr>
          <w:b/>
          <w:bCs/>
        </w:rPr>
        <w:t xml:space="preserve"> (Topcoat) (Sơn </w:t>
      </w:r>
      <w:proofErr w:type="spellStart"/>
      <w:r w:rsidRPr="00343D26">
        <w:rPr>
          <w:b/>
          <w:bCs/>
        </w:rPr>
        <w:t>phủ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hoàn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thiện</w:t>
      </w:r>
      <w:proofErr w:type="spellEnd"/>
      <w:r w:rsidRPr="00343D26">
        <w:rPr>
          <w:b/>
          <w:bCs/>
        </w:rPr>
        <w:t xml:space="preserve"> / Sơn </w:t>
      </w:r>
      <w:proofErr w:type="spellStart"/>
      <w:r w:rsidRPr="00343D26">
        <w:rPr>
          <w:b/>
          <w:bCs/>
        </w:rPr>
        <w:t>bóng</w:t>
      </w:r>
      <w:proofErr w:type="spellEnd"/>
      <w:r w:rsidRPr="00343D26">
        <w:rPr>
          <w:b/>
          <w:bCs/>
        </w:rPr>
        <w:t>):</w:t>
      </w:r>
    </w:p>
    <w:p w14:paraId="5E6A5247" w14:textId="0BA2B4D8" w:rsidR="00343D26" w:rsidRPr="00343D26" w:rsidRDefault="00343D26" w:rsidP="00343D26">
      <w:pPr>
        <w:spacing w:after="80"/>
      </w:pP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trong</w:t>
      </w:r>
      <w:proofErr w:type="spellEnd"/>
      <w:r w:rsidRPr="00343D26">
        <w:t xml:space="preserve"> </w:t>
      </w:r>
      <w:proofErr w:type="spellStart"/>
      <w:r w:rsidRPr="00343D26">
        <w:t>suốt</w:t>
      </w:r>
      <w:proofErr w:type="spellEnd"/>
      <w:r w:rsidRPr="00343D26">
        <w:t xml:space="preserve"> </w:t>
      </w:r>
      <w:proofErr w:type="spellStart"/>
      <w:r w:rsidRPr="00343D26">
        <w:t>cuối</w:t>
      </w:r>
      <w:proofErr w:type="spellEnd"/>
      <w:r w:rsidRPr="00343D26">
        <w:t xml:space="preserve"> </w:t>
      </w:r>
      <w:proofErr w:type="spellStart"/>
      <w:r w:rsidRPr="00343D26">
        <w:t>cùng</w:t>
      </w:r>
      <w:proofErr w:type="spellEnd"/>
      <w:r w:rsidRPr="00343D26">
        <w:t xml:space="preserve"> </w:t>
      </w:r>
      <w:proofErr w:type="spellStart"/>
      <w:r w:rsidRPr="00343D26">
        <w:t>phủ</w:t>
      </w:r>
      <w:proofErr w:type="spellEnd"/>
      <w:r w:rsidRPr="00343D26">
        <w:t xml:space="preserve"> </w:t>
      </w:r>
      <w:proofErr w:type="spellStart"/>
      <w:r w:rsidRPr="00343D26">
        <w:t>lên</w:t>
      </w:r>
      <w:proofErr w:type="spellEnd"/>
      <w:r w:rsidRPr="00343D26">
        <w:t xml:space="preserve"> </w:t>
      </w:r>
      <w:proofErr w:type="spellStart"/>
      <w:r w:rsidRPr="00343D26">
        <w:t>trên</w:t>
      </w:r>
      <w:proofErr w:type="spellEnd"/>
      <w:r w:rsidRPr="00343D26">
        <w:t xml:space="preserve"> </w:t>
      </w:r>
      <w:proofErr w:type="spellStart"/>
      <w:r w:rsidRPr="00343D26">
        <w:t>tất</w:t>
      </w:r>
      <w:proofErr w:type="spellEnd"/>
      <w:r w:rsidRPr="00343D26">
        <w:t xml:space="preserve"> </w:t>
      </w:r>
      <w:proofErr w:type="spellStart"/>
      <w:r w:rsidRPr="00343D26">
        <w:t>cả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trước</w:t>
      </w:r>
      <w:proofErr w:type="spellEnd"/>
      <w:r w:rsidRPr="00343D26">
        <w:t xml:space="preserve"> </w:t>
      </w:r>
      <w:proofErr w:type="spellStart"/>
      <w:r w:rsidRPr="00343D26">
        <w:t>đó</w:t>
      </w:r>
      <w:proofErr w:type="spellEnd"/>
      <w:r w:rsidRPr="00343D26">
        <w:t xml:space="preserve"> (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nhớt</w:t>
      </w:r>
      <w:proofErr w:type="spellEnd"/>
      <w:r w:rsidRPr="00343D26">
        <w:t xml:space="preserve"> </w:t>
      </w:r>
      <w:proofErr w:type="spellStart"/>
      <w:r w:rsidRPr="00343D26">
        <w:t>tiêu</w:t>
      </w:r>
      <w:proofErr w:type="spellEnd"/>
      <w:r w:rsidRPr="00343D26">
        <w:t xml:space="preserve"> </w:t>
      </w:r>
      <w:proofErr w:type="spellStart"/>
      <w:r w:rsidRPr="00343D26">
        <w:t>chuẩn</w:t>
      </w:r>
      <w:proofErr w:type="spellEnd"/>
      <w:r w:rsidRPr="00343D26">
        <w:t xml:space="preserve"> 9–12 </w:t>
      </w:r>
      <w:proofErr w:type="spellStart"/>
      <w:r w:rsidRPr="00343D26">
        <w:t>giây</w:t>
      </w:r>
      <w:proofErr w:type="spellEnd"/>
      <w:r w:rsidRPr="00343D26">
        <w:t xml:space="preserve">), </w:t>
      </w:r>
      <w:proofErr w:type="spellStart"/>
      <w:r w:rsidRPr="00343D26">
        <w:t>giúp</w:t>
      </w:r>
      <w:proofErr w:type="spellEnd"/>
      <w:r w:rsidRPr="00343D26">
        <w:t xml:space="preserve"> </w:t>
      </w:r>
      <w:proofErr w:type="spellStart"/>
      <w:r w:rsidRPr="00343D26">
        <w:t>định</w:t>
      </w:r>
      <w:proofErr w:type="spellEnd"/>
      <w:r w:rsidRPr="00343D26">
        <w:t xml:space="preserve"> </w:t>
      </w:r>
      <w:proofErr w:type="spellStart"/>
      <w:r w:rsidRPr="00343D26">
        <w:t>hình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bóng</w:t>
      </w:r>
      <w:proofErr w:type="spellEnd"/>
      <w:r w:rsidRPr="00343D26">
        <w:t xml:space="preserve"> (</w:t>
      </w:r>
      <w:proofErr w:type="spellStart"/>
      <w:r w:rsidRPr="00343D26">
        <w:t>mờ</w:t>
      </w:r>
      <w:proofErr w:type="spellEnd"/>
      <w:r w:rsidRPr="00343D26">
        <w:t xml:space="preserve">, </w:t>
      </w:r>
      <w:proofErr w:type="spellStart"/>
      <w:r w:rsidRPr="00343D26">
        <w:t>bán</w:t>
      </w:r>
      <w:proofErr w:type="spellEnd"/>
      <w:r w:rsidRPr="00343D26">
        <w:t xml:space="preserve"> </w:t>
      </w:r>
      <w:proofErr w:type="spellStart"/>
      <w:r w:rsidRPr="00343D26">
        <w:t>bóng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bóng</w:t>
      </w:r>
      <w:proofErr w:type="spellEnd"/>
      <w:r w:rsidRPr="00343D26">
        <w:t xml:space="preserve"> </w:t>
      </w:r>
      <w:proofErr w:type="spellStart"/>
      <w:r w:rsidRPr="00343D26">
        <w:t>gương</w:t>
      </w:r>
      <w:proofErr w:type="spellEnd"/>
      <w:r w:rsidRPr="00343D26">
        <w:t xml:space="preserve">), </w:t>
      </w:r>
      <w:proofErr w:type="spellStart"/>
      <w:r w:rsidRPr="00343D26">
        <w:t>mang</w:t>
      </w:r>
      <w:proofErr w:type="spellEnd"/>
      <w:r w:rsidRPr="00343D26">
        <w:t xml:space="preserve"> </w:t>
      </w:r>
      <w:proofErr w:type="spellStart"/>
      <w:r w:rsidRPr="00343D26">
        <w:t>lại</w:t>
      </w:r>
      <w:proofErr w:type="spellEnd"/>
      <w:r w:rsidRPr="00343D26">
        <w:t xml:space="preserve"> </w:t>
      </w:r>
      <w:proofErr w:type="spellStart"/>
      <w:r w:rsidRPr="00343D26">
        <w:t>cảm</w:t>
      </w:r>
      <w:proofErr w:type="spellEnd"/>
      <w:r w:rsidRPr="00343D26">
        <w:t xml:space="preserve"> </w:t>
      </w:r>
      <w:proofErr w:type="spellStart"/>
      <w:r w:rsidRPr="00343D26">
        <w:t>giác</w:t>
      </w:r>
      <w:proofErr w:type="spellEnd"/>
      <w:r w:rsidRPr="00343D26">
        <w:t xml:space="preserve"> </w:t>
      </w:r>
      <w:proofErr w:type="spellStart"/>
      <w:r w:rsidRPr="00343D26">
        <w:t>láng</w:t>
      </w:r>
      <w:proofErr w:type="spellEnd"/>
      <w:r w:rsidRPr="00343D26">
        <w:t xml:space="preserve"> </w:t>
      </w:r>
      <w:proofErr w:type="spellStart"/>
      <w:r w:rsidRPr="00343D26">
        <w:t>mịn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tăng</w:t>
      </w:r>
      <w:proofErr w:type="spellEnd"/>
      <w:r w:rsidRPr="00343D26">
        <w:t xml:space="preserve"> </w:t>
      </w:r>
      <w:proofErr w:type="spellStart"/>
      <w:r w:rsidRPr="00343D26">
        <w:t>độ</w:t>
      </w:r>
      <w:proofErr w:type="spellEnd"/>
      <w:r w:rsidRPr="00343D26">
        <w:t xml:space="preserve"> </w:t>
      </w:r>
      <w:proofErr w:type="spellStart"/>
      <w:r w:rsidRPr="00343D26">
        <w:t>chống</w:t>
      </w:r>
      <w:proofErr w:type="spellEnd"/>
      <w:r w:rsidRPr="00343D26">
        <w:t xml:space="preserve"> </w:t>
      </w:r>
      <w:proofErr w:type="spellStart"/>
      <w:r w:rsidRPr="00343D26">
        <w:t>trầy</w:t>
      </w:r>
      <w:proofErr w:type="spellEnd"/>
      <w:r w:rsidRPr="00343D26">
        <w:t xml:space="preserve"> </w:t>
      </w:r>
      <w:proofErr w:type="spellStart"/>
      <w:r w:rsidRPr="00343D26">
        <w:t>xước</w:t>
      </w:r>
      <w:proofErr w:type="spellEnd"/>
      <w:r w:rsidRPr="00343D26">
        <w:t xml:space="preserve">, </w:t>
      </w:r>
      <w:proofErr w:type="spellStart"/>
      <w:r w:rsidRPr="00343D26">
        <w:t>kháng</w:t>
      </w:r>
      <w:proofErr w:type="spellEnd"/>
      <w:r w:rsidRPr="00343D26">
        <w:t xml:space="preserve"> </w:t>
      </w:r>
      <w:proofErr w:type="spellStart"/>
      <w:r w:rsidRPr="00343D26">
        <w:t>ẩm</w:t>
      </w:r>
      <w:proofErr w:type="spellEnd"/>
      <w:r w:rsidRPr="00343D26">
        <w:t xml:space="preserve">, </w:t>
      </w:r>
      <w:proofErr w:type="spellStart"/>
      <w:r w:rsidRPr="00343D26">
        <w:t>chịu</w:t>
      </w:r>
      <w:proofErr w:type="spellEnd"/>
      <w:r w:rsidRPr="00343D26">
        <w:t xml:space="preserve"> </w:t>
      </w:r>
      <w:proofErr w:type="spellStart"/>
      <w:r w:rsidRPr="00343D26">
        <w:t>mài</w:t>
      </w:r>
      <w:proofErr w:type="spellEnd"/>
      <w:r w:rsidRPr="00343D26">
        <w:t xml:space="preserve"> </w:t>
      </w:r>
      <w:proofErr w:type="spellStart"/>
      <w:r w:rsidRPr="00343D26">
        <w:t>mòn</w:t>
      </w:r>
      <w:proofErr w:type="spellEnd"/>
      <w:r w:rsidRPr="00343D26">
        <w:t>.</w:t>
      </w:r>
    </w:p>
    <w:p w14:paraId="2FE3551F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rFonts w:ascii="微軟正黑體" w:eastAsia="微軟正黑體" w:hAnsi="微軟正黑體" w:cs="微軟正黑體" w:hint="eastAsia"/>
          <w:b/>
          <w:bCs/>
        </w:rPr>
        <w:t>边缘</w:t>
      </w:r>
      <w:r w:rsidRPr="00343D26">
        <w:rPr>
          <w:rFonts w:ascii="MS Mincho" w:eastAsia="MS Mincho" w:hAnsi="MS Mincho" w:cs="MS Mincho" w:hint="eastAsia"/>
          <w:b/>
          <w:bCs/>
        </w:rPr>
        <w:t>擦亮</w:t>
      </w:r>
      <w:proofErr w:type="spellEnd"/>
      <w:r w:rsidRPr="00343D26">
        <w:rPr>
          <w:b/>
          <w:bCs/>
        </w:rPr>
        <w:t xml:space="preserve"> (Burnishing) (</w:t>
      </w:r>
      <w:proofErr w:type="spellStart"/>
      <w:r w:rsidRPr="00343D26">
        <w:rPr>
          <w:b/>
          <w:bCs/>
        </w:rPr>
        <w:t>Đánh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bóng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cạnh</w:t>
      </w:r>
      <w:proofErr w:type="spellEnd"/>
      <w:r w:rsidRPr="00343D26">
        <w:rPr>
          <w:b/>
          <w:bCs/>
        </w:rPr>
        <w:t xml:space="preserve"> / </w:t>
      </w:r>
      <w:proofErr w:type="spellStart"/>
      <w:r w:rsidRPr="00343D26">
        <w:rPr>
          <w:b/>
          <w:bCs/>
        </w:rPr>
        <w:t>Cọ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sáng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mép</w:t>
      </w:r>
      <w:proofErr w:type="spellEnd"/>
      <w:r w:rsidRPr="00343D26">
        <w:rPr>
          <w:b/>
          <w:bCs/>
        </w:rPr>
        <w:t>):</w:t>
      </w:r>
    </w:p>
    <w:p w14:paraId="608AD963" w14:textId="7C00841A" w:rsidR="00343D26" w:rsidRPr="00343D26" w:rsidRDefault="00343D26" w:rsidP="00343D26">
      <w:pPr>
        <w:spacing w:after="80"/>
      </w:pPr>
      <w:proofErr w:type="spellStart"/>
      <w:r w:rsidRPr="00343D26">
        <w:t>Hiện</w:t>
      </w:r>
      <w:proofErr w:type="spellEnd"/>
      <w:r w:rsidRPr="00343D26">
        <w:t xml:space="preserve"> </w:t>
      </w:r>
      <w:proofErr w:type="spellStart"/>
      <w:r w:rsidRPr="00343D26">
        <w:t>tượng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góc</w:t>
      </w:r>
      <w:proofErr w:type="spellEnd"/>
      <w:r w:rsidRPr="00343D26">
        <w:t xml:space="preserve"> </w:t>
      </w:r>
      <w:proofErr w:type="spellStart"/>
      <w:r w:rsidRPr="00343D26">
        <w:t>cạnh</w:t>
      </w:r>
      <w:proofErr w:type="spellEnd"/>
      <w:r w:rsidRPr="00343D26">
        <w:t xml:space="preserve"> </w:t>
      </w:r>
      <w:proofErr w:type="spellStart"/>
      <w:r w:rsidRPr="00343D26">
        <w:t>trở</w:t>
      </w:r>
      <w:proofErr w:type="spellEnd"/>
      <w:r w:rsidRPr="00343D26">
        <w:t xml:space="preserve"> </w:t>
      </w:r>
      <w:proofErr w:type="spellStart"/>
      <w:r w:rsidRPr="00343D26">
        <w:t>nên</w:t>
      </w:r>
      <w:proofErr w:type="spellEnd"/>
      <w:r w:rsidRPr="00343D26">
        <w:t xml:space="preserve"> </w:t>
      </w:r>
      <w:proofErr w:type="spellStart"/>
      <w:r w:rsidRPr="00343D26">
        <w:t>nhẵn</w:t>
      </w:r>
      <w:proofErr w:type="spellEnd"/>
      <w:r w:rsidRPr="00343D26">
        <w:t xml:space="preserve"> </w:t>
      </w:r>
      <w:proofErr w:type="spellStart"/>
      <w:r w:rsidRPr="00343D26">
        <w:t>bóng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sáng</w:t>
      </w:r>
      <w:proofErr w:type="spellEnd"/>
      <w:r w:rsidRPr="00343D26">
        <w:t xml:space="preserve"> </w:t>
      </w:r>
      <w:proofErr w:type="spellStart"/>
      <w:r w:rsidRPr="00343D26">
        <w:t>hơn</w:t>
      </w:r>
      <w:proofErr w:type="spellEnd"/>
      <w:r w:rsidRPr="00343D26">
        <w:t xml:space="preserve"> do ma </w:t>
      </w:r>
      <w:proofErr w:type="spellStart"/>
      <w:r w:rsidRPr="00343D26">
        <w:t>sát</w:t>
      </w:r>
      <w:proofErr w:type="spellEnd"/>
      <w:r w:rsidRPr="00343D26">
        <w:t xml:space="preserve">, </w:t>
      </w:r>
      <w:proofErr w:type="spellStart"/>
      <w:r w:rsidRPr="00343D26">
        <w:t>biểu</w:t>
      </w:r>
      <w:proofErr w:type="spellEnd"/>
      <w:r w:rsidRPr="00343D26">
        <w:t xml:space="preserve"> </w:t>
      </w:r>
      <w:proofErr w:type="spellStart"/>
      <w:r w:rsidRPr="00343D26">
        <w:t>hiện</w:t>
      </w:r>
      <w:proofErr w:type="spellEnd"/>
      <w:r w:rsidRPr="00343D26">
        <w:t xml:space="preserve"> qua </w:t>
      </w:r>
      <w:proofErr w:type="spellStart"/>
      <w:r w:rsidRPr="00343D26">
        <w:t>việc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sẫm</w:t>
      </w:r>
      <w:proofErr w:type="spellEnd"/>
      <w:r w:rsidRPr="00343D26">
        <w:t xml:space="preserve"> </w:t>
      </w:r>
      <w:proofErr w:type="spellStart"/>
      <w:r w:rsidRPr="00343D26">
        <w:t>hơn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bóng</w:t>
      </w:r>
      <w:proofErr w:type="spellEnd"/>
      <w:r w:rsidRPr="00343D26">
        <w:t xml:space="preserve"> </w:t>
      </w:r>
      <w:proofErr w:type="spellStart"/>
      <w:r w:rsidRPr="00343D26">
        <w:t>hơn</w:t>
      </w:r>
      <w:proofErr w:type="spellEnd"/>
      <w:r w:rsidRPr="00343D26">
        <w:t xml:space="preserve"> </w:t>
      </w:r>
      <w:proofErr w:type="spellStart"/>
      <w:r w:rsidRPr="00343D26">
        <w:t>khu</w:t>
      </w:r>
      <w:proofErr w:type="spellEnd"/>
      <w:r w:rsidRPr="00343D26">
        <w:t xml:space="preserve"> </w:t>
      </w:r>
      <w:proofErr w:type="spellStart"/>
      <w:r w:rsidRPr="00343D26">
        <w:t>vực</w:t>
      </w:r>
      <w:proofErr w:type="spellEnd"/>
      <w:r w:rsidRPr="00343D26">
        <w:t xml:space="preserve"> </w:t>
      </w:r>
      <w:proofErr w:type="spellStart"/>
      <w:r w:rsidRPr="00343D26">
        <w:t>xung</w:t>
      </w:r>
      <w:proofErr w:type="spellEnd"/>
      <w:r w:rsidRPr="00343D26">
        <w:t xml:space="preserve"> </w:t>
      </w:r>
      <w:proofErr w:type="spellStart"/>
      <w:r w:rsidRPr="00343D26">
        <w:t>quanh</w:t>
      </w:r>
      <w:proofErr w:type="spellEnd"/>
      <w:r w:rsidRPr="00343D26">
        <w:t xml:space="preserve">. Hiệu </w:t>
      </w:r>
      <w:proofErr w:type="spellStart"/>
      <w:r w:rsidRPr="00343D26">
        <w:t>ứng</w:t>
      </w:r>
      <w:proofErr w:type="spellEnd"/>
      <w:r w:rsidRPr="00343D26">
        <w:t xml:space="preserve"> </w:t>
      </w:r>
      <w:proofErr w:type="spellStart"/>
      <w:r w:rsidRPr="00343D26">
        <w:t>này</w:t>
      </w:r>
      <w:proofErr w:type="spellEnd"/>
      <w:r w:rsidRPr="00343D26">
        <w:t xml:space="preserve"> </w:t>
      </w:r>
      <w:proofErr w:type="spellStart"/>
      <w:r w:rsidRPr="00343D26">
        <w:t>có</w:t>
      </w:r>
      <w:proofErr w:type="spellEnd"/>
      <w:r w:rsidRPr="00343D26">
        <w:t xml:space="preserve"> </w:t>
      </w:r>
      <w:proofErr w:type="spellStart"/>
      <w:r w:rsidRPr="00343D26">
        <w:t>thể</w:t>
      </w:r>
      <w:proofErr w:type="spellEnd"/>
      <w:r w:rsidRPr="00343D26">
        <w:t xml:space="preserve"> </w:t>
      </w:r>
      <w:proofErr w:type="spellStart"/>
      <w:r w:rsidRPr="00343D26">
        <w:t>được</w:t>
      </w:r>
      <w:proofErr w:type="spellEnd"/>
      <w:r w:rsidRPr="00343D26">
        <w:t xml:space="preserve"> </w:t>
      </w:r>
      <w:proofErr w:type="spellStart"/>
      <w:r w:rsidRPr="00343D26">
        <w:t>chủ</w:t>
      </w:r>
      <w:proofErr w:type="spellEnd"/>
      <w:r w:rsidRPr="00343D26">
        <w:t xml:space="preserve"> </w:t>
      </w:r>
      <w:proofErr w:type="spellStart"/>
      <w:r w:rsidRPr="00343D26">
        <w:t>động</w:t>
      </w:r>
      <w:proofErr w:type="spellEnd"/>
      <w:r w:rsidRPr="00343D26">
        <w:t xml:space="preserve"> </w:t>
      </w:r>
      <w:proofErr w:type="spellStart"/>
      <w:r w:rsidRPr="00343D26">
        <w:t>tạo</w:t>
      </w:r>
      <w:proofErr w:type="spellEnd"/>
      <w:r w:rsidRPr="00343D26">
        <w:t xml:space="preserve"> </w:t>
      </w:r>
      <w:proofErr w:type="spellStart"/>
      <w:r w:rsidRPr="00343D26">
        <w:t>ra</w:t>
      </w:r>
      <w:proofErr w:type="spellEnd"/>
      <w:r w:rsidRPr="00343D26">
        <w:t xml:space="preserve"> </w:t>
      </w:r>
      <w:proofErr w:type="spellStart"/>
      <w:r w:rsidRPr="00343D26">
        <w:t>khi</w:t>
      </w:r>
      <w:proofErr w:type="spellEnd"/>
      <w:r w:rsidRPr="00343D26">
        <w:t xml:space="preserve"> </w:t>
      </w:r>
      <w:proofErr w:type="spellStart"/>
      <w:r w:rsidRPr="00343D26">
        <w:t>làm</w:t>
      </w:r>
      <w:proofErr w:type="spellEnd"/>
      <w:r w:rsidRPr="00343D26">
        <w:t xml:space="preserve"> </w:t>
      </w:r>
      <w:proofErr w:type="spellStart"/>
      <w:r w:rsidRPr="00343D26">
        <w:t>giả</w:t>
      </w:r>
      <w:proofErr w:type="spellEnd"/>
      <w:r w:rsidRPr="00343D26">
        <w:t xml:space="preserve"> </w:t>
      </w:r>
      <w:proofErr w:type="spellStart"/>
      <w:r w:rsidRPr="00343D26">
        <w:t>cổ</w:t>
      </w:r>
      <w:proofErr w:type="spellEnd"/>
      <w:r w:rsidRPr="00343D26">
        <w:t xml:space="preserve">,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vô</w:t>
      </w:r>
      <w:proofErr w:type="spellEnd"/>
      <w:r w:rsidRPr="00343D26">
        <w:t xml:space="preserve"> </w:t>
      </w:r>
      <w:proofErr w:type="spellStart"/>
      <w:r w:rsidRPr="00343D26">
        <w:t>tình</w:t>
      </w:r>
      <w:proofErr w:type="spellEnd"/>
      <w:r w:rsidRPr="00343D26">
        <w:t xml:space="preserve"> </w:t>
      </w:r>
      <w:proofErr w:type="spellStart"/>
      <w:r w:rsidRPr="00343D26">
        <w:t>xuất</w:t>
      </w:r>
      <w:proofErr w:type="spellEnd"/>
      <w:r w:rsidRPr="00343D26">
        <w:t xml:space="preserve"> </w:t>
      </w:r>
      <w:proofErr w:type="spellStart"/>
      <w:r w:rsidRPr="00343D26">
        <w:t>hiện</w:t>
      </w:r>
      <w:proofErr w:type="spellEnd"/>
      <w:r w:rsidRPr="00343D26">
        <w:t xml:space="preserve"> do </w:t>
      </w:r>
      <w:proofErr w:type="spellStart"/>
      <w:r w:rsidRPr="00343D26">
        <w:t>va</w:t>
      </w:r>
      <w:proofErr w:type="spellEnd"/>
      <w:r w:rsidRPr="00343D26">
        <w:t xml:space="preserve"> </w:t>
      </w:r>
      <w:proofErr w:type="spellStart"/>
      <w:r w:rsidRPr="00343D26">
        <w:t>quẹt</w:t>
      </w:r>
      <w:proofErr w:type="spellEnd"/>
      <w:r w:rsidRPr="00343D26">
        <w:t xml:space="preserve"> </w:t>
      </w:r>
      <w:proofErr w:type="spellStart"/>
      <w:r w:rsidRPr="00343D26">
        <w:t>gây</w:t>
      </w:r>
      <w:proofErr w:type="spellEnd"/>
      <w:r w:rsidRPr="00343D26">
        <w:t xml:space="preserve"> </w:t>
      </w:r>
      <w:proofErr w:type="spellStart"/>
      <w:r w:rsidRPr="00343D26">
        <w:t>lỗi</w:t>
      </w:r>
      <w:proofErr w:type="spellEnd"/>
      <w:r w:rsidRPr="00343D26">
        <w:t xml:space="preserve"> </w:t>
      </w:r>
      <w:proofErr w:type="spellStart"/>
      <w:r w:rsidRPr="00343D26">
        <w:t>không</w:t>
      </w:r>
      <w:proofErr w:type="spellEnd"/>
      <w:r w:rsidRPr="00343D26">
        <w:t xml:space="preserve"> </w:t>
      </w:r>
      <w:proofErr w:type="spellStart"/>
      <w:r w:rsidRPr="00343D26">
        <w:t>đều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>.</w:t>
      </w:r>
    </w:p>
    <w:p w14:paraId="49C29643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抗黄</w:t>
      </w:r>
      <w:r w:rsidRPr="00343D26">
        <w:rPr>
          <w:rFonts w:ascii="微軟正黑體" w:eastAsia="微軟正黑體" w:hAnsi="微軟正黑體" w:cs="微軟正黑體" w:hint="eastAsia"/>
          <w:b/>
          <w:bCs/>
        </w:rPr>
        <w:t>变</w:t>
      </w:r>
      <w:r w:rsidRPr="00343D26">
        <w:rPr>
          <w:rFonts w:ascii="MS Mincho" w:eastAsia="MS Mincho" w:hAnsi="MS Mincho" w:cs="MS Mincho" w:hint="eastAsia"/>
          <w:b/>
          <w:bCs/>
        </w:rPr>
        <w:t>封</w:t>
      </w:r>
      <w:r w:rsidRPr="00343D26">
        <w:rPr>
          <w:rFonts w:ascii="微軟正黑體" w:eastAsia="微軟正黑體" w:hAnsi="微軟正黑體" w:cs="微軟正黑體" w:hint="eastAsia"/>
          <w:b/>
          <w:bCs/>
        </w:rPr>
        <w:t>闭</w:t>
      </w:r>
      <w:r w:rsidRPr="00343D26">
        <w:rPr>
          <w:rFonts w:ascii="MS Mincho" w:eastAsia="MS Mincho" w:hAnsi="MS Mincho" w:cs="MS Mincho" w:hint="eastAsia"/>
          <w:b/>
          <w:bCs/>
        </w:rPr>
        <w:t>底漆</w:t>
      </w:r>
      <w:proofErr w:type="spellEnd"/>
      <w:r w:rsidRPr="00343D26">
        <w:rPr>
          <w:b/>
          <w:bCs/>
        </w:rPr>
        <w:t xml:space="preserve"> (Sơn </w:t>
      </w:r>
      <w:proofErr w:type="spellStart"/>
      <w:r w:rsidRPr="00343D26">
        <w:rPr>
          <w:b/>
          <w:bCs/>
        </w:rPr>
        <w:t>lót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chống</w:t>
      </w:r>
      <w:proofErr w:type="spellEnd"/>
      <w:r w:rsidRPr="00343D26">
        <w:rPr>
          <w:b/>
          <w:bCs/>
        </w:rPr>
        <w:t xml:space="preserve"> ố </w:t>
      </w:r>
      <w:proofErr w:type="spellStart"/>
      <w:r w:rsidRPr="00343D26">
        <w:rPr>
          <w:b/>
          <w:bCs/>
        </w:rPr>
        <w:t>vàng</w:t>
      </w:r>
      <w:proofErr w:type="spellEnd"/>
      <w:r w:rsidRPr="00343D26">
        <w:rPr>
          <w:b/>
          <w:bCs/>
        </w:rPr>
        <w:t>):</w:t>
      </w:r>
    </w:p>
    <w:p w14:paraId="55634924" w14:textId="3AD8DE25" w:rsidR="00343D26" w:rsidRPr="00343D26" w:rsidRDefault="00343D26" w:rsidP="00343D26">
      <w:pPr>
        <w:spacing w:after="80"/>
      </w:pPr>
      <w:r w:rsidRPr="00343D26">
        <w:t xml:space="preserve">Sơn </w:t>
      </w:r>
      <w:proofErr w:type="spellStart"/>
      <w:r w:rsidRPr="00343D26">
        <w:t>lót</w:t>
      </w:r>
      <w:proofErr w:type="spellEnd"/>
      <w:r w:rsidRPr="00343D26">
        <w:t xml:space="preserve"> </w:t>
      </w:r>
      <w:proofErr w:type="spellStart"/>
      <w:r w:rsidRPr="00343D26">
        <w:t>trong</w:t>
      </w:r>
      <w:proofErr w:type="spellEnd"/>
      <w:r w:rsidRPr="00343D26">
        <w:t xml:space="preserve"> </w:t>
      </w:r>
      <w:proofErr w:type="spellStart"/>
      <w:r w:rsidRPr="00343D26">
        <w:t>suốt</w:t>
      </w:r>
      <w:proofErr w:type="spellEnd"/>
      <w:r w:rsidRPr="00343D26">
        <w:t xml:space="preserve"> </w:t>
      </w:r>
      <w:proofErr w:type="spellStart"/>
      <w:r w:rsidRPr="00343D26">
        <w:t>được</w:t>
      </w:r>
      <w:proofErr w:type="spellEnd"/>
      <w:r w:rsidRPr="00343D26">
        <w:t xml:space="preserve"> </w:t>
      </w:r>
      <w:proofErr w:type="spellStart"/>
      <w:r w:rsidRPr="00343D26">
        <w:t>pha</w:t>
      </w:r>
      <w:proofErr w:type="spellEnd"/>
      <w:r w:rsidRPr="00343D26">
        <w:t xml:space="preserve"> </w:t>
      </w:r>
      <w:proofErr w:type="spellStart"/>
      <w:r w:rsidRPr="00343D26">
        <w:t>chế</w:t>
      </w:r>
      <w:proofErr w:type="spellEnd"/>
      <w:r w:rsidRPr="00343D26">
        <w:t xml:space="preserve"> </w:t>
      </w:r>
      <w:proofErr w:type="spellStart"/>
      <w:r w:rsidRPr="00343D26">
        <w:t>chuyên</w:t>
      </w:r>
      <w:proofErr w:type="spellEnd"/>
      <w:r w:rsidRPr="00343D26">
        <w:t xml:space="preserve"> </w:t>
      </w:r>
      <w:proofErr w:type="spellStart"/>
      <w:r w:rsidRPr="00343D26">
        <w:t>biệt</w:t>
      </w:r>
      <w:proofErr w:type="spellEnd"/>
      <w:r w:rsidRPr="00343D26">
        <w:t xml:space="preserve"> </w:t>
      </w:r>
      <w:proofErr w:type="spellStart"/>
      <w:r w:rsidRPr="00343D26">
        <w:t>nhằm</w:t>
      </w:r>
      <w:proofErr w:type="spellEnd"/>
      <w:r w:rsidRPr="00343D26">
        <w:t xml:space="preserve"> </w:t>
      </w:r>
      <w:proofErr w:type="spellStart"/>
      <w:r w:rsidRPr="00343D26">
        <w:t>hạn</w:t>
      </w:r>
      <w:proofErr w:type="spellEnd"/>
      <w:r w:rsidRPr="00343D26">
        <w:t xml:space="preserve"> </w:t>
      </w:r>
      <w:proofErr w:type="spellStart"/>
      <w:r w:rsidRPr="00343D26">
        <w:t>chế</w:t>
      </w:r>
      <w:proofErr w:type="spellEnd"/>
      <w:r w:rsidRPr="00343D26">
        <w:t xml:space="preserve"> </w:t>
      </w:r>
      <w:proofErr w:type="spellStart"/>
      <w:r w:rsidRPr="00343D26">
        <w:t>tối</w:t>
      </w:r>
      <w:proofErr w:type="spellEnd"/>
      <w:r w:rsidRPr="00343D26">
        <w:t xml:space="preserve"> </w:t>
      </w:r>
      <w:proofErr w:type="spellStart"/>
      <w:r w:rsidRPr="00343D26">
        <w:t>đa</w:t>
      </w:r>
      <w:proofErr w:type="spellEnd"/>
      <w:r w:rsidRPr="00343D26">
        <w:t xml:space="preserve"> </w:t>
      </w:r>
      <w:proofErr w:type="spellStart"/>
      <w:r w:rsidRPr="00343D26">
        <w:t>hiện</w:t>
      </w:r>
      <w:proofErr w:type="spellEnd"/>
      <w:r w:rsidRPr="00343D26">
        <w:t xml:space="preserve"> </w:t>
      </w:r>
      <w:proofErr w:type="spellStart"/>
      <w:r w:rsidRPr="00343D26">
        <w:t>tượng</w:t>
      </w:r>
      <w:proofErr w:type="spellEnd"/>
      <w:r w:rsidRPr="00343D26">
        <w:t xml:space="preserve"> </w:t>
      </w:r>
      <w:proofErr w:type="spellStart"/>
      <w:r w:rsidRPr="00343D26">
        <w:t>ngả</w:t>
      </w:r>
      <w:proofErr w:type="spellEnd"/>
      <w:r w:rsidRPr="00343D26">
        <w:t xml:space="preserve"> </w:t>
      </w:r>
      <w:proofErr w:type="spellStart"/>
      <w:r w:rsidRPr="00343D26">
        <w:t>vàng</w:t>
      </w:r>
      <w:proofErr w:type="spellEnd"/>
      <w:r w:rsidRPr="00343D26">
        <w:t xml:space="preserve"> </w:t>
      </w:r>
      <w:proofErr w:type="spellStart"/>
      <w:r w:rsidRPr="00343D26">
        <w:t>theo</w:t>
      </w:r>
      <w:proofErr w:type="spellEnd"/>
      <w:r w:rsidRPr="00343D26">
        <w:t xml:space="preserve"> </w:t>
      </w:r>
      <w:proofErr w:type="spellStart"/>
      <w:r w:rsidRPr="00343D26">
        <w:t>thời</w:t>
      </w:r>
      <w:proofErr w:type="spellEnd"/>
      <w:r w:rsidRPr="00343D26">
        <w:t xml:space="preserve"> </w:t>
      </w:r>
      <w:proofErr w:type="spellStart"/>
      <w:r w:rsidRPr="00343D26">
        <w:t>gian</w:t>
      </w:r>
      <w:proofErr w:type="spellEnd"/>
      <w:r w:rsidRPr="00343D26">
        <w:t xml:space="preserve">, </w:t>
      </w:r>
      <w:proofErr w:type="spellStart"/>
      <w:r w:rsidRPr="00343D26">
        <w:t>thích</w:t>
      </w:r>
      <w:proofErr w:type="spellEnd"/>
      <w:r w:rsidRPr="00343D26">
        <w:t xml:space="preserve"> </w:t>
      </w:r>
      <w:proofErr w:type="spellStart"/>
      <w:r w:rsidRPr="00343D26">
        <w:t>hợp</w:t>
      </w:r>
      <w:proofErr w:type="spellEnd"/>
      <w:r w:rsidRPr="00343D26">
        <w:t xml:space="preserve"> </w:t>
      </w:r>
      <w:proofErr w:type="spellStart"/>
      <w:r w:rsidRPr="00343D26">
        <w:t>cho</w:t>
      </w:r>
      <w:proofErr w:type="spellEnd"/>
      <w:r w:rsidRPr="00343D26">
        <w:t xml:space="preserve"> </w:t>
      </w:r>
      <w:proofErr w:type="spellStart"/>
      <w:r w:rsidRPr="00343D26">
        <w:t>hệ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trắng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các</w:t>
      </w:r>
      <w:proofErr w:type="spellEnd"/>
      <w:r w:rsidRPr="00343D26">
        <w:t xml:space="preserve"> </w:t>
      </w:r>
      <w:proofErr w:type="spellStart"/>
      <w:r w:rsidRPr="00343D26">
        <w:t>tông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sáng</w:t>
      </w:r>
      <w:proofErr w:type="spellEnd"/>
      <w:r w:rsidRPr="00343D26">
        <w:t>.</w:t>
      </w:r>
    </w:p>
    <w:p w14:paraId="5CF9C2DE" w14:textId="77777777" w:rsidR="00343D26" w:rsidRPr="00343D26" w:rsidRDefault="00343D26" w:rsidP="00343D26">
      <w:pPr>
        <w:numPr>
          <w:ilvl w:val="0"/>
          <w:numId w:val="10"/>
        </w:numPr>
        <w:spacing w:after="80"/>
      </w:pPr>
      <w:proofErr w:type="spellStart"/>
      <w:r w:rsidRPr="00343D26">
        <w:rPr>
          <w:b/>
          <w:bCs/>
        </w:rPr>
        <w:t>抗黄</w:t>
      </w:r>
      <w:r w:rsidRPr="00343D26">
        <w:rPr>
          <w:rFonts w:ascii="微軟正黑體" w:eastAsia="微軟正黑體" w:hAnsi="微軟正黑體" w:cs="微軟正黑體" w:hint="eastAsia"/>
          <w:b/>
          <w:bCs/>
        </w:rPr>
        <w:t>变</w:t>
      </w:r>
      <w:r w:rsidRPr="00343D26">
        <w:rPr>
          <w:rFonts w:ascii="MS Mincho" w:eastAsia="MS Mincho" w:hAnsi="MS Mincho" w:cs="MS Mincho" w:hint="eastAsia"/>
          <w:b/>
          <w:bCs/>
        </w:rPr>
        <w:t>面漆</w:t>
      </w:r>
      <w:proofErr w:type="spellEnd"/>
      <w:r w:rsidRPr="00343D26">
        <w:rPr>
          <w:b/>
          <w:bCs/>
        </w:rPr>
        <w:t xml:space="preserve"> (Sơn </w:t>
      </w:r>
      <w:proofErr w:type="spellStart"/>
      <w:r w:rsidRPr="00343D26">
        <w:rPr>
          <w:b/>
          <w:bCs/>
        </w:rPr>
        <w:t>phủ</w:t>
      </w:r>
      <w:proofErr w:type="spellEnd"/>
      <w:r w:rsidRPr="00343D26">
        <w:rPr>
          <w:b/>
          <w:bCs/>
        </w:rPr>
        <w:t xml:space="preserve"> </w:t>
      </w:r>
      <w:proofErr w:type="spellStart"/>
      <w:r w:rsidRPr="00343D26">
        <w:rPr>
          <w:b/>
          <w:bCs/>
        </w:rPr>
        <w:t>chống</w:t>
      </w:r>
      <w:proofErr w:type="spellEnd"/>
      <w:r w:rsidRPr="00343D26">
        <w:rPr>
          <w:b/>
          <w:bCs/>
        </w:rPr>
        <w:t xml:space="preserve"> ố </w:t>
      </w:r>
      <w:proofErr w:type="spellStart"/>
      <w:r w:rsidRPr="00343D26">
        <w:rPr>
          <w:b/>
          <w:bCs/>
        </w:rPr>
        <w:t>vàng</w:t>
      </w:r>
      <w:proofErr w:type="spellEnd"/>
      <w:r w:rsidRPr="00343D26">
        <w:rPr>
          <w:b/>
          <w:bCs/>
        </w:rPr>
        <w:t>):</w:t>
      </w:r>
    </w:p>
    <w:p w14:paraId="298F8B83" w14:textId="2CCEFF4B" w:rsidR="00B84309" w:rsidRDefault="00343D26" w:rsidP="00E0539E">
      <w:pPr>
        <w:spacing w:after="80"/>
      </w:pPr>
      <w:proofErr w:type="spellStart"/>
      <w:r w:rsidRPr="00343D26">
        <w:t>Lớp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phủ</w:t>
      </w:r>
      <w:proofErr w:type="spellEnd"/>
      <w:r w:rsidRPr="00343D26">
        <w:t xml:space="preserve"> </w:t>
      </w:r>
      <w:proofErr w:type="spellStart"/>
      <w:r w:rsidRPr="00343D26">
        <w:t>bảo</w:t>
      </w:r>
      <w:proofErr w:type="spellEnd"/>
      <w:r w:rsidRPr="00343D26">
        <w:t xml:space="preserve"> </w:t>
      </w:r>
      <w:proofErr w:type="spellStart"/>
      <w:r w:rsidRPr="00343D26">
        <w:t>vệ</w:t>
      </w:r>
      <w:proofErr w:type="spellEnd"/>
      <w:r w:rsidRPr="00343D26">
        <w:t xml:space="preserve"> </w:t>
      </w:r>
      <w:proofErr w:type="spellStart"/>
      <w:r w:rsidRPr="00343D26">
        <w:t>trong</w:t>
      </w:r>
      <w:proofErr w:type="spellEnd"/>
      <w:r w:rsidRPr="00343D26">
        <w:t xml:space="preserve"> </w:t>
      </w:r>
      <w:proofErr w:type="spellStart"/>
      <w:r w:rsidRPr="00343D26">
        <w:t>suốt</w:t>
      </w:r>
      <w:proofErr w:type="spellEnd"/>
      <w:r w:rsidRPr="00343D26">
        <w:t xml:space="preserve"> </w:t>
      </w:r>
      <w:proofErr w:type="spellStart"/>
      <w:r w:rsidRPr="00343D26">
        <w:t>ngoài</w:t>
      </w:r>
      <w:proofErr w:type="spellEnd"/>
      <w:r w:rsidRPr="00343D26">
        <w:t xml:space="preserve"> </w:t>
      </w:r>
      <w:proofErr w:type="spellStart"/>
      <w:r w:rsidRPr="00343D26">
        <w:t>cùng</w:t>
      </w:r>
      <w:proofErr w:type="spellEnd"/>
      <w:r w:rsidRPr="00343D26">
        <w:t xml:space="preserve">, </w:t>
      </w:r>
      <w:proofErr w:type="spellStart"/>
      <w:r w:rsidRPr="00343D26">
        <w:t>chuyên</w:t>
      </w:r>
      <w:proofErr w:type="spellEnd"/>
      <w:r w:rsidRPr="00343D26">
        <w:t xml:space="preserve"> </w:t>
      </w:r>
      <w:proofErr w:type="spellStart"/>
      <w:r w:rsidRPr="00343D26">
        <w:t>dùng</w:t>
      </w:r>
      <w:proofErr w:type="spellEnd"/>
      <w:r w:rsidRPr="00343D26">
        <w:t xml:space="preserve"> </w:t>
      </w:r>
      <w:proofErr w:type="spellStart"/>
      <w:r w:rsidRPr="00343D26">
        <w:t>để</w:t>
      </w:r>
      <w:proofErr w:type="spellEnd"/>
      <w:r w:rsidRPr="00343D26">
        <w:t xml:space="preserve"> </w:t>
      </w:r>
      <w:proofErr w:type="spellStart"/>
      <w:r w:rsidRPr="00343D26">
        <w:t>kháng</w:t>
      </w:r>
      <w:proofErr w:type="spellEnd"/>
      <w:r w:rsidRPr="00343D26">
        <w:t xml:space="preserve"> </w:t>
      </w:r>
      <w:proofErr w:type="spellStart"/>
      <w:r w:rsidRPr="00343D26">
        <w:t>tia</w:t>
      </w:r>
      <w:proofErr w:type="spellEnd"/>
      <w:r w:rsidRPr="00343D26">
        <w:t xml:space="preserve"> UV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chống</w:t>
      </w:r>
      <w:proofErr w:type="spellEnd"/>
      <w:r w:rsidRPr="00343D26">
        <w:t xml:space="preserve"> </w:t>
      </w:r>
      <w:proofErr w:type="spellStart"/>
      <w:r w:rsidRPr="00343D26">
        <w:t>ngả</w:t>
      </w:r>
      <w:proofErr w:type="spellEnd"/>
      <w:r w:rsidRPr="00343D26">
        <w:t xml:space="preserve"> </w:t>
      </w:r>
      <w:proofErr w:type="spellStart"/>
      <w:r w:rsidRPr="00343D26">
        <w:t>vàng</w:t>
      </w:r>
      <w:proofErr w:type="spellEnd"/>
      <w:r w:rsidRPr="00343D26">
        <w:t xml:space="preserve">, </w:t>
      </w:r>
      <w:proofErr w:type="spellStart"/>
      <w:r w:rsidRPr="00343D26">
        <w:t>giúp</w:t>
      </w:r>
      <w:proofErr w:type="spellEnd"/>
      <w:r w:rsidRPr="00343D26">
        <w:t xml:space="preserve"> </w:t>
      </w:r>
      <w:proofErr w:type="spellStart"/>
      <w:r w:rsidRPr="00343D26">
        <w:t>bề</w:t>
      </w:r>
      <w:proofErr w:type="spellEnd"/>
      <w:r w:rsidRPr="00343D26">
        <w:t xml:space="preserve"> </w:t>
      </w:r>
      <w:proofErr w:type="spellStart"/>
      <w:r w:rsidRPr="00343D26">
        <w:t>mặt</w:t>
      </w:r>
      <w:proofErr w:type="spellEnd"/>
      <w:r w:rsidRPr="00343D26">
        <w:t xml:space="preserve"> </w:t>
      </w:r>
      <w:proofErr w:type="spellStart"/>
      <w:r w:rsidRPr="00343D26">
        <w:t>sơn</w:t>
      </w:r>
      <w:proofErr w:type="spellEnd"/>
      <w:r w:rsidRPr="00343D26">
        <w:t xml:space="preserve"> </w:t>
      </w:r>
      <w:proofErr w:type="spellStart"/>
      <w:r w:rsidRPr="00343D26">
        <w:t>trắng</w:t>
      </w:r>
      <w:proofErr w:type="spellEnd"/>
      <w:r w:rsidRPr="00343D26">
        <w:t xml:space="preserve"> </w:t>
      </w:r>
      <w:proofErr w:type="spellStart"/>
      <w:r w:rsidRPr="00343D26">
        <w:t>hoặc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sáng</w:t>
      </w:r>
      <w:proofErr w:type="spellEnd"/>
      <w:r w:rsidRPr="00343D26">
        <w:t xml:space="preserve"> </w:t>
      </w:r>
      <w:proofErr w:type="spellStart"/>
      <w:r w:rsidRPr="00343D26">
        <w:t>luôn</w:t>
      </w:r>
      <w:proofErr w:type="spellEnd"/>
      <w:r w:rsidRPr="00343D26">
        <w:t xml:space="preserve"> </w:t>
      </w:r>
      <w:proofErr w:type="spellStart"/>
      <w:r w:rsidRPr="00343D26">
        <w:t>bền</w:t>
      </w:r>
      <w:proofErr w:type="spellEnd"/>
      <w:r w:rsidRPr="00343D26">
        <w:t xml:space="preserve"> </w:t>
      </w:r>
      <w:proofErr w:type="spellStart"/>
      <w:r w:rsidRPr="00343D26">
        <w:t>màu</w:t>
      </w:r>
      <w:proofErr w:type="spellEnd"/>
      <w:r w:rsidRPr="00343D26">
        <w:t xml:space="preserve"> </w:t>
      </w:r>
      <w:proofErr w:type="spellStart"/>
      <w:r w:rsidRPr="00343D26">
        <w:t>và</w:t>
      </w:r>
      <w:proofErr w:type="spellEnd"/>
      <w:r w:rsidRPr="00343D26">
        <w:t xml:space="preserve"> </w:t>
      </w:r>
      <w:proofErr w:type="spellStart"/>
      <w:r w:rsidRPr="00343D26">
        <w:t>ổn</w:t>
      </w:r>
      <w:proofErr w:type="spellEnd"/>
      <w:r w:rsidRPr="00343D26">
        <w:t xml:space="preserve"> </w:t>
      </w:r>
      <w:proofErr w:type="spellStart"/>
      <w:r w:rsidRPr="00343D26">
        <w:t>định</w:t>
      </w:r>
      <w:proofErr w:type="spellEnd"/>
      <w:r w:rsidRPr="00343D26">
        <w:t xml:space="preserve"> </w:t>
      </w:r>
      <w:proofErr w:type="spellStart"/>
      <w:r w:rsidRPr="00343D26">
        <w:t>theo</w:t>
      </w:r>
      <w:proofErr w:type="spellEnd"/>
      <w:r w:rsidRPr="00343D26">
        <w:t xml:space="preserve"> </w:t>
      </w:r>
      <w:proofErr w:type="spellStart"/>
      <w:r w:rsidRPr="00343D26">
        <w:t>thời</w:t>
      </w:r>
      <w:proofErr w:type="spellEnd"/>
      <w:r w:rsidRPr="00343D26">
        <w:t xml:space="preserve"> </w:t>
      </w:r>
      <w:proofErr w:type="spellStart"/>
      <w:r w:rsidRPr="00343D26">
        <w:t>gian</w:t>
      </w:r>
      <w:proofErr w:type="spellEnd"/>
      <w:r w:rsidRPr="00343D26">
        <w:t>.</w:t>
      </w:r>
    </w:p>
    <w:sectPr w:rsidR="00B84309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B75934"/>
    <w:multiLevelType w:val="multilevel"/>
    <w:tmpl w:val="B7469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8525197">
    <w:abstractNumId w:val="8"/>
  </w:num>
  <w:num w:numId="2" w16cid:durableId="780103798">
    <w:abstractNumId w:val="6"/>
  </w:num>
  <w:num w:numId="3" w16cid:durableId="989942684">
    <w:abstractNumId w:val="5"/>
  </w:num>
  <w:num w:numId="4" w16cid:durableId="1394935318">
    <w:abstractNumId w:val="4"/>
  </w:num>
  <w:num w:numId="5" w16cid:durableId="505752381">
    <w:abstractNumId w:val="7"/>
  </w:num>
  <w:num w:numId="6" w16cid:durableId="585962152">
    <w:abstractNumId w:val="3"/>
  </w:num>
  <w:num w:numId="7" w16cid:durableId="1503620680">
    <w:abstractNumId w:val="2"/>
  </w:num>
  <w:num w:numId="8" w16cid:durableId="1029452250">
    <w:abstractNumId w:val="1"/>
  </w:num>
  <w:num w:numId="9" w16cid:durableId="895624999">
    <w:abstractNumId w:val="0"/>
  </w:num>
  <w:num w:numId="10" w16cid:durableId="4066171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5149"/>
    <w:rsid w:val="0029639D"/>
    <w:rsid w:val="00326F90"/>
    <w:rsid w:val="00343D26"/>
    <w:rsid w:val="008C6D52"/>
    <w:rsid w:val="00AA1D8D"/>
    <w:rsid w:val="00B47730"/>
    <w:rsid w:val="00B70E65"/>
    <w:rsid w:val="00B84309"/>
    <w:rsid w:val="00BC329D"/>
    <w:rsid w:val="00CB0664"/>
    <w:rsid w:val="00E053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47022E"/>
  <w14:defaultImageDpi w14:val="300"/>
  <w15:docId w15:val="{A35A0583-6457-45A3-A32C-7DFF6343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2020</Words>
  <Characters>11516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Ngô Đức Minh</cp:lastModifiedBy>
  <cp:revision>2</cp:revision>
  <dcterms:created xsi:type="dcterms:W3CDTF">2026-08-25T08:21:00Z</dcterms:created>
  <dcterms:modified xsi:type="dcterms:W3CDTF">2026-08-25T08:21:00Z</dcterms:modified>
  <cp:category/>
</cp:coreProperties>
</file>